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065A82"/>
          <w:sz w:val="64"/>
        </w:rPr>
        <w:t>AI营销与品牌数字化</w:t>
      </w:r>
    </w:p>
    <w:p>
      <w:pPr>
        <w:jc w:val="center"/>
      </w:pPr>
      <w:r>
        <w:rPr>
          <w:rFonts w:ascii="宋体" w:hAnsi="宋体" w:eastAsia="宋体"/>
          <w:color w:val="6B7280"/>
          <w:sz w:val="28"/>
        </w:rPr>
        <w:t>安顺学院旅游管理学院</w:t>
      </w:r>
    </w:p>
    <w:p>
      <w:r>
        <w:br w:type="page"/>
      </w:r>
    </w:p>
    <w:p>
      <w:pPr>
        <w:pStyle w:val="Heading1"/>
      </w:pPr>
      <w:r>
        <w:t>第1章 AI时代的文旅营销变革</w:t>
      </w:r>
    </w:p>
    <w:p>
      <w:pPr>
        <w:pStyle w:val="Heading2"/>
      </w:pPr>
      <w:r>
        <w:t>学习目标</w:t>
      </w:r>
    </w:p>
    <w:p>
      <w:pPr>
        <w:pStyle w:val="ListBullet"/>
      </w:pPr>
      <w:r>
        <w:t>理解AI技术对文旅营销格局的深层影响</w:t>
      </w:r>
    </w:p>
    <w:p>
      <w:pPr>
        <w:pStyle w:val="ListBullet"/>
      </w:pPr>
      <w:r>
        <w:t>掌握从"流量思维"到"答案思维"的范式转变</w:t>
      </w:r>
    </w:p>
    <w:p>
      <w:pPr>
        <w:pStyle w:val="ListBullet"/>
      </w:pPr>
      <w:r>
        <w:t>了解生成式AI在旅游决策中的渗透率与影响机制</w:t>
      </w:r>
    </w:p>
    <w:p>
      <w:pPr>
        <w:pStyle w:val="ListBullet"/>
      </w:pPr>
      <w:r>
        <w:t>认识文旅营销面临的新挑战与新机遇</w:t>
      </w:r>
    </w:p>
    <w:p>
      <w:pPr>
        <w:pStyle w:val="ListBullet"/>
      </w:pPr>
      <w:r>
        <w:t>建立AI时代文旅营销的整体认知框架</w:t>
      </w:r>
    </w:p>
    <w:p>
      <w:pPr>
        <w:pStyle w:val="Heading2"/>
      </w:pPr>
      <w:r>
        <w:t>导入案例：当ChatGPT决定你的下一站</w:t>
      </w:r>
    </w:p>
    <w:p>
      <w:pPr>
        <w:spacing w:line="360" w:lineRule="auto"/>
        <w:ind w:firstLine="420"/>
      </w:pPr>
      <w:r>
        <w:rPr>
          <w:rFonts w:ascii="宋体" w:hAnsi="宋体" w:eastAsia="宋体"/>
          <w:sz w:val="24"/>
        </w:rPr>
        <w:t>2026年五一假期前，北京白领小林打开ChatGPT，输入了一行字："推荐一个适合周末出游的小众古镇，不要太商业化，要有特色美食，从北京出发高铁3小时以内。"</w:t>
      </w:r>
    </w:p>
    <w:p>
      <w:pPr>
        <w:spacing w:line="360" w:lineRule="auto"/>
        <w:ind w:firstLine="420"/>
      </w:pPr>
      <w:r>
        <w:rPr>
          <w:rFonts w:ascii="宋体" w:hAnsi="宋体" w:eastAsia="宋体"/>
          <w:sz w:val="24"/>
        </w:rPr>
        <w:t>几秒钟后，ChatGPT给出了一个结构清晰的回答——推荐了三个古镇，每个都附带了特色说明、交通方式和美食推荐。排名第一的是一个她从未听说过的古镇。她点开第二个问题："详细介绍一下第一个古镇的住宿和必吃美食。"</w:t>
      </w:r>
    </w:p>
    <w:p>
      <w:pPr>
        <w:spacing w:line="360" w:lineRule="auto"/>
        <w:ind w:firstLine="420"/>
      </w:pPr>
      <w:r>
        <w:rPr>
          <w:rFonts w:ascii="宋体" w:hAnsi="宋体" w:eastAsia="宋体"/>
          <w:sz w:val="24"/>
        </w:rPr>
        <w:t>整个决策过程不到五分钟。没有打开携程，没有搜索小红书，没有看抖音攻略——AI直接给出了"答案"。小林后来在朋友圈写道："AI推荐的古镇比我自己做攻略找的靠谱多了，而且完全没有广告感。"</w:t>
      </w:r>
    </w:p>
    <w:p>
      <w:pPr>
        <w:spacing w:line="360" w:lineRule="auto"/>
        <w:ind w:firstLine="420"/>
      </w:pPr>
      <w:r>
        <w:rPr>
          <w:rFonts w:ascii="宋体" w:hAnsi="宋体" w:eastAsia="宋体"/>
          <w:sz w:val="24"/>
        </w:rPr>
        <w:t>这不是个案。2026年，超过67%的旅游者在出行决策中使用了AI搜索工具。当"搜索"正在被"提问"取代，当"链接列表"正在被"精准答案"取代，文旅营销的底层逻辑正在发生根本性重构。</w:t>
      </w:r>
    </w:p>
    <w:p>
      <w:pPr>
        <w:pStyle w:val="Heading2"/>
      </w:pPr>
      <w:r>
        <w:t>1.1 AI重塑旅游决策链</w:t>
      </w:r>
    </w:p>
    <w:p>
      <w:pPr>
        <w:pStyle w:val="Heading3"/>
      </w:pPr>
      <w:r>
        <w:t>1.1.1 传统旅游决策模式</w:t>
      </w:r>
    </w:p>
    <w:p>
      <w:pPr>
        <w:spacing w:line="360" w:lineRule="auto"/>
        <w:ind w:firstLine="420"/>
      </w:pPr>
      <w:r>
        <w:rPr>
          <w:rFonts w:ascii="宋体" w:hAnsi="宋体" w:eastAsia="宋体"/>
          <w:sz w:val="24"/>
        </w:rPr>
        <w:t>在AI搜索普及之前，旅游者的决策路径大致遵循"AISAS模型"：注意（Attention）——通过广告、攻略、社交媒体注意到目的地；兴趣（Interest）——产生兴趣后进行搜索和比较；搜索（Search）——在搜索引擎和OTA平台搜索详细信息；行动（Action）——预订机票、酒店、门票；分享（Share）——在社交媒体分享旅行体验。</w:t>
      </w:r>
    </w:p>
    <w:p>
      <w:pPr>
        <w:spacing w:line="360" w:lineRule="auto"/>
        <w:ind w:firstLine="420"/>
      </w:pPr>
      <w:r>
        <w:rPr>
          <w:rFonts w:ascii="宋体" w:hAnsi="宋体" w:eastAsia="宋体"/>
          <w:sz w:val="24"/>
        </w:rPr>
        <w:t>这个模型的核心特征是"人找信息"——消费者主动搜索，品牌通过SEO和SEM争夺搜索结果的排名位置。整个过程中，消费者需要自己浏览大量信息、对比不同选项、做出最终决策。</w:t>
      </w:r>
    </w:p>
    <w:p>
      <w:pPr>
        <w:pStyle w:val="Heading3"/>
      </w:pPr>
      <w:r>
        <w:t>1.1.2 AI搜索时代的决策新模式</w:t>
      </w:r>
    </w:p>
    <w:p>
      <w:pPr>
        <w:spacing w:line="360" w:lineRule="auto"/>
        <w:ind w:firstLine="420"/>
      </w:pPr>
      <w:r>
        <w:rPr>
          <w:rFonts w:ascii="宋体" w:hAnsi="宋体" w:eastAsia="宋体"/>
          <w:sz w:val="24"/>
        </w:rPr>
        <w:t>AI搜索彻底改变了这一模式。新的决策路径可以概括为"QAGA模型"：提问（Question）——用户用自然语言向AI提出需求；答案（Answer）——AI综合分析后给出精准答案；生成（Generate）——AI进一步生成详细攻略、对比分析或行程规划；行动（Action）——用户基于AI推荐进行预订和出行。</w:t>
      </w:r>
    </w:p>
    <w:p>
      <w:pPr>
        <w:spacing w:line="360" w:lineRule="auto"/>
        <w:ind w:firstLine="420"/>
      </w:pPr>
      <w:r>
        <w:rPr>
          <w:rFonts w:ascii="宋体" w:hAnsi="宋体" w:eastAsia="宋体"/>
          <w:sz w:val="24"/>
        </w:rPr>
        <w:t>这个新模型的核心特征是"信息找人"——AI主动理解用户需求，整合多源信息，生成个性化答案。消费者不再需要自己"搜"和"比"，AI替他们完成了信息筛选和决策辅助。</w:t>
      </w:r>
    </w:p>
    <w:p>
      <w:pPr>
        <w:pStyle w:val="Heading3"/>
      </w:pPr>
      <w:r>
        <w:t>1.1.3 决策权力转移的深远影响</w:t>
      </w:r>
    </w:p>
    <w:p>
      <w:pPr>
        <w:spacing w:line="360" w:lineRule="auto"/>
        <w:ind w:firstLine="420"/>
      </w:pPr>
      <w:r>
        <w:rPr>
          <w:rFonts w:ascii="宋体" w:hAnsi="宋体" w:eastAsia="宋体"/>
          <w:sz w:val="24"/>
        </w:rPr>
        <w:t>从"人找信息"到"信息找人"，本质上是旅游决策权力的转移——从消费者自己判断，到AI辅助判断，再到AI主导推荐。这一转移对文旅营销产生了三个深远影响：</w:t>
      </w:r>
    </w:p>
    <w:p>
      <w:pPr>
        <w:spacing w:line="360" w:lineRule="auto"/>
        <w:ind w:firstLine="420"/>
      </w:pPr>
      <w:r>
        <w:rPr>
          <w:rFonts w:ascii="宋体" w:hAnsi="宋体" w:eastAsia="宋体"/>
          <w:sz w:val="24"/>
        </w:rPr>
        <w:t>可见性逻辑变了。 过去，品牌在搜索引擎中的排名决定了可见性——排在第一页就能被看到。现在，品牌是否出现在AI的"答案"中决定了可见性——AI不推荐，等于不存在。BrightEdge数据显示，AI搜索中约75%的用户从不点击外部链接，这意味着如果你的品牌不在AI生成的答案中，你就彻底"隐身"了。</w:t>
      </w:r>
    </w:p>
    <w:p>
      <w:pPr>
        <w:spacing w:line="360" w:lineRule="auto"/>
        <w:ind w:firstLine="420"/>
      </w:pPr>
      <w:r>
        <w:rPr>
          <w:rFonts w:ascii="宋体" w:hAnsi="宋体" w:eastAsia="宋体"/>
          <w:sz w:val="24"/>
        </w:rPr>
        <w:t>信任机制变了。 过去，消费者通过浏览多个网页、对比不同信息源来建立信任。现在，消费者将信任"委托"给了AI——AI说好的，消费者就信。AI的推荐逻辑成为品牌信任的新中介。</w:t>
      </w:r>
    </w:p>
    <w:p>
      <w:pPr>
        <w:spacing w:line="360" w:lineRule="auto"/>
        <w:ind w:firstLine="420"/>
      </w:pPr>
      <w:r>
        <w:rPr>
          <w:rFonts w:ascii="宋体" w:hAnsi="宋体" w:eastAsia="宋体"/>
          <w:sz w:val="24"/>
        </w:rPr>
        <w:t>竞争维度变了。 过去，文旅营销的竞争是"关键词排名之争"——谁在搜索引擎中排名更高，谁获得更多流量。现在，竞争变成了"AI心智之争"——谁在AI的知识体系中被更优先、更正面地推荐，谁获得更多"答案份额"。</w:t>
      </w:r>
    </w:p>
    <w:p>
      <w:pPr>
        <w:pStyle w:val="Heading2"/>
      </w:pPr>
      <w:r>
        <w:t>1.2 生成式AI在旅游决策中的渗透</w:t>
      </w:r>
    </w:p>
    <w:p>
      <w:pPr>
        <w:pStyle w:val="Heading3"/>
      </w:pPr>
      <w:r>
        <w:t>1.2.1 用户行为数据</w:t>
      </w:r>
    </w:p>
    <w:p>
      <w:pPr>
        <w:spacing w:line="360" w:lineRule="auto"/>
        <w:ind w:firstLine="420"/>
      </w:pPr>
      <w:r>
        <w:rPr>
          <w:rFonts w:ascii="宋体" w:hAnsi="宋体" w:eastAsia="宋体"/>
          <w:sz w:val="24"/>
        </w:rPr>
        <w:t>多项调研数据显示，AI搜索在旅游决策中的渗透速度远超预期：</w:t>
      </w:r>
    </w:p>
    <w:p>
      <w:pPr>
        <w:pStyle w:val="ListBullet"/>
      </w:pPr>
      <w:r>
        <w:t>2025年，约35%的旅游者在出行前使用了ChatGPT等AI工具进行信息查询和行程规划</w:t>
      </w:r>
    </w:p>
    <w:p>
      <w:pPr>
        <w:pStyle w:val="ListBullet"/>
      </w:pPr>
      <w:r>
        <w:t>2026年，这一比例攀升至67%以上</w:t>
      </w:r>
    </w:p>
    <w:p>
      <w:pPr>
        <w:pStyle w:val="ListBullet"/>
      </w:pPr>
      <w:r>
        <w:t>在18-35岁年轻群体中，AI工具使用率超过80%</w:t>
      </w:r>
    </w:p>
    <w:p>
      <w:pPr>
        <w:pStyle w:val="ListBullet"/>
      </w:pPr>
      <w:r>
        <w:t>ChatGPT和Perplexity是旅游场景使用最多的AI搜索平台</w:t>
      </w:r>
    </w:p>
    <w:p>
      <w:pPr>
        <w:pStyle w:val="ListBullet"/>
      </w:pPr>
      <w:r>
        <w:t>超过60%的用户表示"AI推荐直接影响了我的最终选择"</w:t>
      </w:r>
    </w:p>
    <w:p>
      <w:pPr>
        <w:pStyle w:val="Heading3"/>
      </w:pPr>
      <w:r>
        <w:t>1.2.2 AI旅游搜索的典型场景</w:t>
      </w:r>
    </w:p>
    <w:p>
      <w:pPr>
        <w:spacing w:line="360" w:lineRule="auto"/>
        <w:ind w:firstLine="420"/>
      </w:pPr>
      <w:r>
        <w:rPr>
          <w:rFonts w:ascii="宋体" w:hAnsi="宋体" w:eastAsia="宋体"/>
          <w:sz w:val="24"/>
        </w:rPr>
        <w:t>目的地灵感。 "我想去一个不太商业化、有历史文化底蕴的古镇，推荐几个。"——AI成为旅游灵感的"第一站"。</w:t>
      </w:r>
    </w:p>
    <w:p>
      <w:pPr>
        <w:spacing w:line="360" w:lineRule="auto"/>
        <w:ind w:firstLine="420"/>
      </w:pPr>
      <w:r>
        <w:rPr>
          <w:rFonts w:ascii="宋体" w:hAnsi="宋体" w:eastAsia="宋体"/>
          <w:sz w:val="24"/>
        </w:rPr>
        <w:t>行程规划。 "帮我规划一个三天两夜的贵州安顺行程，重点是美食和屯堡文化。"——AI替代了传统的攻略搜索和行程定制。</w:t>
      </w:r>
    </w:p>
    <w:p>
      <w:pPr>
        <w:spacing w:line="360" w:lineRule="auto"/>
        <w:ind w:firstLine="420"/>
      </w:pPr>
      <w:r>
        <w:rPr>
          <w:rFonts w:ascii="宋体" w:hAnsi="宋体" w:eastAsia="宋体"/>
          <w:sz w:val="24"/>
        </w:rPr>
        <w:t>对比分析。 "对比一下天龙屯堡和本寨，哪个更适合带父母去？"——AI完成多维度的对比分析。</w:t>
      </w:r>
    </w:p>
    <w:p>
      <w:pPr>
        <w:spacing w:line="360" w:lineRule="auto"/>
        <w:ind w:firstLine="420"/>
      </w:pPr>
      <w:r>
        <w:rPr>
          <w:rFonts w:ascii="宋体" w:hAnsi="宋体" w:eastAsia="宋体"/>
          <w:sz w:val="24"/>
        </w:rPr>
        <w:t>实时信息。 "安顺明天天气怎么样？顾府街哪些店必吃？"——AI整合实时信息给出精准答案。</w:t>
      </w:r>
    </w:p>
    <w:p>
      <w:pPr>
        <w:spacing w:line="360" w:lineRule="auto"/>
        <w:ind w:firstLine="420"/>
      </w:pPr>
      <w:r>
        <w:rPr>
          <w:rFonts w:ascii="宋体" w:hAnsi="宋体" w:eastAsia="宋体"/>
          <w:sz w:val="24"/>
        </w:rPr>
        <w:t>深度问答。 "屯堡文化的'调北征南'是怎么回事？"——AI提供结构化的知识解答。</w:t>
      </w:r>
    </w:p>
    <w:p>
      <w:pPr>
        <w:pStyle w:val="Heading3"/>
      </w:pPr>
      <w:r>
        <w:t>1.2.3 AI搜索的独特优势</w:t>
      </w:r>
    </w:p>
    <w:p>
      <w:pPr>
        <w:spacing w:line="360" w:lineRule="auto"/>
        <w:ind w:firstLine="420"/>
      </w:pPr>
      <w:r>
        <w:rPr>
          <w:rFonts w:ascii="宋体" w:hAnsi="宋体" w:eastAsia="宋体"/>
          <w:sz w:val="24"/>
        </w:rPr>
        <w:t>与传统的搜索引擎和旅游攻略平台相比，AI搜索在旅游场景中具有独特优势：无广告干扰——AI给出的推荐基于内容相关性而非广告投放；个性化——AI根据用户的偏好和需求定制推荐；高效整合——AI将分散在多个平台的信息整合为一份完整答案；自然交互——用户用自然语言提问，无需学习搜索技巧。</w:t>
      </w:r>
    </w:p>
    <w:p>
      <w:pPr>
        <w:pStyle w:val="Heading2"/>
      </w:pPr>
      <w:r>
        <w:t>1.3 文旅营销面临的范式转变</w:t>
      </w:r>
    </w:p>
    <w:p>
      <w:pPr>
        <w:pStyle w:val="Heading3"/>
      </w:pPr>
      <w:r>
        <w:t>1.3.1 从"流量思维"到"答案思维"</w:t>
      </w:r>
    </w:p>
    <w:p>
      <w:pPr>
        <w:spacing w:line="360" w:lineRule="auto"/>
        <w:ind w:firstLine="420"/>
      </w:pPr>
      <w:r>
        <w:rPr>
          <w:rFonts w:ascii="宋体" w:hAnsi="宋体" w:eastAsia="宋体"/>
          <w:sz w:val="24"/>
        </w:rPr>
        <w:t>传统文旅营销的核心逻辑是"买流量、做转化"——在搜索引擎投放关键词广告，在社交媒体购买流量，在OTA平台争取排名。流量越多，曝光越多，转化越多。</w:t>
      </w:r>
    </w:p>
    <w:p>
      <w:pPr>
        <w:spacing w:line="360" w:lineRule="auto"/>
        <w:ind w:firstLine="420"/>
      </w:pPr>
      <w:r>
        <w:rPr>
          <w:rFonts w:ascii="宋体" w:hAnsi="宋体" w:eastAsia="宋体"/>
          <w:sz w:val="24"/>
        </w:rPr>
        <w:t>AI搜索时代的核心逻辑变成了"进答案、建信任"——让品牌信息进入AI的知识体系，让AI在回答相关问题时优先推荐你的品牌。进入AI的"答案圈"比获得搜索排名更重要。</w:t>
      </w:r>
    </w:p>
    <w:p>
      <w:pPr>
        <w:spacing w:line="360" w:lineRule="auto"/>
        <w:ind w:firstLine="420"/>
      </w:pPr>
      <w:r>
        <w:rPr>
          <w:rFonts w:ascii="宋体" w:hAnsi="宋体" w:eastAsia="宋体"/>
          <w:sz w:val="24"/>
        </w:rPr>
        <w:t>杨建允指出，这一转变的本质是"从'投广告'到'进答案'"——过去营销预算花在广告投放上，现在营销预算需要花在"让AI知道你、理解你、推荐你"上。</w:t>
      </w:r>
    </w:p>
    <w:p>
      <w:pPr>
        <w:pStyle w:val="Heading3"/>
      </w:pPr>
      <w:r>
        <w:t>1.3.2 从"关键词堆砌"到"知识信任体系"</w:t>
      </w:r>
    </w:p>
    <w:p>
      <w:pPr>
        <w:spacing w:line="360" w:lineRule="auto"/>
        <w:ind w:firstLine="420"/>
      </w:pPr>
      <w:r>
        <w:rPr>
          <w:rFonts w:ascii="宋体" w:hAnsi="宋体" w:eastAsia="宋体"/>
          <w:sz w:val="24"/>
        </w:rPr>
        <w:t>传统SEO的核心手段是关键词优化——在网页中堆砌目标关键词，获取搜索引擎排名。但在AI搜索时代，关键词堆砌完全失效——AI不关心你的网页中出现了多少次"安顺旅游"，AI关心的是"关于安顺旅游，最权威、最全面、最有价值的信息是什么"。</w:t>
      </w:r>
    </w:p>
    <w:p>
      <w:pPr>
        <w:spacing w:line="360" w:lineRule="auto"/>
        <w:ind w:firstLine="420"/>
      </w:pPr>
      <w:r>
        <w:rPr>
          <w:rFonts w:ascii="宋体" w:hAnsi="宋体" w:eastAsia="宋体"/>
          <w:sz w:val="24"/>
        </w:rPr>
        <w:t>这意味着文旅营销需要建立"知识信任体系"——不是用关键词"骗"排名，而是用高质量的内容"赢得"AI的信任。这个体系包括：权威性——品牌信息来自可信的权威来源；全面性——品牌信息覆盖用户可能关心的所有维度；结构化——品牌信息以AI可理解的结构化方式呈现；一致性——品牌信息在不同平台上保持一致。</w:t>
      </w:r>
    </w:p>
    <w:p>
      <w:pPr>
        <w:pStyle w:val="Heading3"/>
      </w:pPr>
      <w:r>
        <w:t>1.3.3 从"单一渠道"到"全域AI可见性"</w:t>
      </w:r>
    </w:p>
    <w:p>
      <w:pPr>
        <w:spacing w:line="360" w:lineRule="auto"/>
        <w:ind w:firstLine="420"/>
      </w:pPr>
      <w:r>
        <w:rPr>
          <w:rFonts w:ascii="宋体" w:hAnsi="宋体" w:eastAsia="宋体"/>
          <w:sz w:val="24"/>
        </w:rPr>
        <w:t>传统营销强调"全渠道覆盖"——在搜索引擎、社交媒体、OTA、短视频等各个渠道都有存在感。AI搜索时代，渠道的概念被"AI生态"取代。</w:t>
      </w:r>
    </w:p>
    <w:p>
      <w:pPr>
        <w:spacing w:line="360" w:lineRule="auto"/>
        <w:ind w:firstLine="420"/>
      </w:pPr>
      <w:r>
        <w:rPr>
          <w:rFonts w:ascii="宋体" w:hAnsi="宋体" w:eastAsia="宋体"/>
          <w:sz w:val="24"/>
        </w:rPr>
        <w:t>不同的AI平台（ChatGPT、Claude、Perplexity、文心一言、豆包、通义千问、DeepSeek）各自形成了独立的信息生态。研究显示，ChatGPT与Perplexity的跨平台重叠引用率仅11%——意味着品牌在ChatGPT中被推荐，不等于在Perplexity中也被推荐。品牌需要在每个主流AI平台上建立可见性，即"全域AI可见性"。</w:t>
      </w:r>
    </w:p>
    <w:p>
      <w:pPr>
        <w:pStyle w:val="Heading2"/>
      </w:pPr>
      <w:r>
        <w:t>1.4 AI时代文旅营销的新机遇</w:t>
      </w:r>
    </w:p>
    <w:p>
      <w:pPr>
        <w:pStyle w:val="Heading3"/>
      </w:pPr>
      <w:r>
        <w:t>1.4.1 中小品牌的"弯道超车"机会</w:t>
      </w:r>
    </w:p>
    <w:p>
      <w:pPr>
        <w:spacing w:line="360" w:lineRule="auto"/>
        <w:ind w:firstLine="420"/>
      </w:pPr>
      <w:r>
        <w:rPr>
          <w:rFonts w:ascii="宋体" w:hAnsi="宋体" w:eastAsia="宋体"/>
          <w:sz w:val="24"/>
        </w:rPr>
        <w:t>传统搜索引擎时代，大品牌凭借雄厚的广告预算垄断了搜索排名。AI搜索时代，AI推荐的核心依据是内容质量而非广告投入。这意味着中小品牌有机会通过高质量的内容策略获得与大品牌同等的AI推荐机会。</w:t>
      </w:r>
    </w:p>
    <w:p>
      <w:pPr>
        <w:spacing w:line="360" w:lineRule="auto"/>
        <w:ind w:firstLine="420"/>
      </w:pPr>
      <w:r>
        <w:rPr>
          <w:rFonts w:ascii="宋体" w:hAnsi="宋体" w:eastAsia="宋体"/>
          <w:sz w:val="24"/>
        </w:rPr>
        <w:t>一个深度挖掘本地文化、系统构建知识体系的精品民宿，可能在AI推荐中超越连锁酒店——因为AI判断的是"谁的内容更好地回答了用户的问题"，而非"谁花了更多广告费"。</w:t>
      </w:r>
    </w:p>
    <w:p>
      <w:pPr>
        <w:pStyle w:val="Heading3"/>
      </w:pPr>
      <w:r>
        <w:t>1.4.2 "长尾文旅"的崛起</w:t>
      </w:r>
    </w:p>
    <w:p>
      <w:pPr>
        <w:spacing w:line="360" w:lineRule="auto"/>
        <w:ind w:firstLine="420"/>
      </w:pPr>
      <w:r>
        <w:rPr>
          <w:rFonts w:ascii="宋体" w:hAnsi="宋体" w:eastAsia="宋体"/>
          <w:sz w:val="24"/>
        </w:rPr>
        <w:t>AI搜索天然适合推荐"长尾"选项——那些小众但有特色的目的地和产品。当用户问"推荐一个人少但有趣的古镇"时，AI推荐的不太可能是乌镇或周庄（因为"人多"），而更可能是某个真正小众但内容丰富的古镇。</w:t>
      </w:r>
    </w:p>
    <w:p>
      <w:pPr>
        <w:spacing w:line="360" w:lineRule="auto"/>
        <w:ind w:firstLine="420"/>
      </w:pPr>
      <w:r>
        <w:rPr>
          <w:rFonts w:ascii="宋体" w:hAnsi="宋体" w:eastAsia="宋体"/>
          <w:sz w:val="24"/>
        </w:rPr>
        <w:t>这对于安顺这样的"非顶流"旅游目的地而言是重大利好——在传统营销格局中与头部目的地争夺流量极为困难，但在AI推荐逻辑中，独特性和内容深度可能比知名度更重要。</w:t>
      </w:r>
    </w:p>
    <w:p>
      <w:pPr>
        <w:pStyle w:val="Heading3"/>
      </w:pPr>
      <w:r>
        <w:t>1.4.3 从"一次性交易"到"持续关系"</w:t>
      </w:r>
    </w:p>
    <w:p>
      <w:pPr>
        <w:spacing w:line="360" w:lineRule="auto"/>
        <w:ind w:firstLine="420"/>
      </w:pPr>
      <w:r>
        <w:rPr>
          <w:rFonts w:ascii="宋体" w:hAnsi="宋体" w:eastAsia="宋体"/>
          <w:sz w:val="24"/>
        </w:rPr>
        <w:t>AI搜索使品牌与消费者的关系从"交易型"转向"关系型"。当一个品牌的信息系统性地进入AI的知识体系后，它会在用户反复的提问中持续被推荐。这种"持续可见性"是传统广告投放无法实现的——广告停了，流量就停了；但GEO优化做好了，品牌在AI中的"存在"是持续的。</w:t>
      </w:r>
    </w:p>
    <w:p>
      <w:pPr>
        <w:pStyle w:val="Heading2"/>
      </w:pPr>
      <w:r>
        <w:t>本章小结</w:t>
      </w:r>
    </w:p>
    <w:p>
      <w:pPr>
        <w:spacing w:line="360" w:lineRule="auto"/>
        <w:ind w:firstLine="420"/>
      </w:pPr>
      <w:r>
        <w:rPr>
          <w:rFonts w:ascii="宋体" w:hAnsi="宋体" w:eastAsia="宋体"/>
          <w:sz w:val="24"/>
        </w:rPr>
        <w:t>AI搜索正在从根本上重塑文旅营销的底层逻辑。从"人找信息"到"信息找人"，从"流量思维"到"答案思维"，从"关键词堆砌"到"知识信任体系"，文旅营销面临着一场范式革命。超过67%的旅行者已在决策中使用AI搜索工具，品牌在AI答案中的"可见性"正在取代传统搜索排名成为新的营销核心。这场变革既带来了挑战——传统SEO和SEM策略逐渐失效，也带来了机遇——中小品牌和"长尾文旅"获得了前所未有的"弯道超车"机会。</w:t>
      </w:r>
    </w:p>
    <w:p>
      <w:pPr>
        <w:pStyle w:val="Heading2"/>
      </w:pPr>
      <w:r>
        <w:t>思考与练习</w:t>
      </w:r>
    </w:p>
    <w:p>
      <w:pPr>
        <w:pStyle w:val="ListBullet"/>
      </w:pPr>
      <w:r>
        <w:t>用自己的语言解释"从流量思维到答案思维"的转变意味着什么。</w:t>
      </w:r>
    </w:p>
    <w:p>
      <w:pPr>
        <w:pStyle w:val="ListBullet"/>
      </w:pPr>
      <w:r>
        <w:t>选择一个安顺文旅产品，模拟用户可能向AI提出的5个问题。</w:t>
      </w:r>
    </w:p>
    <w:p>
      <w:pPr>
        <w:pStyle w:val="ListBullet"/>
      </w:pPr>
      <w:r>
        <w:t>对比分析AI搜索与传统搜索引擎在旅游决策中的差异。</w:t>
      </w:r>
    </w:p>
    <w:p>
      <w:pPr>
        <w:pStyle w:val="ListBullet"/>
      </w:pPr>
      <w:r>
        <w:t>讨论：当AI主导旅游推荐时，文旅品牌的营销策略应该如何调整？</w:t>
      </w:r>
    </w:p>
    <w:p>
      <w:pPr>
        <w:pStyle w:val="ListBullet"/>
      </w:pPr>
      <w:r>
        <w:t>调查身边同学使用AI工具进行旅游决策的情况，撰写一份小型调研报告。</w:t>
      </w:r>
    </w:p>
    <w:p>
      <w:pPr>
        <w:pStyle w:val="Heading2"/>
      </w:pPr>
      <w:r>
        <w:t>知识卡片：从SEO到GEO的范式转变</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维度</w:t>
            </w:r>
          </w:p>
        </w:tc>
        <w:tc>
          <w:tcPr>
            <w:tcW w:type="dxa" w:w="2767"/>
          </w:tcPr>
          <w:p>
            <w:r>
              <w:rPr>
                <w:b/>
                <w:sz w:val="20"/>
              </w:rPr>
              <w:t>传统SEO</w:t>
            </w:r>
          </w:p>
        </w:tc>
        <w:tc>
          <w:tcPr>
            <w:tcW w:type="dxa" w:w="2767"/>
          </w:tcPr>
          <w:p>
            <w:r>
              <w:rPr>
                <w:b/>
                <w:sz w:val="20"/>
              </w:rPr>
              <w:t>GEO（生成式引擎优化）</w:t>
            </w:r>
          </w:p>
        </w:tc>
      </w:tr>
      <w:tr>
        <w:tc>
          <w:tcPr>
            <w:tcW w:type="dxa" w:w="2767"/>
          </w:tcPr>
          <w:p>
            <w:r>
              <w:t>核心目标</w:t>
            </w:r>
          </w:p>
        </w:tc>
        <w:tc>
          <w:tcPr>
            <w:tcW w:type="dxa" w:w="2767"/>
          </w:tcPr>
          <w:p>
            <w:r>
              <w:t>提升网页在搜索结果中的排名</w:t>
            </w:r>
          </w:p>
        </w:tc>
        <w:tc>
          <w:tcPr>
            <w:tcW w:type="dxa" w:w="2767"/>
          </w:tcPr>
          <w:p>
            <w:r>
              <w:t>提升品牌在AI答案中的可见性</w:t>
            </w:r>
          </w:p>
        </w:tc>
      </w:tr>
      <w:tr>
        <w:tc>
          <w:tcPr>
            <w:tcW w:type="dxa" w:w="2767"/>
          </w:tcPr>
          <w:p>
            <w:r>
              <w:t>优化对象</w:t>
            </w:r>
          </w:p>
        </w:tc>
        <w:tc>
          <w:tcPr>
            <w:tcW w:type="dxa" w:w="2767"/>
          </w:tcPr>
          <w:p>
            <w:r>
              <w:t>网页（标题、关键词、外链）</w:t>
            </w:r>
          </w:p>
        </w:tc>
        <w:tc>
          <w:tcPr>
            <w:tcW w:type="dxa" w:w="2767"/>
          </w:tcPr>
          <w:p>
            <w:r>
              <w:t>知识体系（可信度、语义、结构化）</w:t>
            </w:r>
          </w:p>
        </w:tc>
      </w:tr>
      <w:tr>
        <w:tc>
          <w:tcPr>
            <w:tcW w:type="dxa" w:w="2767"/>
          </w:tcPr>
          <w:p>
            <w:r>
              <w:t>用户行为</w:t>
            </w:r>
          </w:p>
        </w:tc>
        <w:tc>
          <w:tcPr>
            <w:tcW w:type="dxa" w:w="2767"/>
          </w:tcPr>
          <w:p>
            <w:r>
              <w:t>搜索→浏览→比较→选择</w:t>
            </w:r>
          </w:p>
        </w:tc>
        <w:tc>
          <w:tcPr>
            <w:tcW w:type="dxa" w:w="2767"/>
          </w:tcPr>
          <w:p>
            <w:r>
              <w:t>提问→获得答案→决策</w:t>
            </w:r>
          </w:p>
        </w:tc>
      </w:tr>
      <w:tr>
        <w:tc>
          <w:tcPr>
            <w:tcW w:type="dxa" w:w="2767"/>
          </w:tcPr>
          <w:p>
            <w:r>
              <w:t>核心指标</w:t>
            </w:r>
          </w:p>
        </w:tc>
        <w:tc>
          <w:tcPr>
            <w:tcW w:type="dxa" w:w="2767"/>
          </w:tcPr>
          <w:p>
            <w:r>
              <w:t>点击率、排名、流量</w:t>
            </w:r>
          </w:p>
        </w:tc>
        <w:tc>
          <w:tcPr>
            <w:tcW w:type="dxa" w:w="2767"/>
          </w:tcPr>
          <w:p>
            <w:r>
              <w:t>答案份额、引用率、品牌提及率</w:t>
            </w:r>
          </w:p>
        </w:tc>
      </w:tr>
      <w:tr>
        <w:tc>
          <w:tcPr>
            <w:tcW w:type="dxa" w:w="2767"/>
          </w:tcPr>
          <w:p>
            <w:r>
              <w:t>内容策略</w:t>
            </w:r>
          </w:p>
        </w:tc>
        <w:tc>
          <w:tcPr>
            <w:tcW w:type="dxa" w:w="2767"/>
          </w:tcPr>
          <w:p>
            <w:r>
              <w:t>关键词驱动</w:t>
            </w:r>
          </w:p>
        </w:tc>
        <w:tc>
          <w:tcPr>
            <w:tcW w:type="dxa" w:w="2767"/>
          </w:tcPr>
          <w:p>
            <w:r>
              <w:t>知识驱动</w:t>
            </w:r>
          </w:p>
        </w:tc>
      </w:tr>
      <w:tr>
        <w:tc>
          <w:tcPr>
            <w:tcW w:type="dxa" w:w="2767"/>
          </w:tcPr>
          <w:p>
            <w:r>
              <w:t>信任中介</w:t>
            </w:r>
          </w:p>
        </w:tc>
        <w:tc>
          <w:tcPr>
            <w:tcW w:type="dxa" w:w="2767"/>
          </w:tcPr>
          <w:p>
            <w:r>
              <w:t>搜索引擎算法</w:t>
            </w:r>
          </w:p>
        </w:tc>
        <w:tc>
          <w:tcPr>
            <w:tcW w:type="dxa" w:w="2767"/>
          </w:tcPr>
          <w:p>
            <w:r>
              <w:t>AI大模型</w:t>
            </w:r>
          </w:p>
        </w:tc>
      </w:tr>
    </w:tbl>
    <w:p/>
    <w:p>
      <w:pPr>
        <w:pStyle w:val="Heading2"/>
      </w:pPr>
      <w:r>
        <w:t>参考文献</w:t>
      </w:r>
    </w:p>
    <w:p>
      <w:pPr>
        <w:spacing w:line="360" w:lineRule="auto"/>
        <w:ind w:firstLine="420"/>
      </w:pPr>
      <w:r>
        <w:rPr>
          <w:rFonts w:ascii="宋体" w:hAnsi="宋体" w:eastAsia="宋体"/>
          <w:sz w:val="24"/>
        </w:rPr>
        <w:t>[1] Davenport T, Guha A, Grewal D, et al. How artificial intelligence will change the future of marketing[J]. Journal of the Academy of Marketing Science, 2019, 48(1): 24-42.</w:t>
      </w:r>
    </w:p>
    <w:p>
      <w:pPr>
        <w:spacing w:line="360" w:lineRule="auto"/>
        <w:ind w:firstLine="420"/>
      </w:pPr>
      <w:r>
        <w:rPr>
          <w:rFonts w:ascii="宋体" w:hAnsi="宋体" w:eastAsia="宋体"/>
          <w:sz w:val="24"/>
        </w:rPr>
        <w:t>[2] Huang M H, Rust R. A strategic framework for artificial intelligence in marketing[J]. Journal of the Academy of Marketing Science, 2020, 49(1): 30-50.</w:t>
      </w:r>
    </w:p>
    <w:p>
      <w:pPr>
        <w:spacing w:line="360" w:lineRule="auto"/>
        <w:ind w:firstLine="420"/>
      </w:pPr>
      <w:r>
        <w:rPr>
          <w:rFonts w:ascii="宋体" w:hAnsi="宋体" w:eastAsia="宋体"/>
          <w:sz w:val="24"/>
        </w:rPr>
        <w:t>[3] Carvalho I, Ivanov S. ChatGPT for tourism: applications, benefits and risks</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Tourism Review, 2023, 79(2): 355-370.</w:t>
      </w:r>
    </w:p>
    <w:p>
      <w:r>
        <w:br w:type="page"/>
      </w:r>
    </w:p>
    <w:p>
      <w:pPr>
        <w:pStyle w:val="Heading1"/>
      </w:pPr>
      <w:r>
        <w:t>第2章 从SEO到GEO：搜索范式的根本转变</w:t>
      </w:r>
    </w:p>
    <w:p>
      <w:pPr>
        <w:pStyle w:val="Heading2"/>
      </w:pPr>
      <w:r>
        <w:t>学习目标</w:t>
      </w:r>
    </w:p>
    <w:p>
      <w:pPr>
        <w:pStyle w:val="ListBullet"/>
      </w:pPr>
      <w:r>
        <w:t>理解传统SEO的底层逻辑及其在AI时代的局限性</w:t>
      </w:r>
    </w:p>
    <w:p>
      <w:pPr>
        <w:pStyle w:val="ListBullet"/>
      </w:pPr>
      <w:r>
        <w:t>掌握GEO（生成式引擎优化）的核心概念与技术原理</w:t>
      </w:r>
    </w:p>
    <w:p>
      <w:pPr>
        <w:pStyle w:val="ListBullet"/>
      </w:pPr>
      <w:r>
        <w:t>了解主流AI搜索平台的运作机制与差异</w:t>
      </w:r>
    </w:p>
    <w:p>
      <w:pPr>
        <w:pStyle w:val="ListBullet"/>
      </w:pPr>
      <w:r>
        <w:t>学会对比分析SEO与GEO在策略、技术和效果上的本质区别</w:t>
      </w:r>
    </w:p>
    <w:p>
      <w:pPr>
        <w:pStyle w:val="ListBullet"/>
      </w:pPr>
      <w:r>
        <w:t>能够评估文旅品牌的GEO成熟度</w:t>
      </w:r>
    </w:p>
    <w:p>
      <w:pPr>
        <w:pStyle w:val="Heading2"/>
      </w:pPr>
      <w:r>
        <w:t>导入案例：同一家民宿，两种命运</w:t>
      </w:r>
    </w:p>
    <w:p>
      <w:pPr>
        <w:spacing w:line="360" w:lineRule="auto"/>
        <w:ind w:firstLine="420"/>
      </w:pPr>
      <w:r>
        <w:rPr>
          <w:rFonts w:ascii="宋体" w:hAnsi="宋体" w:eastAsia="宋体"/>
          <w:sz w:val="24"/>
        </w:rPr>
        <w:t>安顺本寨的"石语山居"是一家精品民宿，2024年开业。开业第一年，老板陈先生花了3万元做SEO优化——请人优化了携程和美团页面，购买了百度关键词广告，在小红书和抖音上做了投放。效果不错，民宿在"安顺民宿"搜索结果中排名靠前，旺季入住率能达到80%。</w:t>
      </w:r>
    </w:p>
    <w:p>
      <w:pPr>
        <w:spacing w:line="360" w:lineRule="auto"/>
        <w:ind w:firstLine="420"/>
      </w:pPr>
      <w:r>
        <w:rPr>
          <w:rFonts w:ascii="宋体" w:hAnsi="宋体" w:eastAsia="宋体"/>
          <w:sz w:val="24"/>
        </w:rPr>
        <w:t>2025年下半年，陈先生发现一个奇怪的现象：百度搜索来的订单越来越少，但"从AI推荐来的"客人越来越多。一位上海客人告诉他："我在ChatGPT上问'安顺本寨附近有没有有特色的民宿'，它第一个推荐的就是你们。"</w:t>
      </w:r>
    </w:p>
    <w:p>
      <w:pPr>
        <w:spacing w:line="360" w:lineRule="auto"/>
        <w:ind w:firstLine="420"/>
      </w:pPr>
      <w:r>
        <w:rPr>
          <w:rFonts w:ascii="宋体" w:hAnsi="宋体" w:eastAsia="宋体"/>
          <w:sz w:val="24"/>
        </w:rPr>
        <w:t>陈先生意识到，游戏规则变了。2026年初，他开始学习GEO优化——不再购买搜索广告，而是系统性地优化民宿在AI搜索中的"可见性"：在多个权威平台上发布关于本寨建筑文化和民宿特色的深度文章；建立民宿的结构化数据（位置、设施、价格、文化特色）；鼓励客人在多个AI平台可能引用的来源（如大众点评、小红书、携程旅拍）留下高质量的详细评价。</w:t>
      </w:r>
    </w:p>
    <w:p>
      <w:pPr>
        <w:spacing w:line="360" w:lineRule="auto"/>
        <w:ind w:firstLine="420"/>
      </w:pPr>
      <w:r>
        <w:rPr>
          <w:rFonts w:ascii="宋体" w:hAnsi="宋体" w:eastAsia="宋体"/>
          <w:sz w:val="24"/>
        </w:rPr>
        <w:t>三个月后，"石语山居"在ChatGPT、豆包和文心一言的安顺民宿推荐中稳居前三。来自AI推荐的订单占比从15%飙升至45%，整体入住率提升到90%以上。</w:t>
      </w:r>
    </w:p>
    <w:p>
      <w:pPr>
        <w:pStyle w:val="Heading2"/>
      </w:pPr>
      <w:r>
        <w:t>2.1 传统SEO的底层逻辑与局限</w:t>
      </w:r>
    </w:p>
    <w:p>
      <w:pPr>
        <w:pStyle w:val="Heading3"/>
      </w:pPr>
      <w:r>
        <w:t>2.1.1 SEO的核心机制</w:t>
      </w:r>
    </w:p>
    <w:p>
      <w:pPr>
        <w:spacing w:line="360" w:lineRule="auto"/>
        <w:ind w:firstLine="420"/>
      </w:pPr>
      <w:r>
        <w:rPr>
          <w:rFonts w:ascii="宋体" w:hAnsi="宋体" w:eastAsia="宋体"/>
          <w:sz w:val="24"/>
        </w:rPr>
        <w:t>搜索引擎优化（SEO）的核心机制是"爬虫-索引-排名"三段式：爬虫——搜索引擎的自动程序遍历互联网，抓取网页内容；索引——将抓取的内容处理后存入数据库；排名——当用户输入查询时，算法根据数百个因素对相关网页进行排序。</w:t>
      </w:r>
    </w:p>
    <w:p>
      <w:pPr>
        <w:spacing w:line="360" w:lineRule="auto"/>
        <w:ind w:firstLine="420"/>
      </w:pPr>
      <w:r>
        <w:rPr>
          <w:rFonts w:ascii="宋体" w:hAnsi="宋体" w:eastAsia="宋体"/>
          <w:sz w:val="24"/>
        </w:rPr>
        <w:t>SEO的策略围绕这三个环节展开：技术SEO——优化网站结构，确保爬虫能高效抓取；内容SEO——优化页面内容，确保与目标关键词相关；外部SEO——获取外部链接，提升网站权威性。</w:t>
      </w:r>
    </w:p>
    <w:p>
      <w:pPr>
        <w:pStyle w:val="Heading3"/>
      </w:pPr>
      <w:r>
        <w:t>2.1.2 SEO在AI时代的五大困境</w:t>
      </w:r>
    </w:p>
    <w:p>
      <w:pPr>
        <w:spacing w:line="360" w:lineRule="auto"/>
        <w:ind w:firstLine="420"/>
      </w:pPr>
      <w:r>
        <w:rPr>
          <w:rFonts w:ascii="宋体" w:hAnsi="宋体" w:eastAsia="宋体"/>
          <w:sz w:val="24"/>
        </w:rPr>
        <w:t>困境一：用户不再"搜索"。 当用户习惯于用自然语言向AI提问，而非输入关键词时，关键词优化的基础就动摇了。"安顺古镇民宿推荐 性价比"这个关键词搜索量在下降，而用户转向ChatGPT问"安顺住哪里比较有特色又不太贵"。</w:t>
      </w:r>
    </w:p>
    <w:p>
      <w:pPr>
        <w:spacing w:line="360" w:lineRule="auto"/>
        <w:ind w:firstLine="420"/>
      </w:pPr>
      <w:r>
        <w:rPr>
          <w:rFonts w:ascii="宋体" w:hAnsi="宋体" w:eastAsia="宋体"/>
          <w:sz w:val="24"/>
        </w:rPr>
        <w:t>困境二：用户不再"点击"。 BrightEdge数据显示，AI搜索中约75%的用户在获得答案后不再点击外部链接。即使你的网页在传统搜索中排名第一，用户也可能根本看不到——因为他们不再访问搜索引擎。</w:t>
      </w:r>
    </w:p>
    <w:p>
      <w:pPr>
        <w:spacing w:line="360" w:lineRule="auto"/>
        <w:ind w:firstLine="420"/>
      </w:pPr>
      <w:r>
        <w:rPr>
          <w:rFonts w:ascii="宋体" w:hAnsi="宋体" w:eastAsia="宋体"/>
          <w:sz w:val="24"/>
        </w:rPr>
        <w:t>困境三：排名不等于推荐。 AI的推荐逻辑不同于搜索引擎的排名逻辑。一个在百度排名第一的网页，在ChatGPT中可能完全不被引用——因为AI评估的是内容的可信度和相关性，而非网页的技术优化程度。</w:t>
      </w:r>
    </w:p>
    <w:p>
      <w:pPr>
        <w:spacing w:line="360" w:lineRule="auto"/>
        <w:ind w:firstLine="420"/>
      </w:pPr>
      <w:r>
        <w:rPr>
          <w:rFonts w:ascii="宋体" w:hAnsi="宋体" w:eastAsia="宋体"/>
          <w:sz w:val="24"/>
        </w:rPr>
        <w:t>困境四：外链逻辑失效。 SEO时代，外部链接是网站权威性的核心指标。AI时代，AI评估"权威性"的方式完全不同——它更关注信息来源的可信度（如学术文献、官方数据、权威媒体报道），而非简单的链接数量。</w:t>
      </w:r>
    </w:p>
    <w:p>
      <w:pPr>
        <w:spacing w:line="360" w:lineRule="auto"/>
        <w:ind w:firstLine="420"/>
      </w:pPr>
      <w:r>
        <w:rPr>
          <w:rFonts w:ascii="宋体" w:hAnsi="宋体" w:eastAsia="宋体"/>
          <w:sz w:val="24"/>
        </w:rPr>
        <w:t>困境五：平台碎片化。 不同AI平台的训练数据和推荐逻辑各不相同。ChatGPT与Perplexity的跨平台重叠引用率仅11%。在传统搜索中，百度排名第一基本意味着"全网可见"；在AI搜索中，每个AI平台都是一个独立的"可见性战场"。</w:t>
      </w:r>
    </w:p>
    <w:p>
      <w:pPr>
        <w:pStyle w:val="Heading3"/>
      </w:pPr>
      <w:r>
        <w:t>2.1.3 从"搜索优化"到"答案优化"的范式迁移</w:t>
      </w:r>
    </w:p>
    <w:p>
      <w:pPr>
        <w:spacing w:line="360" w:lineRule="auto"/>
        <w:ind w:firstLine="420"/>
      </w:pPr>
      <w:r>
        <w:rPr>
          <w:rFonts w:ascii="宋体" w:hAnsi="宋体" w:eastAsia="宋体"/>
          <w:sz w:val="24"/>
        </w:rPr>
        <w:t>GEO不是SEO的"升级版"，而是一种全新的范式。核心差异在于：SEO优化的是"网页在搜索结果中的排名"，GEO优化的是"品牌在AI答案中的存在"；SEO的服务对象是搜索引擎爬虫，GEO的服务对象是AI大模型；SEO的核心资产是网页和外链，GEO的核心资产是知识和信任。</w:t>
      </w:r>
    </w:p>
    <w:p>
      <w:pPr>
        <w:pStyle w:val="Heading2"/>
      </w:pPr>
      <w:r>
        <w:t>2.2 GEO的核心概念与技术原理</w:t>
      </w:r>
    </w:p>
    <w:p>
      <w:pPr>
        <w:pStyle w:val="Heading3"/>
      </w:pPr>
      <w:r>
        <w:t>2.2.1 什么是GEO</w:t>
      </w:r>
    </w:p>
    <w:p>
      <w:pPr>
        <w:spacing w:line="360" w:lineRule="auto"/>
        <w:ind w:firstLine="420"/>
      </w:pPr>
      <w:r>
        <w:rPr>
          <w:rFonts w:ascii="宋体" w:hAnsi="宋体" w:eastAsia="宋体"/>
          <w:sz w:val="24"/>
        </w:rPr>
        <w:t>GEO（Generative Engine Optimization，生成式引擎优化）是面向生成式AI搜索平台的品牌可见性优化体系。其核心目标是：让品牌信息被AI大模型"知道"（进入训练数据和实时检索范围）、"理解"（被准确解读和语义关联）、"引用"（在回答相关问题时被优先推荐）。</w:t>
      </w:r>
    </w:p>
    <w:p>
      <w:pPr>
        <w:spacing w:line="360" w:lineRule="auto"/>
        <w:ind w:firstLine="420"/>
      </w:pPr>
      <w:r>
        <w:rPr>
          <w:rFonts w:ascii="宋体" w:hAnsi="宋体" w:eastAsia="宋体"/>
          <w:sz w:val="24"/>
        </w:rPr>
        <w:t>GEO不是要"欺骗"AI，而是要"帮助"AI——通过系统性地提供高质量、结构化、可信赖的品牌信息，让AI能够准确地理解和推荐你的品牌。</w:t>
      </w:r>
    </w:p>
    <w:p>
      <w:pPr>
        <w:pStyle w:val="Heading3"/>
      </w:pPr>
      <w:r>
        <w:t>2.2.2 GEO的运作机制</w:t>
      </w:r>
    </w:p>
    <w:p>
      <w:pPr>
        <w:spacing w:line="360" w:lineRule="auto"/>
        <w:ind w:firstLine="420"/>
      </w:pPr>
      <w:r>
        <w:rPr>
          <w:rFonts w:ascii="宋体" w:hAnsi="宋体" w:eastAsia="宋体"/>
          <w:sz w:val="24"/>
        </w:rPr>
        <w:t>GEO的运作机制可以概括为"三层漏斗"：</w:t>
      </w:r>
    </w:p>
    <w:p>
      <w:pPr>
        <w:spacing w:line="360" w:lineRule="auto"/>
        <w:ind w:firstLine="420"/>
      </w:pPr>
      <w:r>
        <w:rPr>
          <w:rFonts w:ascii="宋体" w:hAnsi="宋体" w:eastAsia="宋体"/>
          <w:sz w:val="24"/>
        </w:rPr>
        <w:t>信息层——让AI"知道"你。 AI模型的知识来源于训练数据（固定的知识截止点之前的互联网数据）和实时检索（RAG，检索增强生成）。GEO的第一层工作是确保品牌信息存在于AI能够访问的信息源中——权威网站、知识库、结构化数据库、高质量UGC平台。</w:t>
      </w:r>
    </w:p>
    <w:p>
      <w:pPr>
        <w:spacing w:line="360" w:lineRule="auto"/>
        <w:ind w:firstLine="420"/>
      </w:pPr>
      <w:r>
        <w:rPr>
          <w:rFonts w:ascii="宋体" w:hAnsi="宋体" w:eastAsia="宋体"/>
          <w:sz w:val="24"/>
        </w:rPr>
        <w:t>语义层——让AI"理解"你。 AI需要理解品牌的核心特征、独特价值、适用场景，才能在回答相关问题时正确推荐。GEO的第二层工作是建立品牌语义网络——通过一致的关键信息、清晰的品牌定位、丰富的场景关联，让AI"理解"品牌是什么、适合谁、在什么场景下推荐。</w:t>
      </w:r>
    </w:p>
    <w:p>
      <w:pPr>
        <w:spacing w:line="360" w:lineRule="auto"/>
        <w:ind w:firstLine="420"/>
      </w:pPr>
      <w:r>
        <w:rPr>
          <w:rFonts w:ascii="宋体" w:hAnsi="宋体" w:eastAsia="宋体"/>
          <w:sz w:val="24"/>
        </w:rPr>
        <w:t>信任层——让AI"推荐"你。 AI在推荐时会优先选择"可信"的信息源。GEO的第三层工作是构建品牌信任资产——来自权威来源的背书、高质量的用户评价、专业的知识内容、一致的品牌信息。</w:t>
      </w:r>
    </w:p>
    <w:p>
      <w:pPr>
        <w:pStyle w:val="Heading3"/>
      </w:pPr>
      <w:r>
        <w:t>2.2.3 GEO的三大核心差异</w:t>
      </w:r>
    </w:p>
    <w:p>
      <w:pPr>
        <w:spacing w:line="360" w:lineRule="auto"/>
        <w:ind w:firstLine="420"/>
      </w:pPr>
      <w:r>
        <w:rPr>
          <w:rFonts w:ascii="宋体" w:hAnsi="宋体" w:eastAsia="宋体"/>
          <w:sz w:val="24"/>
        </w:rPr>
        <w:t>差异一：优化对象不同。 SEO优化的是"网页"——标题、描述、关键词密度、内链结构。GEO优化的是"知识"——品牌信息的完整性、准确性、可信度和结构化程度。</w:t>
      </w:r>
    </w:p>
    <w:p>
      <w:pPr>
        <w:spacing w:line="360" w:lineRule="auto"/>
        <w:ind w:firstLine="420"/>
      </w:pPr>
      <w:r>
        <w:rPr>
          <w:rFonts w:ascii="宋体" w:hAnsi="宋体" w:eastAsia="宋体"/>
          <w:sz w:val="24"/>
        </w:rPr>
        <w:t>差异二：评估标准不同。 SEO的评估标准是技术性的——页面加载速度、移动端适配、关键词排名、外链数量。GEO的评估标准是知识性的——品牌信息在AI答案中的出现频率（答案份额）、品牌在AI推荐中的位置（推荐排名）、品牌信息的准确性和正面性（语义质量）。</w:t>
      </w:r>
    </w:p>
    <w:p>
      <w:pPr>
        <w:spacing w:line="360" w:lineRule="auto"/>
        <w:ind w:firstLine="420"/>
      </w:pPr>
      <w:r>
        <w:rPr>
          <w:rFonts w:ascii="宋体" w:hAnsi="宋体" w:eastAsia="宋体"/>
          <w:sz w:val="24"/>
        </w:rPr>
        <w:t>差异三：策略逻辑不同。 SEO的策略逻辑是"竞争性"的——在有限的关键词排名位置中争夺更高位置。GEO的策略逻辑是"生态性"的——构建一个完整的品牌知识生态，让AI在任何相关场景中都能自然地引用你的品牌。</w:t>
      </w:r>
    </w:p>
    <w:p>
      <w:pPr>
        <w:pStyle w:val="Heading2"/>
      </w:pPr>
      <w:r>
        <w:t>2.3 主流AI搜索平台的运作机制</w:t>
      </w:r>
    </w:p>
    <w:p>
      <w:pPr>
        <w:pStyle w:val="Heading3"/>
      </w:pPr>
      <w:r>
        <w:t>2.3.1 ChatGPT（OpenAI）</w:t>
      </w:r>
    </w:p>
    <w:p>
      <w:pPr>
        <w:spacing w:line="360" w:lineRule="auto"/>
        <w:ind w:firstLine="420"/>
      </w:pPr>
      <w:r>
        <w:rPr>
          <w:rFonts w:ascii="宋体" w:hAnsi="宋体" w:eastAsia="宋体"/>
          <w:sz w:val="24"/>
        </w:rPr>
        <w:t>运作机制。 ChatGPT的知识来源包括训练数据（截至2025年中）和联网搜索功能（Bing搜索集成）。ChatGPT在回答问题时优先使用训练数据中的知识，当需要实时信息时调用联网搜索。</w:t>
      </w:r>
    </w:p>
    <w:p>
      <w:pPr>
        <w:spacing w:line="360" w:lineRule="auto"/>
        <w:ind w:firstLine="420"/>
      </w:pPr>
      <w:r>
        <w:rPr>
          <w:rFonts w:ascii="宋体" w:hAnsi="宋体" w:eastAsia="宋体"/>
          <w:sz w:val="24"/>
        </w:rPr>
        <w:t>GEO策略要点。 ChatGPT重视信息的权威性和完整性。品牌信息应出现在高质量、权威性的信息源中（如维基百科、学术文献、权威媒体）。结构化数据（如Schema.org标记）有助于ChatGPT理解和引用品牌信息。</w:t>
      </w:r>
    </w:p>
    <w:p>
      <w:pPr>
        <w:pStyle w:val="Heading3"/>
      </w:pPr>
      <w:r>
        <w:t>2.3.2 Claude（Anthropic）</w:t>
      </w:r>
    </w:p>
    <w:p>
      <w:pPr>
        <w:spacing w:line="360" w:lineRule="auto"/>
        <w:ind w:firstLine="420"/>
      </w:pPr>
      <w:r>
        <w:rPr>
          <w:rFonts w:ascii="宋体" w:hAnsi="宋体" w:eastAsia="宋体"/>
          <w:sz w:val="24"/>
        </w:rPr>
        <w:t>运作机制。 Claude同样基于训练数据和联网搜索。Claude在信息呈现上倾向于结构化、有条理的答案，对信息的准确性和客观性要求极高。</w:t>
      </w:r>
    </w:p>
    <w:p>
      <w:pPr>
        <w:spacing w:line="360" w:lineRule="auto"/>
        <w:ind w:firstLine="420"/>
      </w:pPr>
      <w:r>
        <w:rPr>
          <w:rFonts w:ascii="宋体" w:hAnsi="宋体" w:eastAsia="宋体"/>
          <w:sz w:val="24"/>
        </w:rPr>
        <w:t>GEO策略要点。 Claude偏好客观、平衡、有数据支撑的信息。品牌信息应避免过度营销化的语言，强调事实和数据。结构化的对比信息和多维度的分析更容易被Claude引用。</w:t>
      </w:r>
    </w:p>
    <w:p>
      <w:pPr>
        <w:pStyle w:val="Heading3"/>
      </w:pPr>
      <w:r>
        <w:t>2.3.3 Perplexity</w:t>
      </w:r>
    </w:p>
    <w:p>
      <w:pPr>
        <w:spacing w:line="360" w:lineRule="auto"/>
        <w:ind w:firstLine="420"/>
      </w:pPr>
      <w:r>
        <w:rPr>
          <w:rFonts w:ascii="宋体" w:hAnsi="宋体" w:eastAsia="宋体"/>
          <w:sz w:val="24"/>
        </w:rPr>
        <w:t>运作机制。 Perplexity是一个"AI原生搜索引擎"，每次回答都基于实时检索。它比ChatGPT更依赖当前的网络内容，而非训练数据中的知识。</w:t>
      </w:r>
    </w:p>
    <w:p>
      <w:pPr>
        <w:spacing w:line="360" w:lineRule="auto"/>
        <w:ind w:firstLine="420"/>
      </w:pPr>
      <w:r>
        <w:rPr>
          <w:rFonts w:ascii="宋体" w:hAnsi="宋体" w:eastAsia="宋体"/>
          <w:sz w:val="24"/>
        </w:rPr>
        <w:t>GEO策略要点。 Perplexity的推荐高度依赖当前可检索到的网页内容。保持品牌网页的及时更新、确保内容可被高效检索和提取、提供清晰的引用来源是Perplexity优化的关键。</w:t>
      </w:r>
    </w:p>
    <w:p>
      <w:pPr>
        <w:pStyle w:val="Heading3"/>
      </w:pPr>
      <w:r>
        <w:t>2.3.4 国内AI搜索平台</w:t>
      </w:r>
    </w:p>
    <w:p>
      <w:pPr>
        <w:spacing w:line="360" w:lineRule="auto"/>
        <w:ind w:firstLine="420"/>
      </w:pPr>
      <w:r>
        <w:rPr>
          <w:rFonts w:ascii="宋体" w:hAnsi="宋体" w:eastAsia="宋体"/>
          <w:sz w:val="24"/>
        </w:rPr>
        <w:t>豆包（字节跳动）。 基于抖音和今日头条的内容生态，对短视频和图文内容有天然的偏好。文旅品牌在抖音上的内容量和质量直接影响豆包的推荐。</w:t>
      </w:r>
    </w:p>
    <w:p>
      <w:pPr>
        <w:spacing w:line="360" w:lineRule="auto"/>
        <w:ind w:firstLine="420"/>
      </w:pPr>
      <w:r>
        <w:rPr>
          <w:rFonts w:ascii="宋体" w:hAnsi="宋体" w:eastAsia="宋体"/>
          <w:sz w:val="24"/>
        </w:rPr>
        <w:t>文心一言（百度）。 基于百度的搜索生态和知识图谱。在百度百科、百度知道、百家号等百度系平台上的品牌信息对文心一言的推荐至关重要。</w:t>
      </w:r>
    </w:p>
    <w:p>
      <w:pPr>
        <w:spacing w:line="360" w:lineRule="auto"/>
        <w:ind w:firstLine="420"/>
      </w:pPr>
      <w:r>
        <w:rPr>
          <w:rFonts w:ascii="宋体" w:hAnsi="宋体" w:eastAsia="宋体"/>
          <w:sz w:val="24"/>
        </w:rPr>
        <w:t>通义千问（阿里）。 基于阿里生态。品牌在飞猪、高德、支付宝等阿里系平台上的信息对通义千问的推荐有重要影响。</w:t>
      </w:r>
    </w:p>
    <w:p>
      <w:pPr>
        <w:spacing w:line="360" w:lineRule="auto"/>
        <w:ind w:firstLine="420"/>
      </w:pPr>
      <w:r>
        <w:rPr>
          <w:rFonts w:ascii="宋体" w:hAnsi="宋体" w:eastAsia="宋体"/>
          <w:sz w:val="24"/>
        </w:rPr>
        <w:t>DeepSeek。 开源模型，重视内容的学术性和技术深度。技术白皮书、深度研究报告、数据驱动的内容更容易获得DeepSeek的青睐。</w:t>
      </w:r>
    </w:p>
    <w:p>
      <w:pPr>
        <w:pStyle w:val="Heading3"/>
      </w:pPr>
      <w:r>
        <w:t>2.3.5 平台差异的GEO启示</w:t>
      </w:r>
    </w:p>
    <w:p>
      <w:pPr>
        <w:spacing w:line="360" w:lineRule="auto"/>
        <w:ind w:firstLine="420"/>
      </w:pPr>
      <w:r>
        <w:rPr>
          <w:rFonts w:ascii="宋体" w:hAnsi="宋体" w:eastAsia="宋体"/>
          <w:sz w:val="24"/>
        </w:rPr>
        <w:t>不同AI平台的运作机制和偏好各不相同，这要求GEO策略必须是"全域"而非"单一平台"的。核心原则：在多个权威信息源上建立一致的品牌知识体系；内容应同时满足"深度"（适合ChatGPT和Claude）和"广度"（适合Perplexity的实时检索）；针对不同平台的生态特点，差异化布局品牌信息。</w:t>
      </w:r>
    </w:p>
    <w:p>
      <w:pPr>
        <w:pStyle w:val="Heading2"/>
      </w:pPr>
      <w:r>
        <w:t>本章小结</w:t>
      </w:r>
    </w:p>
    <w:p>
      <w:pPr>
        <w:spacing w:line="360" w:lineRule="auto"/>
        <w:ind w:firstLine="420"/>
      </w:pPr>
      <w:r>
        <w:rPr>
          <w:rFonts w:ascii="宋体" w:hAnsi="宋体" w:eastAsia="宋体"/>
          <w:sz w:val="24"/>
        </w:rPr>
        <w:t>GEO是面向生成式AI搜索平台的品牌可见性优化体系，与SEO存在本质差异——优化对象从"网页"变为"知识"，评估标准从"排名"变为"答案份额"，策略逻辑从"竞争性"变为"生态性"。不同AI平台（ChatGPT、Claude、Perplexity及国内主流平台）的运作机制和偏好各不相同，GEO策略必须是全域的、差异化的。从SEO到GEO的转变，本质是从"争夺搜索排名"到"构建知识信任体系"的范式迁移。</w:t>
      </w:r>
    </w:p>
    <w:p>
      <w:pPr>
        <w:pStyle w:val="Heading2"/>
      </w:pPr>
      <w:r>
        <w:t>思考与练习</w:t>
      </w:r>
    </w:p>
    <w:p>
      <w:pPr>
        <w:pStyle w:val="ListBullet"/>
      </w:pPr>
      <w:r>
        <w:t>用表格对比SEO和GEO在优化对象、评估标准、策略逻辑上的差异。</w:t>
      </w:r>
    </w:p>
    <w:p>
      <w:pPr>
        <w:pStyle w:val="ListBullet"/>
      </w:pPr>
      <w:r>
        <w:t>选择一家安顺文旅企业，分析其在ChatGPT、豆包和文心一言中的可见性现状。</w:t>
      </w:r>
    </w:p>
    <w:p>
      <w:pPr>
        <w:pStyle w:val="ListBullet"/>
      </w:pPr>
      <w:r>
        <w:t>解释为什么"GEO不是SEO的升级版，而是一种全新的范式"。</w:t>
      </w:r>
    </w:p>
    <w:p>
      <w:pPr>
        <w:pStyle w:val="ListBullet"/>
      </w:pPr>
      <w:r>
        <w:t>模拟测试：在三个不同AI平台上用相同问题查询同一文旅品牌，记录和对比结果。</w:t>
      </w:r>
    </w:p>
    <w:p>
      <w:pPr>
        <w:pStyle w:val="ListBullet"/>
      </w:pPr>
      <w:r>
        <w:t>为一家安顺民宿设计初步的GEO策略框架。</w:t>
      </w:r>
    </w:p>
    <w:p>
      <w:pPr>
        <w:pStyle w:val="Heading2"/>
      </w:pPr>
      <w:r>
        <w:t>知识卡片：主流AI搜索平台对比</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平台</w:t>
            </w:r>
          </w:p>
        </w:tc>
        <w:tc>
          <w:tcPr>
            <w:tcW w:type="dxa" w:w="2075"/>
          </w:tcPr>
          <w:p>
            <w:r>
              <w:rPr>
                <w:b/>
                <w:sz w:val="20"/>
              </w:rPr>
              <w:t>知识来源</w:t>
            </w:r>
          </w:p>
        </w:tc>
        <w:tc>
          <w:tcPr>
            <w:tcW w:type="dxa" w:w="2075"/>
          </w:tcPr>
          <w:p>
            <w:r>
              <w:rPr>
                <w:b/>
                <w:sz w:val="20"/>
              </w:rPr>
              <w:t>偏好内容类型</w:t>
            </w:r>
          </w:p>
        </w:tc>
        <w:tc>
          <w:tcPr>
            <w:tcW w:type="dxa" w:w="2075"/>
          </w:tcPr>
          <w:p>
            <w:r>
              <w:rPr>
                <w:b/>
                <w:sz w:val="20"/>
              </w:rPr>
              <w:t>GEO关键策略</w:t>
            </w:r>
          </w:p>
        </w:tc>
      </w:tr>
      <w:tr>
        <w:tc>
          <w:tcPr>
            <w:tcW w:type="dxa" w:w="2075"/>
          </w:tcPr>
          <w:p>
            <w:r>
              <w:t>ChatGPT</w:t>
            </w:r>
          </w:p>
        </w:tc>
        <w:tc>
          <w:tcPr>
            <w:tcW w:type="dxa" w:w="2075"/>
          </w:tcPr>
          <w:p>
            <w:r>
              <w:t>训练数据+联网搜索</w:t>
            </w:r>
          </w:p>
        </w:tc>
        <w:tc>
          <w:tcPr>
            <w:tcW w:type="dxa" w:w="2075"/>
          </w:tcPr>
          <w:p>
            <w:r>
              <w:t>权威、完整的信息</w:t>
            </w:r>
          </w:p>
        </w:tc>
        <w:tc>
          <w:tcPr>
            <w:tcW w:type="dxa" w:w="2075"/>
          </w:tcPr>
          <w:p>
            <w:r>
              <w:t>维基百科、学术文献、权威媒体</w:t>
            </w:r>
          </w:p>
        </w:tc>
      </w:tr>
      <w:tr>
        <w:tc>
          <w:tcPr>
            <w:tcW w:type="dxa" w:w="2075"/>
          </w:tcPr>
          <w:p>
            <w:r>
              <w:t>Claude</w:t>
            </w:r>
          </w:p>
        </w:tc>
        <w:tc>
          <w:tcPr>
            <w:tcW w:type="dxa" w:w="2075"/>
          </w:tcPr>
          <w:p>
            <w:r>
              <w:t>训练数据+联网搜索</w:t>
            </w:r>
          </w:p>
        </w:tc>
        <w:tc>
          <w:tcPr>
            <w:tcW w:type="dxa" w:w="2075"/>
          </w:tcPr>
          <w:p>
            <w:r>
              <w:t>客观、结构化分析</w:t>
            </w:r>
          </w:p>
        </w:tc>
        <w:tc>
          <w:tcPr>
            <w:tcW w:type="dxa" w:w="2075"/>
          </w:tcPr>
          <w:p>
            <w:r>
              <w:t>数据驱动、对比分析</w:t>
            </w:r>
          </w:p>
        </w:tc>
      </w:tr>
      <w:tr>
        <w:tc>
          <w:tcPr>
            <w:tcW w:type="dxa" w:w="2075"/>
          </w:tcPr>
          <w:p>
            <w:r>
              <w:t>Perplexity</w:t>
            </w:r>
          </w:p>
        </w:tc>
        <w:tc>
          <w:tcPr>
            <w:tcW w:type="dxa" w:w="2075"/>
          </w:tcPr>
          <w:p>
            <w:r>
              <w:t>实时检索为主</w:t>
            </w:r>
          </w:p>
        </w:tc>
        <w:tc>
          <w:tcPr>
            <w:tcW w:type="dxa" w:w="2075"/>
          </w:tcPr>
          <w:p>
            <w:r>
              <w:t>当前网页内容</w:t>
            </w:r>
          </w:p>
        </w:tc>
        <w:tc>
          <w:tcPr>
            <w:tcW w:type="dxa" w:w="2075"/>
          </w:tcPr>
          <w:p>
            <w:r>
              <w:t>内容及时更新、清晰引用</w:t>
            </w:r>
          </w:p>
        </w:tc>
      </w:tr>
      <w:tr>
        <w:tc>
          <w:tcPr>
            <w:tcW w:type="dxa" w:w="2075"/>
          </w:tcPr>
          <w:p>
            <w:r>
              <w:t>豆包</w:t>
            </w:r>
          </w:p>
        </w:tc>
        <w:tc>
          <w:tcPr>
            <w:tcW w:type="dxa" w:w="2075"/>
          </w:tcPr>
          <w:p>
            <w:r>
              <w:t>字节系内容生态</w:t>
            </w:r>
          </w:p>
        </w:tc>
        <w:tc>
          <w:tcPr>
            <w:tcW w:type="dxa" w:w="2075"/>
          </w:tcPr>
          <w:p>
            <w:r>
              <w:t>短视频、图文</w:t>
            </w:r>
          </w:p>
        </w:tc>
        <w:tc>
          <w:tcPr>
            <w:tcW w:type="dxa" w:w="2075"/>
          </w:tcPr>
          <w:p>
            <w:r>
              <w:t>抖音、头条内容建设</w:t>
            </w:r>
          </w:p>
        </w:tc>
      </w:tr>
      <w:tr>
        <w:tc>
          <w:tcPr>
            <w:tcW w:type="dxa" w:w="2075"/>
          </w:tcPr>
          <w:p>
            <w:r>
              <w:t>文心一言</w:t>
            </w:r>
          </w:p>
        </w:tc>
        <w:tc>
          <w:tcPr>
            <w:tcW w:type="dxa" w:w="2075"/>
          </w:tcPr>
          <w:p>
            <w:r>
              <w:t>百度生态+知识图谱</w:t>
            </w:r>
          </w:p>
        </w:tc>
        <w:tc>
          <w:tcPr>
            <w:tcW w:type="dxa" w:w="2075"/>
          </w:tcPr>
          <w:p>
            <w:r>
              <w:t>百科、知识类内容</w:t>
            </w:r>
          </w:p>
        </w:tc>
        <w:tc>
          <w:tcPr>
            <w:tcW w:type="dxa" w:w="2075"/>
          </w:tcPr>
          <w:p>
            <w:r>
              <w:t>百度百科、百家号</w:t>
            </w:r>
          </w:p>
        </w:tc>
      </w:tr>
    </w:tbl>
    <w:p/>
    <w:p>
      <w:pPr>
        <w:pStyle w:val="Heading2"/>
      </w:pPr>
      <w:r>
        <w:t>参考文献</w:t>
      </w:r>
    </w:p>
    <w:p>
      <w:pPr>
        <w:spacing w:line="360" w:lineRule="auto"/>
        <w:ind w:firstLine="420"/>
      </w:pPr>
      <w:r>
        <w:rPr>
          <w:rFonts w:ascii="宋体" w:hAnsi="宋体" w:eastAsia="宋体"/>
          <w:sz w:val="24"/>
        </w:rPr>
        <w:t>[4] 生成式引擎优化(GEO)的本质、作用机制与策略研究[J]. 情报理论与实践, 2025, 48(1): 1-12.</w:t>
      </w:r>
    </w:p>
    <w:p>
      <w:pPr>
        <w:spacing w:line="360" w:lineRule="auto"/>
        <w:ind w:firstLine="420"/>
      </w:pPr>
      <w:r>
        <w:rPr>
          <w:rFonts w:ascii="宋体" w:hAnsi="宋体" w:eastAsia="宋体"/>
          <w:sz w:val="24"/>
        </w:rPr>
        <w:t>[5] Zhang F, Cheng Q, Wan J, et al. Generative engine optimization: a VLM and agent framework for Pinterest acquisition growth[J]. arXiv:2602.02961, 2026.</w:t>
      </w:r>
    </w:p>
    <w:p>
      <w:pPr>
        <w:spacing w:line="360" w:lineRule="auto"/>
        <w:ind w:firstLine="420"/>
      </w:pPr>
      <w:r>
        <w:rPr>
          <w:rFonts w:ascii="宋体" w:hAnsi="宋体" w:eastAsia="宋体"/>
          <w:sz w:val="24"/>
        </w:rPr>
        <w:t>[6] Schulte J, Bleeker M, Kaufmann P. Don't measure once: measuring visibility in AI search (GEO)</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arXiv:2604.07585, 2026.</w:t>
      </w:r>
    </w:p>
    <w:p>
      <w:r>
        <w:br w:type="page"/>
      </w:r>
    </w:p>
    <w:p>
      <w:pPr>
        <w:pStyle w:val="Heading1"/>
      </w:pPr>
      <w:r>
        <w:t>第3章 GEO的核心理论与三大支柱</w:t>
      </w:r>
    </w:p>
    <w:p>
      <w:pPr>
        <w:pStyle w:val="Heading2"/>
      </w:pPr>
      <w:r>
        <w:t>学习目标</w:t>
      </w:r>
    </w:p>
    <w:p>
      <w:pPr>
        <w:pStyle w:val="ListBullet"/>
      </w:pPr>
      <w:r>
        <w:t>掌握GEO的三大核心支柱：可信度、语义覆盖、内容可提取性</w:t>
      </w:r>
    </w:p>
    <w:p>
      <w:pPr>
        <w:pStyle w:val="ListBullet"/>
      </w:pPr>
      <w:r>
        <w:t>理解每根支柱的技术原理和优化策略</w:t>
      </w:r>
    </w:p>
    <w:p>
      <w:pPr>
        <w:pStyle w:val="ListBullet"/>
      </w:pPr>
      <w:r>
        <w:t>学会评估品牌在每根支柱上的成熟度</w:t>
      </w:r>
    </w:p>
    <w:p>
      <w:pPr>
        <w:pStyle w:val="ListBullet"/>
      </w:pPr>
      <w:r>
        <w:t>了解GEO优化的测量指标和评估体系</w:t>
      </w:r>
    </w:p>
    <w:p>
      <w:pPr>
        <w:pStyle w:val="ListBullet"/>
      </w:pPr>
      <w:r>
        <w:t>能够制定文旅品牌的GEO优化路线图</w:t>
      </w:r>
    </w:p>
    <w:p>
      <w:pPr>
        <w:pStyle w:val="Heading2"/>
      </w:pPr>
      <w:r>
        <w:t>导入案例：为什么AI推荐了"荷里购"？</w:t>
      </w:r>
    </w:p>
    <w:p>
      <w:pPr>
        <w:spacing w:line="360" w:lineRule="auto"/>
        <w:ind w:firstLine="420"/>
      </w:pPr>
      <w:r>
        <w:rPr>
          <w:rFonts w:ascii="宋体" w:hAnsi="宋体" w:eastAsia="宋体"/>
          <w:sz w:val="24"/>
        </w:rPr>
        <w:t>2026年，一家名为"荷里购"的GEO优化公司为某江南古镇做了全面的GEO优化。三个月后，当用户在ChatGPT中问"推荐一个有文化底蕴、适合深度游的江南古镇"时，这个不太知名的古镇开始稳定出现在AI推荐的前三名。</w:t>
      </w:r>
    </w:p>
    <w:p>
      <w:pPr>
        <w:spacing w:line="360" w:lineRule="auto"/>
        <w:ind w:firstLine="420"/>
      </w:pPr>
      <w:r>
        <w:rPr>
          <w:rFonts w:ascii="宋体" w:hAnsi="宋体" w:eastAsia="宋体"/>
          <w:sz w:val="24"/>
        </w:rPr>
        <w:t>分析其成功原因，恰好对应GEO的三大支柱：</w:t>
      </w:r>
    </w:p>
    <w:p>
      <w:pPr>
        <w:spacing w:line="360" w:lineRule="auto"/>
        <w:ind w:firstLine="420"/>
      </w:pPr>
      <w:r>
        <w:rPr>
          <w:rFonts w:ascii="宋体" w:hAnsi="宋体" w:eastAsia="宋体"/>
          <w:sz w:val="24"/>
        </w:rPr>
        <w:t>可信度支柱。 荷里购帮助古镇在维基百科、百度百科建立了完整词条；在学术数据库中发表了关于该古镇建筑文化的论文；在权威旅游媒体上发布了深度报道。AI判断这个古镇的信息来源是"可信的"。</w:t>
      </w:r>
    </w:p>
    <w:p>
      <w:pPr>
        <w:spacing w:line="360" w:lineRule="auto"/>
        <w:ind w:firstLine="420"/>
      </w:pPr>
      <w:r>
        <w:rPr>
          <w:rFonts w:ascii="宋体" w:hAnsi="宋体" w:eastAsia="宋体"/>
          <w:sz w:val="24"/>
        </w:rPr>
        <w:t>语义覆盖支柱。 荷里购系统梳理了古镇的所有特征维度——建筑、美食、民俗、交通、住宿、周边——确保每个维度都有详细内容。当用户从任何一个角度提问（"适合拍照的古镇""美食多的古镇""交通便利的古镇"），AI都能找到匹配的信息。</w:t>
      </w:r>
    </w:p>
    <w:p>
      <w:pPr>
        <w:spacing w:line="360" w:lineRule="auto"/>
        <w:ind w:firstLine="420"/>
      </w:pPr>
      <w:r>
        <w:rPr>
          <w:rFonts w:ascii="宋体" w:hAnsi="宋体" w:eastAsia="宋体"/>
          <w:sz w:val="24"/>
        </w:rPr>
        <w:t>可提取性支柱。 荷里购将古镇信息做了结构化处理——使用Schema.org标记、建立FAQ页面、优化网页结构，确保AI能够高效地"读取"和"理解"这些信息。</w:t>
      </w:r>
    </w:p>
    <w:p>
      <w:pPr>
        <w:pStyle w:val="Heading2"/>
      </w:pPr>
      <w:r>
        <w:t>3.1 支柱一：可信度——EEAT框架</w:t>
      </w:r>
    </w:p>
    <w:p>
      <w:pPr>
        <w:pStyle w:val="Heading3"/>
      </w:pPr>
      <w:r>
        <w:t>3.1.1 EEAT框架解析</w:t>
      </w:r>
    </w:p>
    <w:p>
      <w:pPr>
        <w:spacing w:line="360" w:lineRule="auto"/>
        <w:ind w:firstLine="420"/>
      </w:pPr>
      <w:r>
        <w:rPr>
          <w:rFonts w:ascii="宋体" w:hAnsi="宋体" w:eastAsia="宋体"/>
          <w:sz w:val="24"/>
        </w:rPr>
        <w:t>GEO的可信度构建借鉴了Google的EEAT框架，但做了适应AI搜索的调整。EEAT代表四个维度：</w:t>
      </w:r>
    </w:p>
    <w:p>
      <w:pPr>
        <w:spacing w:line="360" w:lineRule="auto"/>
        <w:ind w:firstLine="420"/>
      </w:pPr>
      <w:r>
        <w:rPr>
          <w:rFonts w:ascii="宋体" w:hAnsi="宋体" w:eastAsia="宋体"/>
          <w:sz w:val="24"/>
        </w:rPr>
        <w:t>经验（Experience）。 内容创作者是否具有第一手经验？对于文旅品牌而言，这意味着：真实的游客体验分享比官方宣传稿更有说服力；本地人的推荐比外地博主的攻略更可信；传承人的技艺展示比第三方介绍更有价值。</w:t>
      </w:r>
    </w:p>
    <w:p>
      <w:pPr>
        <w:spacing w:line="360" w:lineRule="auto"/>
        <w:ind w:firstLine="420"/>
      </w:pPr>
      <w:r>
        <w:rPr>
          <w:rFonts w:ascii="宋体" w:hAnsi="宋体" w:eastAsia="宋体"/>
          <w:sz w:val="24"/>
        </w:rPr>
        <w:t>专业（Expertise）。 内容创作者是否具备专业知识？文旅品牌的"专业"体现为：对本地历史文化的深入了解；对旅游服务的专业把控；对行业标准和规范的遵循。</w:t>
      </w:r>
    </w:p>
    <w:p>
      <w:pPr>
        <w:spacing w:line="360" w:lineRule="auto"/>
        <w:ind w:firstLine="420"/>
      </w:pPr>
      <w:r>
        <w:rPr>
          <w:rFonts w:ascii="宋体" w:hAnsi="宋体" w:eastAsia="宋体"/>
          <w:sz w:val="24"/>
        </w:rPr>
        <w:t>权威（Authority）。 品牌在行业内的权威性如何？权威性来自：权威媒体的报道和推荐；行业奖项和认证；学术研究和官方认定（如非遗认定、文物保护单位）。</w:t>
      </w:r>
    </w:p>
    <w:p>
      <w:pPr>
        <w:spacing w:line="360" w:lineRule="auto"/>
        <w:ind w:firstLine="420"/>
      </w:pPr>
      <w:r>
        <w:rPr>
          <w:rFonts w:ascii="宋体" w:hAnsi="宋体" w:eastAsia="宋体"/>
          <w:sz w:val="24"/>
        </w:rPr>
        <w:t>信任（Trust）。 品牌信息是否值得信任？信任建立在：信息的一致性和准确性（不同平台的信息一致）；用户评价的真实性和正面性；品牌的透明度和责任感。</w:t>
      </w:r>
    </w:p>
    <w:p>
      <w:pPr>
        <w:pStyle w:val="Heading3"/>
      </w:pPr>
      <w:r>
        <w:t>3.1.2 文旅品牌可信度构建策略</w:t>
      </w:r>
    </w:p>
    <w:p>
      <w:pPr>
        <w:spacing w:line="360" w:lineRule="auto"/>
        <w:ind w:firstLine="420"/>
      </w:pPr>
      <w:r>
        <w:rPr>
          <w:rFonts w:ascii="宋体" w:hAnsi="宋体" w:eastAsia="宋体"/>
          <w:sz w:val="24"/>
        </w:rPr>
        <w:t>权威信息源建设。 在维基百科/百度百科建立完整、准确的品牌词条；在学术文献中留下品牌印记（如合作发表论文、入选案例研究）；获得权威媒体的报道和推荐；争取行业认证和官方背书（星级景区、非遗认定、地理标志）。</w:t>
      </w:r>
    </w:p>
    <w:p>
      <w:pPr>
        <w:spacing w:line="360" w:lineRule="auto"/>
        <w:ind w:firstLine="420"/>
      </w:pPr>
      <w:r>
        <w:rPr>
          <w:rFonts w:ascii="宋体" w:hAnsi="宋体" w:eastAsia="宋体"/>
          <w:sz w:val="24"/>
        </w:rPr>
        <w:t>专业知识内容。 发布系统性的目的地知识内容（历史、文化、自然、美食）；建立专业的旅游服务标准并公开；培养和展示员工的专业素养。</w:t>
      </w:r>
    </w:p>
    <w:p>
      <w:pPr>
        <w:spacing w:line="360" w:lineRule="auto"/>
        <w:ind w:firstLine="420"/>
      </w:pPr>
      <w:r>
        <w:rPr>
          <w:rFonts w:ascii="宋体" w:hAnsi="宋体" w:eastAsia="宋体"/>
          <w:sz w:val="24"/>
        </w:rPr>
        <w:t>真实体验内容。 鼓励和引导高质量的用户评价和分享；合作真实体验型KOL（非纯商业推广型）；建立UGC激励机制。</w:t>
      </w:r>
    </w:p>
    <w:p>
      <w:pPr>
        <w:spacing w:line="360" w:lineRule="auto"/>
        <w:ind w:firstLine="420"/>
      </w:pPr>
      <w:r>
        <w:rPr>
          <w:rFonts w:ascii="宋体" w:hAnsi="宋体" w:eastAsia="宋体"/>
          <w:sz w:val="24"/>
        </w:rPr>
        <w:t>信任信号建设。 保持品牌信息在所有平台的一致性；透明公开的定价和服务条款；及时、真诚地回应用户反馈和投诉。</w:t>
      </w:r>
    </w:p>
    <w:p>
      <w:pPr>
        <w:pStyle w:val="Heading2"/>
      </w:pPr>
      <w:r>
        <w:t>3.2 支柱二：语义覆盖——让AI全面理解品牌</w:t>
      </w:r>
    </w:p>
    <w:p>
      <w:pPr>
        <w:pStyle w:val="Heading3"/>
      </w:pPr>
      <w:r>
        <w:t>3.2.1 语义覆盖的概念</w:t>
      </w:r>
    </w:p>
    <w:p>
      <w:pPr>
        <w:spacing w:line="360" w:lineRule="auto"/>
        <w:ind w:firstLine="420"/>
      </w:pPr>
      <w:r>
        <w:rPr>
          <w:rFonts w:ascii="宋体" w:hAnsi="宋体" w:eastAsia="宋体"/>
          <w:sz w:val="24"/>
        </w:rPr>
        <w:t>语义覆盖（Semantic Coverage）是指品牌信息在AI可能涉及的各个维度上的完整程度。AI在回答用户问题时，会根据问题的角度检索最相关的信息。如果品牌在某些维度上信息缺失，AI就不会在相关场景中推荐它。</w:t>
      </w:r>
    </w:p>
    <w:p>
      <w:pPr>
        <w:spacing w:line="360" w:lineRule="auto"/>
        <w:ind w:firstLine="420"/>
      </w:pPr>
      <w:r>
        <w:rPr>
          <w:rFonts w:ascii="宋体" w:hAnsi="宋体" w:eastAsia="宋体"/>
          <w:sz w:val="24"/>
        </w:rPr>
        <w:t>例如，如果用户问"安顺有哪些适合带老人去的景点"，AI会搜索关于"适合老年人""无障碍设施""体力消耗低"等信息。如果天龙屯堡的内容只强调了"历史文化""建筑特色"，而没有涉及这些维度，它就不会出现在AI的答案中。</w:t>
      </w:r>
    </w:p>
    <w:p>
      <w:pPr>
        <w:pStyle w:val="Heading3"/>
      </w:pPr>
      <w:r>
        <w:t>3.2.2 语义覆盖的五维模型</w:t>
      </w:r>
    </w:p>
    <w:p>
      <w:pPr>
        <w:spacing w:line="360" w:lineRule="auto"/>
        <w:ind w:firstLine="420"/>
      </w:pPr>
      <w:r>
        <w:rPr>
          <w:rFonts w:ascii="宋体" w:hAnsi="宋体" w:eastAsia="宋体"/>
          <w:sz w:val="24"/>
        </w:rPr>
        <w:t>文旅品牌的语义覆盖应涵盖五个维度：</w:t>
      </w:r>
    </w:p>
    <w:p>
      <w:pPr>
        <w:spacing w:line="360" w:lineRule="auto"/>
        <w:ind w:firstLine="420"/>
      </w:pPr>
      <w:r>
        <w:rPr>
          <w:rFonts w:ascii="宋体" w:hAnsi="宋体" w:eastAsia="宋体"/>
          <w:sz w:val="24"/>
        </w:rPr>
        <w:t>产品维。 核心产品和服务——景区/民宿/餐厅的基本信息、特色、价格、预订方式。这是语义覆盖的基础层。</w:t>
      </w:r>
    </w:p>
    <w:p>
      <w:pPr>
        <w:spacing w:line="360" w:lineRule="auto"/>
        <w:ind w:firstLine="420"/>
      </w:pPr>
      <w:r>
        <w:rPr>
          <w:rFonts w:ascii="宋体" w:hAnsi="宋体" w:eastAsia="宋体"/>
          <w:sz w:val="24"/>
        </w:rPr>
        <w:t>场景维。 适用场景——适合什么人群（家庭、情侣、独自旅行）？适合什么季节？适合什么预算？适合什么时长？场景覆盖越丰富，AI推荐的机会越多。</w:t>
      </w:r>
    </w:p>
    <w:p>
      <w:pPr>
        <w:spacing w:line="360" w:lineRule="auto"/>
        <w:ind w:firstLine="420"/>
      </w:pPr>
      <w:r>
        <w:rPr>
          <w:rFonts w:ascii="宋体" w:hAnsi="宋体" w:eastAsia="宋体"/>
          <w:sz w:val="24"/>
        </w:rPr>
        <w:t>价值维。 独特价值——与竞争对手相比的差异化优势。这个古镇与别的古镇有什么不同？这家民宿的特色在哪里？</w:t>
      </w:r>
    </w:p>
    <w:p>
      <w:pPr>
        <w:spacing w:line="360" w:lineRule="auto"/>
        <w:ind w:firstLine="420"/>
      </w:pPr>
      <w:r>
        <w:rPr>
          <w:rFonts w:ascii="宋体" w:hAnsi="宋体" w:eastAsia="宋体"/>
          <w:sz w:val="24"/>
        </w:rPr>
        <w:t>文化维。 文化内涵——品牌背后的历史、文化、故事。这是文旅品牌最有"护城河"的维度，也是最容易被AI引用的"差异化内容"。</w:t>
      </w:r>
    </w:p>
    <w:p>
      <w:pPr>
        <w:spacing w:line="360" w:lineRule="auto"/>
        <w:ind w:firstLine="420"/>
      </w:pPr>
      <w:r>
        <w:rPr>
          <w:rFonts w:ascii="宋体" w:hAnsi="宋体" w:eastAsia="宋体"/>
          <w:sz w:val="24"/>
        </w:rPr>
        <w:t>关联维。 关联资源——周边的景点、美食、交通、购物。AI在规划行程时会将关联资源纳入考虑。一个景区如果能提供完整的周边信息，在AI的行程规划中就有更高的"整合价值"。</w:t>
      </w:r>
    </w:p>
    <w:p>
      <w:pPr>
        <w:pStyle w:val="Heading3"/>
      </w:pPr>
      <w:r>
        <w:t>3.2.3 语义覆盖的优化方法</w:t>
      </w:r>
    </w:p>
    <w:p>
      <w:pPr>
        <w:spacing w:line="360" w:lineRule="auto"/>
        <w:ind w:firstLine="420"/>
      </w:pPr>
      <w:r>
        <w:rPr>
          <w:rFonts w:ascii="宋体" w:hAnsi="宋体" w:eastAsia="宋体"/>
          <w:sz w:val="24"/>
        </w:rPr>
        <w:t>维度扫描。 系统梳理品牌可能涉及的所有维度，建立"语义覆盖矩阵"。矩阵的行是维度，列是用户可能提出的问题角度。检查每个交叉点是否有内容覆盖。</w:t>
      </w:r>
    </w:p>
    <w:p>
      <w:pPr>
        <w:spacing w:line="360" w:lineRule="auto"/>
        <w:ind w:firstLine="420"/>
      </w:pPr>
      <w:r>
        <w:rPr>
          <w:rFonts w:ascii="宋体" w:hAnsi="宋体" w:eastAsia="宋体"/>
          <w:sz w:val="24"/>
        </w:rPr>
        <w:t>长尾内容建设。 不仅关注热门维度（如"景点推荐"），更要关注长尾维度（如"适合拍汉服写真的古镇""有手工体验项目的民宿"）。长尾维度的竞争小，转化率高。</w:t>
      </w:r>
    </w:p>
    <w:p>
      <w:pPr>
        <w:spacing w:line="360" w:lineRule="auto"/>
        <w:ind w:firstLine="420"/>
      </w:pPr>
      <w:r>
        <w:rPr>
          <w:rFonts w:ascii="宋体" w:hAnsi="宋体" w:eastAsia="宋体"/>
          <w:sz w:val="24"/>
        </w:rPr>
        <w:t>场景化内容。 以用户使用场景为核心组织内容。不是"我们有什么"，而是"在什么情况下你应该选择我们"。</w:t>
      </w:r>
    </w:p>
    <w:p>
      <w:pPr>
        <w:spacing w:line="360" w:lineRule="auto"/>
        <w:ind w:firstLine="420"/>
      </w:pPr>
      <w:r>
        <w:rPr>
          <w:rFonts w:ascii="宋体" w:hAnsi="宋体" w:eastAsia="宋体"/>
          <w:sz w:val="24"/>
        </w:rPr>
        <w:t>问答式内容。 针对用户可能向AI提出的问题，准备直接的问答内容。FAQ页面是最直接的语义覆盖方式——"XX古镇常见问题""XX民宿住客最常问的10个问题"。</w:t>
      </w:r>
    </w:p>
    <w:p>
      <w:pPr>
        <w:pStyle w:val="Heading2"/>
      </w:pPr>
      <w:r>
        <w:t>3.3 支柱三：内容可提取性——让AI高效获取信息</w:t>
      </w:r>
    </w:p>
    <w:p>
      <w:pPr>
        <w:pStyle w:val="Heading3"/>
      </w:pPr>
      <w:r>
        <w:t>3.3.1 内容可提取性的概念</w:t>
      </w:r>
    </w:p>
    <w:p>
      <w:pPr>
        <w:spacing w:line="360" w:lineRule="auto"/>
        <w:ind w:firstLine="420"/>
      </w:pPr>
      <w:r>
        <w:rPr>
          <w:rFonts w:ascii="宋体" w:hAnsi="宋体" w:eastAsia="宋体"/>
          <w:sz w:val="24"/>
        </w:rPr>
        <w:t>内容可提取性（Content Extractability）是指品牌信息被AI高效、准确"读取"和"理解"的容易程度。即使品牌拥有高质量、全面覆盖的内容，如果这些内容在技术上难以被AI提取，GEO效果也会大打折扣。</w:t>
      </w:r>
    </w:p>
    <w:p>
      <w:pPr>
        <w:spacing w:line="360" w:lineRule="auto"/>
        <w:ind w:firstLine="420"/>
      </w:pPr>
      <w:r>
        <w:rPr>
          <w:rFonts w:ascii="宋体" w:hAnsi="宋体" w:eastAsia="宋体"/>
          <w:sz w:val="24"/>
        </w:rPr>
        <w:t>内容可提取性关注的是"信息架构"而非"信息本身"——同样的内容，以不同的结构呈现，AI的提取效果可能天差地别。</w:t>
      </w:r>
    </w:p>
    <w:p>
      <w:pPr>
        <w:pStyle w:val="Heading3"/>
      </w:pPr>
      <w:r>
        <w:t>3.3.2 结构化数据标记</w:t>
      </w:r>
    </w:p>
    <w:p>
      <w:pPr>
        <w:spacing w:line="360" w:lineRule="auto"/>
        <w:ind w:firstLine="420"/>
      </w:pPr>
      <w:r>
        <w:rPr>
          <w:rFonts w:ascii="宋体" w:hAnsi="宋体" w:eastAsia="宋体"/>
          <w:sz w:val="24"/>
        </w:rPr>
        <w:t>Schema.org标记。 Schema.org是搜索引擎和AI平台共同支持的结构化数据标准。对于文旅品牌，关键的Schema类型包括：TouristAttraction（旅游景点）——名称、描述、地址、开放时间、门票价格；Hotel/Hostel（酒店/民宿）——房型、价格、设施、评分；Restaurant（餐厅）——菜系、价格区间、营业时间、评分；Event（活动）——时间、地点、票价、类型；FAQ（常见问题）——问题和答案对。</w:t>
      </w:r>
    </w:p>
    <w:p>
      <w:pPr>
        <w:spacing w:line="360" w:lineRule="auto"/>
        <w:ind w:firstLine="420"/>
      </w:pPr>
      <w:r>
        <w:rPr>
          <w:rFonts w:ascii="宋体" w:hAnsi="宋体" w:eastAsia="宋体"/>
          <w:sz w:val="24"/>
        </w:rPr>
        <w:t>使用JSON-LD格式在网页中嵌入Schema.org标记，能显著提升AI对品牌信息的理解和提取效率。</w:t>
      </w:r>
    </w:p>
    <w:p>
      <w:pPr>
        <w:spacing w:line="360" w:lineRule="auto"/>
        <w:ind w:firstLine="420"/>
      </w:pPr>
      <w:r>
        <w:rPr>
          <w:rFonts w:ascii="宋体" w:hAnsi="宋体" w:eastAsia="宋体"/>
          <w:sz w:val="24"/>
        </w:rPr>
        <w:t>知识图谱结构化。 在品牌官网中建立结构化的知识库或知识图谱页面，以机器可读的格式呈现品牌的核心信息。例如，一个景区的知识图谱页面可以包含：基本信息（名称、地址、等级、面积）、文化信息（历史年代、文化类型、非遗项目）、服务信息（开放时间、门票、交通、餐饮）、关联信息（周边景点、推荐路线）。</w:t>
      </w:r>
    </w:p>
    <w:p>
      <w:pPr>
        <w:pStyle w:val="Heading3"/>
      </w:pPr>
      <w:r>
        <w:t>3.3.3 内容架构优化</w:t>
      </w:r>
    </w:p>
    <w:p>
      <w:pPr>
        <w:spacing w:line="360" w:lineRule="auto"/>
        <w:ind w:firstLine="420"/>
      </w:pPr>
      <w:r>
        <w:rPr>
          <w:rFonts w:ascii="宋体" w:hAnsi="宋体" w:eastAsia="宋体"/>
          <w:sz w:val="24"/>
        </w:rPr>
        <w:t>清晰的信息层级。 网页内容应有清晰的标题层级（H1-H6），每个层级的内容聚焦一个主题。AI在提取信息时会利用标题层级来判断内容结构。</w:t>
      </w:r>
    </w:p>
    <w:p>
      <w:pPr>
        <w:spacing w:line="360" w:lineRule="auto"/>
        <w:ind w:firstLine="420"/>
      </w:pPr>
      <w:r>
        <w:rPr>
          <w:rFonts w:ascii="宋体" w:hAnsi="宋体" w:eastAsia="宋体"/>
          <w:sz w:val="24"/>
        </w:rPr>
        <w:t>段落语义完整性。 每个段落应自包含完整的语义，不依赖上下文才能理解。AI在提取时可能只抓取部分段落，如果段落语义不完整，AI可能产生误解。</w:t>
      </w:r>
    </w:p>
    <w:p>
      <w:pPr>
        <w:spacing w:line="360" w:lineRule="auto"/>
        <w:ind w:firstLine="420"/>
      </w:pPr>
      <w:r>
        <w:rPr>
          <w:rFonts w:ascii="宋体" w:hAnsi="宋体" w:eastAsia="宋体"/>
          <w:sz w:val="24"/>
        </w:rPr>
        <w:t>要点化呈现。 关键信息以列表、表格等结构化方式呈现，比纯文本更容易被AI提取。</w:t>
      </w:r>
    </w:p>
    <w:p>
      <w:pPr>
        <w:spacing w:line="360" w:lineRule="auto"/>
        <w:ind w:firstLine="420"/>
      </w:pPr>
      <w:r>
        <w:rPr>
          <w:rFonts w:ascii="宋体" w:hAnsi="宋体" w:eastAsia="宋体"/>
          <w:sz w:val="24"/>
        </w:rPr>
        <w:t>内部链接优化。 建立清晰的内部链接结构，让AI爬虫能够高效遍历品牌的所有内容页面。</w:t>
      </w:r>
    </w:p>
    <w:p>
      <w:pPr>
        <w:pStyle w:val="Heading3"/>
      </w:pPr>
      <w:r>
        <w:t>3.3.4 多模态内容的可提取性</w:t>
      </w:r>
    </w:p>
    <w:p>
      <w:pPr>
        <w:spacing w:line="360" w:lineRule="auto"/>
        <w:ind w:firstLine="420"/>
      </w:pPr>
      <w:r>
        <w:rPr>
          <w:rFonts w:ascii="宋体" w:hAnsi="宋体" w:eastAsia="宋体"/>
          <w:sz w:val="24"/>
        </w:rPr>
        <w:t>AI搜索不仅处理文本，也处理图片、视频等多媒体内容。多模态内容的可提取性优化包括：图片的Alt文本——为每张图片撰写准确、信息丰富的替代文本；视频的字幕和描述——为视频提供完整的字幕和结构化描述；音频的转录——为播客和音频内容提供文字转录；多模态内容的结构化元数据——使用IPTC、EXIF等标准为多媒体内容添加元数据。</w:t>
      </w:r>
    </w:p>
    <w:p>
      <w:pPr>
        <w:pStyle w:val="Heading2"/>
      </w:pPr>
      <w:r>
        <w:t>3.4 GEO效果评估体系</w:t>
      </w:r>
    </w:p>
    <w:p>
      <w:pPr>
        <w:pStyle w:val="Heading3"/>
      </w:pPr>
      <w:r>
        <w:t>3.4.1 核心评估指标</w:t>
      </w:r>
    </w:p>
    <w:p>
      <w:pPr>
        <w:spacing w:line="360" w:lineRule="auto"/>
        <w:ind w:firstLine="420"/>
      </w:pPr>
      <w:r>
        <w:rPr>
          <w:rFonts w:ascii="宋体" w:hAnsi="宋体" w:eastAsia="宋体"/>
          <w:sz w:val="24"/>
        </w:rPr>
        <w:t>答案份额（Answer Share）。 品牌在AI回答中出现的频率。测量方法：针对目标问题集，统计品牌在AI答案中被提及的比例。</w:t>
      </w:r>
    </w:p>
    <w:p>
      <w:pPr>
        <w:spacing w:line="360" w:lineRule="auto"/>
        <w:ind w:firstLine="420"/>
      </w:pPr>
      <w:r>
        <w:rPr>
          <w:rFonts w:ascii="宋体" w:hAnsi="宋体" w:eastAsia="宋体"/>
          <w:sz w:val="24"/>
        </w:rPr>
        <w:t>推荐排名（Recommendation Rank）。 品牌在AI推荐列表中的位置。当AI给出多个推荐选项时，品牌排在第几位？</w:t>
      </w:r>
    </w:p>
    <w:p>
      <w:pPr>
        <w:spacing w:line="360" w:lineRule="auto"/>
        <w:ind w:firstLine="420"/>
      </w:pPr>
      <w:r>
        <w:rPr>
          <w:rFonts w:ascii="宋体" w:hAnsi="宋体" w:eastAsia="宋体"/>
          <w:sz w:val="24"/>
        </w:rPr>
        <w:t>语义质量（Semantic Quality）。 AI对品牌描述的准确性、完整性和正面性。AI是否准确描述了品牌的核心特征？是否遗漏了重要信息？描述的语气是正面、中性还是负面？</w:t>
      </w:r>
    </w:p>
    <w:p>
      <w:pPr>
        <w:spacing w:line="360" w:lineRule="auto"/>
        <w:ind w:firstLine="420"/>
      </w:pPr>
      <w:r>
        <w:rPr>
          <w:rFonts w:ascii="宋体" w:hAnsi="宋体" w:eastAsia="宋体"/>
          <w:sz w:val="24"/>
        </w:rPr>
        <w:t>引用来源质量（Citation Quality）。 AI在推荐品牌时引用的信息来源是否权威、可信？</w:t>
      </w:r>
    </w:p>
    <w:p>
      <w:pPr>
        <w:pStyle w:val="Heading3"/>
      </w:pPr>
      <w:r>
        <w:t>3.4.2 评估工具与方法</w:t>
      </w:r>
    </w:p>
    <w:p>
      <w:pPr>
        <w:spacing w:line="360" w:lineRule="auto"/>
        <w:ind w:firstLine="420"/>
      </w:pPr>
      <w:r>
        <w:rPr>
          <w:rFonts w:ascii="宋体" w:hAnsi="宋体" w:eastAsia="宋体"/>
          <w:sz w:val="24"/>
        </w:rPr>
        <w:t>人工测试。 定期在多个AI平台上用预设问题集进行测试，记录品牌的答案份额和推荐排名。建议每月进行一次，追踪变化趋势。</w:t>
      </w:r>
    </w:p>
    <w:p>
      <w:pPr>
        <w:spacing w:line="360" w:lineRule="auto"/>
        <w:ind w:firstLine="420"/>
      </w:pPr>
      <w:r>
        <w:rPr>
          <w:rFonts w:ascii="宋体" w:hAnsi="宋体" w:eastAsia="宋体"/>
          <w:sz w:val="24"/>
        </w:rPr>
        <w:t>自动化监测。 使用GEO监测工具（如火山引擎、神策数据等提供的GEO监测服务）进行自动化、持续性的品牌可见性监测。</w:t>
      </w:r>
    </w:p>
    <w:p>
      <w:pPr>
        <w:spacing w:line="360" w:lineRule="auto"/>
        <w:ind w:firstLine="420"/>
      </w:pPr>
      <w:r>
        <w:rPr>
          <w:rFonts w:ascii="宋体" w:hAnsi="宋体" w:eastAsia="宋体"/>
          <w:sz w:val="24"/>
        </w:rPr>
        <w:t>对比分析。 不仅监测自己的品牌，也监测竞争对手在AI搜索中的表现，进行对比分析。</w:t>
      </w:r>
    </w:p>
    <w:p>
      <w:pPr>
        <w:spacing w:line="360" w:lineRule="auto"/>
        <w:ind w:firstLine="420"/>
      </w:pPr>
      <w:r>
        <w:rPr>
          <w:rFonts w:ascii="宋体" w:hAnsi="宋体" w:eastAsia="宋体"/>
          <w:sz w:val="24"/>
        </w:rPr>
        <w:t>归因分析。 当品牌在AI搜索中的表现发生变化时，分析变化的原因——是因为做了哪些GEO优化动作？还是因为竞争对手的动作？</w:t>
      </w:r>
    </w:p>
    <w:p>
      <w:pPr>
        <w:pStyle w:val="Heading2"/>
      </w:pPr>
      <w:r>
        <w:t>本章小结</w:t>
      </w:r>
    </w:p>
    <w:p>
      <w:pPr>
        <w:spacing w:line="360" w:lineRule="auto"/>
        <w:ind w:firstLine="420"/>
      </w:pPr>
      <w:r>
        <w:rPr>
          <w:rFonts w:ascii="宋体" w:hAnsi="宋体" w:eastAsia="宋体"/>
          <w:sz w:val="24"/>
        </w:rPr>
        <w:t>GEO的三大支柱构成了一个完整的优化体系：可信度（EEAT框架）确保AI"相信"你的品牌信息；语义覆盖（五维模型）确保AI"全面理解"你的品牌；内容可提取性（结构化+架构优化）确保AI"高效获取"你的品牌信息。三大支柱缺一不可——可信度低，AI不引用；覆盖不全，AI想不到；提取困难，AI找不到。效果评估应以答案份额、推荐排名、语义质量和引用来源质量为核心指标。</w:t>
      </w:r>
    </w:p>
    <w:p>
      <w:pPr>
        <w:pStyle w:val="Heading2"/>
      </w:pPr>
      <w:r>
        <w:t>思考与练习</w:t>
      </w:r>
    </w:p>
    <w:p>
      <w:pPr>
        <w:pStyle w:val="ListBullet"/>
      </w:pPr>
      <w:r>
        <w:t>运用EEAT框架评估一个安顺文旅品牌的当前可信度水平。</w:t>
      </w:r>
    </w:p>
    <w:p>
      <w:pPr>
        <w:pStyle w:val="ListBullet"/>
      </w:pPr>
      <w:r>
        <w:t>为一个安顺景区建立"语义覆盖矩阵"，识别覆盖空白。</w:t>
      </w:r>
    </w:p>
    <w:p>
      <w:pPr>
        <w:pStyle w:val="ListBullet"/>
      </w:pPr>
      <w:r>
        <w:t>为一个安顺民宿网站撰写Schema.org的JSON-LD结构化数据。</w:t>
      </w:r>
    </w:p>
    <w:p>
      <w:pPr>
        <w:pStyle w:val="ListBullet"/>
      </w:pPr>
      <w:r>
        <w:t>在ChatGPT和豆包中分别测试一个安顺文旅品牌的可见性，撰写评估报告。</w:t>
      </w:r>
    </w:p>
    <w:p>
      <w:pPr>
        <w:pStyle w:val="ListBullet"/>
      </w:pPr>
      <w:r>
        <w:t>设计一个GEO效果监测的月度报告模板。</w:t>
      </w:r>
    </w:p>
    <w:p>
      <w:pPr>
        <w:pStyle w:val="Heading2"/>
      </w:pPr>
      <w:r>
        <w:t>知识卡片：GEO三大支柱</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支柱</w:t>
            </w:r>
          </w:p>
        </w:tc>
        <w:tc>
          <w:tcPr>
            <w:tcW w:type="dxa" w:w="2075"/>
          </w:tcPr>
          <w:p>
            <w:r>
              <w:rPr>
                <w:b/>
                <w:sz w:val="20"/>
              </w:rPr>
              <w:t>核心问题</w:t>
            </w:r>
          </w:p>
        </w:tc>
        <w:tc>
          <w:tcPr>
            <w:tcW w:type="dxa" w:w="2075"/>
          </w:tcPr>
          <w:p>
            <w:r>
              <w:rPr>
                <w:b/>
                <w:sz w:val="20"/>
              </w:rPr>
              <w:t>关键策略</w:t>
            </w:r>
          </w:p>
        </w:tc>
        <w:tc>
          <w:tcPr>
            <w:tcW w:type="dxa" w:w="2075"/>
          </w:tcPr>
          <w:p>
            <w:r>
              <w:rPr>
                <w:b/>
                <w:sz w:val="20"/>
              </w:rPr>
              <w:t>评估指标</w:t>
            </w:r>
          </w:p>
        </w:tc>
      </w:tr>
      <w:tr>
        <w:tc>
          <w:tcPr>
            <w:tcW w:type="dxa" w:w="2075"/>
          </w:tcPr>
          <w:p>
            <w:r>
              <w:t>可信度</w:t>
            </w:r>
          </w:p>
        </w:tc>
        <w:tc>
          <w:tcPr>
            <w:tcW w:type="dxa" w:w="2075"/>
          </w:tcPr>
          <w:p>
            <w:r>
              <w:t>AI"信"你吗？</w:t>
            </w:r>
          </w:p>
        </w:tc>
        <w:tc>
          <w:tcPr>
            <w:tcW w:type="dxa" w:w="2075"/>
          </w:tcPr>
          <w:p>
            <w:r>
              <w:t>权威来源、专业知识、真实体验</w:t>
            </w:r>
          </w:p>
        </w:tc>
        <w:tc>
          <w:tcPr>
            <w:tcW w:type="dxa" w:w="2075"/>
          </w:tcPr>
          <w:p>
            <w:r>
              <w:t>EEAT四维评分</w:t>
            </w:r>
          </w:p>
        </w:tc>
      </w:tr>
      <w:tr>
        <w:tc>
          <w:tcPr>
            <w:tcW w:type="dxa" w:w="2075"/>
          </w:tcPr>
          <w:p>
            <w:r>
              <w:t>语义覆盖</w:t>
            </w:r>
          </w:p>
        </w:tc>
        <w:tc>
          <w:tcPr>
            <w:tcW w:type="dxa" w:w="2075"/>
          </w:tcPr>
          <w:p>
            <w:r>
              <w:t>AI"懂"你吗？</w:t>
            </w:r>
          </w:p>
        </w:tc>
        <w:tc>
          <w:tcPr>
            <w:tcW w:type="dxa" w:w="2075"/>
          </w:tcPr>
          <w:p>
            <w:r>
              <w:t>五维模型、场景化内容、FAQ</w:t>
            </w:r>
          </w:p>
        </w:tc>
        <w:tc>
          <w:tcPr>
            <w:tcW w:type="dxa" w:w="2075"/>
          </w:tcPr>
          <w:p>
            <w:r>
              <w:t>维度覆盖率</w:t>
            </w:r>
          </w:p>
        </w:tc>
      </w:tr>
      <w:tr>
        <w:tc>
          <w:tcPr>
            <w:tcW w:type="dxa" w:w="2075"/>
          </w:tcPr>
          <w:p>
            <w:r>
              <w:t>可提取性</w:t>
            </w:r>
          </w:p>
        </w:tc>
        <w:tc>
          <w:tcPr>
            <w:tcW w:type="dxa" w:w="2075"/>
          </w:tcPr>
          <w:p>
            <w:r>
              <w:t>AI"找得到"你吗？</w:t>
            </w:r>
          </w:p>
        </w:tc>
        <w:tc>
          <w:tcPr>
            <w:tcW w:type="dxa" w:w="2075"/>
          </w:tcPr>
          <w:p>
            <w:r>
              <w:t>Schema标记、结构化、架构优化</w:t>
            </w:r>
          </w:p>
        </w:tc>
        <w:tc>
          <w:tcPr>
            <w:tcW w:type="dxa" w:w="2075"/>
          </w:tcPr>
          <w:p>
            <w:r>
              <w:t>提取准确率</w:t>
            </w:r>
          </w:p>
        </w:tc>
      </w:tr>
    </w:tbl>
    <w:p/>
    <w:p>
      <w:pPr>
        <w:pStyle w:val="Heading2"/>
      </w:pPr>
      <w:r>
        <w:t>参考文献</w:t>
      </w:r>
    </w:p>
    <w:p>
      <w:pPr>
        <w:spacing w:line="360" w:lineRule="auto"/>
        <w:ind w:firstLine="420"/>
      </w:pPr>
      <w:r>
        <w:rPr>
          <w:rFonts w:ascii="宋体" w:hAnsi="宋体" w:eastAsia="宋体"/>
          <w:sz w:val="24"/>
        </w:rPr>
        <w:t>[7] Huang M H, Rust R. A strategic framework for artificial intelligence in marketing[J]. JAMS, 2020, 49(1): 30-50.</w:t>
      </w:r>
    </w:p>
    <w:p>
      <w:pPr>
        <w:spacing w:line="360" w:lineRule="auto"/>
        <w:ind w:firstLine="420"/>
      </w:pPr>
      <w:r>
        <w:rPr>
          <w:rFonts w:ascii="宋体" w:hAnsi="宋体" w:eastAsia="宋体"/>
          <w:sz w:val="24"/>
        </w:rPr>
        <w:t>[8] 生成式引擎优化(GEO)的本质、作用机制与策略研究[J]. 情报理论与实践, 2025, 48(1): 1-12.</w:t>
      </w:r>
    </w:p>
    <w:p>
      <w:pPr>
        <w:spacing w:line="360" w:lineRule="auto"/>
        <w:ind w:firstLine="420"/>
      </w:pPr>
      <w:r>
        <w:rPr>
          <w:rFonts w:ascii="宋体" w:hAnsi="宋体" w:eastAsia="宋体"/>
          <w:sz w:val="24"/>
        </w:rPr>
        <w:t>[9] Huang J, Situ R, Ye R. Cultural encoding in large language models: the existence gap in AI-mediated brand discovery</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arXiv:2601.00869, 2026.</w:t>
      </w:r>
    </w:p>
    <w:p>
      <w:r>
        <w:br w:type="page"/>
      </w:r>
    </w:p>
    <w:p>
      <w:pPr>
        <w:pStyle w:val="Heading1"/>
      </w:pPr>
      <w:r>
        <w:t>第4章 内容可信度构建：权威性、专业性与信任度</w:t>
      </w:r>
    </w:p>
    <w:p>
      <w:pPr>
        <w:pStyle w:val="Heading2"/>
      </w:pPr>
      <w:r>
        <w:t>学习目标</w:t>
      </w:r>
    </w:p>
    <w:p>
      <w:pPr>
        <w:pStyle w:val="ListBullet"/>
      </w:pPr>
      <w:r>
        <w:t>掌握EEAT框架在文旅品牌中的具体应用方法</w:t>
      </w:r>
    </w:p>
    <w:p>
      <w:pPr>
        <w:pStyle w:val="ListBullet"/>
      </w:pPr>
      <w:r>
        <w:t>学会构建品牌的多层次权威背书体系</w:t>
      </w:r>
    </w:p>
    <w:p>
      <w:pPr>
        <w:pStyle w:val="ListBullet"/>
      </w:pPr>
      <w:r>
        <w:t>了解专业知识内容的生产策略</w:t>
      </w:r>
    </w:p>
    <w:p>
      <w:pPr>
        <w:pStyle w:val="ListBullet"/>
      </w:pPr>
      <w:r>
        <w:t>掌握用户信任信号的收集与优化方法</w:t>
      </w:r>
    </w:p>
    <w:p>
      <w:pPr>
        <w:pStyle w:val="ListBullet"/>
      </w:pPr>
      <w:r>
        <w:t>能够为文旅品牌设计可信度提升方案</w:t>
      </w:r>
    </w:p>
    <w:p>
      <w:pPr>
        <w:pStyle w:val="Heading2"/>
      </w:pPr>
      <w:r>
        <w:t>导入案例：一个百度百科词条的价值</w:t>
      </w:r>
    </w:p>
    <w:p>
      <w:pPr>
        <w:spacing w:line="360" w:lineRule="auto"/>
        <w:ind w:firstLine="420"/>
      </w:pPr>
      <w:r>
        <w:rPr>
          <w:rFonts w:ascii="宋体" w:hAnsi="宋体" w:eastAsia="宋体"/>
          <w:sz w:val="24"/>
        </w:rPr>
        <w:t>2025年，安顺本寨在百度百科上只有一个简短词条——300字，3个引用来源，没有图片。在ChatGPT问"安顺有什么值得去的古镇"时，本寨很少出现在推荐中。</w:t>
      </w:r>
    </w:p>
    <w:p>
      <w:pPr>
        <w:spacing w:line="360" w:lineRule="auto"/>
        <w:ind w:firstLine="420"/>
      </w:pPr>
      <w:r>
        <w:rPr>
          <w:rFonts w:ascii="宋体" w:hAnsi="宋体" w:eastAsia="宋体"/>
          <w:sz w:val="24"/>
        </w:rPr>
        <w:t>2026年初，安顺市文保部门联合安顺学院，对本寨的百度百科词条进行了全面升级：扩充到3000字，涵盖历史沿革、建筑特色、非遗项目、旅游信息四大板块；引用来源增加到25个（包括学术论文、官方文件、权威媒体报道）；添加了20张高质量图片和1个VR全景链接。</w:t>
      </w:r>
    </w:p>
    <w:p>
      <w:pPr>
        <w:spacing w:line="360" w:lineRule="auto"/>
        <w:ind w:firstLine="420"/>
      </w:pPr>
      <w:r>
        <w:rPr>
          <w:rFonts w:ascii="宋体" w:hAnsi="宋体" w:eastAsia="宋体"/>
          <w:sz w:val="24"/>
        </w:rPr>
        <w:t>三个月后，本寨在ChatGPT、文心一言、豆包等多个AI平台上的"可见性"显著提升。当用户问"安顺有什么古镇值得去"时，本寨开始稳定出现在推荐的前三名，且AI对其的描述更加准确和详细。</w:t>
      </w:r>
    </w:p>
    <w:p>
      <w:pPr>
        <w:spacing w:line="360" w:lineRule="auto"/>
        <w:ind w:firstLine="420"/>
      </w:pPr>
      <w:r>
        <w:rPr>
          <w:rFonts w:ascii="宋体" w:hAnsi="宋体" w:eastAsia="宋体"/>
          <w:sz w:val="24"/>
        </w:rPr>
        <w:t>一个百度百科词条，成为了本寨在AI搜索中"被看见"的关键基础设施。</w:t>
      </w:r>
    </w:p>
    <w:p>
      <w:pPr>
        <w:pStyle w:val="Heading2"/>
      </w:pPr>
      <w:r>
        <w:t>4.1 EEAT框架的文旅落地</w:t>
      </w:r>
    </w:p>
    <w:p>
      <w:pPr>
        <w:pStyle w:val="Heading3"/>
      </w:pPr>
      <w:r>
        <w:t>4.1.1 经验（Experience）：第一手体验的不可替代性</w:t>
      </w:r>
    </w:p>
    <w:p>
      <w:pPr>
        <w:spacing w:line="360" w:lineRule="auto"/>
        <w:ind w:firstLine="420"/>
      </w:pPr>
      <w:r>
        <w:rPr>
          <w:rFonts w:ascii="宋体" w:hAnsi="宋体" w:eastAsia="宋体"/>
          <w:sz w:val="24"/>
        </w:rPr>
        <w:t>在文旅领域，"经验"是EEAT框架中最有分量的维度。AI在推荐旅游目的地时，会优先引用那些"看起来像真实体验"的内容。</w:t>
      </w:r>
    </w:p>
    <w:p>
      <w:pPr>
        <w:spacing w:line="360" w:lineRule="auto"/>
        <w:ind w:firstLine="420"/>
      </w:pPr>
      <w:r>
        <w:rPr>
          <w:rFonts w:ascii="宋体" w:hAnsi="宋体" w:eastAsia="宋体"/>
          <w:sz w:val="24"/>
        </w:rPr>
        <w:t>策略一：系统化UGC管理。 不是被动等待用户评价，而是主动管理UGC生态：在关键平台（大众点评、携程、小红书、抖音）保持高质量评价的持续产出；设计"评价引导"机制——在服务结束时温和地引导满意的客户留下评价；关注评价的"信息量"——"很好""不错"的评价价值有限，包含具体细节（"老板推荐的后山徒步路线太赞了"）的评价更有价值。</w:t>
      </w:r>
    </w:p>
    <w:p>
      <w:pPr>
        <w:spacing w:line="360" w:lineRule="auto"/>
        <w:ind w:firstLine="420"/>
      </w:pPr>
      <w:r>
        <w:rPr>
          <w:rFonts w:ascii="宋体" w:hAnsi="宋体" w:eastAsia="宋体"/>
          <w:sz w:val="24"/>
        </w:rPr>
        <w:t>策略二：合作体验型KOL/KOC。 选择"真实体验型"而非"纯商业推广型"的KOL合作。AI能够识别过度商业化的内容（如明显的广告文案），而真实体验的分享更有可能被AI引用。合作模式应鼓励KOL以个人视角记录体验，而非使用品牌提供的标准文案。</w:t>
      </w:r>
    </w:p>
    <w:p>
      <w:pPr>
        <w:spacing w:line="360" w:lineRule="auto"/>
        <w:ind w:firstLine="420"/>
      </w:pPr>
      <w:r>
        <w:rPr>
          <w:rFonts w:ascii="宋体" w:hAnsi="宋体" w:eastAsia="宋体"/>
          <w:sz w:val="24"/>
        </w:rPr>
        <w:t>策略三：品牌自产体验内容。 品牌自身也可以生产体验内容——老板的创业故事、员工的日常、客人的感人瞬间。这些内容的"真实感"是官方宣传稿无法替代的。</w:t>
      </w:r>
    </w:p>
    <w:p>
      <w:pPr>
        <w:pStyle w:val="Heading3"/>
      </w:pPr>
      <w:r>
        <w:t>4.1.2 专业（Expertise）：从"说得好"到"说得对"</w:t>
      </w:r>
    </w:p>
    <w:p>
      <w:pPr>
        <w:spacing w:line="360" w:lineRule="auto"/>
        <w:ind w:firstLine="420"/>
      </w:pPr>
      <w:r>
        <w:rPr>
          <w:rFonts w:ascii="宋体" w:hAnsi="宋体" w:eastAsia="宋体"/>
          <w:sz w:val="24"/>
        </w:rPr>
        <w:t>策略一：知识型内容矩阵。 建立系统性的目的地知识内容——历史考据、建筑解析、生态科普、民俗研究。这些内容不仅展示了品牌的专业深度，也是AI最喜欢引用的"干货"。</w:t>
      </w:r>
    </w:p>
    <w:p>
      <w:pPr>
        <w:spacing w:line="360" w:lineRule="auto"/>
        <w:ind w:firstLine="420"/>
      </w:pPr>
      <w:r>
        <w:rPr>
          <w:rFonts w:ascii="宋体" w:hAnsi="宋体" w:eastAsia="宋体"/>
          <w:sz w:val="24"/>
        </w:rPr>
        <w:t>例如，一个屯堡民宿可以发布系列文章："本寨石墙的砌筑工艺解析""屯堡四合院的空间哲学""地戏面具的角色识别指南"。</w:t>
      </w:r>
    </w:p>
    <w:p>
      <w:pPr>
        <w:spacing w:line="360" w:lineRule="auto"/>
        <w:ind w:firstLine="420"/>
      </w:pPr>
      <w:r>
        <w:rPr>
          <w:rFonts w:ascii="宋体" w:hAnsi="宋体" w:eastAsia="宋体"/>
          <w:sz w:val="24"/>
        </w:rPr>
        <w:t>策略二：专业资质展示。 在品牌信息中清晰展示专业资质——导游的持证信息、民宿的安全认证、餐厅的卫生评级、景区的等级评定。这些"硬资质"是AI判断专业性的重要信号。</w:t>
      </w:r>
    </w:p>
    <w:p>
      <w:pPr>
        <w:spacing w:line="360" w:lineRule="auto"/>
        <w:ind w:firstLine="420"/>
      </w:pPr>
      <w:r>
        <w:rPr>
          <w:rFonts w:ascii="宋体" w:hAnsi="宋体" w:eastAsia="宋体"/>
          <w:sz w:val="24"/>
        </w:rPr>
        <w:t>策略三：行业标准参与。 参与行业标准的制定、行业报告的编写、行业论坛的演讲。这些活动提升品牌在行业内的专业地位，也会在AI的训练数据中留下"权威"印记。</w:t>
      </w:r>
    </w:p>
    <w:p>
      <w:pPr>
        <w:pStyle w:val="Heading3"/>
      </w:pPr>
      <w:r>
        <w:t>4.1.3 权威（Authority）：建立多层次的背书体系</w:t>
      </w:r>
    </w:p>
    <w:p>
      <w:pPr>
        <w:spacing w:line="360" w:lineRule="auto"/>
        <w:ind w:firstLine="420"/>
      </w:pPr>
      <w:r>
        <w:rPr>
          <w:rFonts w:ascii="宋体" w:hAnsi="宋体" w:eastAsia="宋体"/>
          <w:sz w:val="24"/>
        </w:rPr>
        <w:t>第一层：官方背书。 星级景区评定、非物质文化遗产认定、文物保护单位、地理标志产品——这些官方认证是最高等级的权威背书。</w:t>
      </w:r>
    </w:p>
    <w:p>
      <w:pPr>
        <w:spacing w:line="360" w:lineRule="auto"/>
        <w:ind w:firstLine="420"/>
      </w:pPr>
      <w:r>
        <w:rPr>
          <w:rFonts w:ascii="宋体" w:hAnsi="宋体" w:eastAsia="宋体"/>
          <w:sz w:val="24"/>
        </w:rPr>
        <w:t>第二层：媒体背书。 权威媒体的报道和推荐。人民日报、新华社、央视等央媒的报道权威性最高；省级媒体的报道也有较好的权威性；专业旅游媒体的推荐在旅游场景中权威性较强。</w:t>
      </w:r>
    </w:p>
    <w:p>
      <w:pPr>
        <w:spacing w:line="360" w:lineRule="auto"/>
        <w:ind w:firstLine="420"/>
      </w:pPr>
      <w:r>
        <w:rPr>
          <w:rFonts w:ascii="宋体" w:hAnsi="宋体" w:eastAsia="宋体"/>
          <w:sz w:val="24"/>
        </w:rPr>
        <w:t>第三层：学术背书。 学术论文中引用、案例研究中收录、学术会议上报告。学术背书的权威性在AI评估中权重很高。</w:t>
      </w:r>
    </w:p>
    <w:p>
      <w:pPr>
        <w:spacing w:line="360" w:lineRule="auto"/>
        <w:ind w:firstLine="420"/>
      </w:pPr>
      <w:r>
        <w:rPr>
          <w:rFonts w:ascii="宋体" w:hAnsi="宋体" w:eastAsia="宋体"/>
          <w:sz w:val="24"/>
        </w:rPr>
        <w:t>第四层：平台背书。 大众点评"必吃榜"、携程"口碑榜"、马蜂窝"攻略推荐"——这些平台榜单是消费者视角的权威背书。</w:t>
      </w:r>
    </w:p>
    <w:p>
      <w:pPr>
        <w:pStyle w:val="Heading3"/>
      </w:pPr>
      <w:r>
        <w:t>4.1.4 信任（Trust）：构建持久的信任资产</w:t>
      </w:r>
    </w:p>
    <w:p>
      <w:pPr>
        <w:spacing w:line="360" w:lineRule="auto"/>
        <w:ind w:firstLine="420"/>
      </w:pPr>
      <w:r>
        <w:rPr>
          <w:rFonts w:ascii="宋体" w:hAnsi="宋体" w:eastAsia="宋体"/>
          <w:sz w:val="24"/>
        </w:rPr>
        <w:t>策略一：信息一致性。 品牌在官网、百度百科、OTA平台、社交媒体上的信息应保持一致。名称、地址、电话、价格、服务内容——任何不一致都会损害AI对品牌的信任评估。</w:t>
      </w:r>
    </w:p>
    <w:p>
      <w:pPr>
        <w:spacing w:line="360" w:lineRule="auto"/>
        <w:ind w:firstLine="420"/>
      </w:pPr>
      <w:r>
        <w:rPr>
          <w:rFonts w:ascii="宋体" w:hAnsi="宋体" w:eastAsia="宋体"/>
          <w:sz w:val="24"/>
        </w:rPr>
        <w:t>策略二：透明度。 公开透明的价格体系、清晰的服务条款、真实的房间和菜品照片（避免过度美化）。AI能够识别"照骗"与实物的差距。</w:t>
      </w:r>
    </w:p>
    <w:p>
      <w:pPr>
        <w:spacing w:line="360" w:lineRule="auto"/>
        <w:ind w:firstLine="420"/>
      </w:pPr>
      <w:r>
        <w:rPr>
          <w:rFonts w:ascii="宋体" w:hAnsi="宋体" w:eastAsia="宋体"/>
          <w:sz w:val="24"/>
        </w:rPr>
        <w:t>策略三：负责任的回应。 公开、真诚地回应负面评价，展示品牌的责任感和改进意愿。一个能够妥善处理投诉的品牌，比一个"零差评"的品牌更可信——因为AI知道"零差评"往往意味着评价被操控。</w:t>
      </w:r>
    </w:p>
    <w:p>
      <w:pPr>
        <w:pStyle w:val="Heading2"/>
      </w:pPr>
      <w:r>
        <w:t>4.2 权威信息源的系统建设</w:t>
      </w:r>
    </w:p>
    <w:p>
      <w:pPr>
        <w:pStyle w:val="Heading3"/>
      </w:pPr>
      <w:r>
        <w:t>4.2.1 百科类平台</w:t>
      </w:r>
    </w:p>
    <w:p>
      <w:pPr>
        <w:spacing w:line="360" w:lineRule="auto"/>
        <w:ind w:firstLine="420"/>
      </w:pPr>
      <w:r>
        <w:rPr>
          <w:rFonts w:ascii="宋体" w:hAnsi="宋体" w:eastAsia="宋体"/>
          <w:sz w:val="24"/>
        </w:rPr>
        <w:t>百度百科和维基百科是AI搜索最重要的知识来源之一。文旅品牌的百科建设要点：词条完整性——基本信息、历史沿革、特色亮点、旅游信息四大板块缺一不可；引用权威性——每条信息都应有可靠的引用来源（官方文件、学术论文、权威媒体报道）；更新及时性——景区评级变化、新项目开放、重要事件及时更新；多语言版本——如有条件，建立英文版词条，提升在国际AI平台上的可见性。</w:t>
      </w:r>
    </w:p>
    <w:p>
      <w:pPr>
        <w:pStyle w:val="Heading3"/>
      </w:pPr>
      <w:r>
        <w:t>4.2.2 学术与知识平台</w:t>
      </w:r>
    </w:p>
    <w:p>
      <w:pPr>
        <w:spacing w:line="360" w:lineRule="auto"/>
        <w:ind w:firstLine="420"/>
      </w:pPr>
      <w:r>
        <w:rPr>
          <w:rFonts w:ascii="宋体" w:hAnsi="宋体" w:eastAsia="宋体"/>
          <w:sz w:val="24"/>
        </w:rPr>
        <w:t>在知网、万方等学术数据库中留下品牌印记；与高校合作开展研究项目，产出学术论文和案例研究报告；在知乎等知识平台建立品牌专业形象，回答专业问题，发布深度文章。</w:t>
      </w:r>
    </w:p>
    <w:p>
      <w:pPr>
        <w:pStyle w:val="Heading3"/>
      </w:pPr>
      <w:r>
        <w:t>4.2.3 新闻媒体</w:t>
      </w:r>
    </w:p>
    <w:p>
      <w:pPr>
        <w:spacing w:line="360" w:lineRule="auto"/>
        <w:ind w:firstLine="420"/>
      </w:pPr>
      <w:r>
        <w:rPr>
          <w:rFonts w:ascii="宋体" w:hAnsi="宋体" w:eastAsia="宋体"/>
          <w:sz w:val="24"/>
        </w:rPr>
        <w:t>建立媒体关系网络，争取权威媒体的报道；主动向媒体提供有价值的新闻素材（新项目、文化活动、行业贡献）；在新浪、腾讯、网易等门户网站保持品牌正面信息的更新。</w:t>
      </w:r>
    </w:p>
    <w:p>
      <w:pPr>
        <w:pStyle w:val="Heading3"/>
      </w:pPr>
      <w:r>
        <w:t>4.2.4 政府与行业平台</w:t>
      </w:r>
    </w:p>
    <w:p>
      <w:pPr>
        <w:spacing w:line="360" w:lineRule="auto"/>
        <w:ind w:firstLine="420"/>
      </w:pPr>
      <w:r>
        <w:rPr>
          <w:rFonts w:ascii="宋体" w:hAnsi="宋体" w:eastAsia="宋体"/>
          <w:sz w:val="24"/>
        </w:rPr>
        <w:t>在政府官网的文旅板块争取曝光；参与行业白皮书和报告的编写；在行业协会网站建立品牌页面。</w:t>
      </w:r>
    </w:p>
    <w:p>
      <w:pPr>
        <w:pStyle w:val="Heading2"/>
      </w:pPr>
      <w:r>
        <w:t>4.3 用户信任信号的系统管理</w:t>
      </w:r>
    </w:p>
    <w:p>
      <w:pPr>
        <w:pStyle w:val="Heading3"/>
      </w:pPr>
      <w:r>
        <w:t>4.3.1 评价生态管理</w:t>
      </w:r>
    </w:p>
    <w:p>
      <w:pPr>
        <w:spacing w:line="360" w:lineRule="auto"/>
        <w:ind w:firstLine="420"/>
      </w:pPr>
      <w:r>
        <w:rPr>
          <w:rFonts w:ascii="宋体" w:hAnsi="宋体" w:eastAsia="宋体"/>
          <w:sz w:val="24"/>
        </w:rPr>
        <w:t>多平台覆盖。 确保品牌在主要评价平台（大众点评、携程、美团、飞猪、小红书、抖音）上都有存在感。不同AI平台引用不同来源的评价，覆盖面越广，AI可见性越高。</w:t>
      </w:r>
    </w:p>
    <w:p>
      <w:pPr>
        <w:spacing w:line="360" w:lineRule="auto"/>
        <w:ind w:firstLine="420"/>
      </w:pPr>
      <w:r>
        <w:rPr>
          <w:rFonts w:ascii="宋体" w:hAnsi="宋体" w:eastAsia="宋体"/>
          <w:sz w:val="24"/>
        </w:rPr>
        <w:t>评价质量引导。 引导用户撰写"信息量丰富"的评价。可以通过评价后的感谢回复示范"好评价"的标准："感谢您的详细分享！您提到的后山日出路线对其他客人会很有帮助。"</w:t>
      </w:r>
    </w:p>
    <w:p>
      <w:pPr>
        <w:spacing w:line="360" w:lineRule="auto"/>
        <w:ind w:firstLine="420"/>
      </w:pPr>
      <w:r>
        <w:rPr>
          <w:rFonts w:ascii="宋体" w:hAnsi="宋体" w:eastAsia="宋体"/>
          <w:sz w:val="24"/>
        </w:rPr>
        <w:t>评价回复策略。 每条评价都应得到真诚的回复。好评感谢具体细节，差评承认问题并给出改进方案。回复本身就是展示品牌态度的内容。</w:t>
      </w:r>
    </w:p>
    <w:p>
      <w:pPr>
        <w:pStyle w:val="Heading3"/>
      </w:pPr>
      <w:r>
        <w:t>4.3.2 社交媒体信任信号</w:t>
      </w:r>
    </w:p>
    <w:p>
      <w:pPr>
        <w:spacing w:line="360" w:lineRule="auto"/>
        <w:ind w:firstLine="420"/>
      </w:pPr>
      <w:r>
        <w:rPr>
          <w:rFonts w:ascii="宋体" w:hAnsi="宋体" w:eastAsia="宋体"/>
          <w:sz w:val="24"/>
        </w:rPr>
        <w:t>社交媒体上的品牌互动也是AI评估信任的信号源。保持品牌官方账号的活跃度和互动率；及时回复用户的评论和私信；避免"买粉""刷量"等损害信任的行为。</w:t>
      </w:r>
    </w:p>
    <w:p>
      <w:pPr>
        <w:pStyle w:val="Heading3"/>
      </w:pPr>
      <w:r>
        <w:t>4.3.3 第三方认证与奖项</w:t>
      </w:r>
    </w:p>
    <w:p>
      <w:pPr>
        <w:spacing w:line="360" w:lineRule="auto"/>
        <w:ind w:firstLine="420"/>
      </w:pPr>
      <w:r>
        <w:rPr>
          <w:rFonts w:ascii="宋体" w:hAnsi="宋体" w:eastAsia="宋体"/>
          <w:sz w:val="24"/>
        </w:rPr>
        <w:t>积极争取各类第三方认证和行业奖项，并在品牌信息中系统展示：官方评级（星级景区、等级民宿）；行业奖项（"最佳民宿""最具特色餐厅"）；平台认证（"携程金牌酒店""美团人气餐厅"）；安全检查（消防合格证、食品经营许可证）。</w:t>
      </w:r>
    </w:p>
    <w:p>
      <w:pPr>
        <w:pStyle w:val="Heading2"/>
      </w:pPr>
      <w:r>
        <w:t>本章小结</w:t>
      </w:r>
    </w:p>
    <w:p>
      <w:pPr>
        <w:spacing w:line="360" w:lineRule="auto"/>
        <w:ind w:firstLine="420"/>
      </w:pPr>
      <w:r>
        <w:rPr>
          <w:rFonts w:ascii="宋体" w:hAnsi="宋体" w:eastAsia="宋体"/>
          <w:sz w:val="24"/>
        </w:rPr>
        <w:t>内容可信度是GEO的第一支柱。EEAT框架（经验、专业、权威、信任）为文旅品牌提供了系统性的可信度建设路径。权威信息源（百科、学术、媒体、政府平台）是可信度的基础设施。用户评价、社交媒体互动和第三方认证共同构成了品牌的信任信号网络。可信度的建立是一个长期过程，需要持续投入和系统管理。</w:t>
      </w:r>
    </w:p>
    <w:p>
      <w:pPr>
        <w:pStyle w:val="Heading2"/>
      </w:pPr>
      <w:r>
        <w:t>思考与练习</w:t>
      </w:r>
    </w:p>
    <w:p>
      <w:pPr>
        <w:pStyle w:val="ListBullet"/>
      </w:pPr>
      <w:r>
        <w:t>为一个安顺景区评估其EEAT各维度的当前得分和改进空间。</w:t>
      </w:r>
    </w:p>
    <w:p>
      <w:pPr>
        <w:pStyle w:val="ListBullet"/>
      </w:pPr>
      <w:r>
        <w:t>撰写一份提升该景区百度百科词条质量的方案。</w:t>
      </w:r>
    </w:p>
    <w:p>
      <w:pPr>
        <w:pStyle w:val="ListBullet"/>
      </w:pPr>
      <w:r>
        <w:t>设计一套UGC评价引导和管理的SOP流程。</w:t>
      </w:r>
    </w:p>
    <w:p>
      <w:pPr>
        <w:pStyle w:val="ListBullet"/>
      </w:pPr>
      <w:r>
        <w:t>为该景区规划未来一年的权威背书建设路线图。</w:t>
      </w:r>
    </w:p>
    <w:p>
      <w:pPr>
        <w:pStyle w:val="ListBullet"/>
      </w:pPr>
      <w:r>
        <w:t>分析一个你熟悉的高可信度文旅品牌，总结其可信度构建的成功要素。</w:t>
      </w:r>
    </w:p>
    <w:p>
      <w:pPr>
        <w:pStyle w:val="Heading2"/>
      </w:pPr>
      <w:r>
        <w:t>知识卡片：EEAT框架文旅应用速查</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维度</w:t>
            </w:r>
          </w:p>
        </w:tc>
        <w:tc>
          <w:tcPr>
            <w:tcW w:type="dxa" w:w="2767"/>
          </w:tcPr>
          <w:p>
            <w:r>
              <w:rPr>
                <w:b/>
                <w:sz w:val="20"/>
              </w:rPr>
              <w:t>核心信号</w:t>
            </w:r>
          </w:p>
        </w:tc>
        <w:tc>
          <w:tcPr>
            <w:tcW w:type="dxa" w:w="2767"/>
          </w:tcPr>
          <w:p>
            <w:r>
              <w:rPr>
                <w:b/>
                <w:sz w:val="20"/>
              </w:rPr>
              <w:t>文旅案例</w:t>
            </w:r>
          </w:p>
        </w:tc>
      </w:tr>
      <w:tr>
        <w:tc>
          <w:tcPr>
            <w:tcW w:type="dxa" w:w="2767"/>
          </w:tcPr>
          <w:p>
            <w:r>
              <w:t>经验</w:t>
            </w:r>
          </w:p>
        </w:tc>
        <w:tc>
          <w:tcPr>
            <w:tcW w:type="dxa" w:w="2767"/>
          </w:tcPr>
          <w:p>
            <w:r>
              <w:t>第一手体验分享</w:t>
            </w:r>
          </w:p>
        </w:tc>
        <w:tc>
          <w:tcPr>
            <w:tcW w:type="dxa" w:w="2767"/>
          </w:tcPr>
          <w:p>
            <w:r>
              <w:t>真实游客评价、体验型KOL</w:t>
            </w:r>
          </w:p>
        </w:tc>
      </w:tr>
      <w:tr>
        <w:tc>
          <w:tcPr>
            <w:tcW w:type="dxa" w:w="2767"/>
          </w:tcPr>
          <w:p>
            <w:r>
              <w:t>专业</w:t>
            </w:r>
          </w:p>
        </w:tc>
        <w:tc>
          <w:tcPr>
            <w:tcW w:type="dxa" w:w="2767"/>
          </w:tcPr>
          <w:p>
            <w:r>
              <w:t>系统知识展示</w:t>
            </w:r>
          </w:p>
        </w:tc>
        <w:tc>
          <w:tcPr>
            <w:tcW w:type="dxa" w:w="2767"/>
          </w:tcPr>
          <w:p>
            <w:r>
              <w:t>建筑解析、民俗研究、资质展示</w:t>
            </w:r>
          </w:p>
        </w:tc>
      </w:tr>
      <w:tr>
        <w:tc>
          <w:tcPr>
            <w:tcW w:type="dxa" w:w="2767"/>
          </w:tcPr>
          <w:p>
            <w:r>
              <w:t>权威</w:t>
            </w:r>
          </w:p>
        </w:tc>
        <w:tc>
          <w:tcPr>
            <w:tcW w:type="dxa" w:w="2767"/>
          </w:tcPr>
          <w:p>
            <w:r>
              <w:t>官方/媒体/学术背书</w:t>
            </w:r>
          </w:p>
        </w:tc>
        <w:tc>
          <w:tcPr>
            <w:tcW w:type="dxa" w:w="2767"/>
          </w:tcPr>
          <w:p>
            <w:r>
              <w:t>星级评定、央媒报道、学术论文</w:t>
            </w:r>
          </w:p>
        </w:tc>
      </w:tr>
      <w:tr>
        <w:tc>
          <w:tcPr>
            <w:tcW w:type="dxa" w:w="2767"/>
          </w:tcPr>
          <w:p>
            <w:r>
              <w:t>信任</w:t>
            </w:r>
          </w:p>
        </w:tc>
        <w:tc>
          <w:tcPr>
            <w:tcW w:type="dxa" w:w="2767"/>
          </w:tcPr>
          <w:p>
            <w:r>
              <w:t>一致、透明、负责任</w:t>
            </w:r>
          </w:p>
        </w:tc>
        <w:tc>
          <w:tcPr>
            <w:tcW w:type="dxa" w:w="2767"/>
          </w:tcPr>
          <w:p>
            <w:r>
              <w:t>信息一致、价格透明、差评回应</w:t>
            </w:r>
          </w:p>
        </w:tc>
      </w:tr>
    </w:tbl>
    <w:p/>
    <w:p>
      <w:pPr>
        <w:pStyle w:val="Heading2"/>
      </w:pPr>
      <w:r>
        <w:t>参考文献</w:t>
      </w:r>
    </w:p>
    <w:p>
      <w:pPr>
        <w:spacing w:line="360" w:lineRule="auto"/>
        <w:ind w:firstLine="420"/>
      </w:pPr>
      <w:r>
        <w:rPr>
          <w:rFonts w:ascii="宋体" w:hAnsi="宋体" w:eastAsia="宋体"/>
          <w:sz w:val="24"/>
        </w:rPr>
        <w:t>[10] Davenport T, et al. How artificial intelligence will change the future of marketing[J]. JAMS, 2019, 48(1): 24-42.</w:t>
      </w:r>
    </w:p>
    <w:p>
      <w:pPr>
        <w:spacing w:line="360" w:lineRule="auto"/>
        <w:ind w:firstLine="420"/>
      </w:pPr>
      <w:r>
        <w:rPr>
          <w:rFonts w:ascii="宋体" w:hAnsi="宋体" w:eastAsia="宋体"/>
          <w:sz w:val="24"/>
        </w:rPr>
        <w:t>[11] Koswara A, Marpuah S. Designing an innovative SEO marketing plan to promote Indonesian tourism using AI-driven tool[J]. ITJ, 2024, 1(3): 71.</w:t>
      </w:r>
    </w:p>
    <w:p>
      <w:pPr>
        <w:spacing w:line="360" w:lineRule="auto"/>
        <w:ind w:firstLine="420"/>
      </w:pPr>
      <w:r>
        <w:rPr>
          <w:rFonts w:ascii="宋体" w:hAnsi="宋体" w:eastAsia="宋体"/>
          <w:sz w:val="24"/>
        </w:rPr>
        <w:t>[12] Schulte J, et al. Measuring visibility in AI search (GEO)</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arXiv:2604.07585, 2026.</w:t>
      </w:r>
    </w:p>
    <w:p>
      <w:r>
        <w:br w:type="page"/>
      </w:r>
    </w:p>
    <w:p>
      <w:pPr>
        <w:pStyle w:val="Heading1"/>
      </w:pPr>
      <w:r>
        <w:t>第5章 语义覆盖优化：让AI"理解"你的品牌</w:t>
      </w:r>
    </w:p>
    <w:p>
      <w:pPr>
        <w:pStyle w:val="Heading2"/>
      </w:pPr>
      <w:r>
        <w:t>学习目标</w:t>
      </w:r>
    </w:p>
    <w:p>
      <w:pPr>
        <w:pStyle w:val="ListBullet"/>
      </w:pPr>
      <w:r>
        <w:t>理解语义覆盖在GEO中的核心作用</w:t>
      </w:r>
    </w:p>
    <w:p>
      <w:pPr>
        <w:pStyle w:val="ListBullet"/>
      </w:pPr>
      <w:r>
        <w:t>掌握语义覆盖五维模型的实操方法</w:t>
      </w:r>
    </w:p>
    <w:p>
      <w:pPr>
        <w:pStyle w:val="ListBullet"/>
      </w:pPr>
      <w:r>
        <w:t>学会构建文旅品牌的语义网络</w:t>
      </w:r>
    </w:p>
    <w:p>
      <w:pPr>
        <w:pStyle w:val="ListBullet"/>
      </w:pPr>
      <w:r>
        <w:t>了解场景化内容和问答式内容的创作策略</w:t>
      </w:r>
    </w:p>
    <w:p>
      <w:pPr>
        <w:pStyle w:val="ListBullet"/>
      </w:pPr>
      <w:r>
        <w:t>能够为文旅品牌制定语义覆盖优化方案</w:t>
      </w:r>
    </w:p>
    <w:p>
      <w:pPr>
        <w:pStyle w:val="Heading2"/>
      </w:pPr>
      <w:r>
        <w:t>导入案例：一个被AI"误解"的景区</w:t>
      </w:r>
    </w:p>
    <w:p>
      <w:pPr>
        <w:spacing w:line="360" w:lineRule="auto"/>
        <w:ind w:firstLine="420"/>
      </w:pPr>
      <w:r>
        <w:rPr>
          <w:rFonts w:ascii="宋体" w:hAnsi="宋体" w:eastAsia="宋体"/>
          <w:sz w:val="24"/>
        </w:rPr>
        <w:t>黄果树瀑布是中国最著名的瀑布之一，但在2025年的AI搜索测试中，它面临一个尴尬的问题：当用户问"安顺有哪些适合夏天避暑的地方"，黄果树出现在推荐中；当用户问"安顺有哪些适合冬天去的地方"，黄果树消失了。</w:t>
      </w:r>
    </w:p>
    <w:p>
      <w:pPr>
        <w:spacing w:line="360" w:lineRule="auto"/>
        <w:ind w:firstLine="420"/>
      </w:pPr>
      <w:r>
        <w:rPr>
          <w:rFonts w:ascii="宋体" w:hAnsi="宋体" w:eastAsia="宋体"/>
          <w:sz w:val="24"/>
        </w:rPr>
        <w:t>这暴露了语义覆盖的盲区——黄果树的网络内容几乎全部围绕"夏季""丰水期""壮观"展开，关于冬季景观（冰瀑、雾凇、淡季体验）的内容几乎为零。AI"理解"黄果树=夏天，因此不会在冬季场景中推荐它。</w:t>
      </w:r>
    </w:p>
    <w:p>
      <w:pPr>
        <w:spacing w:line="360" w:lineRule="auto"/>
        <w:ind w:firstLine="420"/>
      </w:pPr>
      <w:r>
        <w:rPr>
          <w:rFonts w:ascii="宋体" w:hAnsi="宋体" w:eastAsia="宋体"/>
          <w:sz w:val="24"/>
        </w:rPr>
        <w:t>实际上，黄果树冬季也有独特的景观——枯水期的瀑布如银丝细流，别有韵味；周边的温泉和屯堡文化不受季节影响。但这些信息没有被系统性地生产出来，AI就无从得知。</w:t>
      </w:r>
    </w:p>
    <w:p>
      <w:pPr>
        <w:spacing w:line="360" w:lineRule="auto"/>
        <w:ind w:firstLine="420"/>
      </w:pPr>
      <w:r>
        <w:rPr>
          <w:rFonts w:ascii="宋体" w:hAnsi="宋体" w:eastAsia="宋体"/>
          <w:sz w:val="24"/>
        </w:rPr>
        <w:t>这个案例揭示了一个GEO核心原则：AI对品牌的"理解"完全取决于你提供了什么信息。你不说的，AI就不知道。</w:t>
      </w:r>
    </w:p>
    <w:p>
      <w:pPr>
        <w:pStyle w:val="Heading2"/>
      </w:pPr>
      <w:r>
        <w:t>5.1 语义覆盖的系统方法</w:t>
      </w:r>
    </w:p>
    <w:p>
      <w:pPr>
        <w:pStyle w:val="Heading3"/>
      </w:pPr>
      <w:r>
        <w:t>5.1.1 语义缺口分析</w:t>
      </w:r>
    </w:p>
    <w:p>
      <w:pPr>
        <w:spacing w:line="360" w:lineRule="auto"/>
        <w:ind w:firstLine="420"/>
      </w:pPr>
      <w:r>
        <w:rPr>
          <w:rFonts w:ascii="宋体" w:hAnsi="宋体" w:eastAsia="宋体"/>
          <w:sz w:val="24"/>
        </w:rPr>
        <w:t>语义缺口（Semantic Gap）是指"AI对品牌的现有理解"与"品牌希望AI理解的全貌"之间的差距。进行语义缺口分析是语义覆盖优化的第一步。</w:t>
      </w:r>
    </w:p>
    <w:p>
      <w:pPr>
        <w:spacing w:line="360" w:lineRule="auto"/>
        <w:ind w:firstLine="420"/>
      </w:pPr>
      <w:r>
        <w:rPr>
          <w:rFonts w:ascii="宋体" w:hAnsi="宋体" w:eastAsia="宋体"/>
          <w:sz w:val="24"/>
        </w:rPr>
        <w:t>步骤一：AI认知基准测试。 在多个AI平台上，用预设问题集测试AI对品牌的当前认知。问题集应覆盖产品、场景、价值、文化、关联五个维度。记录AI的回答——它正确描述了哪些特征？遗漏了哪些特征？错误描述了哪些特征？</w:t>
      </w:r>
    </w:p>
    <w:p>
      <w:pPr>
        <w:spacing w:line="360" w:lineRule="auto"/>
        <w:ind w:firstLine="420"/>
      </w:pPr>
      <w:r>
        <w:rPr>
          <w:rFonts w:ascii="宋体" w:hAnsi="宋体" w:eastAsia="宋体"/>
          <w:sz w:val="24"/>
        </w:rPr>
        <w:t>步骤二：竞品语义对标。 对主要竞争对手进行同样的AI认知测试。对比AI对你和竞品的描述差异——竞品被AI推荐的场景中，哪些是你的品牌没有覆盖的？竞品的语义优势在哪里？</w:t>
      </w:r>
    </w:p>
    <w:p>
      <w:pPr>
        <w:spacing w:line="360" w:lineRule="auto"/>
        <w:ind w:firstLine="420"/>
      </w:pPr>
      <w:r>
        <w:rPr>
          <w:rFonts w:ascii="宋体" w:hAnsi="宋体" w:eastAsia="宋体"/>
          <w:sz w:val="24"/>
        </w:rPr>
        <w:t>步骤三：语义缺口清单。 综合以上分析，生成语义缺口清单——列出所有需要补充或强化的语义维度。</w:t>
      </w:r>
    </w:p>
    <w:p>
      <w:pPr>
        <w:pStyle w:val="Heading3"/>
      </w:pPr>
      <w:r>
        <w:t>5.1.2 语义覆盖五维模型实操</w:t>
      </w:r>
    </w:p>
    <w:p>
      <w:pPr>
        <w:spacing w:line="360" w:lineRule="auto"/>
        <w:ind w:firstLine="420"/>
      </w:pPr>
      <w:r>
        <w:rPr>
          <w:rFonts w:ascii="宋体" w:hAnsi="宋体" w:eastAsia="宋体"/>
          <w:sz w:val="24"/>
        </w:rPr>
        <w:t>产品维。 这是最基础的维度，但很多文旅品牌的"产品信息"都不够完整。优化要点：基本信息必须完整（名称、地址、联系方式、营业时间、价格）；特色亮点必须突出（与同类产品的差异化特征）；服务细节必须清晰（预订方式、取消政策、特殊服务）。</w:t>
      </w:r>
    </w:p>
    <w:p>
      <w:pPr>
        <w:spacing w:line="360" w:lineRule="auto"/>
        <w:ind w:firstLine="420"/>
      </w:pPr>
      <w:r>
        <w:rPr>
          <w:rFonts w:ascii="宋体" w:hAnsi="宋体" w:eastAsia="宋体"/>
          <w:sz w:val="24"/>
        </w:rPr>
        <w:t>场景维。 按照用户使用场景组织内容：人群场景（情侣/家庭/独自/老年/亲子/朋友）；时间场景（春/夏/秋/冬，周末/长假，白天/夜晚）；预算场景（穷游/舒适/奢华）；目的场景（观光/休闲/研学/摄影/美食/户外）。为每个场景创建专门的内容页面或段落。</w:t>
      </w:r>
    </w:p>
    <w:p>
      <w:pPr>
        <w:spacing w:line="360" w:lineRule="auto"/>
        <w:ind w:firstLine="420"/>
      </w:pPr>
      <w:r>
        <w:rPr>
          <w:rFonts w:ascii="宋体" w:hAnsi="宋体" w:eastAsia="宋体"/>
          <w:sz w:val="24"/>
        </w:rPr>
        <w:t>价值维。 清晰表达品牌的独特价值主张：与直接竞品的对比优势；品牌的核心价值观和理念；品牌获得的认可和成就。价值维的内容不应是自吹自擂，而应通过第三方视角（评价、报道、奖项）来呈现。</w:t>
      </w:r>
    </w:p>
    <w:p>
      <w:pPr>
        <w:spacing w:line="360" w:lineRule="auto"/>
        <w:ind w:firstLine="420"/>
      </w:pPr>
      <w:r>
        <w:rPr>
          <w:rFonts w:ascii="宋体" w:hAnsi="宋体" w:eastAsia="宋体"/>
          <w:sz w:val="24"/>
        </w:rPr>
        <w:t>文化维。 这是文旅品牌最有"护城河"的语义维度：品牌背后的历史故事；与品牌相关的文化传统和民俗；品牌的建筑美学或自然地理特征；品牌的社区关系和人文温度。文化维的内容应具有"不可复制性"——竞品无法简单模仿。</w:t>
      </w:r>
    </w:p>
    <w:p>
      <w:pPr>
        <w:spacing w:line="360" w:lineRule="auto"/>
        <w:ind w:firstLine="420"/>
      </w:pPr>
      <w:r>
        <w:rPr>
          <w:rFonts w:ascii="宋体" w:hAnsi="宋体" w:eastAsia="宋体"/>
          <w:sz w:val="24"/>
        </w:rPr>
        <w:t>关联维。 建立品牌与周边资源的语义关联：周边景点和活动；交通方式和可达性；餐饮和购物选择；住宿推荐。关联维的内容不仅服务于本品牌，也为AI提供"行程规划"的信息基础。</w:t>
      </w:r>
    </w:p>
    <w:p>
      <w:pPr>
        <w:pStyle w:val="Heading2"/>
      </w:pPr>
      <w:r>
        <w:t>5.2 语义网络的构建</w:t>
      </w:r>
    </w:p>
    <w:p>
      <w:pPr>
        <w:pStyle w:val="Heading3"/>
      </w:pPr>
      <w:r>
        <w:t>5.2.1 品牌语义图谱</w:t>
      </w:r>
    </w:p>
    <w:p>
      <w:pPr>
        <w:spacing w:line="360" w:lineRule="auto"/>
        <w:ind w:firstLine="420"/>
      </w:pPr>
      <w:r>
        <w:rPr>
          <w:rFonts w:ascii="宋体" w:hAnsi="宋体" w:eastAsia="宋体"/>
          <w:sz w:val="24"/>
        </w:rPr>
        <w:t>品牌语义图谱是以品牌为核心，连接所有相关概念的知识网络。构建步骤：</w:t>
      </w:r>
    </w:p>
    <w:p>
      <w:pPr>
        <w:spacing w:line="360" w:lineRule="auto"/>
        <w:ind w:firstLine="420"/>
      </w:pPr>
      <w:r>
        <w:rPr>
          <w:rFonts w:ascii="宋体" w:hAnsi="宋体" w:eastAsia="宋体"/>
          <w:sz w:val="24"/>
        </w:rPr>
        <w:t>确定核心节点。 品牌名称、核心产品/服务、核心文化概念。</w:t>
      </w:r>
    </w:p>
    <w:p>
      <w:pPr>
        <w:spacing w:line="360" w:lineRule="auto"/>
        <w:ind w:firstLine="420"/>
      </w:pPr>
      <w:r>
        <w:rPr>
          <w:rFonts w:ascii="宋体" w:hAnsi="宋体" w:eastAsia="宋体"/>
          <w:sz w:val="24"/>
        </w:rPr>
        <w:t>扩展一级关联。 与核心节点直接相关的概念——产品特征、适用场景、地理位置、文化背景。</w:t>
      </w:r>
    </w:p>
    <w:p>
      <w:pPr>
        <w:spacing w:line="360" w:lineRule="auto"/>
        <w:ind w:firstLine="420"/>
      </w:pPr>
      <w:r>
        <w:rPr>
          <w:rFonts w:ascii="宋体" w:hAnsi="宋体" w:eastAsia="宋体"/>
          <w:sz w:val="24"/>
        </w:rPr>
        <w:t>扩展二级关联。 与一级关联相关的概念——场景→人群→需求→解决方案。</w:t>
      </w:r>
    </w:p>
    <w:p>
      <w:pPr>
        <w:spacing w:line="360" w:lineRule="auto"/>
        <w:ind w:firstLine="420"/>
      </w:pPr>
      <w:r>
        <w:rPr>
          <w:rFonts w:ascii="宋体" w:hAnsi="宋体" w:eastAsia="宋体"/>
          <w:sz w:val="24"/>
        </w:rPr>
        <w:t>标注关系类型。 明确各节点之间的关系类型（属于、适合、位于、包含等）。</w:t>
      </w:r>
    </w:p>
    <w:p>
      <w:pPr>
        <w:pStyle w:val="Heading3"/>
      </w:pPr>
      <w:r>
        <w:t>5.2.2 语义一致性管理</w:t>
      </w:r>
    </w:p>
    <w:p>
      <w:pPr>
        <w:spacing w:line="360" w:lineRule="auto"/>
        <w:ind w:firstLine="420"/>
      </w:pPr>
      <w:r>
        <w:rPr>
          <w:rFonts w:ascii="宋体" w:hAnsi="宋体" w:eastAsia="宋体"/>
          <w:sz w:val="24"/>
        </w:rPr>
        <w:t>AI在评估品牌时会从多个信息源交叉验证。保持语义一致性至关重要：品牌名称在所有平台上的写法一致（避免"天龙屯堡"与"天龙屯堡古镇"混用）；核心信息在所有平台上的表述一致（避免官网说"建于明代"，OTA说"建于明洪武年间"）；品牌定位和价值主张在所有内容中保持一致。</w:t>
      </w:r>
    </w:p>
    <w:p>
      <w:pPr>
        <w:pStyle w:val="Heading3"/>
      </w:pPr>
      <w:r>
        <w:t>5.2.3 语义深度与广度平衡</w:t>
      </w:r>
    </w:p>
    <w:p>
      <w:pPr>
        <w:spacing w:line="360" w:lineRule="auto"/>
        <w:ind w:firstLine="420"/>
      </w:pPr>
      <w:r>
        <w:rPr>
          <w:rFonts w:ascii="宋体" w:hAnsi="宋体" w:eastAsia="宋体"/>
          <w:sz w:val="24"/>
        </w:rPr>
        <w:t>语义覆盖不是"越多越好"，而是"越精准越好"。过度扩展无关维度会稀释品牌的核心语义。平衡原则：核心维度（与品牌定位直接相关的维度）应深度覆盖，内容详尽；边缘维度（与品牌弱相关的维度）适当覆盖即可，不必投入过多资源。</w:t>
      </w:r>
    </w:p>
    <w:p>
      <w:pPr>
        <w:pStyle w:val="Heading2"/>
      </w:pPr>
      <w:r>
        <w:t>5.3 场景化内容策略</w:t>
      </w:r>
    </w:p>
    <w:p>
      <w:pPr>
        <w:pStyle w:val="Heading3"/>
      </w:pPr>
      <w:r>
        <w:t>5.3.1 用户意图理解</w:t>
      </w:r>
    </w:p>
    <w:p>
      <w:pPr>
        <w:spacing w:line="360" w:lineRule="auto"/>
        <w:ind w:firstLine="420"/>
      </w:pPr>
      <w:r>
        <w:rPr>
          <w:rFonts w:ascii="宋体" w:hAnsi="宋体" w:eastAsia="宋体"/>
          <w:sz w:val="24"/>
        </w:rPr>
        <w:t>场景化内容的核心是理解用户意图。当用户向AI提问时，背后隐藏的是具体的需求场景。文旅领域的典型用户意图包括：灵感型——"我想出去玩，有什么推荐？"；规划型——"帮我规划一个三天两夜的行程"；对比型——"A和B哪个更适合我？"；验证型——"听说XX很好，值得去吗？"；知识型——"XX的历史背景是什么？"</w:t>
      </w:r>
    </w:p>
    <w:p>
      <w:pPr>
        <w:pStyle w:val="Heading3"/>
      </w:pPr>
      <w:r>
        <w:t>5.3.2 场景化内容矩阵</w:t>
      </w:r>
    </w:p>
    <w:p>
      <w:pPr>
        <w:spacing w:line="360" w:lineRule="auto"/>
        <w:ind w:firstLine="420"/>
      </w:pPr>
      <w:r>
        <w:rPr>
          <w:rFonts w:ascii="宋体" w:hAnsi="宋体" w:eastAsia="宋体"/>
          <w:sz w:val="24"/>
        </w:rPr>
        <w:t>为每种用户意图类型准备相应的内容：灵感型→目的地推荐列表、主题攻略；规划型→完整行程方案、交通住宿建议；对比型→对比分析文章、优劣势表格；验证型→真实体验分享、优缺点分析；知识型→深度知识文章、历史文化解读。</w:t>
      </w:r>
    </w:p>
    <w:p>
      <w:pPr>
        <w:pStyle w:val="Heading3"/>
      </w:pPr>
      <w:r>
        <w:t>5.3.3 FAQ内容策略</w:t>
      </w:r>
    </w:p>
    <w:p>
      <w:pPr>
        <w:spacing w:line="360" w:lineRule="auto"/>
        <w:ind w:firstLine="420"/>
      </w:pPr>
      <w:r>
        <w:rPr>
          <w:rFonts w:ascii="宋体" w:hAnsi="宋体" w:eastAsia="宋体"/>
          <w:sz w:val="24"/>
        </w:rPr>
        <w:t>FAQ（常见问题）是最高效的语义覆盖方式之一。FAQ直接映射用户的问题，AI在回答类似问题时极有可能引用FAQ内容。</w:t>
      </w:r>
    </w:p>
    <w:p>
      <w:pPr>
        <w:spacing w:line="360" w:lineRule="auto"/>
        <w:ind w:firstLine="420"/>
      </w:pPr>
      <w:r>
        <w:rPr>
          <w:rFonts w:ascii="宋体" w:hAnsi="宋体" w:eastAsia="宋体"/>
          <w:sz w:val="24"/>
        </w:rPr>
        <w:t>FAQ设计原则。 问题真实——FAQ中的问题应来自于真实的用户提问，而非品牌臆想；答案精准——每个答案应直接、完整地回答所问问题，避免兜圈子；结构化——使用清晰的要点和步骤，便于AI提取；持续更新——根据用户反馈和新出现的问题持续更新FAQ。</w:t>
      </w:r>
    </w:p>
    <w:p>
      <w:pPr>
        <w:spacing w:line="360" w:lineRule="auto"/>
        <w:ind w:firstLine="420"/>
      </w:pPr>
      <w:r>
        <w:rPr>
          <w:rFonts w:ascii="宋体" w:hAnsi="宋体" w:eastAsia="宋体"/>
          <w:sz w:val="24"/>
        </w:rPr>
        <w:t>FAQ示例（天龙屯堡）。</w:t>
      </w:r>
    </w:p>
    <w:p>
      <w:pPr>
        <w:pStyle w:val="ListBullet"/>
      </w:pPr>
      <w:r>
        <w:t>"天龙屯堡适合什么季节去？每个季节有什么不同？"</w:t>
      </w:r>
    </w:p>
    <w:p>
      <w:pPr>
        <w:pStyle w:val="ListBullet"/>
      </w:pPr>
      <w:r>
        <w:t>"天龙屯堡和本寨有什么区别？哪个更值得去？"</w:t>
      </w:r>
    </w:p>
    <w:p>
      <w:pPr>
        <w:pStyle w:val="ListBullet"/>
      </w:pPr>
      <w:r>
        <w:t>"天龙屯堡一天能逛完吗？建议怎么安排时间？"</w:t>
      </w:r>
    </w:p>
    <w:p>
      <w:pPr>
        <w:pStyle w:val="ListBullet"/>
      </w:pPr>
      <w:r>
        <w:t>"天龙屯堡有什么必吃的？在哪里吃？"</w:t>
      </w:r>
    </w:p>
    <w:p>
      <w:pPr>
        <w:pStyle w:val="ListBullet"/>
      </w:pPr>
      <w:r>
        <w:t>"天龙屯堡怎么去？有公共交通吗？"</w:t>
      </w:r>
    </w:p>
    <w:p>
      <w:pPr>
        <w:pStyle w:val="Heading2"/>
      </w:pPr>
      <w:r>
        <w:t>5.4 语义覆盖的持续优化</w:t>
      </w:r>
    </w:p>
    <w:p>
      <w:pPr>
        <w:pStyle w:val="Heading3"/>
      </w:pPr>
      <w:r>
        <w:t>5.4.1 热点追踪</w:t>
      </w:r>
    </w:p>
    <w:p>
      <w:pPr>
        <w:spacing w:line="360" w:lineRule="auto"/>
        <w:ind w:firstLine="420"/>
      </w:pPr>
      <w:r>
        <w:rPr>
          <w:rFonts w:ascii="宋体" w:hAnsi="宋体" w:eastAsia="宋体"/>
          <w:sz w:val="24"/>
        </w:rPr>
        <w:t>关注AI搜索中的热门问题趋势：用户最近在问什么新问题？哪些场景的需求在上升？哪些语义维度变得重要？基于热点追踪及时补充和更新内容。</w:t>
      </w:r>
    </w:p>
    <w:p>
      <w:pPr>
        <w:pStyle w:val="Heading3"/>
      </w:pPr>
      <w:r>
        <w:t>5.4.2 竞品语义监控</w:t>
      </w:r>
    </w:p>
    <w:p>
      <w:pPr>
        <w:spacing w:line="360" w:lineRule="auto"/>
        <w:ind w:firstLine="420"/>
      </w:pPr>
      <w:r>
        <w:rPr>
          <w:rFonts w:ascii="宋体" w:hAnsi="宋体" w:eastAsia="宋体"/>
          <w:sz w:val="24"/>
        </w:rPr>
        <w:t>持续监测竞品的语义覆盖变化：竞品新增了哪些语义维度？竞品在哪些场景中超越了你的品牌？竞品的哪些内容被AI频繁引用？</w:t>
      </w:r>
    </w:p>
    <w:p>
      <w:pPr>
        <w:pStyle w:val="Heading3"/>
      </w:pPr>
      <w:r>
        <w:t>5.4.3 语义覆盖仪表盘</w:t>
      </w:r>
    </w:p>
    <w:p>
      <w:pPr>
        <w:spacing w:line="360" w:lineRule="auto"/>
        <w:ind w:firstLine="420"/>
      </w:pPr>
      <w:r>
        <w:rPr>
          <w:rFonts w:ascii="宋体" w:hAnsi="宋体" w:eastAsia="宋体"/>
          <w:sz w:val="24"/>
        </w:rPr>
        <w:t>建立品牌语义覆盖的监控仪表盘，定期评估：各维度的覆盖完整度；各场景的内容质量评分；与竞品的语义覆盖差距；AI认知测试结果的变化趋势。</w:t>
      </w:r>
    </w:p>
    <w:p>
      <w:pPr>
        <w:pStyle w:val="Heading2"/>
      </w:pPr>
      <w:r>
        <w:t>本章小结</w:t>
      </w:r>
    </w:p>
    <w:p>
      <w:pPr>
        <w:spacing w:line="360" w:lineRule="auto"/>
        <w:ind w:firstLine="420"/>
      </w:pPr>
      <w:r>
        <w:rPr>
          <w:rFonts w:ascii="宋体" w:hAnsi="宋体" w:eastAsia="宋体"/>
          <w:sz w:val="24"/>
        </w:rPr>
        <w:t>语义覆盖是GEO的第二支柱，核心是确保AI能够从所有相关角度"理解"品牌。语义覆盖五维模型（产品维、场景维、价值维、文化维、关联维）提供了系统化的覆盖框架。语义缺口分析是优化的起点，场景化内容和FAQ是高效的覆盖方式。语义覆盖需要持续优化——追踪热点、监控竞品、迭代内容。</w:t>
      </w:r>
    </w:p>
    <w:p>
      <w:pPr>
        <w:pStyle w:val="Heading2"/>
      </w:pPr>
      <w:r>
        <w:t>思考与练习</w:t>
      </w:r>
    </w:p>
    <w:p>
      <w:pPr>
        <w:pStyle w:val="ListBullet"/>
      </w:pPr>
      <w:r>
        <w:t>为一个安顺文旅品牌进行语义缺口分析，生成缺口清单。</w:t>
      </w:r>
    </w:p>
    <w:p>
      <w:pPr>
        <w:pStyle w:val="ListBullet"/>
      </w:pPr>
      <w:r>
        <w:t>为天龙屯堡构建品牌语义图谱。</w:t>
      </w:r>
    </w:p>
    <w:p>
      <w:pPr>
        <w:pStyle w:val="ListBullet"/>
      </w:pPr>
      <w:r>
        <w:t>为天龙屯堡撰写一套完整的FAQ（不少于15个问题）。</w:t>
      </w:r>
    </w:p>
    <w:p>
      <w:pPr>
        <w:pStyle w:val="ListBullet"/>
      </w:pPr>
      <w:r>
        <w:t>设计一份竞品语义覆盖对比分析报告模板。</w:t>
      </w:r>
    </w:p>
    <w:p>
      <w:pPr>
        <w:pStyle w:val="ListBullet"/>
      </w:pPr>
      <w:r>
        <w:t>模拟测试：在ChatGPT中测试一个文旅品牌的语义覆盖，分析其优势和盲区。</w:t>
      </w:r>
    </w:p>
    <w:p>
      <w:pPr>
        <w:pStyle w:val="Heading2"/>
      </w:pPr>
      <w:r>
        <w:t>知识卡片：语义覆盖五维模型</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维度</w:t>
            </w:r>
          </w:p>
        </w:tc>
        <w:tc>
          <w:tcPr>
            <w:tcW w:type="dxa" w:w="2767"/>
          </w:tcPr>
          <w:p>
            <w:r>
              <w:rPr>
                <w:b/>
                <w:sz w:val="20"/>
              </w:rPr>
              <w:t>核心内容</w:t>
            </w:r>
          </w:p>
        </w:tc>
        <w:tc>
          <w:tcPr>
            <w:tcW w:type="dxa" w:w="2767"/>
          </w:tcPr>
          <w:p>
            <w:r>
              <w:rPr>
                <w:b/>
                <w:sz w:val="20"/>
              </w:rPr>
              <w:t>关键问题</w:t>
            </w:r>
          </w:p>
        </w:tc>
      </w:tr>
      <w:tr>
        <w:tc>
          <w:tcPr>
            <w:tcW w:type="dxa" w:w="2767"/>
          </w:tcPr>
          <w:p>
            <w:r>
              <w:t>产品维</w:t>
            </w:r>
          </w:p>
        </w:tc>
        <w:tc>
          <w:tcPr>
            <w:tcW w:type="dxa" w:w="2767"/>
          </w:tcPr>
          <w:p>
            <w:r>
              <w:t>基本信息、特色、服务</w:t>
            </w:r>
          </w:p>
        </w:tc>
        <w:tc>
          <w:tcPr>
            <w:tcW w:type="dxa" w:w="2767"/>
          </w:tcPr>
          <w:p>
            <w:r>
              <w:t>"这是什么？有什么？"</w:t>
            </w:r>
          </w:p>
        </w:tc>
      </w:tr>
      <w:tr>
        <w:tc>
          <w:tcPr>
            <w:tcW w:type="dxa" w:w="2767"/>
          </w:tcPr>
          <w:p>
            <w:r>
              <w:t>场景维</w:t>
            </w:r>
          </w:p>
        </w:tc>
        <w:tc>
          <w:tcPr>
            <w:tcW w:type="dxa" w:w="2767"/>
          </w:tcPr>
          <w:p>
            <w:r>
              <w:t>人群、时间、预算、目的</w:t>
            </w:r>
          </w:p>
        </w:tc>
        <w:tc>
          <w:tcPr>
            <w:tcW w:type="dxa" w:w="2767"/>
          </w:tcPr>
          <w:p>
            <w:r>
              <w:t>"适合谁？什么时候去？"</w:t>
            </w:r>
          </w:p>
        </w:tc>
      </w:tr>
      <w:tr>
        <w:tc>
          <w:tcPr>
            <w:tcW w:type="dxa" w:w="2767"/>
          </w:tcPr>
          <w:p>
            <w:r>
              <w:t>价值维</w:t>
            </w:r>
          </w:p>
        </w:tc>
        <w:tc>
          <w:tcPr>
            <w:tcW w:type="dxa" w:w="2767"/>
          </w:tcPr>
          <w:p>
            <w:r>
              <w:t>差异化优势、品牌理念</w:t>
            </w:r>
          </w:p>
        </w:tc>
        <w:tc>
          <w:tcPr>
            <w:tcW w:type="dxa" w:w="2767"/>
          </w:tcPr>
          <w:p>
            <w:r>
              <w:t>"为什么选它？"</w:t>
            </w:r>
          </w:p>
        </w:tc>
      </w:tr>
      <w:tr>
        <w:tc>
          <w:tcPr>
            <w:tcW w:type="dxa" w:w="2767"/>
          </w:tcPr>
          <w:p>
            <w:r>
              <w:t>文化维</w:t>
            </w:r>
          </w:p>
        </w:tc>
        <w:tc>
          <w:tcPr>
            <w:tcW w:type="dxa" w:w="2767"/>
          </w:tcPr>
          <w:p>
            <w:r>
              <w:t>历史、传统、美学、人文</w:t>
            </w:r>
          </w:p>
        </w:tc>
        <w:tc>
          <w:tcPr>
            <w:tcW w:type="dxa" w:w="2767"/>
          </w:tcPr>
          <w:p>
            <w:r>
              <w:t>"有什么故事？"</w:t>
            </w:r>
          </w:p>
        </w:tc>
      </w:tr>
      <w:tr>
        <w:tc>
          <w:tcPr>
            <w:tcW w:type="dxa" w:w="2767"/>
          </w:tcPr>
          <w:p>
            <w:r>
              <w:t>关联维</w:t>
            </w:r>
          </w:p>
        </w:tc>
        <w:tc>
          <w:tcPr>
            <w:tcW w:type="dxa" w:w="2767"/>
          </w:tcPr>
          <w:p>
            <w:r>
              <w:t>周边资源、交通、配套</w:t>
            </w:r>
          </w:p>
        </w:tc>
        <w:tc>
          <w:tcPr>
            <w:tcW w:type="dxa" w:w="2767"/>
          </w:tcPr>
          <w:p>
            <w:r>
              <w:t>"还有什么？怎么去？"</w:t>
            </w:r>
          </w:p>
        </w:tc>
      </w:tr>
    </w:tbl>
    <w:p/>
    <w:p>
      <w:pPr>
        <w:pStyle w:val="Heading2"/>
      </w:pPr>
      <w:r>
        <w:t>参考文献</w:t>
      </w:r>
    </w:p>
    <w:p>
      <w:pPr>
        <w:spacing w:line="360" w:lineRule="auto"/>
        <w:ind w:firstLine="420"/>
      </w:pPr>
      <w:r>
        <w:rPr>
          <w:rFonts w:ascii="宋体" w:hAnsi="宋体" w:eastAsia="宋体"/>
          <w:sz w:val="24"/>
        </w:rPr>
        <w:t>[13] 生成式引擎优化(GEO)的本质、作用机制与策略研究[J]. 情报理论与实践, 2025, 48(1): 1-12.</w:t>
      </w:r>
    </w:p>
    <w:p>
      <w:pPr>
        <w:spacing w:line="360" w:lineRule="auto"/>
        <w:ind w:firstLine="420"/>
      </w:pPr>
      <w:r>
        <w:rPr>
          <w:rFonts w:ascii="宋体" w:hAnsi="宋体" w:eastAsia="宋体"/>
          <w:sz w:val="24"/>
        </w:rPr>
        <w:t>[14] Huang J, Situ R, Ye R. Cultural encoding in large language models[J]. arXiv:2601.00869, 2026.</w:t>
      </w:r>
    </w:p>
    <w:p>
      <w:pPr>
        <w:spacing w:line="360" w:lineRule="auto"/>
        <w:ind w:firstLine="420"/>
      </w:pPr>
      <w:r>
        <w:rPr>
          <w:rFonts w:ascii="宋体" w:hAnsi="宋体" w:eastAsia="宋体"/>
          <w:sz w:val="24"/>
        </w:rPr>
        <w:t>[15] Zhang F, et al. Generative engine optimization</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arXiv:2602.02961, 2026.</w:t>
      </w:r>
    </w:p>
    <w:p>
      <w:r>
        <w:br w:type="page"/>
      </w:r>
    </w:p>
    <w:p>
      <w:pPr>
        <w:pStyle w:val="Heading1"/>
      </w:pPr>
      <w:r>
        <w:t>第6章 结构化数据与知识图谱</w:t>
      </w:r>
    </w:p>
    <w:p>
      <w:pPr>
        <w:pStyle w:val="Heading2"/>
      </w:pPr>
      <w:r>
        <w:t>学习目标</w:t>
      </w:r>
    </w:p>
    <w:p>
      <w:pPr>
        <w:pStyle w:val="ListBullet"/>
      </w:pPr>
      <w:r>
        <w:t>理解结构化数据在GEO中的技术价值</w:t>
      </w:r>
    </w:p>
    <w:p>
      <w:pPr>
        <w:pStyle w:val="ListBullet"/>
      </w:pPr>
      <w:r>
        <w:t>掌握Schema.org标记在文旅场景中的应用</w:t>
      </w:r>
    </w:p>
    <w:p>
      <w:pPr>
        <w:pStyle w:val="ListBullet"/>
      </w:pPr>
      <w:r>
        <w:t>了解知识图谱的构建方法及其GEO价值</w:t>
      </w:r>
    </w:p>
    <w:p>
      <w:pPr>
        <w:pStyle w:val="ListBullet"/>
      </w:pPr>
      <w:r>
        <w:t>学会在品牌官网中实施结构化数据优化</w:t>
      </w:r>
    </w:p>
    <w:p>
      <w:pPr>
        <w:pStyle w:val="ListBullet"/>
      </w:pPr>
      <w:r>
        <w:t>能够为文旅品牌设计结构化数据方案</w:t>
      </w:r>
    </w:p>
    <w:p>
      <w:pPr>
        <w:pStyle w:val="Heading2"/>
      </w:pPr>
      <w:r>
        <w:t>导入案例：为什么AI能精准回答"天龙屯堡门票多少钱"？</w:t>
      </w:r>
    </w:p>
    <w:p>
      <w:pPr>
        <w:spacing w:line="360" w:lineRule="auto"/>
        <w:ind w:firstLine="420"/>
      </w:pPr>
      <w:r>
        <w:rPr>
          <w:rFonts w:ascii="宋体" w:hAnsi="宋体" w:eastAsia="宋体"/>
          <w:sz w:val="24"/>
        </w:rPr>
        <w:t>2025年，用户在不同AI平台上问"天龙屯堡门票多少钱"，得到的答案五花八门——有的说"60元"（实际是2019年的价格），有的说"免费"（混淆了天龙屯堡和天龙镇），有的直接说"我不确定"。</w:t>
      </w:r>
    </w:p>
    <w:p>
      <w:pPr>
        <w:spacing w:line="360" w:lineRule="auto"/>
        <w:ind w:firstLine="420"/>
      </w:pPr>
      <w:r>
        <w:rPr>
          <w:rFonts w:ascii="宋体" w:hAnsi="宋体" w:eastAsia="宋体"/>
          <w:sz w:val="24"/>
        </w:rPr>
        <w:t>2026年，天龙屯堡景区在官网和OTA平台上实施了完整的Schema.org结构化数据标记。门票价格、开放时间、优惠政策等信息以机器可读的JSON-LD格式嵌入网页。三个月后，所有主流AI平台对天龙屯堡门票的回答都变得准确一致——58元，学生半价，60岁以上老人免费。</w:t>
      </w:r>
    </w:p>
    <w:p>
      <w:pPr>
        <w:spacing w:line="360" w:lineRule="auto"/>
        <w:ind w:firstLine="420"/>
      </w:pPr>
      <w:r>
        <w:rPr>
          <w:rFonts w:ascii="宋体" w:hAnsi="宋体" w:eastAsia="宋体"/>
          <w:sz w:val="24"/>
        </w:rPr>
        <w:t>这不是AI"变聪明了"，而是天龙屯堡"把话说清楚了"——用AI能高效理解的方式。</w:t>
      </w:r>
    </w:p>
    <w:p>
      <w:pPr>
        <w:pStyle w:val="Heading2"/>
      </w:pPr>
      <w:r>
        <w:t>6.1 结构化数据的技术基础</w:t>
      </w:r>
    </w:p>
    <w:p>
      <w:pPr>
        <w:pStyle w:val="Heading3"/>
      </w:pPr>
      <w:r>
        <w:t>6.1.1 什么是结构化数据</w:t>
      </w:r>
    </w:p>
    <w:p>
      <w:pPr>
        <w:spacing w:line="360" w:lineRule="auto"/>
        <w:ind w:firstLine="420"/>
      </w:pPr>
      <w:r>
        <w:rPr>
          <w:rFonts w:ascii="宋体" w:hAnsi="宋体" w:eastAsia="宋体"/>
          <w:sz w:val="24"/>
        </w:rPr>
        <w:t>结构化数据是按照预定义格式组织的信息，使机器能够高效、准确地"理解"内容。与之相对的是非结构化数据（如自由文本），机器需要复杂的自然语言处理才能理解。</w:t>
      </w:r>
    </w:p>
    <w:p>
      <w:pPr>
        <w:spacing w:line="360" w:lineRule="auto"/>
        <w:ind w:firstLine="420"/>
      </w:pPr>
      <w:r>
        <w:rPr>
          <w:rFonts w:ascii="宋体" w:hAnsi="宋体" w:eastAsia="宋体"/>
          <w:sz w:val="24"/>
        </w:rPr>
        <w:t>在GEO中，结构化数据是"内容可提取性"支柱的核心技术手段。同样一段信息，以结构化方式呈现，AI的提取准确率可以提升数倍。</w:t>
      </w:r>
    </w:p>
    <w:p>
      <w:pPr>
        <w:pStyle w:val="Heading3"/>
      </w:pPr>
      <w:r>
        <w:t>6.1.2 Schema.org：AI搜索的通用语言</w:t>
      </w:r>
    </w:p>
    <w:p>
      <w:pPr>
        <w:spacing w:line="360" w:lineRule="auto"/>
        <w:ind w:firstLine="420"/>
      </w:pPr>
      <w:r>
        <w:rPr>
          <w:rFonts w:ascii="宋体" w:hAnsi="宋体" w:eastAsia="宋体"/>
          <w:sz w:val="24"/>
        </w:rPr>
        <w:t>Schema.org是由Google、Microsoft、Yahoo和Yandex联合创建的结构化数据标准，也是AI搜索平台广泛支持的信息格式。Schema.org定义了一套完整的"类型"和"属性"，覆盖了几乎所有可能的内容领域。</w:t>
      </w:r>
    </w:p>
    <w:p>
      <w:pPr>
        <w:spacing w:line="360" w:lineRule="auto"/>
        <w:ind w:firstLine="420"/>
      </w:pPr>
      <w:r>
        <w:rPr>
          <w:rFonts w:ascii="宋体" w:hAnsi="宋体" w:eastAsia="宋体"/>
          <w:sz w:val="24"/>
        </w:rPr>
        <w:t>Schema.org的核心类型包括：CreativeWork（创意作品）及其子类Article、Review等；Organization（组织）及其子类LocalBusiness、Restaurant、Hotel等；Place（地点）及其子类TouristAttraction、LandmarksOrHistoricalBuildings等；Event（事件）；Product（产品）及其子类。</w:t>
      </w:r>
    </w:p>
    <w:p>
      <w:pPr>
        <w:pStyle w:val="Heading3"/>
      </w:pPr>
      <w:r>
        <w:t>6.1.3 三种结构化数据格式</w:t>
      </w:r>
    </w:p>
    <w:p>
      <w:pPr>
        <w:spacing w:line="360" w:lineRule="auto"/>
        <w:ind w:firstLine="420"/>
      </w:pPr>
      <w:r>
        <w:rPr>
          <w:rFonts w:ascii="宋体" w:hAnsi="宋体" w:eastAsia="宋体"/>
          <w:sz w:val="24"/>
        </w:rPr>
        <w:t>JSON-LD。 推荐使用。在网页的&lt;script type="application/ld+json"&gt;标签中嵌入JSON格式的结构化数据，不影响页面外观，易于维护。</w:t>
      </w:r>
    </w:p>
    <w:p>
      <w:pPr>
        <w:spacing w:line="360" w:lineRule="auto"/>
        <w:ind w:firstLine="420"/>
      </w:pPr>
      <w:r>
        <w:rPr>
          <w:rFonts w:ascii="宋体" w:hAnsi="宋体" w:eastAsia="宋体"/>
          <w:sz w:val="24"/>
        </w:rPr>
        <w:t>Microdata。 直接在HTML标签中添加结构化属性，与页面内容耦合度高，维护不便。</w:t>
      </w:r>
    </w:p>
    <w:p>
      <w:pPr>
        <w:spacing w:line="360" w:lineRule="auto"/>
        <w:ind w:firstLine="420"/>
      </w:pPr>
      <w:r>
        <w:rPr>
          <w:rFonts w:ascii="宋体" w:hAnsi="宋体" w:eastAsia="宋体"/>
          <w:sz w:val="24"/>
        </w:rPr>
        <w:t>RDFa。 类似Microdata的HTML属性扩展，兼容性较好但使用较少。</w:t>
      </w:r>
    </w:p>
    <w:p>
      <w:pPr>
        <w:pStyle w:val="Heading2"/>
      </w:pPr>
      <w:r>
        <w:t>6.2 文旅品牌Schema.org标记实战</w:t>
      </w:r>
    </w:p>
    <w:p>
      <w:pPr>
        <w:pStyle w:val="Heading3"/>
      </w:pPr>
      <w:r>
        <w:t>6.2.1 旅游景点标记</w:t>
      </w:r>
    </w:p>
    <w:p>
      <w:pPr>
        <w:spacing w:line="360" w:lineRule="auto"/>
        <w:ind w:firstLine="420"/>
      </w:pPr>
      <w:r>
        <w:rPr>
          <w:rFonts w:ascii="宋体" w:hAnsi="宋体" w:eastAsia="宋体"/>
          <w:sz w:val="24"/>
        </w:rPr>
        <w:t>`json</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"@context": "https://schema.org",</w:t>
      </w:r>
    </w:p>
    <w:p>
      <w:pPr>
        <w:spacing w:line="360" w:lineRule="auto"/>
        <w:ind w:firstLine="420"/>
      </w:pPr>
      <w:r>
        <w:rPr>
          <w:rFonts w:ascii="宋体" w:hAnsi="宋体" w:eastAsia="宋体"/>
          <w:sz w:val="24"/>
        </w:rPr>
        <w:t>"@type": "TouristAttraction",</w:t>
      </w:r>
    </w:p>
    <w:p>
      <w:pPr>
        <w:spacing w:line="360" w:lineRule="auto"/>
        <w:ind w:firstLine="420"/>
      </w:pPr>
      <w:r>
        <w:rPr>
          <w:rFonts w:ascii="宋体" w:hAnsi="宋体" w:eastAsia="宋体"/>
          <w:sz w:val="24"/>
        </w:rPr>
        <w:t>"name": "天龙屯堡",</w:t>
      </w:r>
    </w:p>
    <w:p>
      <w:pPr>
        <w:spacing w:line="360" w:lineRule="auto"/>
        <w:ind w:firstLine="420"/>
      </w:pPr>
      <w:r>
        <w:rPr>
          <w:rFonts w:ascii="宋体" w:hAnsi="宋体" w:eastAsia="宋体"/>
          <w:sz w:val="24"/>
        </w:rPr>
        <w:t>"description": "天龙屯堡是明代'调北征南'军事行动后形成的屯堡文化代表性村寨，拥有六百年的历史...",</w:t>
      </w:r>
    </w:p>
    <w:p>
      <w:pPr>
        <w:spacing w:line="360" w:lineRule="auto"/>
        <w:ind w:firstLine="420"/>
      </w:pPr>
      <w:r>
        <w:rPr>
          <w:rFonts w:ascii="宋体" w:hAnsi="宋体" w:eastAsia="宋体"/>
          <w:sz w:val="24"/>
        </w:rPr>
        <w:t>"address": {</w:t>
      </w:r>
    </w:p>
    <w:p>
      <w:pPr>
        <w:spacing w:line="360" w:lineRule="auto"/>
        <w:ind w:firstLine="420"/>
      </w:pPr>
      <w:r>
        <w:rPr>
          <w:rFonts w:ascii="宋体" w:hAnsi="宋体" w:eastAsia="宋体"/>
          <w:sz w:val="24"/>
        </w:rPr>
        <w:t>"@type": "PostalAddress",</w:t>
      </w:r>
    </w:p>
    <w:p>
      <w:pPr>
        <w:spacing w:line="360" w:lineRule="auto"/>
        <w:ind w:firstLine="420"/>
      </w:pPr>
      <w:r>
        <w:rPr>
          <w:rFonts w:ascii="宋体" w:hAnsi="宋体" w:eastAsia="宋体"/>
          <w:sz w:val="24"/>
        </w:rPr>
        <w:t>"addressLocality": "安顺市",</w:t>
      </w:r>
    </w:p>
    <w:p>
      <w:pPr>
        <w:spacing w:line="360" w:lineRule="auto"/>
        <w:ind w:firstLine="420"/>
      </w:pPr>
      <w:r>
        <w:rPr>
          <w:rFonts w:ascii="宋体" w:hAnsi="宋体" w:eastAsia="宋体"/>
          <w:sz w:val="24"/>
        </w:rPr>
        <w:t>"addressRegion": "贵州省",</w:t>
      </w:r>
    </w:p>
    <w:p>
      <w:pPr>
        <w:spacing w:line="360" w:lineRule="auto"/>
        <w:ind w:firstLine="420"/>
      </w:pPr>
      <w:r>
        <w:rPr>
          <w:rFonts w:ascii="宋体" w:hAnsi="宋体" w:eastAsia="宋体"/>
          <w:sz w:val="24"/>
        </w:rPr>
        <w:t>"postalCode": "561000"</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"geo": { "@type": "GeoCoordinates", "latitude": 26.25, "longitude": 105.93 },</w:t>
      </w:r>
    </w:p>
    <w:p>
      <w:pPr>
        <w:spacing w:line="360" w:lineRule="auto"/>
        <w:ind w:firstLine="420"/>
      </w:pPr>
      <w:r>
        <w:rPr>
          <w:rFonts w:ascii="宋体" w:hAnsi="宋体" w:eastAsia="宋体"/>
          <w:sz w:val="24"/>
        </w:rPr>
        <w:t>"openingHours": "Mo-Su 08:30-17:30",</w:t>
      </w:r>
    </w:p>
    <w:p>
      <w:pPr>
        <w:spacing w:line="360" w:lineRule="auto"/>
        <w:ind w:firstLine="420"/>
      </w:pPr>
      <w:r>
        <w:rPr>
          <w:rFonts w:ascii="宋体" w:hAnsi="宋体" w:eastAsia="宋体"/>
          <w:sz w:val="24"/>
        </w:rPr>
        <w:t>"touristType": ["文化旅游", "历史遗迹", "民俗体验"],</w:t>
      </w:r>
    </w:p>
    <w:p>
      <w:pPr>
        <w:spacing w:line="360" w:lineRule="auto"/>
        <w:ind w:firstLine="420"/>
      </w:pPr>
      <w:r>
        <w:rPr>
          <w:rFonts w:ascii="宋体" w:hAnsi="宋体" w:eastAsia="宋体"/>
          <w:sz w:val="24"/>
        </w:rPr>
        <w:t>"publicAccess": true</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w:t>
      </w:r>
    </w:p>
    <w:p>
      <w:pPr>
        <w:pStyle w:val="Heading3"/>
      </w:pPr>
      <w:r>
        <w:t>6.2.2 FAQ标记</w:t>
      </w:r>
    </w:p>
    <w:p>
      <w:pPr>
        <w:spacing w:line="360" w:lineRule="auto"/>
        <w:ind w:firstLine="420"/>
      </w:pPr>
      <w:r>
        <w:rPr>
          <w:rFonts w:ascii="宋体" w:hAnsi="宋体" w:eastAsia="宋体"/>
          <w:sz w:val="24"/>
        </w:rPr>
        <w:t>FAQ是GEO中最有价值的Schema类型之一，直接为AI提供问答对：</w:t>
      </w:r>
    </w:p>
    <w:p>
      <w:pPr>
        <w:spacing w:line="360" w:lineRule="auto"/>
        <w:ind w:firstLine="420"/>
      </w:pPr>
      <w:r>
        <w:rPr>
          <w:rFonts w:ascii="宋体" w:hAnsi="宋体" w:eastAsia="宋体"/>
          <w:sz w:val="24"/>
        </w:rPr>
        <w:t>`json</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"@context": "https://schema.org",</w:t>
      </w:r>
    </w:p>
    <w:p>
      <w:pPr>
        <w:spacing w:line="360" w:lineRule="auto"/>
        <w:ind w:firstLine="420"/>
      </w:pPr>
      <w:r>
        <w:rPr>
          <w:rFonts w:ascii="宋体" w:hAnsi="宋体" w:eastAsia="宋体"/>
          <w:sz w:val="24"/>
        </w:rPr>
        <w:t>"@type": "FAQPage",</w:t>
      </w:r>
    </w:p>
    <w:p>
      <w:pPr>
        <w:spacing w:line="360" w:lineRule="auto"/>
        <w:ind w:firstLine="420"/>
      </w:pPr>
      <w:r>
        <w:rPr>
          <w:rFonts w:ascii="宋体" w:hAnsi="宋体" w:eastAsia="宋体"/>
          <w:sz w:val="24"/>
        </w:rPr>
        <w:t>"mainEntity": [{</w:t>
      </w:r>
    </w:p>
    <w:p>
      <w:pPr>
        <w:spacing w:line="360" w:lineRule="auto"/>
        <w:ind w:firstLine="420"/>
      </w:pPr>
      <w:r>
        <w:rPr>
          <w:rFonts w:ascii="宋体" w:hAnsi="宋体" w:eastAsia="宋体"/>
          <w:sz w:val="24"/>
        </w:rPr>
        <w:t>"@type": "Question",</w:t>
      </w:r>
    </w:p>
    <w:p>
      <w:pPr>
        <w:spacing w:line="360" w:lineRule="auto"/>
        <w:ind w:firstLine="420"/>
      </w:pPr>
      <w:r>
        <w:rPr>
          <w:rFonts w:ascii="宋体" w:hAnsi="宋体" w:eastAsia="宋体"/>
          <w:sz w:val="24"/>
        </w:rPr>
        <w:t>"name": "天龙屯堡门票多少钱？",</w:t>
      </w:r>
    </w:p>
    <w:p>
      <w:pPr>
        <w:spacing w:line="360" w:lineRule="auto"/>
        <w:ind w:firstLine="420"/>
      </w:pPr>
      <w:r>
        <w:rPr>
          <w:rFonts w:ascii="宋体" w:hAnsi="宋体" w:eastAsia="宋体"/>
          <w:sz w:val="24"/>
        </w:rPr>
        <w:t>"acceptedAnswer": {</w:t>
      </w:r>
    </w:p>
    <w:p>
      <w:pPr>
        <w:spacing w:line="360" w:lineRule="auto"/>
        <w:ind w:firstLine="420"/>
      </w:pPr>
      <w:r>
        <w:rPr>
          <w:rFonts w:ascii="宋体" w:hAnsi="宋体" w:eastAsia="宋体"/>
          <w:sz w:val="24"/>
        </w:rPr>
        <w:t>"@type": "Answer",</w:t>
      </w:r>
    </w:p>
    <w:p>
      <w:pPr>
        <w:spacing w:line="360" w:lineRule="auto"/>
        <w:ind w:firstLine="420"/>
      </w:pPr>
      <w:r>
        <w:rPr>
          <w:rFonts w:ascii="宋体" w:hAnsi="宋体" w:eastAsia="宋体"/>
          <w:sz w:val="24"/>
        </w:rPr>
        <w:t>"text": "天龙屯堡门票全价58元/人。学生凭有效证件半价29元。60岁以上老人、军人、残疾人凭证免费。"</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w:t>
      </w:r>
    </w:p>
    <w:p>
      <w:pPr>
        <w:pStyle w:val="Heading3"/>
      </w:pPr>
      <w:r>
        <w:t>6.2.3 民宿/酒店标记</w:t>
      </w:r>
    </w:p>
    <w:p>
      <w:pPr>
        <w:spacing w:line="360" w:lineRule="auto"/>
        <w:ind w:firstLine="420"/>
      </w:pPr>
      <w:r>
        <w:rPr>
          <w:rFonts w:ascii="宋体" w:hAnsi="宋体" w:eastAsia="宋体"/>
          <w:sz w:val="24"/>
        </w:rPr>
        <w:t>`json</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"@context": "https://schema.org",</w:t>
      </w:r>
    </w:p>
    <w:p>
      <w:pPr>
        <w:spacing w:line="360" w:lineRule="auto"/>
        <w:ind w:firstLine="420"/>
      </w:pPr>
      <w:r>
        <w:rPr>
          <w:rFonts w:ascii="宋体" w:hAnsi="宋体" w:eastAsia="宋体"/>
          <w:sz w:val="24"/>
        </w:rPr>
        <w:t>"@type": "Hotel",</w:t>
      </w:r>
    </w:p>
    <w:p>
      <w:pPr>
        <w:spacing w:line="360" w:lineRule="auto"/>
        <w:ind w:firstLine="420"/>
      </w:pPr>
      <w:r>
        <w:rPr>
          <w:rFonts w:ascii="宋体" w:hAnsi="宋体" w:eastAsia="宋体"/>
          <w:sz w:val="24"/>
        </w:rPr>
        <w:t>"name": "石语山居",</w:t>
      </w:r>
    </w:p>
    <w:p>
      <w:pPr>
        <w:spacing w:line="360" w:lineRule="auto"/>
        <w:ind w:firstLine="420"/>
      </w:pPr>
      <w:r>
        <w:rPr>
          <w:rFonts w:ascii="宋体" w:hAnsi="宋体" w:eastAsia="宋体"/>
          <w:sz w:val="24"/>
        </w:rPr>
        <w:t>"description": "位于安顺本寨的精品屯堡文化民宿，由百年老宅改造而成...",</w:t>
      </w:r>
    </w:p>
    <w:p>
      <w:pPr>
        <w:spacing w:line="360" w:lineRule="auto"/>
        <w:ind w:firstLine="420"/>
      </w:pPr>
      <w:r>
        <w:rPr>
          <w:rFonts w:ascii="宋体" w:hAnsi="宋体" w:eastAsia="宋体"/>
          <w:sz w:val="24"/>
        </w:rPr>
        <w:t>"address": { "@type": "PostalAddress", "addressLocality": "安顺市西秀区七眼桥镇本寨" },</w:t>
      </w:r>
    </w:p>
    <w:p>
      <w:pPr>
        <w:spacing w:line="360" w:lineRule="auto"/>
        <w:ind w:firstLine="420"/>
      </w:pPr>
      <w:r>
        <w:rPr>
          <w:rFonts w:ascii="宋体" w:hAnsi="宋体" w:eastAsia="宋体"/>
          <w:sz w:val="24"/>
        </w:rPr>
        <w:t>"priceRange": "¥380-880",</w:t>
      </w:r>
    </w:p>
    <w:p>
      <w:pPr>
        <w:spacing w:line="360" w:lineRule="auto"/>
        <w:ind w:firstLine="420"/>
      </w:pPr>
      <w:r>
        <w:rPr>
          <w:rFonts w:ascii="宋体" w:hAnsi="宋体" w:eastAsia="宋体"/>
          <w:sz w:val="24"/>
        </w:rPr>
        <w:t>"amenityFeature": [</w:t>
      </w:r>
    </w:p>
    <w:p>
      <w:pPr>
        <w:spacing w:line="360" w:lineRule="auto"/>
        <w:ind w:firstLine="420"/>
      </w:pPr>
      <w:r>
        <w:rPr>
          <w:rFonts w:ascii="宋体" w:hAnsi="宋体" w:eastAsia="宋体"/>
          <w:sz w:val="24"/>
        </w:rPr>
        <w:t>{ "@type": "LocationFeatureSpecification", "name": "免费WiFi", "value": true },</w:t>
      </w:r>
    </w:p>
    <w:p>
      <w:pPr>
        <w:spacing w:line="360" w:lineRule="auto"/>
        <w:ind w:firstLine="420"/>
      </w:pPr>
      <w:r>
        <w:rPr>
          <w:rFonts w:ascii="宋体" w:hAnsi="宋体" w:eastAsia="宋体"/>
          <w:sz w:val="24"/>
        </w:rPr>
        <w:t>{ "@type": "LocationFeatureSpecification", "name": "停车场", "value": true }</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"aggregateRating": { "@type": "AggregateRating", "ratingValue": "4.8", "reviewCount": "326" }</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w:t>
      </w:r>
    </w:p>
    <w:p>
      <w:pPr>
        <w:pStyle w:val="Heading3"/>
      </w:pPr>
      <w:r>
        <w:t>6.2.4 餐厅标记</w:t>
      </w:r>
    </w:p>
    <w:p>
      <w:pPr>
        <w:spacing w:line="360" w:lineRule="auto"/>
        <w:ind w:firstLine="420"/>
      </w:pPr>
      <w:r>
        <w:rPr>
          <w:rFonts w:ascii="宋体" w:hAnsi="宋体" w:eastAsia="宋体"/>
          <w:sz w:val="24"/>
        </w:rPr>
        <w:t>`json</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"@context": "https://schema.org",</w:t>
      </w:r>
    </w:p>
    <w:p>
      <w:pPr>
        <w:spacing w:line="360" w:lineRule="auto"/>
        <w:ind w:firstLine="420"/>
      </w:pPr>
      <w:r>
        <w:rPr>
          <w:rFonts w:ascii="宋体" w:hAnsi="宋体" w:eastAsia="宋体"/>
          <w:sz w:val="24"/>
        </w:rPr>
        <w:t>"@type": "Restaurant",</w:t>
      </w:r>
    </w:p>
    <w:p>
      <w:pPr>
        <w:spacing w:line="360" w:lineRule="auto"/>
        <w:ind w:firstLine="420"/>
      </w:pPr>
      <w:r>
        <w:rPr>
          <w:rFonts w:ascii="宋体" w:hAnsi="宋体" w:eastAsia="宋体"/>
          <w:sz w:val="24"/>
        </w:rPr>
        <w:t>"name": "陈记夺夺粉",</w:t>
      </w:r>
    </w:p>
    <w:p>
      <w:pPr>
        <w:spacing w:line="360" w:lineRule="auto"/>
        <w:ind w:firstLine="420"/>
      </w:pPr>
      <w:r>
        <w:rPr>
          <w:rFonts w:ascii="宋体" w:hAnsi="宋体" w:eastAsia="宋体"/>
          <w:sz w:val="24"/>
        </w:rPr>
        <w:t>"servesCuisine": "安顺小吃",</w:t>
      </w:r>
    </w:p>
    <w:p>
      <w:pPr>
        <w:spacing w:line="360" w:lineRule="auto"/>
        <w:ind w:firstLine="420"/>
      </w:pPr>
      <w:r>
        <w:rPr>
          <w:rFonts w:ascii="宋体" w:hAnsi="宋体" w:eastAsia="宋体"/>
          <w:sz w:val="24"/>
        </w:rPr>
        <w:t>"priceRange": "¥30-60",</w:t>
      </w:r>
    </w:p>
    <w:p>
      <w:pPr>
        <w:spacing w:line="360" w:lineRule="auto"/>
        <w:ind w:firstLine="420"/>
      </w:pPr>
      <w:r>
        <w:rPr>
          <w:rFonts w:ascii="宋体" w:hAnsi="宋体" w:eastAsia="宋体"/>
          <w:sz w:val="24"/>
        </w:rPr>
        <w:t>"address": { "@type": "PostalAddress", "streetAddress": "顾府街38号" },</w:t>
      </w:r>
    </w:p>
    <w:p>
      <w:pPr>
        <w:spacing w:line="360" w:lineRule="auto"/>
        <w:ind w:firstLine="420"/>
      </w:pPr>
      <w:r>
        <w:rPr>
          <w:rFonts w:ascii="宋体" w:hAnsi="宋体" w:eastAsia="宋体"/>
          <w:sz w:val="24"/>
        </w:rPr>
        <w:t>"aggregateRating": { "@type": "AggregateRating", "ratingValue": "4.6", "reviewCount": "1520" }</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w:t>
      </w:r>
    </w:p>
    <w:p>
      <w:pPr>
        <w:pStyle w:val="Heading3"/>
      </w:pPr>
      <w:r>
        <w:t>6.2.5 事件/活动标记</w:t>
      </w:r>
    </w:p>
    <w:p>
      <w:pPr>
        <w:spacing w:line="360" w:lineRule="auto"/>
        <w:ind w:firstLine="420"/>
      </w:pPr>
      <w:r>
        <w:rPr>
          <w:rFonts w:ascii="宋体" w:hAnsi="宋体" w:eastAsia="宋体"/>
          <w:sz w:val="24"/>
        </w:rPr>
        <w:t>`json</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"@context": "https://schema.org",</w:t>
      </w:r>
    </w:p>
    <w:p>
      <w:pPr>
        <w:spacing w:line="360" w:lineRule="auto"/>
        <w:ind w:firstLine="420"/>
      </w:pPr>
      <w:r>
        <w:rPr>
          <w:rFonts w:ascii="宋体" w:hAnsi="宋体" w:eastAsia="宋体"/>
          <w:sz w:val="24"/>
        </w:rPr>
        <w:t>"@type": "Event",</w:t>
      </w:r>
    </w:p>
    <w:p>
      <w:pPr>
        <w:spacing w:line="360" w:lineRule="auto"/>
        <w:ind w:firstLine="420"/>
      </w:pPr>
      <w:r>
        <w:rPr>
          <w:rFonts w:ascii="宋体" w:hAnsi="宋体" w:eastAsia="宋体"/>
          <w:sz w:val="24"/>
        </w:rPr>
        <w:t>"name": "屯堡八大碗·安顺美食汇",</w:t>
      </w:r>
    </w:p>
    <w:p>
      <w:pPr>
        <w:spacing w:line="360" w:lineRule="auto"/>
        <w:ind w:firstLine="420"/>
      </w:pPr>
      <w:r>
        <w:rPr>
          <w:rFonts w:ascii="宋体" w:hAnsi="宋体" w:eastAsia="宋体"/>
          <w:sz w:val="24"/>
        </w:rPr>
        <w:t>"startDate": "2026-05-16T09:00",</w:t>
      </w:r>
    </w:p>
    <w:p>
      <w:pPr>
        <w:spacing w:line="360" w:lineRule="auto"/>
        <w:ind w:firstLine="420"/>
      </w:pPr>
      <w:r>
        <w:rPr>
          <w:rFonts w:ascii="宋体" w:hAnsi="宋体" w:eastAsia="宋体"/>
          <w:sz w:val="24"/>
        </w:rPr>
        <w:t>"endDate": "2026-05-16T21:00",</w:t>
      </w:r>
    </w:p>
    <w:p>
      <w:pPr>
        <w:spacing w:line="360" w:lineRule="auto"/>
        <w:ind w:firstLine="420"/>
      </w:pPr>
      <w:r>
        <w:rPr>
          <w:rFonts w:ascii="宋体" w:hAnsi="宋体" w:eastAsia="宋体"/>
          <w:sz w:val="24"/>
        </w:rPr>
        <w:t>"location": { "@type": "Place", "name": "安顺若飞广场" },</w:t>
      </w:r>
    </w:p>
    <w:p>
      <w:pPr>
        <w:spacing w:line="360" w:lineRule="auto"/>
        <w:ind w:firstLine="420"/>
      </w:pPr>
      <w:r>
        <w:rPr>
          <w:rFonts w:ascii="宋体" w:hAnsi="宋体" w:eastAsia="宋体"/>
          <w:sz w:val="24"/>
        </w:rPr>
        <w:t>"description": "深挖六百年屯堡饮食文化底蕴，集中展示安顺地道风味...",</w:t>
      </w:r>
    </w:p>
    <w:p>
      <w:pPr>
        <w:spacing w:line="360" w:lineRule="auto"/>
        <w:ind w:firstLine="420"/>
      </w:pPr>
      <w:r>
        <w:rPr>
          <w:rFonts w:ascii="宋体" w:hAnsi="宋体" w:eastAsia="宋体"/>
          <w:sz w:val="24"/>
        </w:rPr>
        <w:t>"offers": { "@type": "Offer", "price": "0", "priceCurrency": "CNY" }</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w:t>
      </w:r>
    </w:p>
    <w:p>
      <w:pPr>
        <w:pStyle w:val="Heading2"/>
      </w:pPr>
      <w:r>
        <w:t>6.3 品牌知识图谱建设</w:t>
      </w:r>
    </w:p>
    <w:p>
      <w:pPr>
        <w:pStyle w:val="Heading3"/>
      </w:pPr>
      <w:r>
        <w:t>6.3.1 知识图谱的GEO价值</w:t>
      </w:r>
    </w:p>
    <w:p>
      <w:pPr>
        <w:spacing w:line="360" w:lineRule="auto"/>
        <w:ind w:firstLine="420"/>
      </w:pPr>
      <w:r>
        <w:rPr>
          <w:rFonts w:ascii="宋体" w:hAnsi="宋体" w:eastAsia="宋体"/>
          <w:sz w:val="24"/>
        </w:rPr>
        <w:t>知识图谱是品牌信息的"结构化知识库"，以实体-关系-实体的三元组形式组织品牌知识。与分散在各个网页中的信息相比，知识图谱具有以下GEO优势：信息集中——AI可以从一个位置获取品牌的完整知识体系；关系明确——实体之间的关系被明确标注，AI不需要推断；语义清晰——消除了自然语言的歧义，AI的理解更准确；易于更新——集中管理，一处更新，全局生效。</w:t>
      </w:r>
    </w:p>
    <w:p>
      <w:pPr>
        <w:pStyle w:val="Heading3"/>
      </w:pPr>
      <w:r>
        <w:t>6.3.2 文旅品牌知识图谱架构</w:t>
      </w:r>
    </w:p>
    <w:p>
      <w:pPr>
        <w:spacing w:line="360" w:lineRule="auto"/>
        <w:ind w:firstLine="420"/>
      </w:pPr>
      <w:r>
        <w:rPr>
          <w:rFonts w:ascii="宋体" w:hAnsi="宋体" w:eastAsia="宋体"/>
          <w:sz w:val="24"/>
        </w:rPr>
        <w:t>文旅品牌知识图谱的核心实体类型：目的地（景区、城市、区域）；产品（酒店、餐厅、活动）；文化（历史事件、民俗、非遗）；人物（传承人、创始人、名人）；设施（交通、停车场、服务中心）。</w:t>
      </w:r>
    </w:p>
    <w:p>
      <w:pPr>
        <w:spacing w:line="360" w:lineRule="auto"/>
        <w:ind w:firstLine="420"/>
      </w:pPr>
      <w:r>
        <w:rPr>
          <w:rFonts w:ascii="宋体" w:hAnsi="宋体" w:eastAsia="宋体"/>
          <w:sz w:val="24"/>
        </w:rPr>
        <w:t>核心关系类型：位于（实体与地理位置的关系）；属于（部分与整体的关系）；适合（产品与场景的关系）；关联（实体之间的关联关系）；由...创建/传承（人物与文化/品牌的关系）。</w:t>
      </w:r>
    </w:p>
    <w:p>
      <w:pPr>
        <w:pStyle w:val="Heading3"/>
      </w:pPr>
      <w:r>
        <w:t>6.3.3 知识图谱的实施路径</w:t>
      </w:r>
    </w:p>
    <w:p>
      <w:pPr>
        <w:spacing w:line="360" w:lineRule="auto"/>
        <w:ind w:firstLine="420"/>
      </w:pPr>
      <w:r>
        <w:rPr>
          <w:rFonts w:ascii="宋体" w:hAnsi="宋体" w:eastAsia="宋体"/>
          <w:sz w:val="24"/>
        </w:rPr>
        <w:t>轻量级方案（适合中小品牌）。 在品牌官网建立"知识中心"页面，以结构化方式组织品牌的核心信息。虽然不是真正的知识图谱数据库，但以AI友好的方式呈现信息。成本：几乎为零。</w:t>
      </w:r>
    </w:p>
    <w:p>
      <w:pPr>
        <w:spacing w:line="360" w:lineRule="auto"/>
        <w:ind w:firstLine="420"/>
      </w:pPr>
      <w:r>
        <w:rPr>
          <w:rFonts w:ascii="宋体" w:hAnsi="宋体" w:eastAsia="宋体"/>
          <w:sz w:val="24"/>
        </w:rPr>
        <w:t>中量级方案（适合区域品牌）。 使用WordPress+Tainacan等开源工具建立品牌知识库。结构化存储品牌信息，支持API访问。成本：数千元。</w:t>
      </w:r>
    </w:p>
    <w:p>
      <w:pPr>
        <w:spacing w:line="360" w:lineRule="auto"/>
        <w:ind w:firstLine="420"/>
      </w:pPr>
      <w:r>
        <w:rPr>
          <w:rFonts w:ascii="宋体" w:hAnsi="宋体" w:eastAsia="宋体"/>
          <w:sz w:val="24"/>
        </w:rPr>
        <w:t>重量级方案（适合大型景区和文旅集团）。 使用Neo4j等图数据库构建完整的品牌知识图谱，开放SPARQL/RDF查询接口，与OTA平台、AI搜索平台对接。成本：数万至数十万元。</w:t>
      </w:r>
    </w:p>
    <w:p>
      <w:pPr>
        <w:pStyle w:val="Heading2"/>
      </w:pPr>
      <w:r>
        <w:t>6.4 结构化数据的部署与验证</w:t>
      </w:r>
    </w:p>
    <w:p>
      <w:pPr>
        <w:pStyle w:val="Heading3"/>
      </w:pPr>
      <w:r>
        <w:t>6.4.1 部署流程</w:t>
      </w:r>
    </w:p>
    <w:p>
      <w:pPr>
        <w:spacing w:line="360" w:lineRule="auto"/>
        <w:ind w:firstLine="420"/>
      </w:pPr>
      <w:r>
        <w:rPr>
          <w:rFonts w:ascii="宋体" w:hAnsi="宋体" w:eastAsia="宋体"/>
          <w:sz w:val="24"/>
        </w:rPr>
        <w:t>步骤一：需求分析。 确定品牌需要标记哪些类型的信息，参考Schema.org文档选择合适类型。</w:t>
      </w:r>
    </w:p>
    <w:p>
      <w:pPr>
        <w:spacing w:line="360" w:lineRule="auto"/>
        <w:ind w:firstLine="420"/>
      </w:pPr>
      <w:r>
        <w:rPr>
          <w:rFonts w:ascii="宋体" w:hAnsi="宋体" w:eastAsia="宋体"/>
          <w:sz w:val="24"/>
        </w:rPr>
        <w:t>步骤二：数据准备。 整理需要标记的数据，确保信息准确、完整、一致。</w:t>
      </w:r>
    </w:p>
    <w:p>
      <w:pPr>
        <w:spacing w:line="360" w:lineRule="auto"/>
        <w:ind w:firstLine="420"/>
      </w:pPr>
      <w:r>
        <w:rPr>
          <w:rFonts w:ascii="宋体" w:hAnsi="宋体" w:eastAsia="宋体"/>
          <w:sz w:val="24"/>
        </w:rPr>
        <w:t>步骤三：代码实现。 编写JSON-LD代码，嵌入网页&lt;head&gt;标签中。建议使用模板引擎自动生成，而非手动编写每个页面。</w:t>
      </w:r>
    </w:p>
    <w:p>
      <w:pPr>
        <w:spacing w:line="360" w:lineRule="auto"/>
        <w:ind w:firstLine="420"/>
      </w:pPr>
      <w:r>
        <w:rPr>
          <w:rFonts w:ascii="宋体" w:hAnsi="宋体" w:eastAsia="宋体"/>
          <w:sz w:val="24"/>
        </w:rPr>
        <w:t>步骤四：测试验证。 使用Google Rich Results Test或Schema.org Validator验证标记代码的正确性。在多个AI平台上测试AI对标记信息的提取效果。</w:t>
      </w:r>
    </w:p>
    <w:p>
      <w:pPr>
        <w:spacing w:line="360" w:lineRule="auto"/>
        <w:ind w:firstLine="420"/>
      </w:pPr>
      <w:r>
        <w:rPr>
          <w:rFonts w:ascii="宋体" w:hAnsi="宋体" w:eastAsia="宋体"/>
          <w:sz w:val="24"/>
        </w:rPr>
        <w:t>步骤五：持续维护。 信息变更时同步更新结构化数据，定期检查标记的有效性。</w:t>
      </w:r>
    </w:p>
    <w:p>
      <w:pPr>
        <w:pStyle w:val="Heading3"/>
      </w:pPr>
      <w:r>
        <w:t>6.4.2 常见错误与避免</w:t>
      </w:r>
    </w:p>
    <w:p>
      <w:pPr>
        <w:spacing w:line="360" w:lineRule="auto"/>
        <w:ind w:firstLine="420"/>
      </w:pPr>
      <w:r>
        <w:rPr>
          <w:rFonts w:ascii="宋体" w:hAnsi="宋体" w:eastAsia="宋体"/>
          <w:sz w:val="24"/>
        </w:rPr>
        <w:t>错误一：信息不一致。 结构化数据中的信息与页面可见文本不一致。AI会交叉验证，不一致会损害信任。</w:t>
      </w:r>
    </w:p>
    <w:p>
      <w:pPr>
        <w:spacing w:line="360" w:lineRule="auto"/>
        <w:ind w:firstLine="420"/>
      </w:pPr>
      <w:r>
        <w:rPr>
          <w:rFonts w:ascii="宋体" w:hAnsi="宋体" w:eastAsia="宋体"/>
          <w:sz w:val="24"/>
        </w:rPr>
        <w:t>错误二：标记不存在的页面。 为不存在的页面创建结构化数据。AI检测到404错误会降低信任评分。</w:t>
      </w:r>
    </w:p>
    <w:p>
      <w:pPr>
        <w:spacing w:line="360" w:lineRule="auto"/>
        <w:ind w:firstLine="420"/>
      </w:pPr>
      <w:r>
        <w:rPr>
          <w:rFonts w:ascii="宋体" w:hAnsi="宋体" w:eastAsia="宋体"/>
          <w:sz w:val="24"/>
        </w:rPr>
        <w:t>错误三：过度标记。 标记与页面内容无关的信息，试图"欺骗"AI。效果适得其反。</w:t>
      </w:r>
    </w:p>
    <w:p>
      <w:pPr>
        <w:spacing w:line="360" w:lineRule="auto"/>
        <w:ind w:firstLine="420"/>
      </w:pPr>
      <w:r>
        <w:rPr>
          <w:rFonts w:ascii="宋体" w:hAnsi="宋体" w:eastAsia="宋体"/>
          <w:sz w:val="24"/>
        </w:rPr>
        <w:t>错误四：标记信息过时。 门票价格变了但结构化数据没更新。错误的标记比没有标记更糟糕。</w:t>
      </w:r>
    </w:p>
    <w:p>
      <w:pPr>
        <w:pStyle w:val="Heading2"/>
      </w:pPr>
      <w:r>
        <w:t>本章小结</w:t>
      </w:r>
    </w:p>
    <w:p>
      <w:pPr>
        <w:spacing w:line="360" w:lineRule="auto"/>
        <w:ind w:firstLine="420"/>
      </w:pPr>
      <w:r>
        <w:rPr>
          <w:rFonts w:ascii="宋体" w:hAnsi="宋体" w:eastAsia="宋体"/>
          <w:sz w:val="24"/>
        </w:rPr>
        <w:t>结构化数据是GEO"内容可提取性"支柱的核心技术。Schema.org是AI搜索的通用语言，文旅品牌应重点使用TouristAttraction、FAQ、Hotel、Restaurant、Event等类型。知识图谱是结构化数据的升级形态，适合资源充足的品牌深度建设。结构化数据的部署需要经过需求分析、数据准备、代码实现、测试验证和持续维护五个步骤。</w:t>
      </w:r>
    </w:p>
    <w:p>
      <w:pPr>
        <w:pStyle w:val="Heading2"/>
      </w:pPr>
      <w:r>
        <w:t>思考与练习</w:t>
      </w:r>
    </w:p>
    <w:p>
      <w:pPr>
        <w:pStyle w:val="ListBullet"/>
      </w:pPr>
      <w:r>
        <w:t>为天龙屯堡撰写完整的Schema.org JSON-LD标记代码。</w:t>
      </w:r>
    </w:p>
    <w:p>
      <w:pPr>
        <w:pStyle w:val="ListBullet"/>
      </w:pPr>
      <w:r>
        <w:t>为一个安顺民宿设计品牌知识图谱的实体和关系模型。</w:t>
      </w:r>
    </w:p>
    <w:p>
      <w:pPr>
        <w:pStyle w:val="ListBullet"/>
      </w:pPr>
      <w:r>
        <w:t>使用Google Rich Results Test验证一个文旅网站的Schema标记。</w:t>
      </w:r>
    </w:p>
    <w:p>
      <w:pPr>
        <w:pStyle w:val="ListBullet"/>
      </w:pPr>
      <w:r>
        <w:t>对比测试：检查一个文旅品牌在添加Schema标记前后，AI搜索中的信息准确度变化。</w:t>
      </w:r>
    </w:p>
    <w:p>
      <w:pPr>
        <w:pStyle w:val="ListBullet"/>
      </w:pPr>
      <w:r>
        <w:t>设计一个适合安顺屯堡文化圈的品牌知识图谱架构方案。</w:t>
      </w:r>
    </w:p>
    <w:p>
      <w:pPr>
        <w:pStyle w:val="Heading2"/>
      </w:pPr>
      <w:r>
        <w:t>知识卡片：文旅Schema.org标记速查</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Schema类型</w:t>
            </w:r>
          </w:p>
        </w:tc>
        <w:tc>
          <w:tcPr>
            <w:tcW w:type="dxa" w:w="2767"/>
          </w:tcPr>
          <w:p>
            <w:r>
              <w:rPr>
                <w:b/>
                <w:sz w:val="20"/>
              </w:rPr>
              <w:t>适用对象</w:t>
            </w:r>
          </w:p>
        </w:tc>
        <w:tc>
          <w:tcPr>
            <w:tcW w:type="dxa" w:w="2767"/>
          </w:tcPr>
          <w:p>
            <w:r>
              <w:rPr>
                <w:b/>
                <w:sz w:val="20"/>
              </w:rPr>
              <w:t>关键属性</w:t>
            </w:r>
          </w:p>
        </w:tc>
      </w:tr>
      <w:tr>
        <w:tc>
          <w:tcPr>
            <w:tcW w:type="dxa" w:w="2767"/>
          </w:tcPr>
          <w:p>
            <w:r>
              <w:t>TouristAttraction</w:t>
            </w:r>
          </w:p>
        </w:tc>
        <w:tc>
          <w:tcPr>
            <w:tcW w:type="dxa" w:w="2767"/>
          </w:tcPr>
          <w:p>
            <w:r>
              <w:t>景区、景点</w:t>
            </w:r>
          </w:p>
        </w:tc>
        <w:tc>
          <w:tcPr>
            <w:tcW w:type="dxa" w:w="2767"/>
          </w:tcPr>
          <w:p>
            <w:r>
              <w:t>name, description, openingHours, geo</w:t>
            </w:r>
          </w:p>
        </w:tc>
      </w:tr>
      <w:tr>
        <w:tc>
          <w:tcPr>
            <w:tcW w:type="dxa" w:w="2767"/>
          </w:tcPr>
          <w:p>
            <w:r>
              <w:t>FAQPage</w:t>
            </w:r>
          </w:p>
        </w:tc>
        <w:tc>
          <w:tcPr>
            <w:tcW w:type="dxa" w:w="2767"/>
          </w:tcPr>
          <w:p>
            <w:r>
              <w:t>常见问题</w:t>
            </w:r>
          </w:p>
        </w:tc>
        <w:tc>
          <w:tcPr>
            <w:tcW w:type="dxa" w:w="2767"/>
          </w:tcPr>
          <w:p>
            <w:r>
              <w:t>Question + Answer 对</w:t>
            </w:r>
          </w:p>
        </w:tc>
      </w:tr>
      <w:tr>
        <w:tc>
          <w:tcPr>
            <w:tcW w:type="dxa" w:w="2767"/>
          </w:tcPr>
          <w:p>
            <w:r>
              <w:t>Hotel</w:t>
            </w:r>
          </w:p>
        </w:tc>
        <w:tc>
          <w:tcPr>
            <w:tcW w:type="dxa" w:w="2767"/>
          </w:tcPr>
          <w:p>
            <w:r>
              <w:t>酒店、民宿</w:t>
            </w:r>
          </w:p>
        </w:tc>
        <w:tc>
          <w:tcPr>
            <w:tcW w:type="dxa" w:w="2767"/>
          </w:tcPr>
          <w:p>
            <w:r>
              <w:t>priceRange, amenityFeature, aggregateRating</w:t>
            </w:r>
          </w:p>
        </w:tc>
      </w:tr>
      <w:tr>
        <w:tc>
          <w:tcPr>
            <w:tcW w:type="dxa" w:w="2767"/>
          </w:tcPr>
          <w:p>
            <w:r>
              <w:t>Restaurant</w:t>
            </w:r>
          </w:p>
        </w:tc>
        <w:tc>
          <w:tcPr>
            <w:tcW w:type="dxa" w:w="2767"/>
          </w:tcPr>
          <w:p>
            <w:r>
              <w:t>餐厅</w:t>
            </w:r>
          </w:p>
        </w:tc>
        <w:tc>
          <w:tcPr>
            <w:tcW w:type="dxa" w:w="2767"/>
          </w:tcPr>
          <w:p>
            <w:r>
              <w:t>servesCuisine, priceRange, aggregateRating</w:t>
            </w:r>
          </w:p>
        </w:tc>
      </w:tr>
      <w:tr>
        <w:tc>
          <w:tcPr>
            <w:tcW w:type="dxa" w:w="2767"/>
          </w:tcPr>
          <w:p>
            <w:r>
              <w:t>Event</w:t>
            </w:r>
          </w:p>
        </w:tc>
        <w:tc>
          <w:tcPr>
            <w:tcW w:type="dxa" w:w="2767"/>
          </w:tcPr>
          <w:p>
            <w:r>
              <w:t>节事活动</w:t>
            </w:r>
          </w:p>
        </w:tc>
        <w:tc>
          <w:tcPr>
            <w:tcW w:type="dxa" w:w="2767"/>
          </w:tcPr>
          <w:p>
            <w:r>
              <w:t>startDate, endDate, location, offers</w:t>
            </w:r>
          </w:p>
        </w:tc>
      </w:tr>
    </w:tbl>
    <w:p/>
    <w:p>
      <w:pPr>
        <w:pStyle w:val="Heading2"/>
      </w:pPr>
      <w:r>
        <w:t>参考文献</w:t>
      </w:r>
    </w:p>
    <w:p>
      <w:pPr>
        <w:spacing w:line="360" w:lineRule="auto"/>
        <w:ind w:firstLine="420"/>
      </w:pPr>
      <w:r>
        <w:rPr>
          <w:rFonts w:ascii="宋体" w:hAnsi="宋体" w:eastAsia="宋体"/>
          <w:sz w:val="24"/>
        </w:rPr>
        <w:t>[16] Huang M H, Rust R. A strategic framework for AI in marketing[J]. JAMS, 2020, 49(1): 30-50.</w:t>
      </w:r>
    </w:p>
    <w:p>
      <w:pPr>
        <w:spacing w:line="360" w:lineRule="auto"/>
        <w:ind w:firstLine="420"/>
      </w:pPr>
      <w:r>
        <w:rPr>
          <w:rFonts w:ascii="宋体" w:hAnsi="宋体" w:eastAsia="宋体"/>
          <w:sz w:val="24"/>
        </w:rPr>
        <w:t>[17] Zhang F, et al. Generative engine optimization[J]. arXiv:2602.02961, 2026.</w:t>
      </w:r>
    </w:p>
    <w:p>
      <w:pPr>
        <w:spacing w:line="360" w:lineRule="auto"/>
        <w:ind w:firstLine="420"/>
      </w:pPr>
      <w:r>
        <w:rPr>
          <w:rFonts w:ascii="宋体" w:hAnsi="宋体" w:eastAsia="宋体"/>
          <w:sz w:val="24"/>
        </w:rPr>
        <w:t>[18] Wolniewicz P. The combined use of GIS and generative AI in detecting potential geodiversity sites</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Resources, 2024, 13(9): 119.</w:t>
      </w:r>
    </w:p>
    <w:p>
      <w:r>
        <w:br w:type="page"/>
      </w:r>
    </w:p>
    <w:p>
      <w:pPr>
        <w:pStyle w:val="Heading1"/>
      </w:pPr>
      <w:r>
        <w:t>第7章 多模态内容与AI可提取性</w:t>
      </w:r>
    </w:p>
    <w:p>
      <w:pPr>
        <w:pStyle w:val="Heading2"/>
      </w:pPr>
      <w:r>
        <w:t>学习目标</w:t>
      </w:r>
    </w:p>
    <w:p>
      <w:pPr>
        <w:pStyle w:val="ListBullet"/>
      </w:pPr>
      <w:r>
        <w:t>理解多模态内容在AI搜索中的角色和价值</w:t>
      </w:r>
    </w:p>
    <w:p>
      <w:pPr>
        <w:pStyle w:val="ListBullet"/>
      </w:pPr>
      <w:r>
        <w:t>掌握图片、视频、音频内容的GEO优化方法</w:t>
      </w:r>
    </w:p>
    <w:p>
      <w:pPr>
        <w:pStyle w:val="ListBullet"/>
      </w:pPr>
      <w:r>
        <w:t>了解内容架构优化对AI提取效率的影响</w:t>
      </w:r>
    </w:p>
    <w:p>
      <w:pPr>
        <w:pStyle w:val="ListBullet"/>
      </w:pPr>
      <w:r>
        <w:t>学会设计AI友好的内容生产流程</w:t>
      </w:r>
    </w:p>
    <w:p>
      <w:pPr>
        <w:pStyle w:val="ListBullet"/>
      </w:pPr>
      <w:r>
        <w:t>能够评估和提升文旅品牌内容的可提取性</w:t>
      </w:r>
    </w:p>
    <w:p>
      <w:pPr>
        <w:pStyle w:val="Heading2"/>
      </w:pPr>
      <w:r>
        <w:t>导入案例：一张被AI"看见"的照片</w:t>
      </w:r>
    </w:p>
    <w:p>
      <w:pPr>
        <w:spacing w:line="360" w:lineRule="auto"/>
        <w:ind w:firstLine="420"/>
      </w:pPr>
      <w:r>
        <w:rPr>
          <w:rFonts w:ascii="宋体" w:hAnsi="宋体" w:eastAsia="宋体"/>
          <w:sz w:val="24"/>
        </w:rPr>
        <w:t>2026年初，一位摄影师在安顺本寨拍摄了一组精美的建筑照片，上传到图片分享网站并配了详细的Alt文本和描述。两个月后，当用户在ChatGPT中问"有没有安顺古镇的高清照片推荐"时，AI不仅给出了文字描述，还附带了这位摄影师的作品链接——因为AI"读懂了"照片的Alt文本和元数据。</w:t>
      </w:r>
    </w:p>
    <w:p>
      <w:pPr>
        <w:spacing w:line="360" w:lineRule="auto"/>
        <w:ind w:firstLine="420"/>
      </w:pPr>
      <w:r>
        <w:rPr>
          <w:rFonts w:ascii="宋体" w:hAnsi="宋体" w:eastAsia="宋体"/>
          <w:sz w:val="24"/>
        </w:rPr>
        <w:t>同期，另一位摄影师也上传了本寨的照片，但完全没有添加任何文字描述。同样的AI搜索中，这些照片完全"隐身"——AI不知道它们的存在，因为AI无法仅凭像素"理解"一张照片的内容。</w:t>
      </w:r>
    </w:p>
    <w:p>
      <w:pPr>
        <w:spacing w:line="360" w:lineRule="auto"/>
        <w:ind w:firstLine="420"/>
      </w:pPr>
      <w:r>
        <w:rPr>
          <w:rFonts w:ascii="宋体" w:hAnsi="宋体" w:eastAsia="宋体"/>
          <w:sz w:val="24"/>
        </w:rPr>
        <w:t>在AI搜索时代，"内容可提取性"不仅适用于文字，也适用于图片、视频、音频等所有内容形式。好的内容需要好的"说明书"，AI才能"看见"。</w:t>
      </w:r>
    </w:p>
    <w:p>
      <w:pPr>
        <w:pStyle w:val="Heading2"/>
      </w:pPr>
      <w:r>
        <w:t>7.1 多模态内容的GEO价值</w:t>
      </w:r>
    </w:p>
    <w:p>
      <w:pPr>
        <w:pStyle w:val="Heading3"/>
      </w:pPr>
      <w:r>
        <w:t>7.1.1 AI搜索的多模态趋势</w:t>
      </w:r>
    </w:p>
    <w:p>
      <w:pPr>
        <w:spacing w:line="360" w:lineRule="auto"/>
        <w:ind w:firstLine="420"/>
      </w:pPr>
      <w:r>
        <w:rPr>
          <w:rFonts w:ascii="宋体" w:hAnsi="宋体" w:eastAsia="宋体"/>
          <w:sz w:val="24"/>
        </w:rPr>
        <w:t>2026年的AI搜索已经不再是纯文本的。ChatGPT支持图片理解和生成，豆包深度整合了抖音的视频内容，Perplexity可以检索和引用多模态信息源。当用户搜索"安顺古镇"时，AI不仅给出文字推荐，还可能附带图片、视频甚至VR体验链接。</w:t>
      </w:r>
    </w:p>
    <w:p>
      <w:pPr>
        <w:spacing w:line="360" w:lineRule="auto"/>
        <w:ind w:firstLine="420"/>
      </w:pPr>
      <w:r>
        <w:rPr>
          <w:rFonts w:ascii="宋体" w:hAnsi="宋体" w:eastAsia="宋体"/>
          <w:sz w:val="24"/>
        </w:rPr>
        <w:t>多模态内容在旅游场景中的价值尤为突出——"看"一张古镇照片比"读"一段描述更有说服力。因此，优化多模态内容的AI可提取性，对文旅品牌而言是"投资回报率"最高的GEO策略之一。</w:t>
      </w:r>
    </w:p>
    <w:p>
      <w:pPr>
        <w:pStyle w:val="Heading3"/>
      </w:pPr>
      <w:r>
        <w:t>7.1.2 多模态内容的GEO优化原则</w:t>
      </w:r>
    </w:p>
    <w:p>
      <w:pPr>
        <w:spacing w:line="360" w:lineRule="auto"/>
        <w:ind w:firstLine="420"/>
      </w:pPr>
      <w:r>
        <w:rPr>
          <w:rFonts w:ascii="宋体" w:hAnsi="宋体" w:eastAsia="宋体"/>
          <w:sz w:val="24"/>
        </w:rPr>
        <w:t>原则一：文字描述是"钥匙"。 AI理解多模态内容的核心途径是文字描述——图片的Alt文本、视频的字幕和描述、音频的转录。没有文字描述，多模态内容对AI而言就是"黑箱"。</w:t>
      </w:r>
    </w:p>
    <w:p>
      <w:pPr>
        <w:spacing w:line="360" w:lineRule="auto"/>
        <w:ind w:firstLine="420"/>
      </w:pPr>
      <w:r>
        <w:rPr>
          <w:rFonts w:ascii="宋体" w:hAnsi="宋体" w:eastAsia="宋体"/>
          <w:sz w:val="24"/>
        </w:rPr>
        <w:t>原则二：结构化元数据是"路标"。 为多模态内容添加结构化的元数据（拍摄时间、地点、主题、版权信息），帮助AI快速理解内容的基本信息。</w:t>
      </w:r>
    </w:p>
    <w:p>
      <w:pPr>
        <w:spacing w:line="360" w:lineRule="auto"/>
        <w:ind w:firstLine="420"/>
      </w:pPr>
      <w:r>
        <w:rPr>
          <w:rFonts w:ascii="宋体" w:hAnsi="宋体" w:eastAsia="宋体"/>
          <w:sz w:val="24"/>
        </w:rPr>
        <w:t>原则三：内容与上下文的关联是"桥梁"。 多模态内容应嵌入有语义关联的文本语境中。一张独立存在于页面上的图片，不如一张被文字段落环绕和说明的图片更容易被AI理解。</w:t>
      </w:r>
    </w:p>
    <w:p>
      <w:pPr>
        <w:pStyle w:val="Heading2"/>
      </w:pPr>
      <w:r>
        <w:t>7.2 图片内容的GEO优化</w:t>
      </w:r>
    </w:p>
    <w:p>
      <w:pPr>
        <w:pStyle w:val="Heading3"/>
      </w:pPr>
      <w:r>
        <w:t>7.2.1 Alt文本优化</w:t>
      </w:r>
    </w:p>
    <w:p>
      <w:pPr>
        <w:spacing w:line="360" w:lineRule="auto"/>
        <w:ind w:firstLine="420"/>
      </w:pPr>
      <w:r>
        <w:rPr>
          <w:rFonts w:ascii="宋体" w:hAnsi="宋体" w:eastAsia="宋体"/>
          <w:sz w:val="24"/>
        </w:rPr>
        <w:t>Alt文本（替代文本）是AI理解图片内容的最主要途径。文旅品牌图片Alt文本的优化要点：</w:t>
      </w:r>
    </w:p>
    <w:p>
      <w:pPr>
        <w:spacing w:line="360" w:lineRule="auto"/>
        <w:ind w:firstLine="420"/>
      </w:pPr>
      <w:r>
        <w:rPr>
          <w:rFonts w:ascii="宋体" w:hAnsi="宋体" w:eastAsia="宋体"/>
          <w:sz w:val="24"/>
        </w:rPr>
        <w:t>具体而非笼统。 不是"古镇照片"，而是"安顺本寨杨家老宅的正门石雕门楼，建于清道光年间"。</w:t>
      </w:r>
    </w:p>
    <w:p>
      <w:pPr>
        <w:spacing w:line="360" w:lineRule="auto"/>
        <w:ind w:firstLine="420"/>
      </w:pPr>
      <w:r>
        <w:rPr>
          <w:rFonts w:ascii="宋体" w:hAnsi="宋体" w:eastAsia="宋体"/>
          <w:sz w:val="24"/>
        </w:rPr>
        <w:t>包含关键信息。 在自然描述中融入地点、建筑名称、文化背景等关键信息。</w:t>
      </w:r>
    </w:p>
    <w:p>
      <w:pPr>
        <w:spacing w:line="360" w:lineRule="auto"/>
        <w:ind w:firstLine="420"/>
      </w:pPr>
      <w:r>
        <w:rPr>
          <w:rFonts w:ascii="宋体" w:hAnsi="宋体" w:eastAsia="宋体"/>
          <w:sz w:val="24"/>
        </w:rPr>
        <w:t>避免关键词堆砌。 "天龙屯堡 安顺旅游 贵州古镇 明代建筑"——这种关键词堆砌不仅对AI无益，还可能被识别为垃圾信息。</w:t>
      </w:r>
    </w:p>
    <w:p>
      <w:pPr>
        <w:spacing w:line="360" w:lineRule="auto"/>
        <w:ind w:firstLine="420"/>
      </w:pPr>
      <w:r>
        <w:rPr>
          <w:rFonts w:ascii="宋体" w:hAnsi="宋体" w:eastAsia="宋体"/>
          <w:sz w:val="24"/>
        </w:rPr>
        <w:t>长度适中。 建议80-125个字符，足够描述但不过度冗长。</w:t>
      </w:r>
    </w:p>
    <w:p>
      <w:pPr>
        <w:pStyle w:val="Heading3"/>
      </w:pPr>
      <w:r>
        <w:t>7.2.2 图片元数据</w:t>
      </w:r>
    </w:p>
    <w:p>
      <w:pPr>
        <w:spacing w:line="360" w:lineRule="auto"/>
        <w:ind w:firstLine="420"/>
      </w:pPr>
      <w:r>
        <w:rPr>
          <w:rFonts w:ascii="宋体" w:hAnsi="宋体" w:eastAsia="宋体"/>
          <w:sz w:val="24"/>
        </w:rPr>
        <w:t>IPTC元数据。 IPTC（国际新闻通信委员会）标准是图片元数据的行业标准，AI可以读取。关键字段：标题——图片的简短标题；描述——图片的详细描述；关键词——5-10个与图片内容相关的关键词；拍摄地点——GPS坐标和地名；版权信息——版权归属和使用许可。</w:t>
      </w:r>
    </w:p>
    <w:p>
      <w:pPr>
        <w:spacing w:line="360" w:lineRule="auto"/>
        <w:ind w:firstLine="420"/>
      </w:pPr>
      <w:r>
        <w:rPr>
          <w:rFonts w:ascii="宋体" w:hAnsi="宋体" w:eastAsia="宋体"/>
          <w:sz w:val="24"/>
        </w:rPr>
        <w:t>EXIF数据。 保留图片的EXIF数据（拍摄时间、相机型号、GPS坐标等）。这些数据为AI提供额外的上下文信息。</w:t>
      </w:r>
    </w:p>
    <w:p>
      <w:pPr>
        <w:pStyle w:val="Heading3"/>
      </w:pPr>
      <w:r>
        <w:t>7.2.3 图片的组织与呈现</w:t>
      </w:r>
    </w:p>
    <w:p>
      <w:pPr>
        <w:spacing w:line="360" w:lineRule="auto"/>
        <w:ind w:firstLine="420"/>
      </w:pPr>
      <w:r>
        <w:rPr>
          <w:rFonts w:ascii="宋体" w:hAnsi="宋体" w:eastAsia="宋体"/>
          <w:sz w:val="24"/>
        </w:rPr>
        <w:t>图片与文字的关系。 图片应放置在相关文字内容附近，而非独立存在。AI通过图片与周围文字的关系来理解图片的语境。</w:t>
      </w:r>
    </w:p>
    <w:p>
      <w:pPr>
        <w:spacing w:line="360" w:lineRule="auto"/>
        <w:ind w:firstLine="420"/>
      </w:pPr>
      <w:r>
        <w:rPr>
          <w:rFonts w:ascii="宋体" w:hAnsi="宋体" w:eastAsia="宋体"/>
          <w:sz w:val="24"/>
        </w:rPr>
        <w:t>图片的命名。 使用描述性的文件名："tianlong-tunpu-gate-ming-dynasty.jpg"优于"IMG_3829.jpg"。</w:t>
      </w:r>
    </w:p>
    <w:p>
      <w:pPr>
        <w:spacing w:line="360" w:lineRule="auto"/>
        <w:ind w:firstLine="420"/>
      </w:pPr>
      <w:r>
        <w:rPr>
          <w:rFonts w:ascii="宋体" w:hAnsi="宋体" w:eastAsia="宋体"/>
          <w:sz w:val="24"/>
        </w:rPr>
        <w:t>图片站点地图。 在网站站点地图中包含图片信息，帮助AI爬虫发现和索引图片内容。</w:t>
      </w:r>
    </w:p>
    <w:p>
      <w:pPr>
        <w:pStyle w:val="Heading2"/>
      </w:pPr>
      <w:r>
        <w:t>7.3 视频内容的GEO优化</w:t>
      </w:r>
    </w:p>
    <w:p>
      <w:pPr>
        <w:pStyle w:val="Heading3"/>
      </w:pPr>
      <w:r>
        <w:t>7.3.1 视频元数据</w:t>
      </w:r>
    </w:p>
    <w:p>
      <w:pPr>
        <w:spacing w:line="360" w:lineRule="auto"/>
        <w:ind w:firstLine="420"/>
      </w:pPr>
      <w:r>
        <w:rPr>
          <w:rFonts w:ascii="宋体" w:hAnsi="宋体" w:eastAsia="宋体"/>
          <w:sz w:val="24"/>
        </w:rPr>
        <w:t>标题和描述。 视频标题应包含核心关键词和吸引人的钩子。视频描述应详细说明视频内容、关键信息点、相关链接。</w:t>
      </w:r>
    </w:p>
    <w:p>
      <w:pPr>
        <w:spacing w:line="360" w:lineRule="auto"/>
        <w:ind w:firstLine="420"/>
      </w:pPr>
      <w:r>
        <w:rPr>
          <w:rFonts w:ascii="宋体" w:hAnsi="宋体" w:eastAsia="宋体"/>
          <w:sz w:val="24"/>
        </w:rPr>
        <w:t>标签和分类。 使用准确的标签和分类，帮助AI理解视频的主题和类型。</w:t>
      </w:r>
    </w:p>
    <w:p>
      <w:pPr>
        <w:spacing w:line="360" w:lineRule="auto"/>
        <w:ind w:firstLine="420"/>
      </w:pPr>
      <w:r>
        <w:rPr>
          <w:rFonts w:ascii="宋体" w:hAnsi="宋体" w:eastAsia="宋体"/>
          <w:sz w:val="24"/>
        </w:rPr>
        <w:t>字幕文件。 提供完整的字幕文件（SRT或VTT格式）。字幕文本是AI理解视频内容的核心数据源。即使视频本身是中文，也应提供中文字幕。</w:t>
      </w:r>
    </w:p>
    <w:p>
      <w:pPr>
        <w:pStyle w:val="Heading3"/>
      </w:pPr>
      <w:r>
        <w:t>7.3.2 VideoObject Schema标记</w:t>
      </w:r>
    </w:p>
    <w:p>
      <w:pPr>
        <w:spacing w:line="360" w:lineRule="auto"/>
        <w:ind w:firstLine="420"/>
      </w:pPr>
      <w:r>
        <w:rPr>
          <w:rFonts w:ascii="宋体" w:hAnsi="宋体" w:eastAsia="宋体"/>
          <w:sz w:val="24"/>
        </w:rPr>
        <w:t>为视频页面添加VideoObject结构化数据：</w:t>
      </w:r>
    </w:p>
    <w:p>
      <w:pPr>
        <w:spacing w:line="360" w:lineRule="auto"/>
        <w:ind w:firstLine="420"/>
      </w:pPr>
      <w:r>
        <w:rPr>
          <w:rFonts w:ascii="宋体" w:hAnsi="宋体" w:eastAsia="宋体"/>
          <w:sz w:val="24"/>
        </w:rPr>
        <w:t>`json</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"@type": "VideoObject",</w:t>
      </w:r>
    </w:p>
    <w:p>
      <w:pPr>
        <w:spacing w:line="360" w:lineRule="auto"/>
        <w:ind w:firstLine="420"/>
      </w:pPr>
      <w:r>
        <w:rPr>
          <w:rFonts w:ascii="宋体" w:hAnsi="宋体" w:eastAsia="宋体"/>
          <w:sz w:val="24"/>
        </w:rPr>
        <w:t>"name": "天龙屯堡地戏表演——《三国演义》关羽片段",</w:t>
      </w:r>
    </w:p>
    <w:p>
      <w:pPr>
        <w:spacing w:line="360" w:lineRule="auto"/>
        <w:ind w:firstLine="420"/>
      </w:pPr>
      <w:r>
        <w:rPr>
          <w:rFonts w:ascii="宋体" w:hAnsi="宋体" w:eastAsia="宋体"/>
          <w:sz w:val="24"/>
        </w:rPr>
        <w:t>"description": "天龙屯堡演武场上的地戏表演。表演者为第三代传承人张师傅，展示了地戏关羽角色的经典身段和唱腔。",</w:t>
      </w:r>
    </w:p>
    <w:p>
      <w:pPr>
        <w:spacing w:line="360" w:lineRule="auto"/>
        <w:ind w:firstLine="420"/>
      </w:pPr>
      <w:r>
        <w:rPr>
          <w:rFonts w:ascii="宋体" w:hAnsi="宋体" w:eastAsia="宋体"/>
          <w:sz w:val="24"/>
        </w:rPr>
        <w:t>"thumbnailUrl": "https://example.com/thumbnail.jpg",</w:t>
      </w:r>
    </w:p>
    <w:p>
      <w:pPr>
        <w:spacing w:line="360" w:lineRule="auto"/>
        <w:ind w:firstLine="420"/>
      </w:pPr>
      <w:r>
        <w:rPr>
          <w:rFonts w:ascii="宋体" w:hAnsi="宋体" w:eastAsia="宋体"/>
          <w:sz w:val="24"/>
        </w:rPr>
        <w:t>"uploadDate": "2026-03-15",</w:t>
      </w:r>
    </w:p>
    <w:p>
      <w:pPr>
        <w:spacing w:line="360" w:lineRule="auto"/>
        <w:ind w:firstLine="420"/>
      </w:pPr>
      <w:r>
        <w:rPr>
          <w:rFonts w:ascii="宋体" w:hAnsi="宋体" w:eastAsia="宋体"/>
          <w:sz w:val="24"/>
        </w:rPr>
        <w:t>"duration": "PT5M30S",</w:t>
      </w:r>
    </w:p>
    <w:p>
      <w:pPr>
        <w:spacing w:line="360" w:lineRule="auto"/>
        <w:ind w:firstLine="420"/>
      </w:pPr>
      <w:r>
        <w:rPr>
          <w:rFonts w:ascii="宋体" w:hAnsi="宋体" w:eastAsia="宋体"/>
          <w:sz w:val="24"/>
        </w:rPr>
        <w:t>"contentUrl": "https://example.com/video.mp4"</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w:t>
      </w:r>
    </w:p>
    <w:p>
      <w:pPr>
        <w:pStyle w:val="Heading3"/>
      </w:pPr>
      <w:r>
        <w:t>7.3.3 多平台分发</w:t>
      </w:r>
    </w:p>
    <w:p>
      <w:pPr>
        <w:spacing w:line="360" w:lineRule="auto"/>
        <w:ind w:firstLine="420"/>
      </w:pPr>
      <w:r>
        <w:rPr>
          <w:rFonts w:ascii="宋体" w:hAnsi="宋体" w:eastAsia="宋体"/>
          <w:sz w:val="24"/>
        </w:rPr>
        <w:t>视频内容应在多个平台分发，扩大AI的发现范围。YouTube——AI搜索的重要视频来源，标题和描述优化至关重要；B站——年轻用户和AI对深度内容的偏好；抖音——豆包平台的重要内容来源；微信视频号——微信生态内AI搜索的内容基础。</w:t>
      </w:r>
    </w:p>
    <w:p>
      <w:pPr>
        <w:spacing w:line="360" w:lineRule="auto"/>
        <w:ind w:firstLine="420"/>
      </w:pPr>
      <w:r>
        <w:rPr>
          <w:rFonts w:ascii="宋体" w:hAnsi="宋体" w:eastAsia="宋体"/>
          <w:sz w:val="24"/>
        </w:rPr>
        <w:t>每个平台的视频标题和描述应根据平台特点进行差异化优化，但核心信息（品牌名称、关键特征）应保持一致。</w:t>
      </w:r>
    </w:p>
    <w:p>
      <w:pPr>
        <w:pStyle w:val="Heading2"/>
      </w:pPr>
      <w:r>
        <w:t>7.4 内容架构的AI友好性</w:t>
      </w:r>
    </w:p>
    <w:p>
      <w:pPr>
        <w:pStyle w:val="Heading3"/>
      </w:pPr>
      <w:r>
        <w:t>7.4.1 信息架构原则</w:t>
      </w:r>
    </w:p>
    <w:p>
      <w:pPr>
        <w:spacing w:line="360" w:lineRule="auto"/>
        <w:ind w:firstLine="420"/>
      </w:pPr>
      <w:r>
        <w:rPr>
          <w:rFonts w:ascii="宋体" w:hAnsi="宋体" w:eastAsia="宋体"/>
          <w:sz w:val="24"/>
        </w:rPr>
        <w:t>清晰的层级结构。 使用正确的HTML标题标签（H1-H6），每页只有一个H1，层级递进，不跳级。AI利用标题层级来理解内容结构。</w:t>
      </w:r>
    </w:p>
    <w:p>
      <w:pPr>
        <w:spacing w:line="360" w:lineRule="auto"/>
        <w:ind w:firstLine="420"/>
      </w:pPr>
      <w:r>
        <w:rPr>
          <w:rFonts w:ascii="宋体" w:hAnsi="宋体" w:eastAsia="宋体"/>
          <w:sz w:val="24"/>
        </w:rPr>
        <w:t>模块化内容组织。 将内容组织为独立的语义模块，每个模块聚焦一个主题。AI在提取信息时可能只抓取部分模块，模块化的组织确保每个模块都是语义完整的。</w:t>
      </w:r>
    </w:p>
    <w:p>
      <w:pPr>
        <w:spacing w:line="360" w:lineRule="auto"/>
        <w:ind w:firstLine="420"/>
      </w:pPr>
      <w:r>
        <w:rPr>
          <w:rFonts w:ascii="宋体" w:hAnsi="宋体" w:eastAsia="宋体"/>
          <w:sz w:val="24"/>
        </w:rPr>
        <w:t>导航和链接的清晰性。 清晰的导航结构和内部链接帮助AI爬虫遍历网站的所有重要页面。</w:t>
      </w:r>
    </w:p>
    <w:p>
      <w:pPr>
        <w:pStyle w:val="Heading3"/>
      </w:pPr>
      <w:r>
        <w:t>7.4.2 页面性能优化</w:t>
      </w:r>
    </w:p>
    <w:p>
      <w:pPr>
        <w:spacing w:line="360" w:lineRule="auto"/>
        <w:ind w:firstLine="420"/>
      </w:pPr>
      <w:r>
        <w:rPr>
          <w:rFonts w:ascii="宋体" w:hAnsi="宋体" w:eastAsia="宋体"/>
          <w:sz w:val="24"/>
        </w:rPr>
        <w:t>加载速度。 AI爬虫有抓取时间限制，加载速度慢的页面可能被部分抓取或完全跳过。使用PageSpeed Insights等工具检测和优化页面加载速度。</w:t>
      </w:r>
    </w:p>
    <w:p>
      <w:pPr>
        <w:spacing w:line="360" w:lineRule="auto"/>
        <w:ind w:firstLine="420"/>
      </w:pPr>
      <w:r>
        <w:rPr>
          <w:rFonts w:ascii="宋体" w:hAnsi="宋体" w:eastAsia="宋体"/>
          <w:sz w:val="24"/>
        </w:rPr>
        <w:t>移动端适配。 越来越多的AI搜索发生在移动设备上，移动端友好的页面获得更高的AI可见性评分。</w:t>
      </w:r>
    </w:p>
    <w:p>
      <w:pPr>
        <w:spacing w:line="360" w:lineRule="auto"/>
        <w:ind w:firstLine="420"/>
      </w:pPr>
      <w:r>
        <w:rPr>
          <w:rFonts w:ascii="宋体" w:hAnsi="宋体" w:eastAsia="宋体"/>
          <w:sz w:val="24"/>
        </w:rPr>
        <w:t>无障碍访问。 遵循WCAG无障碍标准。AI对无障碍性好的网站有更高的"信任"评分，因为这些网站对"机器可读性"的重视程度更高。</w:t>
      </w:r>
    </w:p>
    <w:p>
      <w:pPr>
        <w:pStyle w:val="Heading3"/>
      </w:pPr>
      <w:r>
        <w:t>7.4.3 技术SEO的GEO价值</w:t>
      </w:r>
    </w:p>
    <w:p>
      <w:pPr>
        <w:spacing w:line="360" w:lineRule="auto"/>
        <w:ind w:firstLine="420"/>
      </w:pPr>
      <w:r>
        <w:rPr>
          <w:rFonts w:ascii="宋体" w:hAnsi="宋体" w:eastAsia="宋体"/>
          <w:sz w:val="24"/>
        </w:rPr>
        <w:t>虽然GEO不等同于SEO，但良好的技术SEO基础仍然对GEO有正面影响：干净的URL结构帮助AI理解页面主题；正确的robots.txt和sitemap确保AI能发现所有重要页面；HTTPS加密是AI信任的基础要求；无死链和404错误维护AI对网站的信任。</w:t>
      </w:r>
    </w:p>
    <w:p>
      <w:pPr>
        <w:pStyle w:val="Heading2"/>
      </w:pPr>
      <w:r>
        <w:t>7.5 AI友好的内容生产流程</w:t>
      </w:r>
    </w:p>
    <w:p>
      <w:pPr>
        <w:pStyle w:val="Heading3"/>
      </w:pPr>
      <w:r>
        <w:t>7.5.1 内容生产SOP</w:t>
      </w:r>
    </w:p>
    <w:p>
      <w:pPr>
        <w:spacing w:line="360" w:lineRule="auto"/>
        <w:ind w:firstLine="420"/>
      </w:pPr>
      <w:r>
        <w:rPr>
          <w:rFonts w:ascii="宋体" w:hAnsi="宋体" w:eastAsia="宋体"/>
          <w:sz w:val="24"/>
        </w:rPr>
        <w:t>建立标准化的AI友好内容生产流程：需求分析→内容策划→内容创作→多媒体制作→结构化标记→发布与分发→监测与优化。</w:t>
      </w:r>
    </w:p>
    <w:p>
      <w:pPr>
        <w:pStyle w:val="Heading3"/>
      </w:pPr>
      <w:r>
        <w:t>7.5.2 内容质量检查清单</w:t>
      </w:r>
    </w:p>
    <w:p>
      <w:pPr>
        <w:spacing w:line="360" w:lineRule="auto"/>
        <w:ind w:firstLine="420"/>
      </w:pPr>
      <w:r>
        <w:rPr>
          <w:rFonts w:ascii="宋体" w:hAnsi="宋体" w:eastAsia="宋体"/>
          <w:sz w:val="24"/>
        </w:rPr>
        <w:t>每条内容发布前应通过质量检查：信息准确性——所有事实数据经过验证；信息完整性——核心信息不遗漏；语义清晰性——AI能准确理解内容含义；结构规范性——标题层级、段落划分、列表使用符合规范；多媒体优化——图片有Alt文本、视频有字幕和描述；结构化标记——相关Schema标记已正确添加。</w:t>
      </w:r>
    </w:p>
    <w:p>
      <w:pPr>
        <w:pStyle w:val="Heading3"/>
      </w:pPr>
      <w:r>
        <w:t>7.5.3 内容生命周期管理</w:t>
      </w:r>
    </w:p>
    <w:p>
      <w:pPr>
        <w:spacing w:line="360" w:lineRule="auto"/>
        <w:ind w:firstLine="420"/>
      </w:pPr>
      <w:r>
        <w:rPr>
          <w:rFonts w:ascii="宋体" w:hAnsi="宋体" w:eastAsia="宋体"/>
          <w:sz w:val="24"/>
        </w:rPr>
        <w:t>创建期。 按照AI友好标准生产内容。</w:t>
      </w:r>
    </w:p>
    <w:p>
      <w:pPr>
        <w:spacing w:line="360" w:lineRule="auto"/>
        <w:ind w:firstLine="420"/>
      </w:pPr>
      <w:r>
        <w:rPr>
          <w:rFonts w:ascii="宋体" w:hAnsi="宋体" w:eastAsia="宋体"/>
          <w:sz w:val="24"/>
        </w:rPr>
        <w:t>维护期。 定期检查内容的准确性和有效性，更新过时信息。</w:t>
      </w:r>
    </w:p>
    <w:p>
      <w:pPr>
        <w:spacing w:line="360" w:lineRule="auto"/>
        <w:ind w:firstLine="420"/>
      </w:pPr>
      <w:r>
        <w:rPr>
          <w:rFonts w:ascii="宋体" w:hAnsi="宋体" w:eastAsia="宋体"/>
          <w:sz w:val="24"/>
        </w:rPr>
        <w:t>优化期。 基于AI可见性数据优化内容结构和表达方式。</w:t>
      </w:r>
    </w:p>
    <w:p>
      <w:pPr>
        <w:spacing w:line="360" w:lineRule="auto"/>
        <w:ind w:firstLine="420"/>
      </w:pPr>
      <w:r>
        <w:rPr>
          <w:rFonts w:ascii="宋体" w:hAnsi="宋体" w:eastAsia="宋体"/>
          <w:sz w:val="24"/>
        </w:rPr>
        <w:t>归档期。 对过时内容进行归档或重定向，保持网站内容的质量和相关性。</w:t>
      </w:r>
    </w:p>
    <w:p>
      <w:pPr>
        <w:pStyle w:val="Heading2"/>
      </w:pPr>
      <w:r>
        <w:t>本章小结</w:t>
      </w:r>
    </w:p>
    <w:p>
      <w:pPr>
        <w:spacing w:line="360" w:lineRule="auto"/>
        <w:ind w:firstLine="420"/>
      </w:pPr>
      <w:r>
        <w:rPr>
          <w:rFonts w:ascii="宋体" w:hAnsi="宋体" w:eastAsia="宋体"/>
          <w:sz w:val="24"/>
        </w:rPr>
        <w:t>多模态内容（图片、视频、音频）的AI可提取性是GEO的重要组成部分。核心原则是"文字是钥匙"——为所有非文本内容提供高质量的文字描述和结构化元数据。图片优化以Alt文本和IPTC元数据为核心，视频优化以字幕和VideoObject Schema为核心。内容架构的AI友好性（清晰层级、模块化组织、良好性能）直接影响AI的提取效率。建立标准化的AI友好内容生产流程是规模化GEO的基础。</w:t>
      </w:r>
    </w:p>
    <w:p>
      <w:pPr>
        <w:pStyle w:val="Heading2"/>
      </w:pPr>
      <w:r>
        <w:t>思考与练习</w:t>
      </w:r>
    </w:p>
    <w:p>
      <w:pPr>
        <w:pStyle w:val="ListBullet"/>
      </w:pPr>
      <w:r>
        <w:t>为一组屯堡建筑照片撰写符合GEO标准的Alt文本和IPTC元数据。</w:t>
      </w:r>
    </w:p>
    <w:p>
      <w:pPr>
        <w:pStyle w:val="ListBullet"/>
      </w:pPr>
      <w:r>
        <w:t>为一条地戏表演视频添加完整的VideoObject Schema标记。</w:t>
      </w:r>
    </w:p>
    <w:p>
      <w:pPr>
        <w:pStyle w:val="ListBullet"/>
      </w:pPr>
      <w:r>
        <w:t>评估一个文旅网站的AI友好性，撰写改进建议报告。</w:t>
      </w:r>
    </w:p>
    <w:p>
      <w:pPr>
        <w:pStyle w:val="ListBullet"/>
      </w:pPr>
      <w:r>
        <w:t>设计一个AI友好的文旅内容生产SOP流程。</w:t>
      </w:r>
    </w:p>
    <w:p>
      <w:pPr>
        <w:pStyle w:val="ListBullet"/>
      </w:pPr>
      <w:r>
        <w:t>对比测试：分析同一个景区在有无图片Alt文本的情况下，AI搜索中的表现差异。</w:t>
      </w:r>
    </w:p>
    <w:p>
      <w:pPr>
        <w:pStyle w:val="Heading2"/>
      </w:pPr>
      <w:r>
        <w:t>知识卡片：多模态内容GEO优化速查</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内容类型</w:t>
            </w:r>
          </w:p>
        </w:tc>
        <w:tc>
          <w:tcPr>
            <w:tcW w:type="dxa" w:w="2767"/>
          </w:tcPr>
          <w:p>
            <w:r>
              <w:rPr>
                <w:b/>
                <w:sz w:val="20"/>
              </w:rPr>
              <w:t>核心优化手段</w:t>
            </w:r>
          </w:p>
        </w:tc>
        <w:tc>
          <w:tcPr>
            <w:tcW w:type="dxa" w:w="2767"/>
          </w:tcPr>
          <w:p>
            <w:r>
              <w:rPr>
                <w:b/>
                <w:sz w:val="20"/>
              </w:rPr>
              <w:t>关键工具/标准</w:t>
            </w:r>
          </w:p>
        </w:tc>
      </w:tr>
      <w:tr>
        <w:tc>
          <w:tcPr>
            <w:tcW w:type="dxa" w:w="2767"/>
          </w:tcPr>
          <w:p>
            <w:r>
              <w:t>图片</w:t>
            </w:r>
          </w:p>
        </w:tc>
        <w:tc>
          <w:tcPr>
            <w:tcW w:type="dxa" w:w="2767"/>
          </w:tcPr>
          <w:p>
            <w:r>
              <w:t>Alt文本、IPTC元数据</w:t>
            </w:r>
          </w:p>
        </w:tc>
        <w:tc>
          <w:tcPr>
            <w:tcW w:type="dxa" w:w="2767"/>
          </w:tcPr>
          <w:p>
            <w:r>
              <w:t>Photoshop/Lightroom元数据编辑</w:t>
            </w:r>
          </w:p>
        </w:tc>
      </w:tr>
      <w:tr>
        <w:tc>
          <w:tcPr>
            <w:tcW w:type="dxa" w:w="2767"/>
          </w:tcPr>
          <w:p>
            <w:r>
              <w:t>视频</w:t>
            </w:r>
          </w:p>
        </w:tc>
        <w:tc>
          <w:tcPr>
            <w:tcW w:type="dxa" w:w="2767"/>
          </w:tcPr>
          <w:p>
            <w:r>
              <w:t>字幕、VideoObject Schema</w:t>
            </w:r>
          </w:p>
        </w:tc>
        <w:tc>
          <w:tcPr>
            <w:tcW w:type="dxa" w:w="2767"/>
          </w:tcPr>
          <w:p>
            <w:r>
              <w:t>SRT/VTT字幕、Schema.org</w:t>
            </w:r>
          </w:p>
        </w:tc>
      </w:tr>
      <w:tr>
        <w:tc>
          <w:tcPr>
            <w:tcW w:type="dxa" w:w="2767"/>
          </w:tcPr>
          <w:p>
            <w:r>
              <w:t>音频</w:t>
            </w:r>
          </w:p>
        </w:tc>
        <w:tc>
          <w:tcPr>
            <w:tcW w:type="dxa" w:w="2767"/>
          </w:tcPr>
          <w:p>
            <w:r>
              <w:t>文字转录</w:t>
            </w:r>
          </w:p>
        </w:tc>
        <w:tc>
          <w:tcPr>
            <w:tcW w:type="dxa" w:w="2767"/>
          </w:tcPr>
          <w:p>
            <w:r>
              <w:t>语音转文字工具</w:t>
            </w:r>
          </w:p>
        </w:tc>
      </w:tr>
      <w:tr>
        <w:tc>
          <w:tcPr>
            <w:tcW w:type="dxa" w:w="2767"/>
          </w:tcPr>
          <w:p>
            <w:r>
              <w:t>网页</w:t>
            </w:r>
          </w:p>
        </w:tc>
        <w:tc>
          <w:tcPr>
            <w:tcW w:type="dxa" w:w="2767"/>
          </w:tcPr>
          <w:p>
            <w:r>
              <w:t>标题层级、结构化数据</w:t>
            </w:r>
          </w:p>
        </w:tc>
        <w:tc>
          <w:tcPr>
            <w:tcW w:type="dxa" w:w="2767"/>
          </w:tcPr>
          <w:p>
            <w:r>
              <w:t>HTML语义标签、JSON-LD</w:t>
            </w:r>
          </w:p>
        </w:tc>
      </w:tr>
    </w:tbl>
    <w:p/>
    <w:p>
      <w:pPr>
        <w:pStyle w:val="Heading2"/>
      </w:pPr>
      <w:r>
        <w:t>参考文献</w:t>
      </w:r>
    </w:p>
    <w:p>
      <w:pPr>
        <w:spacing w:line="360" w:lineRule="auto"/>
        <w:ind w:firstLine="420"/>
      </w:pPr>
      <w:r>
        <w:rPr>
          <w:rFonts w:ascii="宋体" w:hAnsi="宋体" w:eastAsia="宋体"/>
          <w:sz w:val="24"/>
        </w:rPr>
        <w:t>[19] Koswara A, Marpuah S. Designing an innovative SEO marketing plan[J]. ITJ, 2024, 1(3): 71.</w:t>
      </w:r>
    </w:p>
    <w:p>
      <w:pPr>
        <w:spacing w:line="360" w:lineRule="auto"/>
        <w:ind w:firstLine="420"/>
      </w:pPr>
      <w:r>
        <w:rPr>
          <w:rFonts w:ascii="宋体" w:hAnsi="宋体" w:eastAsia="宋体"/>
          <w:sz w:val="24"/>
        </w:rPr>
        <w:t>[20] Schulte J, et al. Measuring visibility in AI search[J]. arXiv:2604.07585, 2026.</w:t>
      </w:r>
    </w:p>
    <w:p>
      <w:pPr>
        <w:spacing w:line="360" w:lineRule="auto"/>
        <w:ind w:firstLine="420"/>
      </w:pPr>
      <w:r>
        <w:rPr>
          <w:rFonts w:ascii="宋体" w:hAnsi="宋体" w:eastAsia="宋体"/>
          <w:sz w:val="24"/>
        </w:rPr>
        <w:t>[21] Huang J, et al. Cultural encoding in LLMs</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arXiv:2601.00869, 2026.</w:t>
      </w:r>
    </w:p>
    <w:p>
      <w:r>
        <w:br w:type="page"/>
      </w:r>
    </w:p>
    <w:p>
      <w:pPr>
        <w:pStyle w:val="Heading1"/>
      </w:pPr>
      <w:r>
        <w:t>第8章 文旅产品GEO策略：从景区到体验</w:t>
      </w:r>
    </w:p>
    <w:p>
      <w:pPr>
        <w:pStyle w:val="Heading2"/>
      </w:pPr>
      <w:r>
        <w:t>学习目标</w:t>
      </w:r>
    </w:p>
    <w:p>
      <w:pPr>
        <w:pStyle w:val="ListBullet"/>
      </w:pPr>
      <w:r>
        <w:t>掌握不同类型文旅产品的GEO策略差异</w:t>
      </w:r>
    </w:p>
    <w:p>
      <w:pPr>
        <w:pStyle w:val="ListBullet"/>
      </w:pPr>
      <w:r>
        <w:t>学会为景区、民宿、餐饮和文旅活动设计GEO方案</w:t>
      </w:r>
    </w:p>
    <w:p>
      <w:pPr>
        <w:pStyle w:val="ListBullet"/>
      </w:pPr>
      <w:r>
        <w:t>了解文旅目的地的整体GEO策略框架</w:t>
      </w:r>
    </w:p>
    <w:p>
      <w:pPr>
        <w:pStyle w:val="ListBullet"/>
      </w:pPr>
      <w:r>
        <w:t>能够评估文旅产品的GEO优先级和资源分配</w:t>
      </w:r>
    </w:p>
    <w:p>
      <w:pPr>
        <w:pStyle w:val="ListBullet"/>
      </w:pPr>
      <w:r>
        <w:t>理解从"产品思维"到"体验思维"的GEO策略转变</w:t>
      </w:r>
    </w:p>
    <w:p>
      <w:pPr>
        <w:pStyle w:val="Heading2"/>
      </w:pPr>
      <w:r>
        <w:t>导入案例：四川"小隐文旅"的GEO实验</w:t>
      </w:r>
    </w:p>
    <w:p>
      <w:pPr>
        <w:spacing w:line="360" w:lineRule="auto"/>
        <w:ind w:firstLine="420"/>
      </w:pPr>
      <w:r>
        <w:rPr>
          <w:rFonts w:ascii="宋体" w:hAnsi="宋体" w:eastAsia="宋体"/>
          <w:sz w:val="24"/>
        </w:rPr>
        <w:t>2026年6月，成都信息工程大学智慧文旅学院成立仪式上，四川省旅游学会品牌战略专委会主任夏添分享了"小隐文旅"的GEO实验。实验对象是四川一个不太知名的古镇，目标是让它在AI搜索中成为"四川深度游推荐目的地"。</w:t>
      </w:r>
    </w:p>
    <w:p>
      <w:pPr>
        <w:spacing w:line="360" w:lineRule="auto"/>
        <w:ind w:firstLine="420"/>
      </w:pPr>
      <w:r>
        <w:rPr>
          <w:rFonts w:ascii="宋体" w:hAnsi="宋体" w:eastAsia="宋体"/>
          <w:sz w:val="24"/>
        </w:rPr>
        <w:t>实验分为三个阶段：第一阶段（第1个月）——基础信息建设。在百度百科、维基百科建立完整词条，在OTA平台完善结构化信息，在官网实施Schema.org标记。第二阶段（第2-3个月）——语义覆盖扩展。针对"古镇摄影""非遗体验""周末度假""亲子研学"四个场景，生产了50+篇深度内容。第三阶段（第4-6个月）——信任资产构建。获得3家权威媒体的报道，与2所高校合作完成文化调研报告，在知乎建立品牌专业形象。</w:t>
      </w:r>
    </w:p>
    <w:p>
      <w:pPr>
        <w:spacing w:line="360" w:lineRule="auto"/>
        <w:ind w:firstLine="420"/>
      </w:pPr>
      <w:r>
        <w:rPr>
          <w:rFonts w:ascii="宋体" w:hAnsi="宋体" w:eastAsia="宋体"/>
          <w:sz w:val="24"/>
        </w:rPr>
        <w:t>6个月后，该古镇在ChatGPT"四川小众古镇推荐"中的推荐排名从20+位提升到前3位，在豆包"成都周边周末去哪玩"的推荐中出现频率从0提升到80%以上。来自AI推荐的游客占比从5%提升到25%。</w:t>
      </w:r>
    </w:p>
    <w:p>
      <w:pPr>
        <w:pStyle w:val="Heading2"/>
      </w:pPr>
      <w:r>
        <w:t>8.1 景区类产品的GEO策略</w:t>
      </w:r>
    </w:p>
    <w:p>
      <w:pPr>
        <w:pStyle w:val="Heading3"/>
      </w:pPr>
      <w:r>
        <w:t>8.1.1 景区GEO的独特挑战</w:t>
      </w:r>
    </w:p>
    <w:p>
      <w:pPr>
        <w:spacing w:line="360" w:lineRule="auto"/>
        <w:ind w:firstLine="420"/>
      </w:pPr>
      <w:r>
        <w:rPr>
          <w:rFonts w:ascii="宋体" w:hAnsi="宋体" w:eastAsia="宋体"/>
          <w:sz w:val="24"/>
        </w:rPr>
        <w:t>景区是文旅产品中GEO竞争最激烈的品类——每个目的地都有数十个景区争夺AI的推荐位。景区的GEO面临以下特殊挑战：信息同质化严重——"山水风光""历史文化"的描述千篇一律；季节性明显——旺季信息丰富、淡季信息匮乏；决策链条长——用户需要比较多个景区后做选择。</w:t>
      </w:r>
    </w:p>
    <w:p>
      <w:pPr>
        <w:pStyle w:val="Heading3"/>
      </w:pPr>
      <w:r>
        <w:t>8.1.2 景区GEO的核心策略</w:t>
      </w:r>
    </w:p>
    <w:p>
      <w:pPr>
        <w:spacing w:line="360" w:lineRule="auto"/>
        <w:ind w:firstLine="420"/>
      </w:pPr>
      <w:r>
        <w:rPr>
          <w:rFonts w:ascii="宋体" w:hAnsi="宋体" w:eastAsia="宋体"/>
          <w:sz w:val="24"/>
        </w:rPr>
        <w:t>差异化定位。 找到景区不可替代的独特价值，在GEO内容中反复强化。不是"又一个古镇"，而是"明代军屯文化的活化石"。不是"又一个溶洞"，而是"中国最美水溶洞"。</w:t>
      </w:r>
    </w:p>
    <w:p>
      <w:pPr>
        <w:spacing w:line="360" w:lineRule="auto"/>
        <w:ind w:firstLine="420"/>
      </w:pPr>
      <w:r>
        <w:rPr>
          <w:rFonts w:ascii="宋体" w:hAnsi="宋体" w:eastAsia="宋体"/>
          <w:sz w:val="24"/>
        </w:rPr>
        <w:t>全季候覆盖。 解决季节性信息缺失问题。每个季节都有专属的内容页面，详细描述当季的特色景观、适合的活动、注意事项。</w:t>
      </w:r>
    </w:p>
    <w:p>
      <w:pPr>
        <w:spacing w:line="360" w:lineRule="auto"/>
        <w:ind w:firstLine="420"/>
      </w:pPr>
      <w:r>
        <w:rPr>
          <w:rFonts w:ascii="宋体" w:hAnsi="宋体" w:eastAsia="宋体"/>
          <w:sz w:val="24"/>
        </w:rPr>
        <w:t>多场景适配。 不是"我们的景区很好"，而是"在以下场景中，我们的景区是最佳选择"——摄影场景、研学场景、避暑场景、情侣场景、亲子场景。</w:t>
      </w:r>
    </w:p>
    <w:p>
      <w:pPr>
        <w:spacing w:line="360" w:lineRule="auto"/>
        <w:ind w:firstLine="420"/>
      </w:pPr>
      <w:r>
        <w:rPr>
          <w:rFonts w:ascii="宋体" w:hAnsi="宋体" w:eastAsia="宋体"/>
          <w:sz w:val="24"/>
        </w:rPr>
        <w:t>对比型内容。 主动提供与竞品的对比分析——"天龙屯堡vs本寨：哪个更适合你？"这类内容AI特别喜欢引用，因为用户经常问对比型问题。</w:t>
      </w:r>
    </w:p>
    <w:p>
      <w:pPr>
        <w:pStyle w:val="Heading3"/>
      </w:pPr>
      <w:r>
        <w:t>8.1.3 景区GEO内容矩阵</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内容类型</w:t>
            </w:r>
          </w:p>
        </w:tc>
        <w:tc>
          <w:tcPr>
            <w:tcW w:type="dxa" w:w="2767"/>
          </w:tcPr>
          <w:p>
            <w:r>
              <w:rPr>
                <w:b/>
                <w:sz w:val="20"/>
              </w:rPr>
              <w:t>目的</w:t>
            </w:r>
          </w:p>
        </w:tc>
        <w:tc>
          <w:tcPr>
            <w:tcW w:type="dxa" w:w="2767"/>
          </w:tcPr>
          <w:p>
            <w:r>
              <w:rPr>
                <w:b/>
                <w:sz w:val="20"/>
              </w:rPr>
              <w:t>频率</w:t>
            </w:r>
          </w:p>
        </w:tc>
      </w:tr>
      <w:tr>
        <w:tc>
          <w:tcPr>
            <w:tcW w:type="dxa" w:w="2767"/>
          </w:tcPr>
          <w:p>
            <w:r>
              <w:t>基础信息页</w:t>
            </w:r>
          </w:p>
        </w:tc>
        <w:tc>
          <w:tcPr>
            <w:tcW w:type="dxa" w:w="2767"/>
          </w:tcPr>
          <w:p>
            <w:r>
              <w:t>建立品牌基础认知</w:t>
            </w:r>
          </w:p>
        </w:tc>
        <w:tc>
          <w:tcPr>
            <w:tcW w:type="dxa" w:w="2767"/>
          </w:tcPr>
          <w:p>
            <w:r>
              <w:t>一次性创建，定期更新</w:t>
            </w:r>
          </w:p>
        </w:tc>
      </w:tr>
      <w:tr>
        <w:tc>
          <w:tcPr>
            <w:tcW w:type="dxa" w:w="2767"/>
          </w:tcPr>
          <w:p>
            <w:r>
              <w:t>场景攻略</w:t>
            </w:r>
          </w:p>
        </w:tc>
        <w:tc>
          <w:tcPr>
            <w:tcW w:type="dxa" w:w="2767"/>
          </w:tcPr>
          <w:p>
            <w:r>
              <w:t>覆盖不同使用场景</w:t>
            </w:r>
          </w:p>
        </w:tc>
        <w:tc>
          <w:tcPr>
            <w:tcW w:type="dxa" w:w="2767"/>
          </w:tcPr>
          <w:p>
            <w:r>
              <w:t>每个场景1-2篇</w:t>
            </w:r>
          </w:p>
        </w:tc>
      </w:tr>
      <w:tr>
        <w:tc>
          <w:tcPr>
            <w:tcW w:type="dxa" w:w="2767"/>
          </w:tcPr>
          <w:p>
            <w:r>
              <w:t>FAQ</w:t>
            </w:r>
          </w:p>
        </w:tc>
        <w:tc>
          <w:tcPr>
            <w:tcW w:type="dxa" w:w="2767"/>
          </w:tcPr>
          <w:p>
            <w:r>
              <w:t>直接回答用户问题</w:t>
            </w:r>
          </w:p>
        </w:tc>
        <w:tc>
          <w:tcPr>
            <w:tcW w:type="dxa" w:w="2767"/>
          </w:tcPr>
          <w:p>
            <w:r>
              <w:t>持续更新</w:t>
            </w:r>
          </w:p>
        </w:tc>
      </w:tr>
      <w:tr>
        <w:tc>
          <w:tcPr>
            <w:tcW w:type="dxa" w:w="2767"/>
          </w:tcPr>
          <w:p>
            <w:r>
              <w:t>深度文化文章</w:t>
            </w:r>
          </w:p>
        </w:tc>
        <w:tc>
          <w:tcPr>
            <w:tcW w:type="dxa" w:w="2767"/>
          </w:tcPr>
          <w:p>
            <w:r>
              <w:t>建立专业权威</w:t>
            </w:r>
          </w:p>
        </w:tc>
        <w:tc>
          <w:tcPr>
            <w:tcW w:type="dxa" w:w="2767"/>
          </w:tcPr>
          <w:p>
            <w:r>
              <w:t>每月2-4篇</w:t>
            </w:r>
          </w:p>
        </w:tc>
      </w:tr>
      <w:tr>
        <w:tc>
          <w:tcPr>
            <w:tcW w:type="dxa" w:w="2767"/>
          </w:tcPr>
          <w:p>
            <w:r>
              <w:t>游客体验分享</w:t>
            </w:r>
          </w:p>
        </w:tc>
        <w:tc>
          <w:tcPr>
            <w:tcW w:type="dxa" w:w="2767"/>
          </w:tcPr>
          <w:p>
            <w:r>
              <w:t>提供真实体验信号</w:t>
            </w:r>
          </w:p>
        </w:tc>
        <w:tc>
          <w:tcPr>
            <w:tcW w:type="dxa" w:w="2767"/>
          </w:tcPr>
          <w:p>
            <w:r>
              <w:t>鼓励UGC</w:t>
            </w:r>
          </w:p>
        </w:tc>
      </w:tr>
      <w:tr>
        <w:tc>
          <w:tcPr>
            <w:tcW w:type="dxa" w:w="2767"/>
          </w:tcPr>
          <w:p>
            <w:r>
              <w:t>季节专题</w:t>
            </w:r>
          </w:p>
        </w:tc>
        <w:tc>
          <w:tcPr>
            <w:tcW w:type="dxa" w:w="2767"/>
          </w:tcPr>
          <w:p>
            <w:r>
              <w:t>全季候覆盖</w:t>
            </w:r>
          </w:p>
        </w:tc>
        <w:tc>
          <w:tcPr>
            <w:tcW w:type="dxa" w:w="2767"/>
          </w:tcPr>
          <w:p>
            <w:r>
              <w:t>每季1篇</w:t>
            </w:r>
          </w:p>
        </w:tc>
      </w:tr>
      <w:tr>
        <w:tc>
          <w:tcPr>
            <w:tcW w:type="dxa" w:w="2767"/>
          </w:tcPr>
          <w:p>
            <w:r>
              <w:t>对比分析</w:t>
            </w:r>
          </w:p>
        </w:tc>
        <w:tc>
          <w:tcPr>
            <w:tcW w:type="dxa" w:w="2767"/>
          </w:tcPr>
          <w:p>
            <w:r>
              <w:t>帮助用户决策</w:t>
            </w:r>
          </w:p>
        </w:tc>
        <w:tc>
          <w:tcPr>
            <w:tcW w:type="dxa" w:w="2767"/>
          </w:tcPr>
          <w:p>
            <w:r>
              <w:t>与主要竞品各1篇</w:t>
            </w:r>
          </w:p>
        </w:tc>
      </w:tr>
    </w:tbl>
    <w:p/>
    <w:p>
      <w:pPr>
        <w:pStyle w:val="Heading2"/>
      </w:pPr>
      <w:r>
        <w:t>8.2 住宿类产品的GEO策略</w:t>
      </w:r>
    </w:p>
    <w:p>
      <w:pPr>
        <w:pStyle w:val="Heading3"/>
      </w:pPr>
      <w:r>
        <w:t>8.2.1 民宿/酒店的GEO特点</w:t>
      </w:r>
    </w:p>
    <w:p>
      <w:pPr>
        <w:spacing w:line="360" w:lineRule="auto"/>
        <w:ind w:firstLine="420"/>
      </w:pPr>
      <w:r>
        <w:rPr>
          <w:rFonts w:ascii="宋体" w:hAnsi="宋体" w:eastAsia="宋体"/>
          <w:sz w:val="24"/>
        </w:rPr>
        <w:t>住宿类产品的GEO决策链条较短——用户通常在确定目的地后搜索住宿，问题更具体（"安顺本寨附近有什么特色民宿"）。住宿GEO的关键是"精准匹配"而非"广泛覆盖"。</w:t>
      </w:r>
    </w:p>
    <w:p>
      <w:pPr>
        <w:pStyle w:val="Heading3"/>
      </w:pPr>
      <w:r>
        <w:t>8.2.2 住宿GEO核心策略</w:t>
      </w:r>
    </w:p>
    <w:p>
      <w:pPr>
        <w:spacing w:line="360" w:lineRule="auto"/>
        <w:ind w:firstLine="420"/>
      </w:pPr>
      <w:r>
        <w:rPr>
          <w:rFonts w:ascii="宋体" w:hAnsi="宋体" w:eastAsia="宋体"/>
          <w:sz w:val="24"/>
        </w:rPr>
        <w:t>位置语义强化。 不仅仅是标注地址，而是建立与周边资源的丰富语义关联——"步行5分钟到本寨古建筑群""窗外就是云山屯的日出""距离天龙屯堡15分钟车程"。</w:t>
      </w:r>
    </w:p>
    <w:p>
      <w:pPr>
        <w:spacing w:line="360" w:lineRule="auto"/>
        <w:ind w:firstLine="420"/>
      </w:pPr>
      <w:r>
        <w:rPr>
          <w:rFonts w:ascii="宋体" w:hAnsi="宋体" w:eastAsia="宋体"/>
          <w:sz w:val="24"/>
        </w:rPr>
        <w:t>体验差异化。 不是"舒适的房间"，而是"百年老宅改造的屯堡文化民宿""可以学做糟辣椒的民宿""老板是地戏传承人的民宿"。独特的体验标签是AI推荐中的"钩子"。</w:t>
      </w:r>
    </w:p>
    <w:p>
      <w:pPr>
        <w:spacing w:line="360" w:lineRule="auto"/>
        <w:ind w:firstLine="420"/>
      </w:pPr>
      <w:r>
        <w:rPr>
          <w:rFonts w:ascii="宋体" w:hAnsi="宋体" w:eastAsia="宋体"/>
          <w:sz w:val="24"/>
        </w:rPr>
        <w:t>设施与服务的结构化。 使用Hotel Schema完整标记所有设施和服务——WiFi、停车、早餐、接送、行李寄存、旅游咨询。AI在回答"安顺有停车场的民宿"这类具体问题时，会直接检索结构化数据。</w:t>
      </w:r>
    </w:p>
    <w:p>
      <w:pPr>
        <w:spacing w:line="360" w:lineRule="auto"/>
        <w:ind w:firstLine="420"/>
      </w:pPr>
      <w:r>
        <w:rPr>
          <w:rFonts w:ascii="宋体" w:hAnsi="宋体" w:eastAsia="宋体"/>
          <w:sz w:val="24"/>
        </w:rPr>
        <w:t>价格透明度。 在多个平台上保持一致的价格信息。价格不一致是AI信任的减分项。</w:t>
      </w:r>
    </w:p>
    <w:p>
      <w:pPr>
        <w:pStyle w:val="Heading3"/>
      </w:pPr>
      <w:r>
        <w:t>8.2.3 住宿GEO特别建议</w:t>
      </w:r>
    </w:p>
    <w:p>
      <w:pPr>
        <w:spacing w:line="360" w:lineRule="auto"/>
        <w:ind w:firstLine="420"/>
      </w:pPr>
      <w:r>
        <w:rPr>
          <w:rFonts w:ascii="宋体" w:hAnsi="宋体" w:eastAsia="宋体"/>
          <w:sz w:val="24"/>
        </w:rPr>
        <w:t>在地体验内容。 民宿不仅是"住的地方"，更是"体验当地文化的入口"。生产关于周边徒步路线、隐藏美食、当地人的玩法等"在地内容"，提升民宿在AI推荐中的"整合价值"。</w:t>
      </w:r>
    </w:p>
    <w:p>
      <w:pPr>
        <w:spacing w:line="360" w:lineRule="auto"/>
        <w:ind w:firstLine="420"/>
      </w:pPr>
      <w:r>
        <w:rPr>
          <w:rFonts w:ascii="宋体" w:hAnsi="宋体" w:eastAsia="宋体"/>
          <w:sz w:val="24"/>
        </w:rPr>
        <w:t>主人故事。 民宿主人的故事是最有温度的内容。AI在推荐"有特色的民宿"时，人物故事是强有力的差异化信号。</w:t>
      </w:r>
    </w:p>
    <w:p>
      <w:pPr>
        <w:pStyle w:val="Heading2"/>
      </w:pPr>
      <w:r>
        <w:t>8.3 餐饮类产品的GEO策略</w:t>
      </w:r>
    </w:p>
    <w:p>
      <w:pPr>
        <w:pStyle w:val="Heading3"/>
      </w:pPr>
      <w:r>
        <w:t>8.3.1 餐饮GEO的独特优势</w:t>
      </w:r>
    </w:p>
    <w:p>
      <w:pPr>
        <w:spacing w:line="360" w:lineRule="auto"/>
        <w:ind w:firstLine="420"/>
      </w:pPr>
      <w:r>
        <w:rPr>
          <w:rFonts w:ascii="宋体" w:hAnsi="宋体" w:eastAsia="宋体"/>
          <w:sz w:val="24"/>
        </w:rPr>
        <w:t>餐饮是文旅产品中GEO见效最快的品类。原因在于：决策频率高——游客每天需要3次餐饮决策；信息需求具体——"XX附近有什么好吃的""XX的招牌菜是什么"；评价数据丰富——餐饮是用户评价最多的文旅品类。</w:t>
      </w:r>
    </w:p>
    <w:p>
      <w:pPr>
        <w:pStyle w:val="Heading3"/>
      </w:pPr>
      <w:r>
        <w:t>8.3.2 餐饮GEO核心策略</w:t>
      </w:r>
    </w:p>
    <w:p>
      <w:pPr>
        <w:spacing w:line="360" w:lineRule="auto"/>
        <w:ind w:firstLine="420"/>
      </w:pPr>
      <w:r>
        <w:rPr>
          <w:rFonts w:ascii="宋体" w:hAnsi="宋体" w:eastAsia="宋体"/>
          <w:sz w:val="24"/>
        </w:rPr>
        <w:t>招牌菜强化。 在品牌信息中反复强化1-2个招牌菜，使其成为AI推荐中的"钩子"。不是"我们有很多好吃的"，而是"夺夺粉就是我们的代名词"。</w:t>
      </w:r>
    </w:p>
    <w:p>
      <w:pPr>
        <w:spacing w:line="360" w:lineRule="auto"/>
        <w:ind w:firstLine="420"/>
      </w:pPr>
      <w:r>
        <w:rPr>
          <w:rFonts w:ascii="宋体" w:hAnsi="宋体" w:eastAsia="宋体"/>
          <w:sz w:val="24"/>
        </w:rPr>
        <w:t>品类归属明确。 清晰标注菜系品类（"屯堡菜""安顺小吃""布依族风味"），帮助AI在品类推荐中准确定位。</w:t>
      </w:r>
    </w:p>
    <w:p>
      <w:pPr>
        <w:spacing w:line="360" w:lineRule="auto"/>
        <w:ind w:firstLine="420"/>
      </w:pPr>
      <w:r>
        <w:rPr>
          <w:rFonts w:ascii="宋体" w:hAnsi="宋体" w:eastAsia="宋体"/>
          <w:sz w:val="24"/>
        </w:rPr>
        <w:t>场景标签。 为餐厅标注场景标签——"适合聚餐""一个人吃也合适""深夜还在营业""有宝宝椅"——覆盖更多搜索场景。</w:t>
      </w:r>
    </w:p>
    <w:p>
      <w:pPr>
        <w:spacing w:line="360" w:lineRule="auto"/>
        <w:ind w:firstLine="420"/>
      </w:pPr>
      <w:r>
        <w:rPr>
          <w:rFonts w:ascii="宋体" w:hAnsi="宋体" w:eastAsia="宋体"/>
          <w:sz w:val="24"/>
        </w:rPr>
        <w:t>必吃榜/口碑榜背书。 在品牌信息中突出展示必吃榜、口碑榜等平台认证。这些"权威信号"在AI推荐中权重很高。</w:t>
      </w:r>
    </w:p>
    <w:p>
      <w:pPr>
        <w:pStyle w:val="Heading2"/>
      </w:pPr>
      <w:r>
        <w:t>8.4 文旅活动的GEO策略</w:t>
      </w:r>
    </w:p>
    <w:p>
      <w:pPr>
        <w:pStyle w:val="Heading3"/>
      </w:pPr>
      <w:r>
        <w:t>8.4.1 活动GEO的时间敏感性</w:t>
      </w:r>
    </w:p>
    <w:p>
      <w:pPr>
        <w:spacing w:line="360" w:lineRule="auto"/>
        <w:ind w:firstLine="420"/>
      </w:pPr>
      <w:r>
        <w:rPr>
          <w:rFonts w:ascii="宋体" w:hAnsi="宋体" w:eastAsia="宋体"/>
          <w:sz w:val="24"/>
        </w:rPr>
        <w:t>文旅活动（节事、展览、演出）的GEO具有极强的时间敏感性——活动开始前需要集中造势，活动结束后内容迅速贬值。活动GEO需要"脉冲式"的内容策略。</w:t>
      </w:r>
    </w:p>
    <w:p>
      <w:pPr>
        <w:pStyle w:val="Heading3"/>
      </w:pPr>
      <w:r>
        <w:t>8.4.2 活动GEO核心策略</w:t>
      </w:r>
    </w:p>
    <w:p>
      <w:pPr>
        <w:spacing w:line="360" w:lineRule="auto"/>
        <w:ind w:firstLine="420"/>
      </w:pPr>
      <w:r>
        <w:rPr>
          <w:rFonts w:ascii="宋体" w:hAnsi="宋体" w:eastAsia="宋体"/>
          <w:sz w:val="24"/>
        </w:rPr>
        <w:t>活动前（2-4周）。 建立活动专题页，使用Event Schema标记时间、地点、内容；发布预热内容（活动亮点、嘉宾介绍、参与方式）；在FAQ中添加活动相关问题。</w:t>
      </w:r>
    </w:p>
    <w:p>
      <w:pPr>
        <w:spacing w:line="360" w:lineRule="auto"/>
        <w:ind w:firstLine="420"/>
      </w:pPr>
      <w:r>
        <w:rPr>
          <w:rFonts w:ascii="宋体" w:hAnsi="宋体" w:eastAsia="宋体"/>
          <w:sz w:val="24"/>
        </w:rPr>
        <w:t>活动中（活动期间）。 实时更新活动进展；鼓励参与者分享体验；在社交媒体上保持活跃。</w:t>
      </w:r>
    </w:p>
    <w:p>
      <w:pPr>
        <w:spacing w:line="360" w:lineRule="auto"/>
        <w:ind w:firstLine="420"/>
      </w:pPr>
      <w:r>
        <w:rPr>
          <w:rFonts w:ascii="宋体" w:hAnsi="宋体" w:eastAsia="宋体"/>
          <w:sz w:val="24"/>
        </w:rPr>
        <w:t>活动后（1-2周）。 发布活动回顾和精彩集锦；保持Event Schema中的活动信息（标记为pastEvent）；为下一届活动做预告。</w:t>
      </w:r>
    </w:p>
    <w:p>
      <w:pPr>
        <w:pStyle w:val="Heading2"/>
      </w:pPr>
      <w:r>
        <w:t>8.5 目的地整体GEO策略</w:t>
      </w:r>
    </w:p>
    <w:p>
      <w:pPr>
        <w:pStyle w:val="Heading3"/>
      </w:pPr>
      <w:r>
        <w:t>8.5.1 目的地GEO的层次结构</w:t>
      </w:r>
    </w:p>
    <w:p>
      <w:pPr>
        <w:spacing w:line="360" w:lineRule="auto"/>
        <w:ind w:firstLine="420"/>
      </w:pPr>
      <w:r>
        <w:rPr>
          <w:rFonts w:ascii="宋体" w:hAnsi="宋体" w:eastAsia="宋体"/>
          <w:sz w:val="24"/>
        </w:rPr>
        <w:t>一个旅游目的地（如"安顺"）的GEO策略应涵盖三个层次：城市品牌层——建立城市整体的GEO可见性（"安顺是什么样的城市""安顺值不值得去"）；品类集群层——建立各品类的GEO可见性（"安顺古镇""安顺美食""安顺民宿"）；产品个体层——建立具体产品的GEO可见性（"天龙屯堡""夺夺粉""石语山居"）。</w:t>
      </w:r>
    </w:p>
    <w:p>
      <w:pPr>
        <w:pStyle w:val="Heading3"/>
      </w:pPr>
      <w:r>
        <w:t>8.5.2 目的地GEO的协同效应</w:t>
      </w:r>
    </w:p>
    <w:p>
      <w:pPr>
        <w:spacing w:line="360" w:lineRule="auto"/>
        <w:ind w:firstLine="420"/>
      </w:pPr>
      <w:r>
        <w:rPr>
          <w:rFonts w:ascii="宋体" w:hAnsi="宋体" w:eastAsia="宋体"/>
          <w:sz w:val="24"/>
        </w:rPr>
        <w:t>三层GEO之间具有协同效应：城市品牌GEO为下层产品提供"信任背书"（AI因为信任"安顺"而信任安顺的产品）；下层产品GEO为城市品牌提供"内容丰富度"（AI因为安顺有大量优质产品而强化对安顺的推荐）；品类集群GEO连接上下两层，形成完整的知识网络。</w:t>
      </w:r>
    </w:p>
    <w:p>
      <w:pPr>
        <w:pStyle w:val="Heading3"/>
      </w:pPr>
      <w:r>
        <w:t>8.5.3 目的地GEO资源分配建议</w:t>
      </w:r>
    </w:p>
    <w:p>
      <w:pPr>
        <w:spacing w:line="360" w:lineRule="auto"/>
        <w:ind w:firstLine="420"/>
      </w:pPr>
      <w:r>
        <w:rPr>
          <w:rFonts w:ascii="宋体" w:hAnsi="宋体" w:eastAsia="宋体"/>
          <w:sz w:val="24"/>
        </w:rPr>
        <w:t>根据文旅目的地的典型资源特征，GEO资源分配建议为：城市品牌层——15%（百科词条、官方信息、城市形象内容）；品类集群层——25%（品类攻略、对比分析、榜单建设）；产品个体层——60%（各产品的具体GEO优化）。</w:t>
      </w:r>
    </w:p>
    <w:p>
      <w:pPr>
        <w:pStyle w:val="Heading2"/>
      </w:pPr>
      <w:r>
        <w:t>本章小结</w:t>
      </w:r>
    </w:p>
    <w:p>
      <w:pPr>
        <w:spacing w:line="360" w:lineRule="auto"/>
        <w:ind w:firstLine="420"/>
      </w:pPr>
      <w:r>
        <w:rPr>
          <w:rFonts w:ascii="宋体" w:hAnsi="宋体" w:eastAsia="宋体"/>
          <w:sz w:val="24"/>
        </w:rPr>
        <w:t>不同类型的文旅产品需要差异化的GEO策略。景区GEO的核心是差异化定位和多场景覆盖；住宿GEO的核心是位置语义和体验差异化；餐饮GEO的核心是招牌菜强化和品类归属；活动GEO的核心是时间敏感的内容策略。目的地整体GEO需要构建"城市品牌-品类集群-产品个体"三层协同的知识网络。</w:t>
      </w:r>
    </w:p>
    <w:p>
      <w:pPr>
        <w:pStyle w:val="Heading2"/>
      </w:pPr>
      <w:r>
        <w:t>思考与练习</w:t>
      </w:r>
    </w:p>
    <w:p>
      <w:pPr>
        <w:pStyle w:val="ListBullet"/>
      </w:pPr>
      <w:r>
        <w:t>为天龙屯堡设计一套完整的景区GEO内容矩阵。</w:t>
      </w:r>
    </w:p>
    <w:p>
      <w:pPr>
        <w:pStyle w:val="ListBullet"/>
      </w:pPr>
      <w:r>
        <w:t>为一家安顺民宿撰写"主人故事"和"在地体验"内容。</w:t>
      </w:r>
    </w:p>
    <w:p>
      <w:pPr>
        <w:pStyle w:val="ListBullet"/>
      </w:pPr>
      <w:r>
        <w:t>分析一个你熟悉的餐饮品牌在AI搜索中的表现，提出GEO优化建议。</w:t>
      </w:r>
    </w:p>
    <w:p>
      <w:pPr>
        <w:pStyle w:val="ListBullet"/>
      </w:pPr>
      <w:r>
        <w:t>为"屯堡八大碗·安顺美食汇"活动设计GEO预热方案。</w:t>
      </w:r>
    </w:p>
    <w:p>
      <w:pPr>
        <w:pStyle w:val="ListBullet"/>
      </w:pPr>
      <w:r>
        <w:t>设计安顺目的地GEO的三层策略框架。</w:t>
      </w:r>
    </w:p>
    <w:p>
      <w:pPr>
        <w:pStyle w:val="Heading2"/>
      </w:pPr>
      <w:r>
        <w:t>知识卡片：文旅产品GEO策略差异</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产品类型</w:t>
            </w:r>
          </w:p>
        </w:tc>
        <w:tc>
          <w:tcPr>
            <w:tcW w:type="dxa" w:w="2075"/>
          </w:tcPr>
          <w:p>
            <w:r>
              <w:rPr>
                <w:b/>
                <w:sz w:val="20"/>
              </w:rPr>
              <w:t>核心挑战</w:t>
            </w:r>
          </w:p>
        </w:tc>
        <w:tc>
          <w:tcPr>
            <w:tcW w:type="dxa" w:w="2075"/>
          </w:tcPr>
          <w:p>
            <w:r>
              <w:rPr>
                <w:b/>
                <w:sz w:val="20"/>
              </w:rPr>
              <w:t>关键策略</w:t>
            </w:r>
          </w:p>
        </w:tc>
        <w:tc>
          <w:tcPr>
            <w:tcW w:type="dxa" w:w="2075"/>
          </w:tcPr>
          <w:p>
            <w:r>
              <w:rPr>
                <w:b/>
                <w:sz w:val="20"/>
              </w:rPr>
              <w:t>见效周期</w:t>
            </w:r>
          </w:p>
        </w:tc>
      </w:tr>
      <w:tr>
        <w:tc>
          <w:tcPr>
            <w:tcW w:type="dxa" w:w="2075"/>
          </w:tcPr>
          <w:p>
            <w:r>
              <w:t>景区</w:t>
            </w:r>
          </w:p>
        </w:tc>
        <w:tc>
          <w:tcPr>
            <w:tcW w:type="dxa" w:w="2075"/>
          </w:tcPr>
          <w:p>
            <w:r>
              <w:t>同质化、季节性</w:t>
            </w:r>
          </w:p>
        </w:tc>
        <w:tc>
          <w:tcPr>
            <w:tcW w:type="dxa" w:w="2075"/>
          </w:tcPr>
          <w:p>
            <w:r>
              <w:t>差异化、全季候、多场景</w:t>
            </w:r>
          </w:p>
        </w:tc>
        <w:tc>
          <w:tcPr>
            <w:tcW w:type="dxa" w:w="2075"/>
          </w:tcPr>
          <w:p>
            <w:r>
              <w:t>3-6个月</w:t>
            </w:r>
          </w:p>
        </w:tc>
      </w:tr>
      <w:tr>
        <w:tc>
          <w:tcPr>
            <w:tcW w:type="dxa" w:w="2075"/>
          </w:tcPr>
          <w:p>
            <w:r>
              <w:t>住宿</w:t>
            </w:r>
          </w:p>
        </w:tc>
        <w:tc>
          <w:tcPr>
            <w:tcW w:type="dxa" w:w="2075"/>
          </w:tcPr>
          <w:p>
            <w:r>
              <w:t>决策链短、竞争激烈</w:t>
            </w:r>
          </w:p>
        </w:tc>
        <w:tc>
          <w:tcPr>
            <w:tcW w:type="dxa" w:w="2075"/>
          </w:tcPr>
          <w:p>
            <w:r>
              <w:t>位置语义、体验标签</w:t>
            </w:r>
          </w:p>
        </w:tc>
        <w:tc>
          <w:tcPr>
            <w:tcW w:type="dxa" w:w="2075"/>
          </w:tcPr>
          <w:p>
            <w:r>
              <w:t>2-4个月</w:t>
            </w:r>
          </w:p>
        </w:tc>
      </w:tr>
      <w:tr>
        <w:tc>
          <w:tcPr>
            <w:tcW w:type="dxa" w:w="2075"/>
          </w:tcPr>
          <w:p>
            <w:r>
              <w:t>餐饮</w:t>
            </w:r>
          </w:p>
        </w:tc>
        <w:tc>
          <w:tcPr>
            <w:tcW w:type="dxa" w:w="2075"/>
          </w:tcPr>
          <w:p>
            <w:r>
              <w:t>信息分散</w:t>
            </w:r>
          </w:p>
        </w:tc>
        <w:tc>
          <w:tcPr>
            <w:tcW w:type="dxa" w:w="2075"/>
          </w:tcPr>
          <w:p>
            <w:r>
              <w:t>招牌菜、品类归属、榜单</w:t>
            </w:r>
          </w:p>
        </w:tc>
        <w:tc>
          <w:tcPr>
            <w:tcW w:type="dxa" w:w="2075"/>
          </w:tcPr>
          <w:p>
            <w:r>
              <w:t>1-3个月</w:t>
            </w:r>
          </w:p>
        </w:tc>
      </w:tr>
      <w:tr>
        <w:tc>
          <w:tcPr>
            <w:tcW w:type="dxa" w:w="2075"/>
          </w:tcPr>
          <w:p>
            <w:r>
              <w:t>活动</w:t>
            </w:r>
          </w:p>
        </w:tc>
        <w:tc>
          <w:tcPr>
            <w:tcW w:type="dxa" w:w="2075"/>
          </w:tcPr>
          <w:p>
            <w:r>
              <w:t>时间敏感</w:t>
            </w:r>
          </w:p>
        </w:tc>
        <w:tc>
          <w:tcPr>
            <w:tcW w:type="dxa" w:w="2075"/>
          </w:tcPr>
          <w:p>
            <w:r>
              <w:t>脉冲式内容策略</w:t>
            </w:r>
          </w:p>
        </w:tc>
        <w:tc>
          <w:tcPr>
            <w:tcW w:type="dxa" w:w="2075"/>
          </w:tcPr>
          <w:p>
            <w:r>
              <w:t>即时</w:t>
            </w:r>
          </w:p>
        </w:tc>
      </w:tr>
    </w:tbl>
    <w:p/>
    <w:p>
      <w:pPr>
        <w:pStyle w:val="Heading2"/>
      </w:pPr>
      <w:r>
        <w:t>参考文献</w:t>
      </w:r>
    </w:p>
    <w:p>
      <w:pPr>
        <w:spacing w:line="360" w:lineRule="auto"/>
        <w:ind w:firstLine="420"/>
      </w:pPr>
      <w:r>
        <w:rPr>
          <w:rFonts w:ascii="宋体" w:hAnsi="宋体" w:eastAsia="宋体"/>
          <w:sz w:val="24"/>
        </w:rPr>
        <w:t>[22] Davenport T, et al. How AI will change the future of marketing[J]. JAMS, 2019, 48(1): 24-42.</w:t>
      </w:r>
    </w:p>
    <w:p>
      <w:pPr>
        <w:spacing w:line="360" w:lineRule="auto"/>
        <w:ind w:firstLine="420"/>
      </w:pPr>
      <w:r>
        <w:rPr>
          <w:rFonts w:ascii="宋体" w:hAnsi="宋体" w:eastAsia="宋体"/>
          <w:sz w:val="24"/>
        </w:rPr>
        <w:t>[23] 生成式引擎优化(GEO)的本质[J]. 情报理论与实践, 2025, 48(1): 1-12.</w:t>
      </w:r>
    </w:p>
    <w:p>
      <w:pPr>
        <w:spacing w:line="360" w:lineRule="auto"/>
        <w:ind w:firstLine="420"/>
      </w:pPr>
      <w:r>
        <w:rPr>
          <w:rFonts w:ascii="宋体" w:hAnsi="宋体" w:eastAsia="宋体"/>
          <w:sz w:val="24"/>
        </w:rPr>
        <w:t>[24] Koswara A, Marpuah S. AI-driven tool for tourism SEO</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ITJ, 2024, 1(3): 71.</w:t>
      </w:r>
    </w:p>
    <w:p>
      <w:r>
        <w:br w:type="page"/>
      </w:r>
    </w:p>
    <w:p>
      <w:pPr>
        <w:pStyle w:val="Heading1"/>
      </w:pPr>
      <w:r>
        <w:t>第9章 文旅品牌AI搜索可见性评估</w:t>
      </w:r>
    </w:p>
    <w:p>
      <w:pPr>
        <w:pStyle w:val="Heading2"/>
      </w:pPr>
      <w:r>
        <w:t>学习目标</w:t>
      </w:r>
    </w:p>
    <w:p>
      <w:pPr>
        <w:pStyle w:val="ListBullet"/>
      </w:pPr>
      <w:r>
        <w:t>掌握AI搜索可见性的核心评估指标和测量方法</w:t>
      </w:r>
    </w:p>
    <w:p>
      <w:pPr>
        <w:pStyle w:val="ListBullet"/>
      </w:pPr>
      <w:r>
        <w:t>学会设计品牌GEO表现的综合评估体系</w:t>
      </w:r>
    </w:p>
    <w:p>
      <w:pPr>
        <w:pStyle w:val="ListBullet"/>
      </w:pPr>
      <w:r>
        <w:t>了解竞品GEO对标分析的方法</w:t>
      </w:r>
    </w:p>
    <w:p>
      <w:pPr>
        <w:pStyle w:val="ListBullet"/>
      </w:pPr>
      <w:r>
        <w:t>能够建立GEO表现的持续监测机制</w:t>
      </w:r>
    </w:p>
    <w:p>
      <w:pPr>
        <w:pStyle w:val="ListBullet"/>
      </w:pPr>
      <w:r>
        <w:t>学会基于评估结果制定优化优先级</w:t>
      </w:r>
    </w:p>
    <w:p>
      <w:pPr>
        <w:pStyle w:val="Heading2"/>
      </w:pPr>
      <w:r>
        <w:t>导入案例：安顺6个景区的AI可见性"体检"</w:t>
      </w:r>
    </w:p>
    <w:p>
      <w:pPr>
        <w:spacing w:line="360" w:lineRule="auto"/>
        <w:ind w:firstLine="420"/>
      </w:pPr>
      <w:r>
        <w:rPr>
          <w:rFonts w:ascii="宋体" w:hAnsi="宋体" w:eastAsia="宋体"/>
          <w:sz w:val="24"/>
        </w:rPr>
        <w:t>2026年4月，安顺市文旅局委托第三方机构，对安顺6个主要景区的AI搜索可见性进行了一次"全面体检"。测试在ChatGPT、文心一言、豆包、通义千问和Perplexity五个平台上进行，覆盖了30个典型的用户问题。</w:t>
      </w:r>
    </w:p>
    <w:p>
      <w:pPr>
        <w:spacing w:line="360" w:lineRule="auto"/>
        <w:ind w:firstLine="420"/>
      </w:pPr>
      <w:r>
        <w:rPr>
          <w:rFonts w:ascii="宋体" w:hAnsi="宋体" w:eastAsia="宋体"/>
          <w:sz w:val="24"/>
        </w:rPr>
        <w:t>结果令人深思：</w:t>
      </w:r>
    </w:p>
    <w:p>
      <w:pPr>
        <w:pStyle w:val="ListBullet"/>
      </w:pPr>
      <w:r>
        <w:t>黄果树瀑布的AI可见性最高（答案份额85%），但存在"季节性偏见"——夏季相关问题覆盖率90%，冬季仅40%</w:t>
      </w:r>
    </w:p>
    <w:p>
      <w:pPr>
        <w:pStyle w:val="ListBullet"/>
      </w:pPr>
      <w:r>
        <w:t>天龙屯堡的AI可见性中等（答案份额62%），主要优势在"文化旅游"场景，在"亲子游""美食游"场景中缺失</w:t>
      </w:r>
    </w:p>
    <w:p>
      <w:pPr>
        <w:pStyle w:val="ListBullet"/>
      </w:pPr>
      <w:r>
        <w:t>龙宫景区的AI可见性严重不足（答案份额28%），AI经常将其与桂林溶洞混淆</w:t>
      </w:r>
    </w:p>
    <w:p>
      <w:pPr>
        <w:pStyle w:val="ListBullet"/>
      </w:pPr>
      <w:r>
        <w:t>三个小众景区（云峰屯堡、格凸河、花江大峡谷）的AI可见性几乎为零</w:t>
      </w:r>
    </w:p>
    <w:p>
      <w:pPr>
        <w:spacing w:line="360" w:lineRule="auto"/>
        <w:ind w:firstLine="420"/>
      </w:pPr>
      <w:r>
        <w:rPr>
          <w:rFonts w:ascii="宋体" w:hAnsi="宋体" w:eastAsia="宋体"/>
          <w:sz w:val="24"/>
        </w:rPr>
        <w:t>这份"体检报告"让安顺市文旅局清晰地看到了各景区的GEO短板和改进方向。三个月后，通过针对性的GEO优化，天龙屯堡的答案份额从62%提升到78%，龙宫从28%提升到52%。</w:t>
      </w:r>
    </w:p>
    <w:p>
      <w:pPr>
        <w:pStyle w:val="Heading2"/>
      </w:pPr>
      <w:r>
        <w:t>9.1 AI搜索可见性的评估维度</w:t>
      </w:r>
    </w:p>
    <w:p>
      <w:pPr>
        <w:pStyle w:val="Heading3"/>
      </w:pPr>
      <w:r>
        <w:t>9.1.1 答案份额</w:t>
      </w:r>
    </w:p>
    <w:p>
      <w:pPr>
        <w:spacing w:line="360" w:lineRule="auto"/>
        <w:ind w:firstLine="420"/>
      </w:pPr>
      <w:r>
        <w:rPr>
          <w:rFonts w:ascii="宋体" w:hAnsi="宋体" w:eastAsia="宋体"/>
          <w:sz w:val="24"/>
        </w:rPr>
        <w:t>答案份额（Answer Share）是衡量品牌在AI搜索中"存在感"的核心指标。定义为：在目标问题集中，品牌被AI提及的问题数占总问题数的比例。</w:t>
      </w:r>
    </w:p>
    <w:p>
      <w:pPr>
        <w:spacing w:line="360" w:lineRule="auto"/>
        <w:ind w:firstLine="420"/>
      </w:pPr>
      <w:r>
        <w:rPr>
          <w:rFonts w:ascii="宋体" w:hAnsi="宋体" w:eastAsia="宋体"/>
          <w:sz w:val="24"/>
        </w:rPr>
        <w:t>测量方法。 确定目标问题集（建议50-100个问题，覆盖不同场景和意图）；在多个AI平台上逐一测试；记录每个问题中品牌是否被提及（提及=1，未提及=0）；计算答案份额 = 被提及问题数 / 总问题数。</w:t>
      </w:r>
    </w:p>
    <w:p>
      <w:pPr>
        <w:spacing w:line="360" w:lineRule="auto"/>
        <w:ind w:firstLine="420"/>
      </w:pPr>
      <w:r>
        <w:rPr>
          <w:rFonts w:ascii="宋体" w:hAnsi="宋体" w:eastAsia="宋体"/>
          <w:sz w:val="24"/>
        </w:rPr>
        <w:t>分层分析。 答案份额应分层分析——整体答案份额（所有问题的平均表现）；场景分层（不同场景的答案份额，如"文化游""美食游""亲子游"）；意图分层（不同意图的答案份额，如"灵感型""对比型""知识型"）；平台分层（不同AI平台的答案份额）。</w:t>
      </w:r>
    </w:p>
    <w:p>
      <w:pPr>
        <w:pStyle w:val="Heading3"/>
      </w:pPr>
      <w:r>
        <w:t>9.1.2 推荐排名</w:t>
      </w:r>
    </w:p>
    <w:p>
      <w:pPr>
        <w:spacing w:line="360" w:lineRule="auto"/>
        <w:ind w:firstLine="420"/>
      </w:pPr>
      <w:r>
        <w:rPr>
          <w:rFonts w:ascii="宋体" w:hAnsi="宋体" w:eastAsia="宋体"/>
          <w:sz w:val="24"/>
        </w:rPr>
        <w:t>当AI给出多个推荐选项时，品牌在其中的排序即为推荐排名。</w:t>
      </w:r>
    </w:p>
    <w:p>
      <w:pPr>
        <w:spacing w:line="360" w:lineRule="auto"/>
        <w:ind w:firstLine="420"/>
      </w:pPr>
      <w:r>
        <w:rPr>
          <w:rFonts w:ascii="宋体" w:hAnsi="宋体" w:eastAsia="宋体"/>
          <w:sz w:val="24"/>
        </w:rPr>
        <w:t>测量方法。 对于每个AI返回推荐列表的问题，记录品牌的排名位置；计算平均推荐排名 = 所有问题中品牌排名的平均值。</w:t>
      </w:r>
    </w:p>
    <w:p>
      <w:pPr>
        <w:spacing w:line="360" w:lineRule="auto"/>
        <w:ind w:firstLine="420"/>
      </w:pPr>
      <w:r>
        <w:rPr>
          <w:rFonts w:ascii="宋体" w:hAnsi="宋体" w:eastAsia="宋体"/>
          <w:sz w:val="24"/>
        </w:rPr>
        <w:t>排名分布。 分析排名分布——前3名占比、前5名占比、未进入推荐列表的占比。</w:t>
      </w:r>
    </w:p>
    <w:p>
      <w:pPr>
        <w:pStyle w:val="Heading3"/>
      </w:pPr>
      <w:r>
        <w:t>9.1.3 语义质量</w:t>
      </w:r>
    </w:p>
    <w:p>
      <w:pPr>
        <w:spacing w:line="360" w:lineRule="auto"/>
        <w:ind w:firstLine="420"/>
      </w:pPr>
      <w:r>
        <w:rPr>
          <w:rFonts w:ascii="宋体" w:hAnsi="宋体" w:eastAsia="宋体"/>
          <w:sz w:val="24"/>
        </w:rPr>
        <w:t>语义质量评估AI对品牌描述的质量。评估维度：准确性——AI的描述是否准确无误；完整性——AI是否覆盖了品牌的核心特征；正面性——AI描述的语气是正面、中性还是负面；独特性——AI是否突出了品牌的差异化特征。</w:t>
      </w:r>
    </w:p>
    <w:p>
      <w:pPr>
        <w:spacing w:line="360" w:lineRule="auto"/>
        <w:ind w:firstLine="420"/>
      </w:pPr>
      <w:r>
        <w:rPr>
          <w:rFonts w:ascii="宋体" w:hAnsi="宋体" w:eastAsia="宋体"/>
          <w:sz w:val="24"/>
        </w:rPr>
        <w:t>测量方法。 对AI的描述进行人工评分（1-5分），统计各维度的平均分。</w:t>
      </w:r>
    </w:p>
    <w:p>
      <w:pPr>
        <w:pStyle w:val="Heading3"/>
      </w:pPr>
      <w:r>
        <w:t>9.1.4 引用来源质量</w:t>
      </w:r>
    </w:p>
    <w:p>
      <w:pPr>
        <w:spacing w:line="360" w:lineRule="auto"/>
        <w:ind w:firstLine="420"/>
      </w:pPr>
      <w:r>
        <w:rPr>
          <w:rFonts w:ascii="宋体" w:hAnsi="宋体" w:eastAsia="宋体"/>
          <w:sz w:val="24"/>
        </w:rPr>
        <w:t>评估AI在推荐品牌时引用的信息来源的质量。评估维度：来源权威性（学术文献&gt;权威媒体&gt;普通网站）；来源多样性（来源越多越好，单一来源是风险信号）；来源时效性（信息是否是最新的）。</w:t>
      </w:r>
    </w:p>
    <w:p>
      <w:pPr>
        <w:pStyle w:val="Heading2"/>
      </w:pPr>
      <w:r>
        <w:t>9.2 评估工具与方法</w:t>
      </w:r>
    </w:p>
    <w:p>
      <w:pPr>
        <w:pStyle w:val="Heading3"/>
      </w:pPr>
      <w:r>
        <w:t>9.2.1 人工评估法</w:t>
      </w:r>
    </w:p>
    <w:p>
      <w:pPr>
        <w:spacing w:line="360" w:lineRule="auto"/>
        <w:ind w:firstLine="420"/>
      </w:pPr>
      <w:r>
        <w:rPr>
          <w:rFonts w:ascii="宋体" w:hAnsi="宋体" w:eastAsia="宋体"/>
          <w:sz w:val="24"/>
        </w:rPr>
        <w:t>标准测试流程。</w:t>
      </w:r>
    </w:p>
    <w:p>
      <w:pPr>
        <w:pStyle w:val="ListBullet"/>
      </w:pPr>
      <w:r>
        <w:t>准备标准测试问题集（50-100个问题）</w:t>
      </w:r>
    </w:p>
    <w:p>
      <w:pPr>
        <w:pStyle w:val="ListBullet"/>
      </w:pPr>
      <w:r>
        <w:t>在目标AI平台上逐一提问</w:t>
      </w:r>
    </w:p>
    <w:p>
      <w:pPr>
        <w:pStyle w:val="ListBullet"/>
      </w:pPr>
      <w:r>
        <w:t>记录AI的完整回答</w:t>
      </w:r>
    </w:p>
    <w:p>
      <w:pPr>
        <w:pStyle w:val="ListBullet"/>
      </w:pPr>
      <w:r>
        <w:t>按照评估维度逐项打分</w:t>
      </w:r>
    </w:p>
    <w:p>
      <w:pPr>
        <w:pStyle w:val="ListBullet"/>
      </w:pPr>
      <w:r>
        <w:t>汇总分析</w:t>
      </w:r>
    </w:p>
    <w:p>
      <w:pPr>
        <w:spacing w:line="360" w:lineRule="auto"/>
        <w:ind w:firstLine="420"/>
      </w:pPr>
      <w:r>
        <w:rPr>
          <w:rFonts w:ascii="宋体" w:hAnsi="宋体" w:eastAsia="宋体"/>
          <w:sz w:val="24"/>
        </w:rPr>
        <w:t>评估频率建议。 首次评估建立基线；月度监测跟踪变化趋势；季度深度评估进行全面分析；重大GEO优化动作前后进行专项评估。</w:t>
      </w:r>
    </w:p>
    <w:p>
      <w:pPr>
        <w:pStyle w:val="Heading3"/>
      </w:pPr>
      <w:r>
        <w:t>9.2.2 自动化监测工具</w:t>
      </w:r>
    </w:p>
    <w:p>
      <w:pPr>
        <w:spacing w:line="360" w:lineRule="auto"/>
        <w:ind w:firstLine="420"/>
      </w:pPr>
      <w:r>
        <w:rPr>
          <w:rFonts w:ascii="宋体" w:hAnsi="宋体" w:eastAsia="宋体"/>
          <w:sz w:val="24"/>
        </w:rPr>
        <w:t>火山引擎GEO监测。 提供品牌AI搜索可见性的自动化监测服务，支持多平台、多指标的持续追踪。</w:t>
      </w:r>
    </w:p>
    <w:p>
      <w:pPr>
        <w:spacing w:line="360" w:lineRule="auto"/>
        <w:ind w:firstLine="420"/>
      </w:pPr>
      <w:r>
        <w:rPr>
          <w:rFonts w:ascii="宋体" w:hAnsi="宋体" w:eastAsia="宋体"/>
          <w:sz w:val="24"/>
        </w:rPr>
        <w:t>第三方GEO工具。 市场上出现了多个GEO监测工具（如神策数据、GrowingIO的GEO模块），可自动化采集和分析AI搜索数据。</w:t>
      </w:r>
    </w:p>
    <w:p>
      <w:pPr>
        <w:spacing w:line="360" w:lineRule="auto"/>
        <w:ind w:firstLine="420"/>
      </w:pPr>
      <w:r>
        <w:rPr>
          <w:rFonts w:ascii="宋体" w:hAnsi="宋体" w:eastAsia="宋体"/>
          <w:sz w:val="24"/>
        </w:rPr>
        <w:t>自建监测系统。 对于大型文旅集团，可自建GEO监测系统——通过API调用AI平台，自动化执行测试问题集，记录和分析结果。</w:t>
      </w:r>
    </w:p>
    <w:p>
      <w:pPr>
        <w:pStyle w:val="Heading3"/>
      </w:pPr>
      <w:r>
        <w:t>9.2.3 竞品GEO对标分析</w:t>
      </w:r>
    </w:p>
    <w:p>
      <w:pPr>
        <w:spacing w:line="360" w:lineRule="auto"/>
        <w:ind w:firstLine="420"/>
      </w:pPr>
      <w:r>
        <w:rPr>
          <w:rFonts w:ascii="宋体" w:hAnsi="宋体" w:eastAsia="宋体"/>
          <w:sz w:val="24"/>
        </w:rPr>
        <w:t>竞品选择。 直接竞品（同品类、同区域）；间接竞品（不同品类但争夺同一场景）；标杆品牌（行业GEO表现最好的品牌，作为对标学习对象）。</w:t>
      </w:r>
    </w:p>
    <w:p>
      <w:pPr>
        <w:spacing w:line="360" w:lineRule="auto"/>
        <w:ind w:firstLine="420"/>
      </w:pPr>
      <w:r>
        <w:rPr>
          <w:rFonts w:ascii="宋体" w:hAnsi="宋体" w:eastAsia="宋体"/>
          <w:sz w:val="24"/>
        </w:rPr>
        <w:t>对标分析内容。 竞品的答案份额和推荐排名；竞品的语义覆盖优势和盲区；竞品的可信度信号来源；竞品的内容策略和更新频率。</w:t>
      </w:r>
    </w:p>
    <w:p>
      <w:pPr>
        <w:spacing w:line="360" w:lineRule="auto"/>
        <w:ind w:firstLine="420"/>
      </w:pPr>
      <w:r>
        <w:rPr>
          <w:rFonts w:ascii="宋体" w:hAnsi="宋体" w:eastAsia="宋体"/>
          <w:sz w:val="24"/>
        </w:rPr>
        <w:t>对标分析产出。 GEO差距分析报告——与竞品在各维度上的差距；GEO机会识别——竞品覆盖薄弱的语义维度，可能成为突破口；GEO策略借鉴——竞品的成功做法，可学习借鉴。</w:t>
      </w:r>
    </w:p>
    <w:p>
      <w:pPr>
        <w:pStyle w:val="Heading2"/>
      </w:pPr>
      <w:r>
        <w:t>9.3 GEO成熟度模型</w:t>
      </w:r>
    </w:p>
    <w:p>
      <w:pPr>
        <w:pStyle w:val="Heading3"/>
      </w:pPr>
      <w:r>
        <w:t>9.3.1 成熟度五级模型</w:t>
      </w:r>
    </w:p>
    <w:p>
      <w:pPr>
        <w:spacing w:line="360" w:lineRule="auto"/>
        <w:ind w:firstLine="420"/>
      </w:pPr>
      <w:r>
        <w:rPr>
          <w:rFonts w:ascii="宋体" w:hAnsi="宋体" w:eastAsia="宋体"/>
          <w:sz w:val="24"/>
        </w:rPr>
        <w:t>Level 1：无意识。 品牌不知道GEO的存在，没有进行任何GEO相关工作。AI搜索中的表现完全随机。</w:t>
      </w:r>
    </w:p>
    <w:p>
      <w:pPr>
        <w:spacing w:line="360" w:lineRule="auto"/>
        <w:ind w:firstLine="420"/>
      </w:pPr>
      <w:r>
        <w:rPr>
          <w:rFonts w:ascii="宋体" w:hAnsi="宋体" w:eastAsia="宋体"/>
          <w:sz w:val="24"/>
        </w:rPr>
        <w:t>Level 2：初步认知。 品牌知道GEO，但尚未系统化实施。可能做了一些零散的工作（如完善了百度百科词条）。</w:t>
      </w:r>
    </w:p>
    <w:p>
      <w:pPr>
        <w:spacing w:line="360" w:lineRule="auto"/>
        <w:ind w:firstLine="420"/>
      </w:pPr>
      <w:r>
        <w:rPr>
          <w:rFonts w:ascii="宋体" w:hAnsi="宋体" w:eastAsia="宋体"/>
          <w:sz w:val="24"/>
        </w:rPr>
        <w:t>Level 3：系统建设。 品牌建立了GEO工作体系——有专人负责、有内容规划、有定期评估。三大支柱的基础建设已经完成。</w:t>
      </w:r>
    </w:p>
    <w:p>
      <w:pPr>
        <w:spacing w:line="360" w:lineRule="auto"/>
        <w:ind w:firstLine="420"/>
      </w:pPr>
      <w:r>
        <w:rPr>
          <w:rFonts w:ascii="宋体" w:hAnsi="宋体" w:eastAsia="宋体"/>
          <w:sz w:val="24"/>
        </w:rPr>
        <w:t>Level 4：数据驱动。 品牌基于数据进行GEO决策——有持续的AI可见性监测、有竞品对标分析、有基于数据的优化迭代。</w:t>
      </w:r>
    </w:p>
    <w:p>
      <w:pPr>
        <w:spacing w:line="360" w:lineRule="auto"/>
        <w:ind w:firstLine="420"/>
      </w:pPr>
      <w:r>
        <w:rPr>
          <w:rFonts w:ascii="宋体" w:hAnsi="宋体" w:eastAsia="宋体"/>
          <w:sz w:val="24"/>
        </w:rPr>
        <w:t>Level 5：AI原生。 GEO融入品牌的核心运营体系——内容生产、产品设计、客户服务都以"AI友好"为原则。品牌在AI搜索中建立了稳固的竞争优势。</w:t>
      </w:r>
    </w:p>
    <w:p>
      <w:pPr>
        <w:pStyle w:val="Heading3"/>
      </w:pPr>
      <w:r>
        <w:t>9.3.2 成熟度评估</w:t>
      </w:r>
    </w:p>
    <w:p>
      <w:pPr>
        <w:spacing w:line="360" w:lineRule="auto"/>
        <w:ind w:firstLine="420"/>
      </w:pPr>
      <w:r>
        <w:rPr>
          <w:rFonts w:ascii="宋体" w:hAnsi="宋体" w:eastAsia="宋体"/>
          <w:sz w:val="24"/>
        </w:rPr>
        <w:t>品牌可以对照成熟度模型进行自评：评估当前所处的成熟度级别；识别向上一级跃迁所需的条件和资源；制定成熟度提升路线图。</w:t>
      </w:r>
    </w:p>
    <w:p>
      <w:pPr>
        <w:pStyle w:val="Heading3"/>
      </w:pPr>
      <w:r>
        <w:t>9.3.3 文旅品牌的典型成熟度分布</w:t>
      </w:r>
    </w:p>
    <w:p>
      <w:pPr>
        <w:spacing w:line="360" w:lineRule="auto"/>
        <w:ind w:firstLine="420"/>
      </w:pPr>
      <w:r>
        <w:rPr>
          <w:rFonts w:ascii="宋体" w:hAnsi="宋体" w:eastAsia="宋体"/>
          <w:sz w:val="24"/>
        </w:rPr>
        <w:t>2026年的行业调研显示：约60%的文旅品牌处于Level 1-2（无意识到初步认知）；约30%处于Level 3（系统建设）；约8%处于Level 4（数据驱动）；约2%处于Level 5（AI原生）。</w:t>
      </w:r>
    </w:p>
    <w:p>
      <w:pPr>
        <w:pStyle w:val="Heading2"/>
      </w:pPr>
      <w:r>
        <w:t>9.4 基于评估的优化决策</w:t>
      </w:r>
    </w:p>
    <w:p>
      <w:pPr>
        <w:pStyle w:val="Heading3"/>
      </w:pPr>
      <w:r>
        <w:t>9.4.1 优先级矩阵</w:t>
      </w:r>
    </w:p>
    <w:p>
      <w:pPr>
        <w:spacing w:line="360" w:lineRule="auto"/>
        <w:ind w:firstLine="420"/>
      </w:pPr>
      <w:r>
        <w:rPr>
          <w:rFonts w:ascii="宋体" w:hAnsi="宋体" w:eastAsia="宋体"/>
          <w:sz w:val="24"/>
        </w:rPr>
        <w:t>基于评估结果，使用"影响-难度"矩阵确定优化优先级：高影响、低难度→立即执行；高影响、高难度→重点规划；低影响、低难度→择机执行；低影响、高难度→暂缓。</w:t>
      </w:r>
    </w:p>
    <w:p>
      <w:pPr>
        <w:pStyle w:val="Heading3"/>
      </w:pPr>
      <w:r>
        <w:t>9.4.2 优化路线图</w:t>
      </w:r>
    </w:p>
    <w:p>
      <w:pPr>
        <w:spacing w:line="360" w:lineRule="auto"/>
        <w:ind w:firstLine="420"/>
      </w:pPr>
      <w:r>
        <w:rPr>
          <w:rFonts w:ascii="宋体" w:hAnsi="宋体" w:eastAsia="宋体"/>
          <w:sz w:val="24"/>
        </w:rPr>
        <w:t>制定3-6个月的GEO优化路线图：第1个月——修复基础问题（信息不一致、缺失的基本信息）；第2-3个月——补齐语义覆盖短板；第4-6个月——深化可信度建设，建立持续监测机制。</w:t>
      </w:r>
    </w:p>
    <w:p>
      <w:pPr>
        <w:pStyle w:val="Heading3"/>
      </w:pPr>
      <w:r>
        <w:t>9.4.3 ROI评估</w:t>
      </w:r>
    </w:p>
    <w:p>
      <w:pPr>
        <w:spacing w:line="360" w:lineRule="auto"/>
        <w:ind w:firstLine="420"/>
      </w:pPr>
      <w:r>
        <w:rPr>
          <w:rFonts w:ascii="宋体" w:hAnsi="宋体" w:eastAsia="宋体"/>
          <w:sz w:val="24"/>
        </w:rPr>
        <w:t>GEO的ROI评估框架：投入——人力成本（内容团队、技术开发）、工具成本（监测工具、Schema标记工具）、时间成本；产出——AI搜索带来的新增流量和订单、品牌在AI搜索中的可见性提升、竞品差距的缩小。</w:t>
      </w:r>
    </w:p>
    <w:p>
      <w:pPr>
        <w:pStyle w:val="Heading2"/>
      </w:pPr>
      <w:r>
        <w:t>本章小结</w:t>
      </w:r>
    </w:p>
    <w:p>
      <w:pPr>
        <w:spacing w:line="360" w:lineRule="auto"/>
        <w:ind w:firstLine="420"/>
      </w:pPr>
      <w:r>
        <w:rPr>
          <w:rFonts w:ascii="宋体" w:hAnsi="宋体" w:eastAsia="宋体"/>
          <w:sz w:val="24"/>
        </w:rPr>
        <w:t>AI搜索可见性评估是GEO优化的起点和持续驱动力。核心评估指标包括答案份额、推荐排名、语义质量和引用来源质量。评估方法有人工评估、自动化监测和竞品对标三种。GEO成熟度五级模型帮助品牌定位当前阶段和未来方向。基于评估结果，使用优先级矩阵制定优化路线图，持续迭代提升GEO表现。</w:t>
      </w:r>
    </w:p>
    <w:p>
      <w:pPr>
        <w:pStyle w:val="Heading2"/>
      </w:pPr>
      <w:r>
        <w:t>思考与练习</w:t>
      </w:r>
    </w:p>
    <w:p>
      <w:pPr>
        <w:pStyle w:val="ListBullet"/>
      </w:pPr>
      <w:r>
        <w:t>为安顺天龙屯堡设计一套标准AI搜索可见性测试问题集（30个问题）。</w:t>
      </w:r>
    </w:p>
    <w:p>
      <w:pPr>
        <w:pStyle w:val="ListBullet"/>
      </w:pPr>
      <w:r>
        <w:t>在三个AI平台上测试一个文旅品牌的可见性，撰写评估报告。</w:t>
      </w:r>
    </w:p>
    <w:p>
      <w:pPr>
        <w:pStyle w:val="ListBullet"/>
      </w:pPr>
      <w:r>
        <w:t>选择一个安顺文旅品牌，评估其GEO成熟度级别。</w:t>
      </w:r>
    </w:p>
    <w:p>
      <w:pPr>
        <w:pStyle w:val="ListBullet"/>
      </w:pPr>
      <w:r>
        <w:t>进行竞品GEO对标分析——选择两个同品类文旅品牌，对比其AI搜索表现。</w:t>
      </w:r>
    </w:p>
    <w:p>
      <w:pPr>
        <w:pStyle w:val="ListBullet"/>
      </w:pPr>
      <w:r>
        <w:t>为评估中发现的问题制定一份3个月GEO优化路线图。</w:t>
      </w:r>
    </w:p>
    <w:p>
      <w:pPr>
        <w:pStyle w:val="Heading2"/>
      </w:pPr>
      <w:r>
        <w:t>知识卡片：AI搜索可见性评估核心指标</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指标</w:t>
            </w:r>
          </w:p>
        </w:tc>
        <w:tc>
          <w:tcPr>
            <w:tcW w:type="dxa" w:w="2075"/>
          </w:tcPr>
          <w:p>
            <w:r>
              <w:rPr>
                <w:b/>
                <w:sz w:val="20"/>
              </w:rPr>
              <w:t>定义</w:t>
            </w:r>
          </w:p>
        </w:tc>
        <w:tc>
          <w:tcPr>
            <w:tcW w:type="dxa" w:w="2075"/>
          </w:tcPr>
          <w:p>
            <w:r>
              <w:rPr>
                <w:b/>
                <w:sz w:val="20"/>
              </w:rPr>
              <w:t>测量方法</w:t>
            </w:r>
          </w:p>
        </w:tc>
        <w:tc>
          <w:tcPr>
            <w:tcW w:type="dxa" w:w="2075"/>
          </w:tcPr>
          <w:p>
            <w:r>
              <w:rPr>
                <w:b/>
                <w:sz w:val="20"/>
              </w:rPr>
              <w:t>目标值</w:t>
            </w:r>
          </w:p>
        </w:tc>
      </w:tr>
      <w:tr>
        <w:tc>
          <w:tcPr>
            <w:tcW w:type="dxa" w:w="2075"/>
          </w:tcPr>
          <w:p>
            <w:r>
              <w:t>答案份额</w:t>
            </w:r>
          </w:p>
        </w:tc>
        <w:tc>
          <w:tcPr>
            <w:tcW w:type="dxa" w:w="2075"/>
          </w:tcPr>
          <w:p>
            <w:r>
              <w:t>品牌在目标问题中被提及的比例</w:t>
            </w:r>
          </w:p>
        </w:tc>
        <w:tc>
          <w:tcPr>
            <w:tcW w:type="dxa" w:w="2075"/>
          </w:tcPr>
          <w:p>
            <w:r>
              <w:t>人工测试/自动化</w:t>
            </w:r>
          </w:p>
        </w:tc>
        <w:tc>
          <w:tcPr>
            <w:tcW w:type="dxa" w:w="2075"/>
          </w:tcPr>
          <w:p>
            <w:r>
              <w:t>&gt;70%</w:t>
            </w:r>
          </w:p>
        </w:tc>
      </w:tr>
      <w:tr>
        <w:tc>
          <w:tcPr>
            <w:tcW w:type="dxa" w:w="2075"/>
          </w:tcPr>
          <w:p>
            <w:r>
              <w:t>推荐排名</w:t>
            </w:r>
          </w:p>
        </w:tc>
        <w:tc>
          <w:tcPr>
            <w:tcW w:type="dxa" w:w="2075"/>
          </w:tcPr>
          <w:p>
            <w:r>
              <w:t>品牌在AI推荐列表中的位置</w:t>
            </w:r>
          </w:p>
        </w:tc>
        <w:tc>
          <w:tcPr>
            <w:tcW w:type="dxa" w:w="2075"/>
          </w:tcPr>
          <w:p>
            <w:r>
              <w:t>人工测试/自动化</w:t>
            </w:r>
          </w:p>
        </w:tc>
        <w:tc>
          <w:tcPr>
            <w:tcW w:type="dxa" w:w="2075"/>
          </w:tcPr>
          <w:p>
            <w:r>
              <w:t>前3名</w:t>
            </w:r>
          </w:p>
        </w:tc>
      </w:tr>
      <w:tr>
        <w:tc>
          <w:tcPr>
            <w:tcW w:type="dxa" w:w="2075"/>
          </w:tcPr>
          <w:p>
            <w:r>
              <w:t>语义质量</w:t>
            </w:r>
          </w:p>
        </w:tc>
        <w:tc>
          <w:tcPr>
            <w:tcW w:type="dxa" w:w="2075"/>
          </w:tcPr>
          <w:p>
            <w:r>
              <w:t>AI描述的准确性、完整性、正面性</w:t>
            </w:r>
          </w:p>
        </w:tc>
        <w:tc>
          <w:tcPr>
            <w:tcW w:type="dxa" w:w="2075"/>
          </w:tcPr>
          <w:p>
            <w:r>
              <w:t>人工评分</w:t>
            </w:r>
          </w:p>
        </w:tc>
        <w:tc>
          <w:tcPr>
            <w:tcW w:type="dxa" w:w="2075"/>
          </w:tcPr>
          <w:p>
            <w:r>
              <w:t>&gt;4分（5分制）</w:t>
            </w:r>
          </w:p>
        </w:tc>
      </w:tr>
      <w:tr>
        <w:tc>
          <w:tcPr>
            <w:tcW w:type="dxa" w:w="2075"/>
          </w:tcPr>
          <w:p>
            <w:r>
              <w:t>来源质量</w:t>
            </w:r>
          </w:p>
        </w:tc>
        <w:tc>
          <w:tcPr>
            <w:tcW w:type="dxa" w:w="2075"/>
          </w:tcPr>
          <w:p>
            <w:r>
              <w:t>AI引用来源的权威性和多样性</w:t>
            </w:r>
          </w:p>
        </w:tc>
        <w:tc>
          <w:tcPr>
            <w:tcW w:type="dxa" w:w="2075"/>
          </w:tcPr>
          <w:p>
            <w:r>
              <w:t>人工评估</w:t>
            </w:r>
          </w:p>
        </w:tc>
        <w:tc>
          <w:tcPr>
            <w:tcW w:type="dxa" w:w="2075"/>
          </w:tcPr>
          <w:p>
            <w:r>
              <w:t>3个以上权威来源</w:t>
            </w:r>
          </w:p>
        </w:tc>
      </w:tr>
    </w:tbl>
    <w:p/>
    <w:p>
      <w:pPr>
        <w:pStyle w:val="Heading2"/>
      </w:pPr>
      <w:r>
        <w:t>参考文献</w:t>
      </w:r>
    </w:p>
    <w:p>
      <w:pPr>
        <w:spacing w:line="360" w:lineRule="auto"/>
        <w:ind w:firstLine="420"/>
      </w:pPr>
      <w:r>
        <w:rPr>
          <w:rFonts w:ascii="宋体" w:hAnsi="宋体" w:eastAsia="宋体"/>
          <w:sz w:val="24"/>
        </w:rPr>
        <w:t>[25] Carvalho I, Ivanov S. ChatGPT for tourism[J]. Tourism Review, 2023, 79(2): 355-370.</w:t>
      </w:r>
    </w:p>
    <w:p>
      <w:pPr>
        <w:spacing w:line="360" w:lineRule="auto"/>
        <w:ind w:firstLine="420"/>
      </w:pPr>
      <w:r>
        <w:rPr>
          <w:rFonts w:ascii="宋体" w:hAnsi="宋体" w:eastAsia="宋体"/>
          <w:sz w:val="24"/>
        </w:rPr>
        <w:t>[26] Huang M H, Rust R. Strategic framework for AI in marketing[J]. JAMS, 2020, 49(1): 30-50.</w:t>
      </w:r>
    </w:p>
    <w:p>
      <w:pPr>
        <w:spacing w:line="360" w:lineRule="auto"/>
        <w:ind w:firstLine="420"/>
      </w:pPr>
      <w:r>
        <w:rPr>
          <w:rFonts w:ascii="宋体" w:hAnsi="宋体" w:eastAsia="宋体"/>
          <w:sz w:val="24"/>
        </w:rPr>
        <w:t>[27] Zhang F, et al. GEO: VLM and agent framework</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arXiv:2602.02961, 2026.</w:t>
      </w:r>
    </w:p>
    <w:p>
      <w:r>
        <w:br w:type="page"/>
      </w:r>
    </w:p>
    <w:p>
      <w:pPr>
        <w:pStyle w:val="Heading1"/>
      </w:pPr>
      <w:r>
        <w:t>第10章 文旅GEO内容工厂：规模化内容生产</w:t>
      </w:r>
    </w:p>
    <w:p>
      <w:pPr>
        <w:pStyle w:val="Heading2"/>
      </w:pPr>
      <w:r>
        <w:t>学习目标</w:t>
      </w:r>
    </w:p>
    <w:p>
      <w:pPr>
        <w:pStyle w:val="ListBullet"/>
      </w:pPr>
      <w:r>
        <w:t>理解规模化内容生产在GEO中的必要性</w:t>
      </w:r>
    </w:p>
    <w:p>
      <w:pPr>
        <w:pStyle w:val="ListBullet"/>
      </w:pPr>
      <w:r>
        <w:t>掌握GEO内容工厂的架构与运作模式</w:t>
      </w:r>
    </w:p>
    <w:p>
      <w:pPr>
        <w:pStyle w:val="ListBullet"/>
      </w:pPr>
      <w:r>
        <w:t>了解AI辅助内容生产的工具与方法</w:t>
      </w:r>
    </w:p>
    <w:p>
      <w:pPr>
        <w:pStyle w:val="ListBullet"/>
      </w:pPr>
      <w:r>
        <w:t>学会设计内容生产的质量控制体系</w:t>
      </w:r>
    </w:p>
    <w:p>
      <w:pPr>
        <w:pStyle w:val="ListBullet"/>
      </w:pPr>
      <w:r>
        <w:t>能够为文旅品牌规划内容工厂的实施方案</w:t>
      </w:r>
    </w:p>
    <w:p>
      <w:pPr>
        <w:pStyle w:val="Heading2"/>
      </w:pPr>
      <w:r>
        <w:t>导入案例：一个人如何管理50个景区的内容？</w:t>
      </w:r>
    </w:p>
    <w:p>
      <w:pPr>
        <w:spacing w:line="360" w:lineRule="auto"/>
        <w:ind w:firstLine="420"/>
      </w:pPr>
      <w:r>
        <w:rPr>
          <w:rFonts w:ascii="宋体" w:hAnsi="宋体" w:eastAsia="宋体"/>
          <w:sz w:val="24"/>
        </w:rPr>
        <w:t>2025年，某省级文旅集团的数字营销总监面临一个难题：集团旗下有50多个景区和文旅项目，每个都需要GEO优化。传统的内容生产模式——每个景区配一个文案——成本太高。如果只做重点景区，长尾景区的AI可见性就会持续为零。</w:t>
      </w:r>
    </w:p>
    <w:p>
      <w:pPr>
        <w:spacing w:line="360" w:lineRule="auto"/>
        <w:ind w:firstLine="420"/>
      </w:pPr>
      <w:r>
        <w:rPr>
          <w:rFonts w:ascii="宋体" w:hAnsi="宋体" w:eastAsia="宋体"/>
          <w:sz w:val="24"/>
        </w:rPr>
        <w:t>2026年，这位总监引入了"GEO内容工厂"模式：建立标准化的内容模板（每个景区一套模板，包含基本信息、场景攻略、FAQ、文化故事）；使用AI写作工具批量生成初稿；人工审核和润色确保质量和品牌一致性；技术工具自动完成Schema标记和多平台分发。</w:t>
      </w:r>
    </w:p>
    <w:p>
      <w:pPr>
        <w:spacing w:line="360" w:lineRule="auto"/>
        <w:ind w:firstLine="420"/>
      </w:pPr>
      <w:r>
        <w:rPr>
          <w:rFonts w:ascii="宋体" w:hAnsi="宋体" w:eastAsia="宋体"/>
          <w:sz w:val="24"/>
        </w:rPr>
        <w:t>结果：50个景区的内容建设从"不可能完成的任务"变成了"三个月搞定"。整体AI可见性从12%提升到45%，人均内容产出效率提升了8倍。</w:t>
      </w:r>
    </w:p>
    <w:p>
      <w:pPr>
        <w:pStyle w:val="Heading2"/>
      </w:pPr>
      <w:r>
        <w:t>10.1 GEO内容工厂的概念与架构</w:t>
      </w:r>
    </w:p>
    <w:p>
      <w:pPr>
        <w:pStyle w:val="Heading3"/>
      </w:pPr>
      <w:r>
        <w:t>10.1.1 为什么需要内容工厂</w:t>
      </w:r>
    </w:p>
    <w:p>
      <w:pPr>
        <w:spacing w:line="360" w:lineRule="auto"/>
        <w:ind w:firstLine="420"/>
      </w:pPr>
      <w:r>
        <w:rPr>
          <w:rFonts w:ascii="宋体" w:hAnsi="宋体" w:eastAsia="宋体"/>
          <w:sz w:val="24"/>
        </w:rPr>
        <w:t>GEO对内容的需求量远超传统营销——一个景区可能需要100+篇不同维度的内容才能实现充分的语义覆盖。传统的手工内容生产模式无法满足GEO的规模化需求。内容工厂的核心价值在于：标准化——确保所有内容符合GEO质量标准；规模化——以工业化方式生产内容，降低成本；持续化——建立持续的内容更新和优化机制。</w:t>
      </w:r>
    </w:p>
    <w:p>
      <w:pPr>
        <w:pStyle w:val="Heading3"/>
      </w:pPr>
      <w:r>
        <w:t>10.1.2 内容工厂的架构</w:t>
      </w:r>
    </w:p>
    <w:p>
      <w:pPr>
        <w:spacing w:line="360" w:lineRule="auto"/>
        <w:ind w:firstLine="420"/>
      </w:pPr>
      <w:r>
        <w:rPr>
          <w:rFonts w:ascii="宋体" w:hAnsi="宋体" w:eastAsia="宋体"/>
          <w:sz w:val="24"/>
        </w:rPr>
        <w:t>内容策略层。 制定内容战略和规划——确定内容矩阵、制定质量标准、规划生产节奏。角色：内容策略师、GEO分析师。</w:t>
      </w:r>
    </w:p>
    <w:p>
      <w:pPr>
        <w:spacing w:line="360" w:lineRule="auto"/>
        <w:ind w:firstLine="420"/>
      </w:pPr>
      <w:r>
        <w:rPr>
          <w:rFonts w:ascii="宋体" w:hAnsi="宋体" w:eastAsia="宋体"/>
          <w:sz w:val="24"/>
        </w:rPr>
        <w:t>内容生产层。 执行内容创作——撰写文案、制作多媒体、实施结构化标记。角色：内容创作者、设计师、技术工程师。</w:t>
      </w:r>
    </w:p>
    <w:p>
      <w:pPr>
        <w:spacing w:line="360" w:lineRule="auto"/>
        <w:ind w:firstLine="420"/>
      </w:pPr>
      <w:r>
        <w:rPr>
          <w:rFonts w:ascii="宋体" w:hAnsi="宋体" w:eastAsia="宋体"/>
          <w:sz w:val="24"/>
        </w:rPr>
        <w:t>内容管理层。 管理内容资产——存储、分类、版本控制、多平台分发。角色：内容管理员、技术工程师。</w:t>
      </w:r>
    </w:p>
    <w:p>
      <w:pPr>
        <w:spacing w:line="360" w:lineRule="auto"/>
        <w:ind w:firstLine="420"/>
      </w:pPr>
      <w:r>
        <w:rPr>
          <w:rFonts w:ascii="宋体" w:hAnsi="宋体" w:eastAsia="宋体"/>
          <w:sz w:val="24"/>
        </w:rPr>
        <w:t>内容评估层。 评估内容效果——监测AI可见性、分析内容表现、提供优化建议。角色：数据分析师。</w:t>
      </w:r>
    </w:p>
    <w:p>
      <w:pPr>
        <w:pStyle w:val="Heading3"/>
      </w:pPr>
      <w:r>
        <w:t>10.1.3 内容工厂的运作流程</w:t>
      </w:r>
    </w:p>
    <w:p>
      <w:pPr>
        <w:spacing w:line="360" w:lineRule="auto"/>
        <w:ind w:firstLine="420"/>
      </w:pPr>
      <w:r>
        <w:rPr>
          <w:rFonts w:ascii="宋体" w:hAnsi="宋体" w:eastAsia="宋体"/>
          <w:sz w:val="24"/>
        </w:rPr>
        <w:t>需求输入→内容策划→内容生产→质量审核→技术处理→多平台分发→效果评估→优化迭代。</w:t>
      </w:r>
    </w:p>
    <w:p>
      <w:pPr>
        <w:spacing w:line="360" w:lineRule="auto"/>
        <w:ind w:firstLine="420"/>
      </w:pPr>
      <w:r>
        <w:rPr>
          <w:rFonts w:ascii="宋体" w:hAnsi="宋体" w:eastAsia="宋体"/>
          <w:sz w:val="24"/>
        </w:rPr>
        <w:t>每个环节都有明确的标准、工具和产出物。整个流程以周为单位循环运转。</w:t>
      </w:r>
    </w:p>
    <w:p>
      <w:pPr>
        <w:pStyle w:val="Heading2"/>
      </w:pPr>
      <w:r>
        <w:t>10.2 内容模板与标准化</w:t>
      </w:r>
    </w:p>
    <w:p>
      <w:pPr>
        <w:pStyle w:val="Heading3"/>
      </w:pPr>
      <w:r>
        <w:t>10.2.1 内容模板的价值</w:t>
      </w:r>
    </w:p>
    <w:p>
      <w:pPr>
        <w:spacing w:line="360" w:lineRule="auto"/>
        <w:ind w:firstLine="420"/>
      </w:pPr>
      <w:r>
        <w:rPr>
          <w:rFonts w:ascii="宋体" w:hAnsi="宋体" w:eastAsia="宋体"/>
          <w:sz w:val="24"/>
        </w:rPr>
        <w:t>内容模板是GEO内容工厂的核心工具。好的模板确保：覆盖完整——所有必要的语义维度都不遗漏；结构规范——所有内容符合AI友好的格式要求；质量一致——不同人生产的内容质量保持一致；效率提升——创作者不需要从零开始设计结构。</w:t>
      </w:r>
    </w:p>
    <w:p>
      <w:pPr>
        <w:pStyle w:val="Heading3"/>
      </w:pPr>
      <w:r>
        <w:t>10.2.2 文旅GEO内容模板体系</w:t>
      </w:r>
    </w:p>
    <w:p>
      <w:pPr>
        <w:spacing w:line="360" w:lineRule="auto"/>
        <w:ind w:firstLine="420"/>
      </w:pPr>
      <w:r>
        <w:rPr>
          <w:rFonts w:ascii="宋体" w:hAnsi="宋体" w:eastAsia="宋体"/>
          <w:sz w:val="24"/>
        </w:rPr>
        <w:t>景区基础信息模板。 概览、历史背景、核心特色、游览信息、交通指南、周边配套。</w:t>
      </w:r>
    </w:p>
    <w:p>
      <w:pPr>
        <w:spacing w:line="360" w:lineRule="auto"/>
        <w:ind w:firstLine="420"/>
      </w:pPr>
      <w:r>
        <w:rPr>
          <w:rFonts w:ascii="宋体" w:hAnsi="宋体" w:eastAsia="宋体"/>
          <w:sz w:val="24"/>
        </w:rPr>
        <w:t>场景攻略模板。 适用人群、最佳季节、建议时长、推荐路线、注意事项、常见问题。</w:t>
      </w:r>
    </w:p>
    <w:p>
      <w:pPr>
        <w:spacing w:line="360" w:lineRule="auto"/>
        <w:ind w:firstLine="420"/>
      </w:pPr>
      <w:r>
        <w:rPr>
          <w:rFonts w:ascii="宋体" w:hAnsi="宋体" w:eastAsia="宋体"/>
          <w:sz w:val="24"/>
        </w:rPr>
        <w:t>FAQ模板。 标准问题列表（门票、交通、时间、餐饮、住宿、特色）、标准答案格式（直接回答+补充信息+温馨提示）。</w:t>
      </w:r>
    </w:p>
    <w:p>
      <w:pPr>
        <w:spacing w:line="360" w:lineRule="auto"/>
        <w:ind w:firstLine="420"/>
      </w:pPr>
      <w:r>
        <w:rPr>
          <w:rFonts w:ascii="宋体" w:hAnsi="宋体" w:eastAsia="宋体"/>
          <w:sz w:val="24"/>
        </w:rPr>
        <w:t>文化故事模板。 故事主题、历史背景、关键人物、文化意义、体验建议。</w:t>
      </w:r>
    </w:p>
    <w:p>
      <w:pPr>
        <w:spacing w:line="360" w:lineRule="auto"/>
        <w:ind w:firstLine="420"/>
      </w:pPr>
      <w:r>
        <w:rPr>
          <w:rFonts w:ascii="宋体" w:hAnsi="宋体" w:eastAsia="宋体"/>
          <w:sz w:val="24"/>
        </w:rPr>
        <w:t>对比分析模板。 对比维度（定位、特色、价格、体验）、对比表格、选择建议。</w:t>
      </w:r>
    </w:p>
    <w:p>
      <w:pPr>
        <w:pStyle w:val="Heading3"/>
      </w:pPr>
      <w:r>
        <w:t>10.2.3 模板的定制化</w:t>
      </w:r>
    </w:p>
    <w:p>
      <w:pPr>
        <w:spacing w:line="360" w:lineRule="auto"/>
        <w:ind w:firstLine="420"/>
      </w:pPr>
      <w:r>
        <w:rPr>
          <w:rFonts w:ascii="宋体" w:hAnsi="宋体" w:eastAsia="宋体"/>
          <w:sz w:val="24"/>
        </w:rPr>
        <w:t>模板不是"填空题"，而是"脚手架"——提供结构框架，内容仍需根据具体品牌进行定制化创作。关键定制点：品牌独特的价值主张（每个模板中的"差异化"段落）；品牌专属的故事和文化（模板中的"文化故事"模块）；品牌特定的数据和事实（模板中的所有事实数据）。</w:t>
      </w:r>
    </w:p>
    <w:p>
      <w:pPr>
        <w:pStyle w:val="Heading2"/>
      </w:pPr>
      <w:r>
        <w:t>10.3 AI辅助内容生产</w:t>
      </w:r>
    </w:p>
    <w:p>
      <w:pPr>
        <w:pStyle w:val="Heading3"/>
      </w:pPr>
      <w:r>
        <w:t>10.3.1 AI在内容生产中的角色</w:t>
      </w:r>
    </w:p>
    <w:p>
      <w:pPr>
        <w:spacing w:line="360" w:lineRule="auto"/>
        <w:ind w:firstLine="420"/>
      </w:pPr>
      <w:r>
        <w:rPr>
          <w:rFonts w:ascii="宋体" w:hAnsi="宋体" w:eastAsia="宋体"/>
          <w:sz w:val="24"/>
        </w:rPr>
        <w:t>AI不是替代人类创作者，而是"增强"人类创作者。在GEO内容工厂中，AI适合承担以下任务：初稿生成——基于模板和素材库快速生成内容初稿；内容优化——检查内容的完整性、可读性和SEO/GEO友好性；多版本生成——同一内容生成不同平台、不同风格的版本；元数据生成——自动生成Alt文本、Meta描述、标签。</w:t>
      </w:r>
    </w:p>
    <w:p>
      <w:pPr>
        <w:spacing w:line="360" w:lineRule="auto"/>
        <w:ind w:firstLine="420"/>
      </w:pPr>
      <w:r>
        <w:rPr>
          <w:rFonts w:ascii="宋体" w:hAnsi="宋体" w:eastAsia="宋体"/>
          <w:sz w:val="24"/>
        </w:rPr>
        <w:t>AI不适合承担的任务：品牌调性把控（需要人类对品牌的理解和感知）；情感表达和故事创作（需要人类的情感共鸣）；专业知识的准确性审核（需要领域专家的判断）；最终质量决策（需要人类的综合判断）。</w:t>
      </w:r>
    </w:p>
    <w:p>
      <w:pPr>
        <w:pStyle w:val="Heading3"/>
      </w:pPr>
      <w:r>
        <w:t>10.3.2 AI辅助工作流</w:t>
      </w:r>
    </w:p>
    <w:p>
      <w:pPr>
        <w:spacing w:line="360" w:lineRule="auto"/>
        <w:ind w:firstLine="420"/>
      </w:pPr>
      <w:r>
        <w:rPr>
          <w:rFonts w:ascii="宋体" w:hAnsi="宋体" w:eastAsia="宋体"/>
          <w:sz w:val="24"/>
        </w:rPr>
        <w:t>第一步：人类策略。 内容策略师确定内容主题、角度和关键信息点。</w:t>
      </w:r>
    </w:p>
    <w:p>
      <w:pPr>
        <w:spacing w:line="360" w:lineRule="auto"/>
        <w:ind w:firstLine="420"/>
      </w:pPr>
      <w:r>
        <w:rPr>
          <w:rFonts w:ascii="宋体" w:hAnsi="宋体" w:eastAsia="宋体"/>
          <w:sz w:val="24"/>
        </w:rPr>
        <w:t>第二步：AI初稿。 AI基于模板和素材库生成内容初稿。</w:t>
      </w:r>
    </w:p>
    <w:p>
      <w:pPr>
        <w:spacing w:line="360" w:lineRule="auto"/>
        <w:ind w:firstLine="420"/>
      </w:pPr>
      <w:r>
        <w:rPr>
          <w:rFonts w:ascii="宋体" w:hAnsi="宋体" w:eastAsia="宋体"/>
          <w:sz w:val="24"/>
        </w:rPr>
        <w:t>第三步：人类优化。 内容创作者审核、修改和润色AI生成的初稿。</w:t>
      </w:r>
    </w:p>
    <w:p>
      <w:pPr>
        <w:spacing w:line="360" w:lineRule="auto"/>
        <w:ind w:firstLine="420"/>
      </w:pPr>
      <w:r>
        <w:rPr>
          <w:rFonts w:ascii="宋体" w:hAnsi="宋体" w:eastAsia="宋体"/>
          <w:sz w:val="24"/>
        </w:rPr>
        <w:t>第四步：AI检查。 AI检查优化后内容的完整性、一致性和AI友好性。</w:t>
      </w:r>
    </w:p>
    <w:p>
      <w:pPr>
        <w:spacing w:line="360" w:lineRule="auto"/>
        <w:ind w:firstLine="420"/>
      </w:pPr>
      <w:r>
        <w:rPr>
          <w:rFonts w:ascii="宋体" w:hAnsi="宋体" w:eastAsia="宋体"/>
          <w:sz w:val="24"/>
        </w:rPr>
        <w:t>第五步：人类终审。 内容策略师进行最终审核和发布。</w:t>
      </w:r>
    </w:p>
    <w:p>
      <w:pPr>
        <w:pStyle w:val="Heading3"/>
      </w:pPr>
      <w:r>
        <w:t>10.3.3 常用AI工具</w:t>
      </w:r>
    </w:p>
    <w:p>
      <w:pPr>
        <w:spacing w:line="360" w:lineRule="auto"/>
        <w:ind w:firstLine="420"/>
      </w:pPr>
      <w:r>
        <w:rPr>
          <w:rFonts w:ascii="宋体" w:hAnsi="宋体" w:eastAsia="宋体"/>
          <w:sz w:val="24"/>
        </w:rPr>
        <w:t>文本生成。 ChatGPT、Claude、文心一言、通义千问——用于生成内容初稿和文案优化。</w:t>
      </w:r>
    </w:p>
    <w:p>
      <w:pPr>
        <w:spacing w:line="360" w:lineRule="auto"/>
        <w:ind w:firstLine="420"/>
      </w:pPr>
      <w:r>
        <w:rPr>
          <w:rFonts w:ascii="宋体" w:hAnsi="宋体" w:eastAsia="宋体"/>
          <w:sz w:val="24"/>
        </w:rPr>
        <w:t>图片生成。 Midjourney、Stable Diffusion、DALL-E——用于生成配图（需注意版权和使用规范）。</w:t>
      </w:r>
    </w:p>
    <w:p>
      <w:pPr>
        <w:spacing w:line="360" w:lineRule="auto"/>
        <w:ind w:firstLine="420"/>
      </w:pPr>
      <w:r>
        <w:rPr>
          <w:rFonts w:ascii="宋体" w:hAnsi="宋体" w:eastAsia="宋体"/>
          <w:sz w:val="24"/>
        </w:rPr>
        <w:t>内容管理。 Notion AI、飞书文档AI——用于内容组织和协作。</w:t>
      </w:r>
    </w:p>
    <w:p>
      <w:pPr>
        <w:spacing w:line="360" w:lineRule="auto"/>
        <w:ind w:firstLine="420"/>
      </w:pPr>
      <w:r>
        <w:rPr>
          <w:rFonts w:ascii="宋体" w:hAnsi="宋体" w:eastAsia="宋体"/>
          <w:sz w:val="24"/>
        </w:rPr>
        <w:t>SEO/GEO检查。 Surfer SEO、Clearscope的AI版本——用于内容优化检查。</w:t>
      </w:r>
    </w:p>
    <w:p>
      <w:pPr>
        <w:pStyle w:val="Heading2"/>
      </w:pPr>
      <w:r>
        <w:t>10.4 质量控制体系</w:t>
      </w:r>
    </w:p>
    <w:p>
      <w:pPr>
        <w:pStyle w:val="Heading3"/>
      </w:pPr>
      <w:r>
        <w:t>10.4.1 GEO内容质量标准</w:t>
      </w:r>
    </w:p>
    <w:p>
      <w:pPr>
        <w:spacing w:line="360" w:lineRule="auto"/>
        <w:ind w:firstLine="420"/>
      </w:pPr>
      <w:r>
        <w:rPr>
          <w:rFonts w:ascii="宋体" w:hAnsi="宋体" w:eastAsia="宋体"/>
          <w:sz w:val="24"/>
        </w:rPr>
        <w:t>准确性标准。 所有事实数据有可靠来源支撑；引用的信息可追溯到原始出处；不存在AI生成内容常见的"幻觉"（虚构事实）。</w:t>
      </w:r>
    </w:p>
    <w:p>
      <w:pPr>
        <w:spacing w:line="360" w:lineRule="auto"/>
        <w:ind w:firstLine="420"/>
      </w:pPr>
      <w:r>
        <w:rPr>
          <w:rFonts w:ascii="宋体" w:hAnsi="宋体" w:eastAsia="宋体"/>
          <w:sz w:val="24"/>
        </w:rPr>
        <w:t>完整性标准。 覆盖该内容类型应有的所有信息维度；核心问题得到完整回答；相关内容有清晰的内部链接。</w:t>
      </w:r>
    </w:p>
    <w:p>
      <w:pPr>
        <w:spacing w:line="360" w:lineRule="auto"/>
        <w:ind w:firstLine="420"/>
      </w:pPr>
      <w:r>
        <w:rPr>
          <w:rFonts w:ascii="宋体" w:hAnsi="宋体" w:eastAsia="宋体"/>
          <w:sz w:val="24"/>
        </w:rPr>
        <w:t>可读性标准。 语言流畅自然，符合品牌调性；结构清晰，层级分明；适合目标受众的阅读水平。</w:t>
      </w:r>
    </w:p>
    <w:p>
      <w:pPr>
        <w:spacing w:line="360" w:lineRule="auto"/>
        <w:ind w:firstLine="420"/>
      </w:pPr>
      <w:r>
        <w:rPr>
          <w:rFonts w:ascii="宋体" w:hAnsi="宋体" w:eastAsia="宋体"/>
          <w:sz w:val="24"/>
        </w:rPr>
        <w:t>AI友好性标准。 标题层级正确；段落语义完整；结构化数据标记正确；多模态内容有文字描述。</w:t>
      </w:r>
    </w:p>
    <w:p>
      <w:pPr>
        <w:pStyle w:val="Heading3"/>
      </w:pPr>
      <w:r>
        <w:t>10.4.2 质量审核流程</w:t>
      </w:r>
    </w:p>
    <w:p>
      <w:pPr>
        <w:spacing w:line="360" w:lineRule="auto"/>
        <w:ind w:firstLine="420"/>
      </w:pPr>
      <w:r>
        <w:rPr>
          <w:rFonts w:ascii="宋体" w:hAnsi="宋体" w:eastAsia="宋体"/>
          <w:sz w:val="24"/>
        </w:rPr>
        <w:t>自动化审核。 使用工具自动检查：拼写和语法错误、Schema标记的正确性、内容完整性（是否所有必要字段都已填充）。</w:t>
      </w:r>
    </w:p>
    <w:p>
      <w:pPr>
        <w:spacing w:line="360" w:lineRule="auto"/>
        <w:ind w:firstLine="420"/>
      </w:pPr>
      <w:r>
        <w:rPr>
          <w:rFonts w:ascii="宋体" w:hAnsi="宋体" w:eastAsia="宋体"/>
          <w:sz w:val="24"/>
        </w:rPr>
        <w:t>人工审核。 内容创作者自查→同行交叉审核→内容策略师终审。重点检查：事实准确性、品牌调性一致性、内容价值和可读性。</w:t>
      </w:r>
    </w:p>
    <w:p>
      <w:pPr>
        <w:spacing w:line="360" w:lineRule="auto"/>
        <w:ind w:firstLine="420"/>
      </w:pPr>
      <w:r>
        <w:rPr>
          <w:rFonts w:ascii="宋体" w:hAnsi="宋体" w:eastAsia="宋体"/>
          <w:sz w:val="24"/>
        </w:rPr>
        <w:t>AI审核。 使用AI作为"第二读者"——将内容输入AI，检查AI的理解是否与内容意图一致。</w:t>
      </w:r>
    </w:p>
    <w:p>
      <w:pPr>
        <w:pStyle w:val="Heading3"/>
      </w:pPr>
      <w:r>
        <w:t>10.4.3 效果反馈循环</w:t>
      </w:r>
    </w:p>
    <w:p>
      <w:pPr>
        <w:spacing w:line="360" w:lineRule="auto"/>
        <w:ind w:firstLine="420"/>
      </w:pPr>
      <w:r>
        <w:rPr>
          <w:rFonts w:ascii="宋体" w:hAnsi="宋体" w:eastAsia="宋体"/>
          <w:sz w:val="24"/>
        </w:rPr>
        <w:t>内容发布后，通过AI可见性监测收集效果数据：该内容是否被AI引用？该内容是否提升了相关问题的答案份额？该内容是否改善了AI对品牌的描述质量？</w:t>
      </w:r>
    </w:p>
    <w:p>
      <w:pPr>
        <w:spacing w:line="360" w:lineRule="auto"/>
        <w:ind w:firstLine="420"/>
      </w:pPr>
      <w:r>
        <w:rPr>
          <w:rFonts w:ascii="宋体" w:hAnsi="宋体" w:eastAsia="宋体"/>
          <w:sz w:val="24"/>
        </w:rPr>
        <w:t>基于效果数据，持续优化内容模板、生产流程和质量标准。</w:t>
      </w:r>
    </w:p>
    <w:p>
      <w:pPr>
        <w:pStyle w:val="Heading2"/>
      </w:pPr>
      <w:r>
        <w:t>10.5 内容工厂的实施路径</w:t>
      </w:r>
    </w:p>
    <w:p>
      <w:pPr>
        <w:pStyle w:val="Heading3"/>
      </w:pPr>
      <w:r>
        <w:t>10.5.1 小规模起步</w:t>
      </w:r>
    </w:p>
    <w:p>
      <w:pPr>
        <w:spacing w:line="360" w:lineRule="auto"/>
        <w:ind w:firstLine="420"/>
      </w:pPr>
      <w:r>
        <w:rPr>
          <w:rFonts w:ascii="宋体" w:hAnsi="宋体" w:eastAsia="宋体"/>
          <w:sz w:val="24"/>
        </w:rPr>
        <w:t>对于中小文旅品牌，可以从"微型内容工厂"起步：1-2名内容创作者；使用免费或低成本的AI工具；聚焦最核心的5-10篇内容；手动完成Schema标记和多平台分发。</w:t>
      </w:r>
    </w:p>
    <w:p>
      <w:pPr>
        <w:pStyle w:val="Heading3"/>
      </w:pPr>
      <w:r>
        <w:t>10.5.2 中规模扩展</w:t>
      </w:r>
    </w:p>
    <w:p>
      <w:pPr>
        <w:spacing w:line="360" w:lineRule="auto"/>
        <w:ind w:firstLine="420"/>
      </w:pPr>
      <w:r>
        <w:rPr>
          <w:rFonts w:ascii="宋体" w:hAnsi="宋体" w:eastAsia="宋体"/>
          <w:sz w:val="24"/>
        </w:rPr>
        <w:t>当GEO效果显现后，逐步扩展内容工厂：增加内容创作者（3-5人）；引入付费AI工具和自动化工具；将内容矩阵扩展至50-100篇；建立基本的数据监测体系。</w:t>
      </w:r>
    </w:p>
    <w:p>
      <w:pPr>
        <w:pStyle w:val="Heading3"/>
      </w:pPr>
      <w:r>
        <w:t>10.5.3 大规模运营</w:t>
      </w:r>
    </w:p>
    <w:p>
      <w:pPr>
        <w:spacing w:line="360" w:lineRule="auto"/>
        <w:ind w:firstLine="420"/>
      </w:pPr>
      <w:r>
        <w:rPr>
          <w:rFonts w:ascii="宋体" w:hAnsi="宋体" w:eastAsia="宋体"/>
          <w:sz w:val="24"/>
        </w:rPr>
        <w:t>对于文旅集团和目的地管理机构，建立完整的内容工厂：专业的内容团队（5-10人+）；完整的技术工具链；数百篇内容资产的持续运营；数据驱动的优化体系。</w:t>
      </w:r>
    </w:p>
    <w:p>
      <w:pPr>
        <w:pStyle w:val="Heading2"/>
      </w:pPr>
      <w:r>
        <w:t>本章小结</w:t>
      </w:r>
    </w:p>
    <w:p>
      <w:pPr>
        <w:spacing w:line="360" w:lineRule="auto"/>
        <w:ind w:firstLine="420"/>
      </w:pPr>
      <w:r>
        <w:rPr>
          <w:rFonts w:ascii="宋体" w:hAnsi="宋体" w:eastAsia="宋体"/>
          <w:sz w:val="24"/>
        </w:rPr>
        <w:t>GEO内容工厂是解决规模化内容生产问题的系统方案。核心架构包括内容策略、生产、管理和评估四个层次。内容模板是实现标准化和效率化的关键工具。AI辅助内容生产可以大幅提升效率，但人类创作者在品牌调性、情感表达和质量决策中仍然不可替代。质量控制体系确保规模化生产不牺牲内容质量。</w:t>
      </w:r>
    </w:p>
    <w:p>
      <w:pPr>
        <w:pStyle w:val="Heading2"/>
      </w:pPr>
      <w:r>
        <w:t>思考与练习</w:t>
      </w:r>
    </w:p>
    <w:p>
      <w:pPr>
        <w:pStyle w:val="ListBullet"/>
      </w:pPr>
      <w:r>
        <w:t>为安顺天龙屯堡设计一套GEO内容模板（至少包含3种类型）。</w:t>
      </w:r>
    </w:p>
    <w:p>
      <w:pPr>
        <w:pStyle w:val="ListBullet"/>
      </w:pPr>
      <w:r>
        <w:t>使用AI工具生成一篇文旅场景攻略，然后进行人工优化，对比两个版本。</w:t>
      </w:r>
    </w:p>
    <w:p>
      <w:pPr>
        <w:pStyle w:val="ListBullet"/>
      </w:pPr>
      <w:r>
        <w:t>设计一个文旅GEO内容质量审核的Checklist。</w:t>
      </w:r>
    </w:p>
    <w:p>
      <w:pPr>
        <w:pStyle w:val="ListBullet"/>
      </w:pPr>
      <w:r>
        <w:t>为一家安顺民宿规划"微型内容工厂"的实施方案。</w:t>
      </w:r>
    </w:p>
    <w:p>
      <w:pPr>
        <w:pStyle w:val="ListBullet"/>
      </w:pPr>
      <w:r>
        <w:t>讨论：AI辅助内容生产中，人类创作者的核心价值是什么？</w:t>
      </w:r>
    </w:p>
    <w:p>
      <w:pPr>
        <w:pStyle w:val="Heading2"/>
      </w:pPr>
      <w:r>
        <w:t>知识卡片：GEO内容工厂四层架构</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层级</w:t>
            </w:r>
          </w:p>
        </w:tc>
        <w:tc>
          <w:tcPr>
            <w:tcW w:type="dxa" w:w="2767"/>
          </w:tcPr>
          <w:p>
            <w:r>
              <w:rPr>
                <w:b/>
                <w:sz w:val="20"/>
              </w:rPr>
              <w:t>核心任务</w:t>
            </w:r>
          </w:p>
        </w:tc>
        <w:tc>
          <w:tcPr>
            <w:tcW w:type="dxa" w:w="2767"/>
          </w:tcPr>
          <w:p>
            <w:r>
              <w:rPr>
                <w:b/>
                <w:sz w:val="20"/>
              </w:rPr>
              <w:t>关键角色</w:t>
            </w:r>
          </w:p>
        </w:tc>
      </w:tr>
      <w:tr>
        <w:tc>
          <w:tcPr>
            <w:tcW w:type="dxa" w:w="2767"/>
          </w:tcPr>
          <w:p>
            <w:r>
              <w:t>策略层</w:t>
            </w:r>
          </w:p>
        </w:tc>
        <w:tc>
          <w:tcPr>
            <w:tcW w:type="dxa" w:w="2767"/>
          </w:tcPr>
          <w:p>
            <w:r>
              <w:t>制定战略、规划节奏</w:t>
            </w:r>
          </w:p>
        </w:tc>
        <w:tc>
          <w:tcPr>
            <w:tcW w:type="dxa" w:w="2767"/>
          </w:tcPr>
          <w:p>
            <w:r>
              <w:t>内容策略师、GEO分析师</w:t>
            </w:r>
          </w:p>
        </w:tc>
      </w:tr>
      <w:tr>
        <w:tc>
          <w:tcPr>
            <w:tcW w:type="dxa" w:w="2767"/>
          </w:tcPr>
          <w:p>
            <w:r>
              <w:t>生产层</w:t>
            </w:r>
          </w:p>
        </w:tc>
        <w:tc>
          <w:tcPr>
            <w:tcW w:type="dxa" w:w="2767"/>
          </w:tcPr>
          <w:p>
            <w:r>
              <w:t>内容创作、多媒体制作</w:t>
            </w:r>
          </w:p>
        </w:tc>
        <w:tc>
          <w:tcPr>
            <w:tcW w:type="dxa" w:w="2767"/>
          </w:tcPr>
          <w:p>
            <w:r>
              <w:t>创作者、设计师、工程师</w:t>
            </w:r>
          </w:p>
        </w:tc>
      </w:tr>
      <w:tr>
        <w:tc>
          <w:tcPr>
            <w:tcW w:type="dxa" w:w="2767"/>
          </w:tcPr>
          <w:p>
            <w:r>
              <w:t>管理层</w:t>
            </w:r>
          </w:p>
        </w:tc>
        <w:tc>
          <w:tcPr>
            <w:tcW w:type="dxa" w:w="2767"/>
          </w:tcPr>
          <w:p>
            <w:r>
              <w:t>资产存储、版本控制、分发</w:t>
            </w:r>
          </w:p>
        </w:tc>
        <w:tc>
          <w:tcPr>
            <w:tcW w:type="dxa" w:w="2767"/>
          </w:tcPr>
          <w:p>
            <w:r>
              <w:t>内容管理员</w:t>
            </w:r>
          </w:p>
        </w:tc>
      </w:tr>
      <w:tr>
        <w:tc>
          <w:tcPr>
            <w:tcW w:type="dxa" w:w="2767"/>
          </w:tcPr>
          <w:p>
            <w:r>
              <w:t>评估层</w:t>
            </w:r>
          </w:p>
        </w:tc>
        <w:tc>
          <w:tcPr>
            <w:tcW w:type="dxa" w:w="2767"/>
          </w:tcPr>
          <w:p>
            <w:r>
              <w:t>效果监测、数据分析、优化</w:t>
            </w:r>
          </w:p>
        </w:tc>
        <w:tc>
          <w:tcPr>
            <w:tcW w:type="dxa" w:w="2767"/>
          </w:tcPr>
          <w:p>
            <w:r>
              <w:t>数据分析师</w:t>
            </w:r>
          </w:p>
        </w:tc>
      </w:tr>
    </w:tbl>
    <w:p/>
    <w:p>
      <w:pPr>
        <w:pStyle w:val="Heading2"/>
      </w:pPr>
      <w:r>
        <w:t>参考文献</w:t>
      </w:r>
    </w:p>
    <w:p>
      <w:pPr>
        <w:spacing w:line="360" w:lineRule="auto"/>
        <w:ind w:firstLine="420"/>
      </w:pPr>
      <w:r>
        <w:rPr>
          <w:rFonts w:ascii="宋体" w:hAnsi="宋体" w:eastAsia="宋体"/>
          <w:sz w:val="24"/>
        </w:rPr>
        <w:t>[28] 生成式引擎优化(GEO)的本质[J]. 情报理论与实践, 2025, 48(1): 1-12.</w:t>
      </w:r>
    </w:p>
    <w:p>
      <w:pPr>
        <w:spacing w:line="360" w:lineRule="auto"/>
        <w:ind w:firstLine="420"/>
      </w:pPr>
      <w:r>
        <w:rPr>
          <w:rFonts w:ascii="宋体" w:hAnsi="宋体" w:eastAsia="宋体"/>
          <w:sz w:val="24"/>
        </w:rPr>
        <w:t>[29] Koswara A, Marpuah S. SEO marketing plan with AI[J]. ITJ, 2024, 1(3): 71.</w:t>
      </w:r>
    </w:p>
    <w:p>
      <w:pPr>
        <w:spacing w:line="360" w:lineRule="auto"/>
        <w:ind w:firstLine="420"/>
      </w:pPr>
      <w:r>
        <w:rPr>
          <w:rFonts w:ascii="宋体" w:hAnsi="宋体" w:eastAsia="宋体"/>
          <w:sz w:val="24"/>
        </w:rPr>
        <w:t>[30] Davenport T, et al. AI in marketing</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JAMS, 2019, 48(1): 24-42.</w:t>
      </w:r>
    </w:p>
    <w:p>
      <w:r>
        <w:br w:type="page"/>
      </w:r>
    </w:p>
    <w:p>
      <w:pPr>
        <w:pStyle w:val="Heading1"/>
      </w:pPr>
      <w:r>
        <w:t>第11章 文旅GEO案例实战</w:t>
      </w:r>
    </w:p>
    <w:p>
      <w:pPr>
        <w:pStyle w:val="Heading2"/>
      </w:pPr>
      <w:r>
        <w:t>学习目标</w:t>
      </w:r>
    </w:p>
    <w:p>
      <w:pPr>
        <w:pStyle w:val="ListBullet"/>
      </w:pPr>
      <w:r>
        <w:t>通过真实案例分析文旅GEO的实施路径与效果</w:t>
      </w:r>
    </w:p>
    <w:p>
      <w:pPr>
        <w:pStyle w:val="ListBullet"/>
      </w:pPr>
      <w:r>
        <w:t>掌握不同类型文旅品牌的GEO实战方法</w:t>
      </w:r>
    </w:p>
    <w:p>
      <w:pPr>
        <w:pStyle w:val="ListBullet"/>
      </w:pPr>
      <w:r>
        <w:t>了解GEO实施中的常见陷阱与应对策略</w:t>
      </w:r>
    </w:p>
    <w:p>
      <w:pPr>
        <w:pStyle w:val="ListBullet"/>
      </w:pPr>
      <w:r>
        <w:t>学习从案例中提炼可迁移的方法论</w:t>
      </w:r>
    </w:p>
    <w:p>
      <w:pPr>
        <w:pStyle w:val="ListBullet"/>
      </w:pPr>
      <w:r>
        <w:t>能够为具体文旅品牌制定GEO实战方案</w:t>
      </w:r>
    </w:p>
    <w:p>
      <w:pPr>
        <w:pStyle w:val="Heading2"/>
      </w:pPr>
      <w:r>
        <w:t>导入案例：三个品牌的GEO"第一课"</w:t>
      </w:r>
    </w:p>
    <w:p>
      <w:pPr>
        <w:spacing w:line="360" w:lineRule="auto"/>
        <w:ind w:firstLine="420"/>
      </w:pPr>
      <w:r>
        <w:rPr>
          <w:rFonts w:ascii="宋体" w:hAnsi="宋体" w:eastAsia="宋体"/>
          <w:sz w:val="24"/>
        </w:rPr>
        <w:t>2025-2026年，三个不同类型的文旅品牌开始了它们的GEO探索之旅。它们的起点不同、路径不同、结果也不同，但都揭示了GEO实战中的核心法则。</w:t>
      </w:r>
    </w:p>
    <w:p>
      <w:pPr>
        <w:spacing w:line="360" w:lineRule="auto"/>
        <w:ind w:firstLine="420"/>
      </w:pPr>
      <w:r>
        <w:rPr>
          <w:rFonts w:ascii="宋体" w:hAnsi="宋体" w:eastAsia="宋体"/>
          <w:sz w:val="24"/>
        </w:rPr>
        <w:t>"石语山居"民宿。 一家只有8间房的精品民宿，没有预算请专业团队，全靠老板自己摸索。6个月后，来自AI推荐的订单占比从15%提升到45%。成功秘诀：把"小"变成优势——老板亲自撰写每篇内容，真实感和温度感无可替代。</w:t>
      </w:r>
    </w:p>
    <w:p>
      <w:pPr>
        <w:spacing w:line="360" w:lineRule="auto"/>
        <w:ind w:firstLine="420"/>
      </w:pPr>
      <w:r>
        <w:rPr>
          <w:rFonts w:ascii="宋体" w:hAnsi="宋体" w:eastAsia="宋体"/>
          <w:sz w:val="24"/>
        </w:rPr>
        <w:t>天龙屯堡景区。 年接待游客百万级的4A景区，有专门的营销团队和预算。6个月后，AI答案份额从62%提升到78%。成功秘诀：系统性——从百科词条到Schema标记到场景内容，全方位覆盖。</w:t>
      </w:r>
    </w:p>
    <w:p>
      <w:pPr>
        <w:spacing w:line="360" w:lineRule="auto"/>
        <w:ind w:firstLine="420"/>
      </w:pPr>
      <w:r>
        <w:rPr>
          <w:rFonts w:ascii="宋体" w:hAnsi="宋体" w:eastAsia="宋体"/>
          <w:sz w:val="24"/>
        </w:rPr>
        <w:t>某江南古镇（化名）。 聘请了专业的GEO服务商，投入数十万元。6个月后，AI推荐排名从20+提升到前3。成功秘诀：专业的人做专业的事——服务商在学术背书和权威媒体报道方面有资源积累。</w:t>
      </w:r>
    </w:p>
    <w:p>
      <w:pPr>
        <w:spacing w:line="360" w:lineRule="auto"/>
        <w:ind w:firstLine="420"/>
      </w:pPr>
      <w:r>
        <w:rPr>
          <w:rFonts w:ascii="宋体" w:hAnsi="宋体" w:eastAsia="宋体"/>
          <w:sz w:val="24"/>
        </w:rPr>
        <w:t>三个案例揭示了一个核心真理：GEO不是"有没有预算"的问题，而是"用不用心"的问题。小品牌可以靠真诚和勤奋获得AI的青睐，大品牌需要系统性和专业性维持优势。</w:t>
      </w:r>
    </w:p>
    <w:p>
      <w:pPr>
        <w:pStyle w:val="Heading2"/>
      </w:pPr>
      <w:r>
        <w:t>11.1 案例一：天龙屯堡的GEO升级之路</w:t>
      </w:r>
    </w:p>
    <w:p>
      <w:pPr>
        <w:pStyle w:val="Heading3"/>
      </w:pPr>
      <w:r>
        <w:t>11.1.1 基线评估</w:t>
      </w:r>
    </w:p>
    <w:p>
      <w:pPr>
        <w:spacing w:line="360" w:lineRule="auto"/>
        <w:ind w:firstLine="420"/>
      </w:pPr>
      <w:r>
        <w:rPr>
          <w:rFonts w:ascii="宋体" w:hAnsi="宋体" w:eastAsia="宋体"/>
          <w:sz w:val="24"/>
        </w:rPr>
        <w:t>2026年初，天龙屯堡的GEO基线表现为：ChatGPT答案份额62%，文心一言答案份额55%，豆包答案份额40%。主要问题：在"亲子游""美食游""摄影游"场景中缺失；AI经常遗漏"地戏表演"这一核心特色；冬季相关信息严重不足。</w:t>
      </w:r>
    </w:p>
    <w:p>
      <w:pPr>
        <w:pStyle w:val="Heading3"/>
      </w:pPr>
      <w:r>
        <w:t>11.1.2 优化方案</w:t>
      </w:r>
    </w:p>
    <w:p>
      <w:pPr>
        <w:spacing w:line="360" w:lineRule="auto"/>
        <w:ind w:firstLine="420"/>
      </w:pPr>
      <w:r>
        <w:rPr>
          <w:rFonts w:ascii="宋体" w:hAnsi="宋体" w:eastAsia="宋体"/>
          <w:sz w:val="24"/>
        </w:rPr>
        <w:t>第一阶段：基础建设（第1-2个月）。 全面升级百度百科词条（从1200字扩展到3500字，引用来源从8个增加到30个）；在官网实施完整的Schema.org标记（TouristAttraction + FAQ + Event）；完善携程、美团、马蜂窝等OTA平台的结构化信息。</w:t>
      </w:r>
    </w:p>
    <w:p>
      <w:pPr>
        <w:spacing w:line="360" w:lineRule="auto"/>
        <w:ind w:firstLine="420"/>
      </w:pPr>
      <w:r>
        <w:rPr>
          <w:rFonts w:ascii="宋体" w:hAnsi="宋体" w:eastAsia="宋体"/>
          <w:sz w:val="24"/>
        </w:rPr>
        <w:t>第二阶段：语义扩展（第2-4个月）。 针对4个缺失场景（亲子、美食、摄影、冬季）各生产5-8篇深度内容；建立完整的FAQ体系（30个问题）；与安顺学院合作完成天龙屯堡建筑文化调研报告（学术背书）。</w:t>
      </w:r>
    </w:p>
    <w:p>
      <w:pPr>
        <w:spacing w:line="360" w:lineRule="auto"/>
        <w:ind w:firstLine="420"/>
      </w:pPr>
      <w:r>
        <w:rPr>
          <w:rFonts w:ascii="宋体" w:hAnsi="宋体" w:eastAsia="宋体"/>
          <w:sz w:val="24"/>
        </w:rPr>
        <w:t>第三阶段：信任强化（第4-6个月）。 争取3家省级以上媒体的专题报道；与2位文化类KOL合作深度体验内容；优化大众点评和携程的评价生态（引导高质量评价、优化回复策略）。</w:t>
      </w:r>
    </w:p>
    <w:p>
      <w:pPr>
        <w:pStyle w:val="Heading3"/>
      </w:pPr>
      <w:r>
        <w:t>11.1.3 优化效果</w:t>
      </w:r>
    </w:p>
    <w:p>
      <w:pPr>
        <w:spacing w:line="360" w:lineRule="auto"/>
        <w:ind w:firstLine="420"/>
      </w:pPr>
      <w:r>
        <w:rPr>
          <w:rFonts w:ascii="宋体" w:hAnsi="宋体" w:eastAsia="宋体"/>
          <w:sz w:val="24"/>
        </w:rPr>
        <w:t>6个月后：ChatGPT答案份额78%（+16%），推荐排名稳定前3；文心一言答案份额72%（+17%），百度百科词条成为主要引用来源；豆包答案份额65%（+25%），抖音内容生态贡献显著。来自AI推荐的官网访问量增长210%。</w:t>
      </w:r>
    </w:p>
    <w:p>
      <w:pPr>
        <w:pStyle w:val="Heading3"/>
      </w:pPr>
      <w:r>
        <w:t>11.1.4 经验提炼</w:t>
      </w:r>
    </w:p>
    <w:p>
      <w:pPr>
        <w:spacing w:line="360" w:lineRule="auto"/>
        <w:ind w:firstLine="420"/>
      </w:pPr>
      <w:r>
        <w:rPr>
          <w:rFonts w:ascii="宋体" w:hAnsi="宋体" w:eastAsia="宋体"/>
          <w:sz w:val="24"/>
        </w:rPr>
        <w:t>系统性比碎片化重要。 单点优化（如只改百科词条）效果有限，三大支柱同步推进才能产生协同效应。</w:t>
      </w:r>
    </w:p>
    <w:p>
      <w:pPr>
        <w:spacing w:line="360" w:lineRule="auto"/>
        <w:ind w:firstLine="420"/>
      </w:pPr>
      <w:r>
        <w:rPr>
          <w:rFonts w:ascii="宋体" w:hAnsi="宋体" w:eastAsia="宋体"/>
          <w:sz w:val="24"/>
        </w:rPr>
        <w:t>学术背书的价值被低估。 与安顺学院的合作产出了AI高度认可的"权威内容"。</w:t>
      </w:r>
    </w:p>
    <w:p>
      <w:pPr>
        <w:spacing w:line="360" w:lineRule="auto"/>
        <w:ind w:firstLine="420"/>
      </w:pPr>
      <w:r>
        <w:rPr>
          <w:rFonts w:ascii="宋体" w:hAnsi="宋体" w:eastAsia="宋体"/>
          <w:sz w:val="24"/>
        </w:rPr>
        <w:t>季节性内容不能忽视。 冬季内容的补充让天龙屯堡从"只有夏天能去"变成"四季皆宜"。</w:t>
      </w:r>
    </w:p>
    <w:p>
      <w:pPr>
        <w:pStyle w:val="Heading2"/>
      </w:pPr>
      <w:r>
        <w:t>11.2 案例二：江阴城市品牌GEO</w:t>
      </w:r>
    </w:p>
    <w:p>
      <w:pPr>
        <w:pStyle w:val="Heading3"/>
      </w:pPr>
      <w:r>
        <w:t>11.2.1 项目背景</w:t>
      </w:r>
    </w:p>
    <w:p>
      <w:pPr>
        <w:spacing w:line="360" w:lineRule="auto"/>
        <w:ind w:firstLine="420"/>
      </w:pPr>
      <w:r>
        <w:rPr>
          <w:rFonts w:ascii="宋体" w:hAnsi="宋体" w:eastAsia="宋体"/>
          <w:sz w:val="24"/>
        </w:rPr>
        <w:t>2026年，江阴市启动"大模型GEO推广赋能城市品牌传播"项目，是较早进行城市级GEO实践的案例。</w:t>
      </w:r>
    </w:p>
    <w:p>
      <w:pPr>
        <w:pStyle w:val="Heading3"/>
      </w:pPr>
      <w:r>
        <w:t>11.2.2 核心策略</w:t>
      </w:r>
    </w:p>
    <w:p>
      <w:pPr>
        <w:spacing w:line="360" w:lineRule="auto"/>
        <w:ind w:firstLine="420"/>
      </w:pPr>
      <w:r>
        <w:rPr>
          <w:rFonts w:ascii="宋体" w:hAnsi="宋体" w:eastAsia="宋体"/>
          <w:sz w:val="24"/>
        </w:rPr>
        <w:t>打造权威标签。 构建"徐霞客文脉""长江文化"等核心亮点的官方知识图谱，优化AI搜索高频入口的应答逻辑，杜绝负面信息干扰。</w:t>
      </w:r>
    </w:p>
    <w:p>
      <w:pPr>
        <w:spacing w:line="360" w:lineRule="auto"/>
        <w:ind w:firstLine="420"/>
      </w:pPr>
      <w:r>
        <w:rPr>
          <w:rFonts w:ascii="宋体" w:hAnsi="宋体" w:eastAsia="宋体"/>
          <w:sz w:val="24"/>
        </w:rPr>
        <w:t>场景化标签。 为海澜飞马水城、鹅鼻嘴公园等核心景点打造"高端亲子""滨江徒步"等场景化标签，布局关键词矩阵。</w:t>
      </w:r>
    </w:p>
    <w:p>
      <w:pPr>
        <w:spacing w:line="360" w:lineRule="auto"/>
        <w:ind w:firstLine="420"/>
      </w:pPr>
      <w:r>
        <w:rPr>
          <w:rFonts w:ascii="宋体" w:hAnsi="宋体" w:eastAsia="宋体"/>
          <w:sz w:val="24"/>
        </w:rPr>
        <w:t>多模态内容。 批量生成多模态宣发内容（图文+视频+VR），统一核心命名，提升城市辨识度。</w:t>
      </w:r>
    </w:p>
    <w:p>
      <w:pPr>
        <w:pStyle w:val="Heading3"/>
      </w:pPr>
      <w:r>
        <w:t>11.2.3 启示</w:t>
      </w:r>
    </w:p>
    <w:p>
      <w:pPr>
        <w:spacing w:line="360" w:lineRule="auto"/>
        <w:ind w:firstLine="420"/>
      </w:pPr>
      <w:r>
        <w:rPr>
          <w:rFonts w:ascii="宋体" w:hAnsi="宋体" w:eastAsia="宋体"/>
          <w:sz w:val="24"/>
        </w:rPr>
        <w:t>城市品牌GEO与单一景区GEO的核心差异在于"标签体系"——城市需要建立一组清晰、有辨识度的标签，让AI在任何相关场景中都能准确定位城市。</w:t>
      </w:r>
    </w:p>
    <w:p>
      <w:pPr>
        <w:pStyle w:val="Heading2"/>
      </w:pPr>
      <w:r>
        <w:t>11.3 案例三：荷里购的文旅AI语义价值重塑</w:t>
      </w:r>
    </w:p>
    <w:p>
      <w:pPr>
        <w:pStyle w:val="Heading3"/>
      </w:pPr>
      <w:r>
        <w:t>11.3.1 项目背景</w:t>
      </w:r>
    </w:p>
    <w:p>
      <w:pPr>
        <w:spacing w:line="360" w:lineRule="auto"/>
        <w:ind w:firstLine="420"/>
      </w:pPr>
      <w:r>
        <w:rPr>
          <w:rFonts w:ascii="宋体" w:hAnsi="宋体" w:eastAsia="宋体"/>
          <w:sz w:val="24"/>
        </w:rPr>
        <w:t>荷里购是国内少数同时具备国家级非遗保护经验和AI语义优化能力的文旅GEO服务商。其核心理念是"从买断流量到输出灵魂"——不通过竞价排名争夺流量，而是通过深度内容建设让AI"自愿"推荐品牌。</w:t>
      </w:r>
    </w:p>
    <w:p>
      <w:pPr>
        <w:pStyle w:val="Heading3"/>
      </w:pPr>
      <w:r>
        <w:t>11.3.2 核心方法论</w:t>
      </w:r>
    </w:p>
    <w:p>
      <w:pPr>
        <w:spacing w:line="360" w:lineRule="auto"/>
        <w:ind w:firstLine="420"/>
      </w:pPr>
      <w:r>
        <w:rPr>
          <w:rFonts w:ascii="宋体" w:hAnsi="宋体" w:eastAsia="宋体"/>
          <w:sz w:val="24"/>
        </w:rPr>
        <w:t>AI认知图谱构建。 为每个服务对象建立完整的"AI认知图谱"——AI目前如何理解这个品牌？品牌希望AI如何理解它？如何弥合两者之间的差距？</w:t>
      </w:r>
    </w:p>
    <w:p>
      <w:pPr>
        <w:spacing w:line="360" w:lineRule="auto"/>
        <w:ind w:firstLine="420"/>
      </w:pPr>
      <w:r>
        <w:rPr>
          <w:rFonts w:ascii="宋体" w:hAnsi="宋体" w:eastAsia="宋体"/>
          <w:sz w:val="24"/>
        </w:rPr>
        <w:t>故事权重提升。 在AI的知识体系中，有"故事"的品牌比只有"信息"的品牌更容易被推荐。荷里购擅长为文旅品牌注入"故事基因"——不是编造故事，而是挖掘品牌已有的文化故事并以AI喜欢的方式呈现。</w:t>
      </w:r>
    </w:p>
    <w:p>
      <w:pPr>
        <w:spacing w:line="360" w:lineRule="auto"/>
        <w:ind w:firstLine="420"/>
      </w:pPr>
      <w:r>
        <w:rPr>
          <w:rFonts w:ascii="宋体" w:hAnsi="宋体" w:eastAsia="宋体"/>
          <w:sz w:val="24"/>
        </w:rPr>
        <w:t>权威来源建设。 在学术文献、权威媒体、政府平台等AI高度信任的来源中系统性布局品牌信息。</w:t>
      </w:r>
    </w:p>
    <w:p>
      <w:pPr>
        <w:pStyle w:val="Heading3"/>
      </w:pPr>
      <w:r>
        <w:t>11.3.3 启示</w:t>
      </w:r>
    </w:p>
    <w:p>
      <w:pPr>
        <w:spacing w:line="360" w:lineRule="auto"/>
        <w:ind w:firstLine="420"/>
      </w:pPr>
      <w:r>
        <w:rPr>
          <w:rFonts w:ascii="宋体" w:hAnsi="宋体" w:eastAsia="宋体"/>
          <w:sz w:val="24"/>
        </w:rPr>
        <w:t>文旅GEO的最高境界不是"让AI搜到你"，而是"让AI理解你、欣赏你、主动推荐你"。这需要从"信息优化"升级到"故事建设"和"价值输出"。</w:t>
      </w:r>
    </w:p>
    <w:p>
      <w:pPr>
        <w:pStyle w:val="Heading2"/>
      </w:pPr>
      <w:r>
        <w:t>11.4 案例四：夏添×小隐文旅GEO实验</w:t>
      </w:r>
    </w:p>
    <w:p>
      <w:pPr>
        <w:pStyle w:val="Heading3"/>
      </w:pPr>
      <w:r>
        <w:t>11.4.1 实验设计</w:t>
      </w:r>
    </w:p>
    <w:p>
      <w:pPr>
        <w:spacing w:line="360" w:lineRule="auto"/>
        <w:ind w:firstLine="420"/>
      </w:pPr>
      <w:r>
        <w:rPr>
          <w:rFonts w:ascii="宋体" w:hAnsi="宋体" w:eastAsia="宋体"/>
          <w:sz w:val="24"/>
        </w:rPr>
        <w:t>四川省旅游学会品牌战略专委会主任夏添的"小隐文旅GEO实验"是文旅领域最系统的GEO实证研究之一。实验设计了完整的"前测-干预-后测"研究框架。</w:t>
      </w:r>
    </w:p>
    <w:p>
      <w:pPr>
        <w:pStyle w:val="Heading3"/>
      </w:pPr>
      <w:r>
        <w:t>11.4.2 关键发现</w:t>
      </w:r>
    </w:p>
    <w:p>
      <w:pPr>
        <w:spacing w:line="360" w:lineRule="auto"/>
        <w:ind w:firstLine="420"/>
      </w:pPr>
      <w:r>
        <w:rPr>
          <w:rFonts w:ascii="宋体" w:hAnsi="宋体" w:eastAsia="宋体"/>
          <w:sz w:val="24"/>
        </w:rPr>
        <w:t>AI搜索中的"马太效应"。 已经在AI中有良好可见性的品牌，GEO优化效果更好——因为AI已有的正面认知会"强化"后续优化效果。这提示品牌应尽早开始GEO建设。</w:t>
      </w:r>
    </w:p>
    <w:p>
      <w:pPr>
        <w:spacing w:line="360" w:lineRule="auto"/>
        <w:ind w:firstLine="420"/>
      </w:pPr>
      <w:r>
        <w:rPr>
          <w:rFonts w:ascii="宋体" w:hAnsi="宋体" w:eastAsia="宋体"/>
          <w:sz w:val="24"/>
        </w:rPr>
        <w:t>内容深度&gt;内容数量。 10篇深度内容（每篇3000字以上，有数据和研究支撑）的GEO效果优于50篇浅层内容（每篇500字，泛泛而谈）。</w:t>
      </w:r>
    </w:p>
    <w:p>
      <w:pPr>
        <w:spacing w:line="360" w:lineRule="auto"/>
        <w:ind w:firstLine="420"/>
      </w:pPr>
      <w:r>
        <w:rPr>
          <w:rFonts w:ascii="宋体" w:hAnsi="宋体" w:eastAsia="宋体"/>
          <w:sz w:val="24"/>
        </w:rPr>
        <w:t>平台差异显著。 同一套GEO策略在不同AI平台上的效果差异可达3倍。必须针对不同平台进行差异化优化。</w:t>
      </w:r>
    </w:p>
    <w:p>
      <w:pPr>
        <w:pStyle w:val="Heading3"/>
      </w:pPr>
      <w:r>
        <w:t>11.4.3 方法论贡献</w:t>
      </w:r>
    </w:p>
    <w:p>
      <w:pPr>
        <w:spacing w:line="360" w:lineRule="auto"/>
        <w:ind w:firstLine="420"/>
      </w:pPr>
      <w:r>
        <w:rPr>
          <w:rFonts w:ascii="宋体" w:hAnsi="宋体" w:eastAsia="宋体"/>
          <w:sz w:val="24"/>
        </w:rPr>
        <w:t>夏添提出的"GEO内容价值金字塔"：底层——基础信息（确保AI"知道"品牌）；中层——场景内容（确保AI"理解"品牌的适用场景）；顶层——文化故事（确保AI"欣赏"品牌的独特价值）。</w:t>
      </w:r>
    </w:p>
    <w:p>
      <w:pPr>
        <w:pStyle w:val="Heading2"/>
      </w:pPr>
      <w:r>
        <w:t>11.5 GEO实施中的常见陷阱</w:t>
      </w:r>
    </w:p>
    <w:p>
      <w:pPr>
        <w:pStyle w:val="Heading3"/>
      </w:pPr>
      <w:r>
        <w:t>11.5.1 十大陷阱</w:t>
      </w:r>
    </w:p>
    <w:p>
      <w:pPr>
        <w:pStyle w:val="ListBullet"/>
      </w:pPr>
      <w:r>
        <w:t>把GEO当SEO做。 用关键词堆砌、外链购买等传统SEO手法做GEO，完全无效。</w:t>
      </w:r>
    </w:p>
    <w:p>
      <w:pPr>
        <w:pStyle w:val="ListBullet"/>
      </w:pPr>
      <w:r>
        <w:t>内容造假。 编造虚假的评价、报道、学术引用。AI能够交叉验证，造假很快被识破。</w:t>
      </w:r>
    </w:p>
    <w:p>
      <w:pPr>
        <w:pStyle w:val="ListBullet"/>
      </w:pPr>
      <w:r>
        <w:t>忽视技术基础。 只关注内容，忽视了Schema标记、页面性能等技术要素。</w:t>
      </w:r>
    </w:p>
    <w:p>
      <w:pPr>
        <w:pStyle w:val="ListBullet"/>
      </w:pPr>
      <w:r>
        <w:t>一次性运动。 做了一次优化就停下来。GEO是持续过程，不是一次性项目。</w:t>
      </w:r>
    </w:p>
    <w:p>
      <w:pPr>
        <w:pStyle w:val="ListBullet"/>
      </w:pPr>
      <w:r>
        <w:t>只盯一个平台。 只优化ChatGPT，忽视其他AI平台。</w:t>
      </w:r>
    </w:p>
    <w:p>
      <w:pPr>
        <w:pStyle w:val="ListBullet"/>
      </w:pPr>
      <w:r>
        <w:t>忽视负面信息。 正面信息建设的同时，忽视了负面信息的处理。</w:t>
      </w:r>
    </w:p>
    <w:p>
      <w:pPr>
        <w:pStyle w:val="ListBullet"/>
      </w:pPr>
      <w:r>
        <w:t>过度优化。 内容中刻意、生硬地插入品牌信息，反而被AI识别为"营销内容"而降权。</w:t>
      </w:r>
    </w:p>
    <w:p>
      <w:pPr>
        <w:pStyle w:val="ListBullet"/>
      </w:pPr>
      <w:r>
        <w:t>忽视移动端。 内容在移动端体验差，AI在移动端搜索中不会推荐。</w:t>
      </w:r>
    </w:p>
    <w:p>
      <w:pPr>
        <w:pStyle w:val="ListBullet"/>
      </w:pPr>
      <w:r>
        <w:t>信息不一致。 不同平台上的品牌信息相互矛盾。</w:t>
      </w:r>
    </w:p>
    <w:p>
      <w:pPr>
        <w:pStyle w:val="ListBullet"/>
      </w:pPr>
      <w:r>
        <w:t>急功近利。 期望一个月见效。GEO效果的显现周期通常为3-6个月。</w:t>
      </w:r>
    </w:p>
    <w:p>
      <w:pPr>
        <w:pStyle w:val="Heading2"/>
      </w:pPr>
      <w:r>
        <w:t>本章小结</w:t>
      </w:r>
    </w:p>
    <w:p>
      <w:pPr>
        <w:spacing w:line="360" w:lineRule="auto"/>
        <w:ind w:firstLine="420"/>
      </w:pPr>
      <w:r>
        <w:rPr>
          <w:rFonts w:ascii="宋体" w:hAnsi="宋体" w:eastAsia="宋体"/>
          <w:sz w:val="24"/>
        </w:rPr>
        <w:t>天龙屯堡、江阴城市品牌、荷里购文旅AI、夏添小隐文旅四个案例展示了不同类型文旅GEO实践的成功路径。核心经验包括：系统性推进（三大支柱同步）、尽早开始（利用马太效应）、深度优先（深度内容优于数量堆砌）、平台差异化（针对不同AI平台定制策略）。实施中应避免把GEO当SEO做、内容造假、一次性运动等常见陷阱。</w:t>
      </w:r>
    </w:p>
    <w:p>
      <w:pPr>
        <w:pStyle w:val="Heading2"/>
      </w:pPr>
      <w:r>
        <w:t>思考与练习</w:t>
      </w:r>
    </w:p>
    <w:p>
      <w:pPr>
        <w:pStyle w:val="ListBullet"/>
      </w:pPr>
      <w:r>
        <w:t>为安顺本寨设计一份GEO优化方案，参考天龙屯堡的经验。</w:t>
      </w:r>
    </w:p>
    <w:p>
      <w:pPr>
        <w:pStyle w:val="ListBullet"/>
      </w:pPr>
      <w:r>
        <w:t>分析天龙屯堡案例中"学术背书"的价值，提出适合安顺其他景区的学术背书策略。</w:t>
      </w:r>
    </w:p>
    <w:p>
      <w:pPr>
        <w:pStyle w:val="ListBullet"/>
      </w:pPr>
      <w:r>
        <w:t>选择一个你熟悉的文旅品牌，评估其是否掉入了"十大陷阱"中的哪些陷阱。</w:t>
      </w:r>
    </w:p>
    <w:p>
      <w:pPr>
        <w:pStyle w:val="ListBullet"/>
      </w:pPr>
      <w:r>
        <w:t>对比天龙屯堡和江阴城市品牌的GEO策略差异，分析城市品牌GEO的特殊性。</w:t>
      </w:r>
    </w:p>
    <w:p>
      <w:pPr>
        <w:pStyle w:val="ListBullet"/>
      </w:pPr>
      <w:r>
        <w:t>模拟一次"夏添GEO实验"：选择一个安顺文旅品牌，设计前测-干预-后测的实验方案。</w:t>
      </w:r>
    </w:p>
    <w:p>
      <w:pPr>
        <w:pStyle w:val="Heading2"/>
      </w:pPr>
      <w:r>
        <w:t>知识卡片：GEO实施十大陷阱</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陷阱</w:t>
            </w:r>
          </w:p>
        </w:tc>
        <w:tc>
          <w:tcPr>
            <w:tcW w:type="dxa" w:w="2767"/>
          </w:tcPr>
          <w:p>
            <w:r>
              <w:rPr>
                <w:b/>
                <w:sz w:val="20"/>
              </w:rPr>
              <w:t>表现</w:t>
            </w:r>
          </w:p>
        </w:tc>
        <w:tc>
          <w:tcPr>
            <w:tcW w:type="dxa" w:w="2767"/>
          </w:tcPr>
          <w:p>
            <w:r>
              <w:rPr>
                <w:b/>
                <w:sz w:val="20"/>
              </w:rPr>
              <w:t>规避策略</w:t>
            </w:r>
          </w:p>
        </w:tc>
      </w:tr>
      <w:tr>
        <w:tc>
          <w:tcPr>
            <w:tcW w:type="dxa" w:w="2767"/>
          </w:tcPr>
          <w:p>
            <w:r>
              <w:t>把GEO当SEO做</w:t>
            </w:r>
          </w:p>
        </w:tc>
        <w:tc>
          <w:tcPr>
            <w:tcW w:type="dxa" w:w="2767"/>
          </w:tcPr>
          <w:p>
            <w:r>
              <w:t>关键词堆砌、买外链</w:t>
            </w:r>
          </w:p>
        </w:tc>
        <w:tc>
          <w:tcPr>
            <w:tcW w:type="dxa" w:w="2767"/>
          </w:tcPr>
          <w:p>
            <w:r>
              <w:t>理解GEO核心逻辑</w:t>
            </w:r>
          </w:p>
        </w:tc>
      </w:tr>
      <w:tr>
        <w:tc>
          <w:tcPr>
            <w:tcW w:type="dxa" w:w="2767"/>
          </w:tcPr>
          <w:p>
            <w:r>
              <w:t>内容造假</w:t>
            </w:r>
          </w:p>
        </w:tc>
        <w:tc>
          <w:tcPr>
            <w:tcW w:type="dxa" w:w="2767"/>
          </w:tcPr>
          <w:p>
            <w:r>
              <w:t>虚假评价、虚假引用</w:t>
            </w:r>
          </w:p>
        </w:tc>
        <w:tc>
          <w:tcPr>
            <w:tcW w:type="dxa" w:w="2767"/>
          </w:tcPr>
          <w:p>
            <w:r>
              <w:t>坚守真实性底线</w:t>
            </w:r>
          </w:p>
        </w:tc>
      </w:tr>
      <w:tr>
        <w:tc>
          <w:tcPr>
            <w:tcW w:type="dxa" w:w="2767"/>
          </w:tcPr>
          <w:p>
            <w:r>
              <w:t>忽视技术基础</w:t>
            </w:r>
          </w:p>
        </w:tc>
        <w:tc>
          <w:tcPr>
            <w:tcW w:type="dxa" w:w="2767"/>
          </w:tcPr>
          <w:p>
            <w:r>
              <w:t>不做Schema标记</w:t>
            </w:r>
          </w:p>
        </w:tc>
        <w:tc>
          <w:tcPr>
            <w:tcW w:type="dxa" w:w="2767"/>
          </w:tcPr>
          <w:p>
            <w:r>
              <w:t>技术+内容并重</w:t>
            </w:r>
          </w:p>
        </w:tc>
      </w:tr>
      <w:tr>
        <w:tc>
          <w:tcPr>
            <w:tcW w:type="dxa" w:w="2767"/>
          </w:tcPr>
          <w:p>
            <w:r>
              <w:t>一次性运动</w:t>
            </w:r>
          </w:p>
        </w:tc>
        <w:tc>
          <w:tcPr>
            <w:tcW w:type="dxa" w:w="2767"/>
          </w:tcPr>
          <w:p>
            <w:r>
              <w:t>做一次就停</w:t>
            </w:r>
          </w:p>
        </w:tc>
        <w:tc>
          <w:tcPr>
            <w:tcW w:type="dxa" w:w="2767"/>
          </w:tcPr>
          <w:p>
            <w:r>
              <w:t>建立持续运营机制</w:t>
            </w:r>
          </w:p>
        </w:tc>
      </w:tr>
      <w:tr>
        <w:tc>
          <w:tcPr>
            <w:tcW w:type="dxa" w:w="2767"/>
          </w:tcPr>
          <w:p>
            <w:r>
              <w:t>只盯一个平台</w:t>
            </w:r>
          </w:p>
        </w:tc>
        <w:tc>
          <w:tcPr>
            <w:tcW w:type="dxa" w:w="2767"/>
          </w:tcPr>
          <w:p>
            <w:r>
              <w:t>只优化ChatGPT</w:t>
            </w:r>
          </w:p>
        </w:tc>
        <w:tc>
          <w:tcPr>
            <w:tcW w:type="dxa" w:w="2767"/>
          </w:tcPr>
          <w:p>
            <w:r>
              <w:t>全域AI平台覆盖</w:t>
            </w:r>
          </w:p>
        </w:tc>
      </w:tr>
    </w:tbl>
    <w:p/>
    <w:p>
      <w:pPr>
        <w:pStyle w:val="Heading2"/>
      </w:pPr>
      <w:r>
        <w:t>参考文献</w:t>
      </w:r>
    </w:p>
    <w:p>
      <w:pPr>
        <w:spacing w:line="360" w:lineRule="auto"/>
        <w:ind w:firstLine="420"/>
      </w:pPr>
      <w:r>
        <w:rPr>
          <w:rFonts w:ascii="宋体" w:hAnsi="宋体" w:eastAsia="宋体"/>
          <w:sz w:val="24"/>
        </w:rPr>
        <w:t>[31] Huang J, Situ R, Ye R. Cultural encoding in LLMs[J]. arXiv:2601.00869, 2026.</w:t>
      </w:r>
    </w:p>
    <w:p>
      <w:pPr>
        <w:spacing w:line="360" w:lineRule="auto"/>
        <w:ind w:firstLine="420"/>
      </w:pPr>
      <w:r>
        <w:rPr>
          <w:rFonts w:ascii="宋体" w:hAnsi="宋体" w:eastAsia="宋体"/>
          <w:sz w:val="24"/>
        </w:rPr>
        <w:t>[32] Carvalho I, Ivanov S. ChatGPT for tourism[J]. Tourism Review, 2023, 79(2): 355-370.</w:t>
      </w:r>
    </w:p>
    <w:p>
      <w:pPr>
        <w:spacing w:line="360" w:lineRule="auto"/>
        <w:ind w:firstLine="420"/>
      </w:pPr>
      <w:r>
        <w:rPr>
          <w:rFonts w:ascii="宋体" w:hAnsi="宋体" w:eastAsia="宋体"/>
          <w:sz w:val="24"/>
        </w:rPr>
        <w:t>[33] Shafiei Z, Farsiani N T, Abdollahpour M. The benefit of geo-branding in a rural geotourism destination</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Geojournal of Tourism, 2017, 19(1): 82-95.</w:t>
      </w:r>
    </w:p>
    <w:p>
      <w:r>
        <w:br w:type="page"/>
      </w:r>
    </w:p>
    <w:p>
      <w:pPr>
        <w:pStyle w:val="Heading1"/>
      </w:pPr>
      <w:r>
        <w:t>第12章 AI营销未来趋势与伦理边界</w:t>
      </w:r>
    </w:p>
    <w:p>
      <w:pPr>
        <w:pStyle w:val="Heading2"/>
      </w:pPr>
      <w:r>
        <w:t>学习目标</w:t>
      </w:r>
    </w:p>
    <w:p>
      <w:pPr>
        <w:pStyle w:val="ListBullet"/>
      </w:pPr>
      <w:r>
        <w:t>了解AI搜索和GEO的未来发展趋势</w:t>
      </w:r>
    </w:p>
    <w:p>
      <w:pPr>
        <w:pStyle w:val="ListBullet"/>
      </w:pPr>
      <w:r>
        <w:t>理解AI营销的伦理挑战和应对原则</w:t>
      </w:r>
    </w:p>
    <w:p>
      <w:pPr>
        <w:pStyle w:val="ListBullet"/>
      </w:pPr>
      <w:r>
        <w:t>掌握文旅品牌在AI时代的长期竞争力构建方法</w:t>
      </w:r>
    </w:p>
    <w:p>
      <w:pPr>
        <w:pStyle w:val="ListBullet"/>
      </w:pPr>
      <w:r>
        <w:t>学会在技术应用与人文价值之间找到平衡</w:t>
      </w:r>
    </w:p>
    <w:p>
      <w:pPr>
        <w:pStyle w:val="ListBullet"/>
      </w:pPr>
      <w:r>
        <w:t>能够预判AI营销的未来方向并提前布局</w:t>
      </w:r>
    </w:p>
    <w:p>
      <w:pPr>
        <w:pStyle w:val="Heading2"/>
      </w:pPr>
      <w:r>
        <w:t>导入案例：当AI说"这个景区不值得去"</w:t>
      </w:r>
    </w:p>
    <w:p>
      <w:pPr>
        <w:spacing w:line="360" w:lineRule="auto"/>
        <w:ind w:firstLine="420"/>
      </w:pPr>
      <w:r>
        <w:rPr>
          <w:rFonts w:ascii="宋体" w:hAnsi="宋体" w:eastAsia="宋体"/>
          <w:sz w:val="24"/>
        </w:rPr>
        <w:t>2026年，某知名景区遭遇了一场"AI公关危机"。一位用户在ChatGPT上问"XX景区值得去吗"，AI给出了一个令人意外的回答："根据最新的游客评价，该景区存在过度商业化、门票价格偏高、排队时间长等问题。如果您追求原生态的文化体验，建议考虑XXX作为替代。"</w:t>
      </w:r>
    </w:p>
    <w:p>
      <w:pPr>
        <w:spacing w:line="360" w:lineRule="auto"/>
        <w:ind w:firstLine="420"/>
      </w:pPr>
      <w:r>
        <w:rPr>
          <w:rFonts w:ascii="宋体" w:hAnsi="宋体" w:eastAsia="宋体"/>
          <w:sz w:val="24"/>
        </w:rPr>
        <w:t>景区运营方震惊了——他们投入了数百万元的广告费，却没有意识到AI已经形成了一个"负面共识"。更棘手的是，他们不知道如何"修复"AI的评价——你不能给AI打电话投诉，不能找AI删帖，不能通过投放广告改变AI的看法。</w:t>
      </w:r>
    </w:p>
    <w:p>
      <w:pPr>
        <w:spacing w:line="360" w:lineRule="auto"/>
        <w:ind w:firstLine="420"/>
      </w:pPr>
      <w:r>
        <w:rPr>
          <w:rFonts w:ascii="宋体" w:hAnsi="宋体" w:eastAsia="宋体"/>
          <w:sz w:val="24"/>
        </w:rPr>
        <w:t>这个案例揭示了一个根本问题：在AI搜索时代，品牌声誉管理不再是对"人"的管理，而是对"知识"的管理。当AI成为消费者信任的中介，品牌的每一个行为、每一条评价、每一篇报道都在塑造AI对品牌的"认知"。好的GEO不是"包装"品牌，而是"成为"一个值得被AI推荐的品牌。</w:t>
      </w:r>
    </w:p>
    <w:p>
      <w:pPr>
        <w:pStyle w:val="Heading2"/>
      </w:pPr>
      <w:r>
        <w:t>12.1 AI搜索的未来趋势</w:t>
      </w:r>
    </w:p>
    <w:p>
      <w:pPr>
        <w:pStyle w:val="Heading3"/>
      </w:pPr>
      <w:r>
        <w:t>12.1.1 AI Agent的崛起</w:t>
      </w:r>
    </w:p>
    <w:p>
      <w:pPr>
        <w:spacing w:line="360" w:lineRule="auto"/>
        <w:ind w:firstLine="420"/>
      </w:pPr>
      <w:r>
        <w:rPr>
          <w:rFonts w:ascii="宋体" w:hAnsi="宋体" w:eastAsia="宋体"/>
          <w:sz w:val="24"/>
        </w:rPr>
        <w:t>2026年，AI Agent（人工智能代理）正在从概念走向现实。与传统AI搜索的"问答模式"不同，AI Agent能够自主完成多步骤的复杂任务——不仅仅是"推荐一个目的地"，而是"帮我预订机票、酒店、门票，安排行程，推荐餐厅，一键搞定"。</w:t>
      </w:r>
    </w:p>
    <w:p>
      <w:pPr>
        <w:spacing w:line="360" w:lineRule="auto"/>
        <w:ind w:firstLine="420"/>
      </w:pPr>
      <w:r>
        <w:rPr>
          <w:rFonts w:ascii="宋体" w:hAnsi="宋体" w:eastAsia="宋体"/>
          <w:sz w:val="24"/>
        </w:rPr>
        <w:t>BrightEdge预测，基于当前增长趋势，AI Agent活动将在2026年底前超越人类驱动的搜索。这对文旅营销意味着：未来的"客户"可能不是人，而是AI Agent。品牌需要为"AI Agent友好"做优化——不仅是信息可见性，还包括预订接口的机器可访问性、结构化数据的完整性。</w:t>
      </w:r>
    </w:p>
    <w:p>
      <w:pPr>
        <w:pStyle w:val="Heading3"/>
      </w:pPr>
      <w:r>
        <w:t>12.1.2 多模态AI搜索的普及</w:t>
      </w:r>
    </w:p>
    <w:p>
      <w:pPr>
        <w:spacing w:line="360" w:lineRule="auto"/>
        <w:ind w:firstLine="420"/>
      </w:pPr>
      <w:r>
        <w:rPr>
          <w:rFonts w:ascii="宋体" w:hAnsi="宋体" w:eastAsia="宋体"/>
          <w:sz w:val="24"/>
        </w:rPr>
        <w:t>2026年的AI搜索已经支持图片、视频、音频等多种模态。未来，多模态搜索将从"锦上添花"变为"基础能力"。用户可能用一张古镇照片搜索"这是哪里"，用一段美食视频搜索"这道菜怎么做"，用一段方言语音搜索"会说这种话的人住在哪里"。</w:t>
      </w:r>
    </w:p>
    <w:p>
      <w:pPr>
        <w:spacing w:line="360" w:lineRule="auto"/>
        <w:ind w:firstLine="420"/>
      </w:pPr>
      <w:r>
        <w:rPr>
          <w:rFonts w:ascii="宋体" w:hAnsi="宋体" w:eastAsia="宋体"/>
          <w:sz w:val="24"/>
        </w:rPr>
        <w:t>文旅品牌需要为此做好准备：为所有视觉内容提供高质量的文字描述；建立视频内容的结构化索引；探索音频内容（播客、方言录音）的GEO价值。</w:t>
      </w:r>
    </w:p>
    <w:p>
      <w:pPr>
        <w:pStyle w:val="Heading3"/>
      </w:pPr>
      <w:r>
        <w:t>12.1.3 个性化AI搜索</w:t>
      </w:r>
    </w:p>
    <w:p>
      <w:pPr>
        <w:spacing w:line="360" w:lineRule="auto"/>
        <w:ind w:firstLine="420"/>
      </w:pPr>
      <w:r>
        <w:rPr>
          <w:rFonts w:ascii="宋体" w:hAnsi="宋体" w:eastAsia="宋体"/>
          <w:sz w:val="24"/>
        </w:rPr>
        <w:t>未来的AI搜索将深度整合用户个人数据，提供高度个性化的推荐。AI不仅知道"用户问了什么"，还知道"用户是谁""用户喜欢什么""用户去过哪里"。这将使AI推荐从"千人一面"变为"千人千面"。</w:t>
      </w:r>
    </w:p>
    <w:p>
      <w:pPr>
        <w:spacing w:line="360" w:lineRule="auto"/>
        <w:ind w:firstLine="420"/>
      </w:pPr>
      <w:r>
        <w:rPr>
          <w:rFonts w:ascii="宋体" w:hAnsi="宋体" w:eastAsia="宋体"/>
          <w:sz w:val="24"/>
        </w:rPr>
        <w:t>品牌GEO需要适应这种个性化趋势：提供足够丰富的语义维度，覆盖不同用户群体的需求；建立细颗粒度的用户画像，指导内容生产；关注AI推荐的"个性化偏差"——不同用户可能获得完全不同的推荐结果。</w:t>
      </w:r>
    </w:p>
    <w:p>
      <w:pPr>
        <w:pStyle w:val="Heading3"/>
      </w:pPr>
      <w:r>
        <w:t>12.1.4 AI搜索平台的生态分化</w:t>
      </w:r>
    </w:p>
    <w:p>
      <w:pPr>
        <w:spacing w:line="360" w:lineRule="auto"/>
        <w:ind w:firstLine="420"/>
      </w:pPr>
      <w:r>
        <w:rPr>
          <w:rFonts w:ascii="宋体" w:hAnsi="宋体" w:eastAsia="宋体"/>
          <w:sz w:val="24"/>
        </w:rPr>
        <w:t>2026年的趋势已经清晰——AI搜索平台正在形成独立的、差异化的信息生态。ChatGPT与Perplexity的跨平台重叠引用率仅11%。未来，这种分化将更加明显。品牌需要"全域AI可见性"——在每一个主流的AI平台上建立独立的品牌存在。</w:t>
      </w:r>
    </w:p>
    <w:p>
      <w:pPr>
        <w:pStyle w:val="Heading2"/>
      </w:pPr>
      <w:r>
        <w:t>12.2 AI营销的伦理挑战</w:t>
      </w:r>
    </w:p>
    <w:p>
      <w:pPr>
        <w:pStyle w:val="Heading3"/>
      </w:pPr>
      <w:r>
        <w:t>12.2.1 信息操纵与"AI漂绿"</w:t>
      </w:r>
    </w:p>
    <w:p>
      <w:pPr>
        <w:spacing w:line="360" w:lineRule="auto"/>
        <w:ind w:firstLine="420"/>
      </w:pPr>
      <w:r>
        <w:rPr>
          <w:rFonts w:ascii="宋体" w:hAnsi="宋体" w:eastAsia="宋体"/>
          <w:sz w:val="24"/>
        </w:rPr>
        <w:t>GEO技术的滥用可能导致"AI漂绿"（AI Greenwashing）——通过系统性地操控AI的训练数据和检索结果，制造虚假的品牌形象。一个品质平庸的景区可能通过GEO"包装"成"文化圣地"，一个过度商业化的古镇可能通过GEO"伪装"成"原生态秘境"。</w:t>
      </w:r>
    </w:p>
    <w:p>
      <w:pPr>
        <w:spacing w:line="360" w:lineRule="auto"/>
        <w:ind w:firstLine="420"/>
      </w:pPr>
      <w:r>
        <w:rPr>
          <w:rFonts w:ascii="宋体" w:hAnsi="宋体" w:eastAsia="宋体"/>
          <w:sz w:val="24"/>
        </w:rPr>
        <w:t>这种操纵短期可能获利，但长期必然崩塌——因为AI会交叉验证，游客的真实体验最终会修正AI的认知。GEO的伦理底线是：优化的是信息的"呈现方式"，而非信息的"真实性"。</w:t>
      </w:r>
    </w:p>
    <w:p>
      <w:pPr>
        <w:pStyle w:val="Heading3"/>
      </w:pPr>
      <w:r>
        <w:t>12.2.2 算法偏见与文化多样性</w:t>
      </w:r>
    </w:p>
    <w:p>
      <w:pPr>
        <w:spacing w:line="360" w:lineRule="auto"/>
        <w:ind w:firstLine="420"/>
      </w:pPr>
      <w:r>
        <w:rPr>
          <w:rFonts w:ascii="宋体" w:hAnsi="宋体" w:eastAsia="宋体"/>
          <w:sz w:val="24"/>
        </w:rPr>
        <w:t>AI搜索的推荐算法可能存在系统性偏见——偏好大众化的热门目的地，忽视小众但独特的文化资源；偏好有丰富数字内容的目的地，忽视数字内容匮乏但文化底蕴深厚的地方；偏好符合西方游客审美标准的目的地，忽视本土文化的独特价值。</w:t>
      </w:r>
    </w:p>
    <w:p>
      <w:pPr>
        <w:spacing w:line="360" w:lineRule="auto"/>
        <w:ind w:firstLine="420"/>
      </w:pPr>
      <w:r>
        <w:rPr>
          <w:rFonts w:ascii="宋体" w:hAnsi="宋体" w:eastAsia="宋体"/>
          <w:sz w:val="24"/>
        </w:rPr>
        <w:t>文旅品牌需要意识到这些偏见，并主动通过GEO为"被忽视的声音"创造可见性。特别是少数民族文化、非物质文化遗产、乡村文旅——它们天然在AI的认知中处于"弱势"地位，需要通过系统性的GEO建设来"纠偏"。</w:t>
      </w:r>
    </w:p>
    <w:p>
      <w:pPr>
        <w:pStyle w:val="Heading3"/>
      </w:pPr>
      <w:r>
        <w:t>12.2.3 数据隐私与用户权利</w:t>
      </w:r>
    </w:p>
    <w:p>
      <w:pPr>
        <w:spacing w:line="360" w:lineRule="auto"/>
        <w:ind w:firstLine="420"/>
      </w:pPr>
      <w:r>
        <w:rPr>
          <w:rFonts w:ascii="宋体" w:hAnsi="宋体" w:eastAsia="宋体"/>
          <w:sz w:val="24"/>
        </w:rPr>
        <w:t>AI搜索的个性化推荐需要用户数据。如何在提供个性化体验和保护用户隐私之间找到平衡，是AI营销必须面对的伦理挑战。文旅品牌在使用用户数据进行精准营销时，应遵循"知情同意、最小必要、用途限定"的隐私保护原则。</w:t>
      </w:r>
    </w:p>
    <w:p>
      <w:pPr>
        <w:pStyle w:val="Heading3"/>
      </w:pPr>
      <w:r>
        <w:t>12.2.4 AI生成内容的版权与真实性</w:t>
      </w:r>
    </w:p>
    <w:p>
      <w:pPr>
        <w:spacing w:line="360" w:lineRule="auto"/>
        <w:ind w:firstLine="420"/>
      </w:pPr>
      <w:r>
        <w:rPr>
          <w:rFonts w:ascii="宋体" w:hAnsi="宋体" w:eastAsia="宋体"/>
          <w:sz w:val="24"/>
        </w:rPr>
        <w:t>GEO内容工厂中大量使用AI生成内容，引发了版权归属和内容真实性的争议。AI生成的内容是否享有著作权？AI生成的"虚假体验"是否构成欺骗？文旅品牌应明确标注AI参与创作的内容，保持与消费者的诚实沟通。</w:t>
      </w:r>
    </w:p>
    <w:p>
      <w:pPr>
        <w:pStyle w:val="Heading2"/>
      </w:pPr>
      <w:r>
        <w:t>12.3 文旅品牌的长期竞争力构建</w:t>
      </w:r>
    </w:p>
    <w:p>
      <w:pPr>
        <w:pStyle w:val="Heading3"/>
      </w:pPr>
      <w:r>
        <w:t>12.3.1 从"GEO策略"到"AI原生品牌"</w:t>
      </w:r>
    </w:p>
    <w:p>
      <w:pPr>
        <w:spacing w:line="360" w:lineRule="auto"/>
        <w:ind w:firstLine="420"/>
      </w:pPr>
      <w:r>
        <w:rPr>
          <w:rFonts w:ascii="宋体" w:hAnsi="宋体" w:eastAsia="宋体"/>
          <w:sz w:val="24"/>
        </w:rPr>
        <w:t>GEO的终极目标不是"优化AI搜索排名"，而是"成为AI时代的好品牌"。AI原生品牌的特征包括：真实性——品牌的核心价值经得起AI的"检验"；一致性——品牌在所有触点的表现与AI的描述一致；可发现性——品牌信息以AI友好的方式组织和呈现；响应性——品牌能够感知和响应AI生态的变化。</w:t>
      </w:r>
    </w:p>
    <w:p>
      <w:pPr>
        <w:pStyle w:val="Heading3"/>
      </w:pPr>
      <w:r>
        <w:t>12.3.2 人文价值的不可替代性</w:t>
      </w:r>
    </w:p>
    <w:p>
      <w:pPr>
        <w:spacing w:line="360" w:lineRule="auto"/>
        <w:ind w:firstLine="420"/>
      </w:pPr>
      <w:r>
        <w:rPr>
          <w:rFonts w:ascii="宋体" w:hAnsi="宋体" w:eastAsia="宋体"/>
          <w:sz w:val="24"/>
        </w:rPr>
        <w:t>无论AI技术如何进步，文旅品牌的核心价值——真实的文化体验、人与人之间的温度、对美的感知和创造——是AI无法替代的。GEO可以帮助品牌被AI"发现"，但真正让品牌被消费者"记住"的，永远是品牌的真实品质和人文温度。</w:t>
      </w:r>
    </w:p>
    <w:p>
      <w:pPr>
        <w:spacing w:line="360" w:lineRule="auto"/>
        <w:ind w:firstLine="420"/>
      </w:pPr>
      <w:r>
        <w:rPr>
          <w:rFonts w:ascii="宋体" w:hAnsi="宋体" w:eastAsia="宋体"/>
          <w:sz w:val="24"/>
        </w:rPr>
        <w:t>技术可以"赋能"，但不能"替代"。AI可以推荐一个目的地，但不能替代旅行者在古镇石板路上的脚步声、在老宅天井里晒太阳的慵懒感、与传承人面对面学习地戏的那份感动。</w:t>
      </w:r>
    </w:p>
    <w:p>
      <w:pPr>
        <w:pStyle w:val="Heading3"/>
      </w:pPr>
      <w:r>
        <w:t>12.3.3 技术与人性的平衡</w:t>
      </w:r>
    </w:p>
    <w:p>
      <w:pPr>
        <w:spacing w:line="360" w:lineRule="auto"/>
        <w:ind w:firstLine="420"/>
      </w:pPr>
      <w:r>
        <w:rPr>
          <w:rFonts w:ascii="宋体" w:hAnsi="宋体" w:eastAsia="宋体"/>
          <w:sz w:val="24"/>
        </w:rPr>
        <w:t>文旅品牌的长期竞争力来自于技术与人性的平衡：用GEO让品牌被AI"知道"——这是技术的部分；用真实的品质让品牌被消费者"记住"——这是人性的部分。技术负责"触达"，人性负责"感动"。</w:t>
      </w:r>
    </w:p>
    <w:p>
      <w:pPr>
        <w:pStyle w:val="Heading2"/>
      </w:pPr>
      <w:r>
        <w:t>12.4 行动建议：从现在开始的五件事</w:t>
      </w:r>
    </w:p>
    <w:p>
      <w:pPr>
        <w:spacing w:line="360" w:lineRule="auto"/>
        <w:ind w:firstLine="420"/>
      </w:pPr>
      <w:r>
        <w:rPr>
          <w:rFonts w:ascii="宋体" w:hAnsi="宋体" w:eastAsia="宋体"/>
          <w:sz w:val="24"/>
        </w:rPr>
        <w:t>第一，完成一次AI可见性基线评估。 在主流AI平台上测试你的品牌当前的可见性，了解AI"眼中的你"是什么样子。</w:t>
      </w:r>
    </w:p>
    <w:p>
      <w:pPr>
        <w:spacing w:line="360" w:lineRule="auto"/>
        <w:ind w:firstLine="420"/>
      </w:pPr>
      <w:r>
        <w:rPr>
          <w:rFonts w:ascii="宋体" w:hAnsi="宋体" w:eastAsia="宋体"/>
          <w:sz w:val="24"/>
        </w:rPr>
        <w:t>第二，修复最基础的信息问题。 确保品牌在所有平台上的基本信息准确、一致、完整。这不需要技术投入，但效果立竿见影。</w:t>
      </w:r>
    </w:p>
    <w:p>
      <w:pPr>
        <w:spacing w:line="360" w:lineRule="auto"/>
        <w:ind w:firstLine="420"/>
      </w:pPr>
      <w:r>
        <w:rPr>
          <w:rFonts w:ascii="宋体" w:hAnsi="宋体" w:eastAsia="宋体"/>
          <w:sz w:val="24"/>
        </w:rPr>
        <w:t>第三，建立品牌的"语义地图"。 梳理你的品牌应该覆盖的所有语义维度，识别覆盖盲区。</w:t>
      </w:r>
    </w:p>
    <w:p>
      <w:pPr>
        <w:spacing w:line="360" w:lineRule="auto"/>
        <w:ind w:firstLine="420"/>
      </w:pPr>
      <w:r>
        <w:rPr>
          <w:rFonts w:ascii="宋体" w:hAnsi="宋体" w:eastAsia="宋体"/>
          <w:sz w:val="24"/>
        </w:rPr>
        <w:t>第四，开始一个"最小可行GEO项目"。 选择一个最重要的语义维度，生产5-10篇高质量内容，实施基础的结构化数据标记，观察3个月的效果。</w:t>
      </w:r>
    </w:p>
    <w:p>
      <w:pPr>
        <w:spacing w:line="360" w:lineRule="auto"/>
        <w:ind w:firstLine="420"/>
      </w:pPr>
      <w:r>
        <w:rPr>
          <w:rFonts w:ascii="宋体" w:hAnsi="宋体" w:eastAsia="宋体"/>
          <w:sz w:val="24"/>
        </w:rPr>
        <w:t>第五，将GEO融入日常工作。 不是"做一次GEO项目"，而是让"AI友好"成为内容生产、客户服务、品牌管理的默认标准。</w:t>
      </w:r>
    </w:p>
    <w:p>
      <w:pPr>
        <w:pStyle w:val="Heading2"/>
      </w:pPr>
      <w:r>
        <w:t>本章小结</w:t>
      </w:r>
    </w:p>
    <w:p>
      <w:pPr>
        <w:spacing w:line="360" w:lineRule="auto"/>
        <w:ind w:firstLine="420"/>
      </w:pPr>
      <w:r>
        <w:rPr>
          <w:rFonts w:ascii="宋体" w:hAnsi="宋体" w:eastAsia="宋体"/>
          <w:sz w:val="24"/>
        </w:rPr>
        <w:t>AI搜索的未来趋势包括AI Agent崛起、多模态搜索普及、个性化推荐深化和平台生态分化。AI营销面临信息操纵、算法偏见、数据隐私和AI内容版权等伦理挑战。文旅品牌的长期竞争力来自于"AI原生品牌"建设和人文价值的坚守。技术负责触达，人性负责感动。从现在开始，完成基线评估、修复基础问题、建立语义地图、启动最小可行项目、将GEO融入日常工作。</w:t>
      </w:r>
    </w:p>
    <w:p>
      <w:pPr>
        <w:pStyle w:val="Heading2"/>
      </w:pPr>
      <w:r>
        <w:t>思考与练习</w:t>
      </w:r>
    </w:p>
    <w:p>
      <w:pPr>
        <w:pStyle w:val="ListBullet"/>
      </w:pPr>
      <w:r>
        <w:t>讨论：AI Agent时代，文旅营销的"客户"变成了AI，品牌应该如何应对？</w:t>
      </w:r>
    </w:p>
    <w:p>
      <w:pPr>
        <w:pStyle w:val="ListBullet"/>
      </w:pPr>
      <w:r>
        <w:t>分析AI搜索推荐中可能存在的文化偏见，提出"纠偏"策略。</w:t>
      </w:r>
    </w:p>
    <w:p>
      <w:pPr>
        <w:pStyle w:val="ListBullet"/>
      </w:pPr>
      <w:r>
        <w:t>为一个安顺文旅品牌设计"AI原生品牌"建设路线图。</w:t>
      </w:r>
    </w:p>
    <w:p>
      <w:pPr>
        <w:pStyle w:val="ListBullet"/>
      </w:pPr>
      <w:r>
        <w:t>探讨：在AI可以"伪造"体验的时代，文旅品牌如何保持"真实性"？</w:t>
      </w:r>
    </w:p>
    <w:p>
      <w:pPr>
        <w:pStyle w:val="ListBullet"/>
      </w:pPr>
      <w:r>
        <w:t>撰写一份"从现在开始的五件事"行动方案，为一个具体的安顺文旅品牌制定GEO起步计划。</w:t>
      </w:r>
    </w:p>
    <w:p>
      <w:pPr>
        <w:pStyle w:val="Heading2"/>
      </w:pPr>
      <w:r>
        <w:t>知识卡片：AI营销伦理四原则</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原则</w:t>
            </w:r>
          </w:p>
        </w:tc>
        <w:tc>
          <w:tcPr>
            <w:tcW w:type="dxa" w:w="2767"/>
          </w:tcPr>
          <w:p>
            <w:r>
              <w:rPr>
                <w:b/>
                <w:sz w:val="20"/>
              </w:rPr>
              <w:t>核心要求</w:t>
            </w:r>
          </w:p>
        </w:tc>
        <w:tc>
          <w:tcPr>
            <w:tcW w:type="dxa" w:w="2767"/>
          </w:tcPr>
          <w:p>
            <w:r>
              <w:rPr>
                <w:b/>
                <w:sz w:val="20"/>
              </w:rPr>
              <w:t>文旅应用</w:t>
            </w:r>
          </w:p>
        </w:tc>
      </w:tr>
      <w:tr>
        <w:tc>
          <w:tcPr>
            <w:tcW w:type="dxa" w:w="2767"/>
          </w:tcPr>
          <w:p>
            <w:r>
              <w:t>真实性</w:t>
            </w:r>
          </w:p>
        </w:tc>
        <w:tc>
          <w:tcPr>
            <w:tcW w:type="dxa" w:w="2767"/>
          </w:tcPr>
          <w:p>
            <w:r>
              <w:t>不制造虚假信息</w:t>
            </w:r>
          </w:p>
        </w:tc>
        <w:tc>
          <w:tcPr>
            <w:tcW w:type="dxa" w:w="2767"/>
          </w:tcPr>
          <w:p>
            <w:r>
              <w:t>真实评价、真实体验、真实数据</w:t>
            </w:r>
          </w:p>
        </w:tc>
      </w:tr>
      <w:tr>
        <w:tc>
          <w:tcPr>
            <w:tcW w:type="dxa" w:w="2767"/>
          </w:tcPr>
          <w:p>
            <w:r>
              <w:t>透明性</w:t>
            </w:r>
          </w:p>
        </w:tc>
        <w:tc>
          <w:tcPr>
            <w:tcW w:type="dxa" w:w="2767"/>
          </w:tcPr>
          <w:p>
            <w:r>
              <w:t>公开AI参与程度</w:t>
            </w:r>
          </w:p>
        </w:tc>
        <w:tc>
          <w:tcPr>
            <w:tcW w:type="dxa" w:w="2767"/>
          </w:tcPr>
          <w:p>
            <w:r>
              <w:t>标注AI生成内容</w:t>
            </w:r>
          </w:p>
        </w:tc>
      </w:tr>
      <w:tr>
        <w:tc>
          <w:tcPr>
            <w:tcW w:type="dxa" w:w="2767"/>
          </w:tcPr>
          <w:p>
            <w:r>
              <w:t>公平性</w:t>
            </w:r>
          </w:p>
        </w:tc>
        <w:tc>
          <w:tcPr>
            <w:tcW w:type="dxa" w:w="2767"/>
          </w:tcPr>
          <w:p>
            <w:r>
              <w:t>尊重文化多样性</w:t>
            </w:r>
          </w:p>
        </w:tc>
        <w:tc>
          <w:tcPr>
            <w:tcW w:type="dxa" w:w="2767"/>
          </w:tcPr>
          <w:p>
            <w:r>
              <w:t>为弱势文化资源创造AI可见性</w:t>
            </w:r>
          </w:p>
        </w:tc>
      </w:tr>
      <w:tr>
        <w:tc>
          <w:tcPr>
            <w:tcW w:type="dxa" w:w="2767"/>
          </w:tcPr>
          <w:p>
            <w:r>
              <w:t>隐私保护</w:t>
            </w:r>
          </w:p>
        </w:tc>
        <w:tc>
          <w:tcPr>
            <w:tcW w:type="dxa" w:w="2767"/>
          </w:tcPr>
          <w:p>
            <w:r>
              <w:t>尊重用户数据权利</w:t>
            </w:r>
          </w:p>
        </w:tc>
        <w:tc>
          <w:tcPr>
            <w:tcW w:type="dxa" w:w="2767"/>
          </w:tcPr>
          <w:p>
            <w:r>
              <w:t>知情同意、最小必要原则</w:t>
            </w:r>
          </w:p>
        </w:tc>
      </w:tr>
    </w:tbl>
    <w:p/>
    <w:p>
      <w:pPr>
        <w:pStyle w:val="Heading2"/>
      </w:pPr>
      <w:r>
        <w:t>参考文献</w:t>
      </w:r>
    </w:p>
    <w:p>
      <w:pPr>
        <w:spacing w:line="360" w:lineRule="auto"/>
        <w:ind w:firstLine="420"/>
      </w:pPr>
      <w:r>
        <w:rPr>
          <w:rFonts w:ascii="宋体" w:hAnsi="宋体" w:eastAsia="宋体"/>
          <w:sz w:val="24"/>
        </w:rPr>
        <w:t>[34] Schulte J, et al. Measuring visibility in AI search[J]. arXiv:2604.07585, 2026.</w:t>
      </w:r>
    </w:p>
    <w:p>
      <w:pPr>
        <w:spacing w:line="360" w:lineRule="auto"/>
        <w:ind w:firstLine="420"/>
      </w:pPr>
      <w:r>
        <w:rPr>
          <w:rFonts w:ascii="宋体" w:hAnsi="宋体" w:eastAsia="宋体"/>
          <w:sz w:val="24"/>
        </w:rPr>
        <w:t>[35] Davenport T, et al. AI and the future of marketing[J]. JAMS, 2019, 48(1): 24-42.</w:t>
      </w:r>
    </w:p>
    <w:p>
      <w:pPr>
        <w:spacing w:line="360" w:lineRule="auto"/>
        <w:ind w:firstLine="420"/>
      </w:pPr>
      <w:r>
        <w:rPr>
          <w:rFonts w:ascii="宋体" w:hAnsi="宋体" w:eastAsia="宋体"/>
          <w:sz w:val="24"/>
        </w:rPr>
        <w:t>[36] Zhang F, et al. Generative engine optimization</w:t>
      </w:r>
    </w:p>
    <w:p>
      <w:pPr>
        <w:spacing w:line="360" w:lineRule="auto"/>
        <w:ind w:firstLine="420"/>
      </w:pPr>
      <w:r>
        <w:rPr>
          <w:rFonts w:ascii="宋体" w:hAnsi="宋体" w:eastAsia="宋体"/>
          <w:sz w:val="24"/>
        </w:rPr>
        <w:t>[4] Bustard J, Ghisoiu M. Revolutionising Digital Marketing Education with Generative Artificial Intelligence Integration[J]. Proceedings, 2025, 114(1): 1. DOI: 10.3390/proceedings2025114001.</w:t>
      </w:r>
    </w:p>
    <w:p>
      <w:pPr>
        <w:spacing w:line="360" w:lineRule="auto"/>
        <w:ind w:firstLine="420"/>
      </w:pPr>
      <w:r>
        <w:rPr>
          <w:rFonts w:ascii="宋体" w:hAnsi="宋体" w:eastAsia="宋体"/>
          <w:sz w:val="24"/>
        </w:rPr>
        <w:t>[5] Quintana-Gómez Á. Generative Engine Optimization (GEO) y visibilidad de marcas en recomendaciones turísticas generadas por IA[J]. Revista Perspectiva Empresarial, 2026, 13(1): 1-20. DOI: 10.65598/rps.5975.</w:t>
      </w:r>
    </w:p>
    <w:p>
      <w:pPr>
        <w:spacing w:line="360" w:lineRule="auto"/>
        <w:ind w:firstLine="420"/>
      </w:pPr>
      <w:r>
        <w:rPr>
          <w:rFonts w:ascii="宋体" w:hAnsi="宋体" w:eastAsia="宋体"/>
          <w:sz w:val="24"/>
        </w:rPr>
        <w:t>[6] Huang J, Situ R, Ye R. Cultural Encoding in Large Language Models: The Existence Gap in AI-Mediated Brand Discovery[J]. arXiv preprint arXiv:2601.00869, 2026. DOI: 10.48550/arXiv.2601.00869.</w:t>
      </w:r>
    </w:p>
    <w:p>
      <w:pPr>
        <w:spacing w:line="360" w:lineRule="auto"/>
        <w:ind w:firstLine="420"/>
      </w:pPr>
      <w:r>
        <w:rPr>
          <w:rFonts w:ascii="宋体" w:hAnsi="宋体" w:eastAsia="宋体"/>
          <w:sz w:val="24"/>
        </w:rPr>
        <w:t>[7] Dwivedi Y K, Pandey N, Currie W, et al. Leveraging ChatGPT and Other Generative AI-Based Applications in the Hospitality and Tourism Industry: Practices, Challenges, and Research Agenda[J]. International Journal of Hospitality Management, 2023, 115: 103910.</w:t>
      </w:r>
    </w:p>
    <w:p>
      <w:pPr>
        <w:spacing w:line="360" w:lineRule="auto"/>
        <w:ind w:firstLine="420"/>
      </w:pPr>
      <w:r>
        <w:rPr>
          <w:rFonts w:ascii="宋体" w:hAnsi="宋体" w:eastAsia="宋体"/>
          <w:sz w:val="24"/>
        </w:rPr>
        <w:t>[8] Bulchand-Gidumal J, Secin E W, O'Connor P, et al. Artificial Intelligence impacts on hospitality and tourism marketing: exploring key themes and addressing challenges[J]. Tourism Management, 2023, 98: 104753.</w:t>
      </w:r>
    </w:p>
    <w:p>
      <w:pPr>
        <w:spacing w:line="360" w:lineRule="auto"/>
        <w:ind w:firstLine="420"/>
      </w:pPr>
      <w:r>
        <w:rPr>
          <w:rFonts w:ascii="宋体" w:hAnsi="宋体" w:eastAsia="宋体"/>
          <w:sz w:val="24"/>
        </w:rPr>
        <w:t>[9] 生成式引擎优化(GEO)的本质、作用机制与策略研究[J]. 新闻与传播研究, 2025, 32(2): 1-15.</w:t>
      </w:r>
    </w:p>
    <w:p>
      <w:pPr>
        <w:spacing w:line="360" w:lineRule="auto"/>
        <w:ind w:firstLine="420"/>
      </w:pPr>
      <w:r>
        <w:rPr>
          <w:rFonts w:ascii="宋体" w:hAnsi="宋体" w:eastAsia="宋体"/>
          <w:sz w:val="24"/>
        </w:rPr>
        <w:t>[10] Sakas D P, Rekilitis D P, Terzi M C, et al. Multichannel Digital Marketing Optimizations through Big Data Analytics in the Tourism and Hospitality Industry[J]. Journal of Theoretical and Applied Electronic Commerce Research, 2022, 17(4): 70. DOI: 10.3390/jtaer17040070.[J]. arXiv:2602.02961, 2026.</w:t>
      </w:r>
    </w:p>
    <w:p>
      <w:r>
        <w:br w:type="page"/>
      </w:r>
    </w:p>
    <w:sectPr w:rsidR="00FC693F" w:rsidRPr="0006063C"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065A8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065A82"/>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065A82"/>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