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0"/>
        </w:rPr>
        <w:t>AI时代的文旅主理人打造升级之路</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555555"/>
          <w:sz w:val="24"/>
        </w:rPr>
        <w:t>数字文旅专业系列教材</w:t>
      </w:r>
    </w:p>
    <w:p>
      <w:r>
        <w:br w:type="page"/>
      </w:r>
    </w:p>
    <w:p>
      <w:pPr>
        <w:jc w:val="center"/>
      </w:pPr>
      <w:r>
        <w:rPr>
          <w:rFonts w:ascii="黑体" w:hAnsi="黑体" w:eastAsia="黑体"/>
          <w:b/>
          <w:color w:val="1F4E79"/>
          <w:sz w:val="36"/>
        </w:rPr>
        <w:t>目  录</w:t>
      </w:r>
    </w:p>
    <w:p/>
    <w:p>
      <w:pPr>
        <w:spacing w:after="80"/>
      </w:pPr>
      <w:r>
        <w:rPr>
          <w:rFonts w:ascii="黑体" w:hAnsi="黑体" w:eastAsia="黑体"/>
          <w:b/>
          <w:sz w:val="24"/>
        </w:rPr>
        <w:t>第 1 章  AI时代的文旅产业变革</w:t>
      </w:r>
    </w:p>
    <w:p>
      <w:pPr>
        <w:spacing w:after="40"/>
        <w:ind w:left="567"/>
      </w:pPr>
      <w:r>
        <w:rPr>
          <w:rFonts w:ascii="宋体" w:hAnsi="宋体" w:eastAsia="宋体"/>
          <w:color w:val="555555"/>
          <w:sz w:val="20"/>
        </w:rPr>
        <w:t>1.1 从传统文旅到数智文旅：产业演进脉络</w:t>
      </w:r>
    </w:p>
    <w:p>
      <w:pPr>
        <w:spacing w:after="40"/>
        <w:ind w:left="567"/>
      </w:pPr>
      <w:r>
        <w:rPr>
          <w:rFonts w:ascii="宋体" w:hAnsi="宋体" w:eastAsia="宋体"/>
          <w:color w:val="555555"/>
          <w:sz w:val="20"/>
        </w:rPr>
        <w:t>1.2 AI技术对文旅价值链的重塑</w:t>
      </w:r>
    </w:p>
    <w:p>
      <w:pPr>
        <w:spacing w:after="40"/>
        <w:ind w:left="567"/>
      </w:pPr>
      <w:r>
        <w:rPr>
          <w:rFonts w:ascii="宋体" w:hAnsi="宋体" w:eastAsia="宋体"/>
          <w:color w:val="555555"/>
          <w:sz w:val="20"/>
        </w:rPr>
        <w:t>1.3 消费者行为变迁与体验经济升级</w:t>
      </w:r>
    </w:p>
    <w:p>
      <w:pPr>
        <w:spacing w:after="40"/>
        <w:ind w:left="567"/>
      </w:pPr>
      <w:r>
        <w:rPr>
          <w:rFonts w:ascii="宋体" w:hAnsi="宋体" w:eastAsia="宋体"/>
          <w:color w:val="555555"/>
          <w:sz w:val="20"/>
        </w:rPr>
        <w:t>1.4 文旅主理人面临的机遇与挑战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2 章  文旅主理人的角色重构与身份转型</w:t>
      </w:r>
    </w:p>
    <w:p>
      <w:pPr>
        <w:spacing w:after="40"/>
        <w:ind w:left="567"/>
      </w:pPr>
      <w:r>
        <w:rPr>
          <w:rFonts w:ascii="宋体" w:hAnsi="宋体" w:eastAsia="宋体"/>
          <w:color w:val="555555"/>
          <w:sz w:val="20"/>
        </w:rPr>
        <w:t>2.1 "主理人"概念的兴起与内涵界定</w:t>
      </w:r>
    </w:p>
    <w:p>
      <w:pPr>
        <w:spacing w:after="40"/>
        <w:ind w:left="567"/>
      </w:pPr>
      <w:r>
        <w:rPr>
          <w:rFonts w:ascii="宋体" w:hAnsi="宋体" w:eastAsia="宋体"/>
          <w:color w:val="555555"/>
          <w:sz w:val="20"/>
        </w:rPr>
        <w:t>2.2 从导游/运营者到主理人：角色进化路径</w:t>
      </w:r>
    </w:p>
    <w:p>
      <w:pPr>
        <w:spacing w:after="40"/>
        <w:ind w:left="567"/>
      </w:pPr>
      <w:r>
        <w:rPr>
          <w:rFonts w:ascii="宋体" w:hAnsi="宋体" w:eastAsia="宋体"/>
          <w:color w:val="555555"/>
          <w:sz w:val="20"/>
        </w:rPr>
        <w:t>2.3 AI时代主理人的核心定位：创意策展人+技术操盘手</w:t>
      </w:r>
    </w:p>
    <w:p>
      <w:pPr>
        <w:spacing w:after="40"/>
        <w:ind w:left="567"/>
      </w:pPr>
      <w:r>
        <w:rPr>
          <w:rFonts w:ascii="宋体" w:hAnsi="宋体" w:eastAsia="宋体"/>
          <w:color w:val="555555"/>
          <w:sz w:val="20"/>
        </w:rPr>
        <w:t>2.4 主理人群体的典型画像与分类</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3 章  主理人能力升级的理论框架：ACT-P模型</w:t>
      </w:r>
    </w:p>
    <w:p>
      <w:pPr>
        <w:spacing w:after="40"/>
        <w:ind w:left="567"/>
      </w:pPr>
      <w:r>
        <w:rPr>
          <w:rFonts w:ascii="宋体" w:hAnsi="宋体" w:eastAsia="宋体"/>
          <w:color w:val="555555"/>
          <w:sz w:val="20"/>
        </w:rPr>
        <w:t>3.1 ACT-P模型的理论基础</w:t>
      </w:r>
    </w:p>
    <w:p>
      <w:pPr>
        <w:spacing w:after="40"/>
        <w:ind w:left="567"/>
      </w:pPr>
      <w:r>
        <w:rPr>
          <w:rFonts w:ascii="宋体" w:hAnsi="宋体" w:eastAsia="宋体"/>
          <w:color w:val="555555"/>
          <w:sz w:val="20"/>
        </w:rPr>
        <w:t>3.2 A维度：AI认知与思维升级</w:t>
      </w:r>
    </w:p>
    <w:p>
      <w:pPr>
        <w:spacing w:after="40"/>
        <w:ind w:left="567"/>
      </w:pPr>
      <w:r>
        <w:rPr>
          <w:rFonts w:ascii="宋体" w:hAnsi="宋体" w:eastAsia="宋体"/>
          <w:color w:val="555555"/>
          <w:sz w:val="20"/>
        </w:rPr>
        <w:t>3.3 C维度：AI技术能力与工具应用</w:t>
      </w:r>
    </w:p>
    <w:p>
      <w:pPr>
        <w:spacing w:after="40"/>
        <w:ind w:left="567"/>
      </w:pPr>
      <w:r>
        <w:rPr>
          <w:rFonts w:ascii="宋体" w:hAnsi="宋体" w:eastAsia="宋体"/>
          <w:color w:val="555555"/>
          <w:sz w:val="20"/>
        </w:rPr>
        <w:t>3.4 T维度：商业模式与运营转型</w:t>
      </w:r>
    </w:p>
    <w:p>
      <w:pPr>
        <w:spacing w:after="40"/>
        <w:ind w:left="567"/>
      </w:pPr>
      <w:r>
        <w:rPr>
          <w:rFonts w:ascii="宋体" w:hAnsi="宋体" w:eastAsia="宋体"/>
          <w:color w:val="555555"/>
          <w:sz w:val="20"/>
        </w:rPr>
        <w:t>3.5 P维度：持续成长与生态进化</w:t>
      </w:r>
    </w:p>
    <w:p>
      <w:pPr>
        <w:spacing w:after="40"/>
        <w:ind w:left="567"/>
      </w:pPr>
      <w:r>
        <w:rPr>
          <w:rFonts w:ascii="宋体" w:hAnsi="宋体" w:eastAsia="宋体"/>
          <w:color w:val="555555"/>
          <w:sz w:val="20"/>
        </w:rPr>
        <w:t>3.6 能力评估与升级路径规划</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4 章  AIGC内容创作与IP打造</w:t>
      </w:r>
    </w:p>
    <w:p>
      <w:pPr>
        <w:spacing w:after="40"/>
        <w:ind w:left="567"/>
      </w:pPr>
      <w:r>
        <w:rPr>
          <w:rFonts w:ascii="宋体" w:hAnsi="宋体" w:eastAsia="宋体"/>
          <w:color w:val="555555"/>
          <w:sz w:val="20"/>
        </w:rPr>
        <w:t>4.1 AIGC技术概览与文旅内容生产范式变革</w:t>
      </w:r>
    </w:p>
    <w:p>
      <w:pPr>
        <w:spacing w:after="40"/>
        <w:ind w:left="567"/>
      </w:pPr>
      <w:r>
        <w:rPr>
          <w:rFonts w:ascii="宋体" w:hAnsi="宋体" w:eastAsia="宋体"/>
          <w:color w:val="555555"/>
          <w:sz w:val="20"/>
        </w:rPr>
        <w:t>4.2 文案生成：从种草文案到品牌故事</w:t>
      </w:r>
    </w:p>
    <w:p>
      <w:pPr>
        <w:spacing w:after="40"/>
        <w:ind w:left="567"/>
      </w:pPr>
      <w:r>
        <w:rPr>
          <w:rFonts w:ascii="宋体" w:hAnsi="宋体" w:eastAsia="宋体"/>
          <w:color w:val="555555"/>
          <w:sz w:val="20"/>
        </w:rPr>
        <w:t>4.3 图像与视频生成：视觉内容的高效产出</w:t>
      </w:r>
    </w:p>
    <w:p>
      <w:pPr>
        <w:spacing w:after="40"/>
        <w:ind w:left="567"/>
      </w:pPr>
      <w:r>
        <w:rPr>
          <w:rFonts w:ascii="宋体" w:hAnsi="宋体" w:eastAsia="宋体"/>
          <w:color w:val="555555"/>
          <w:sz w:val="20"/>
        </w:rPr>
        <w:t>4.4 虚拟数字人与文旅IP形象设计</w:t>
      </w:r>
    </w:p>
    <w:p>
      <w:pPr>
        <w:spacing w:after="40"/>
        <w:ind w:left="567"/>
      </w:pPr>
      <w:r>
        <w:rPr>
          <w:rFonts w:ascii="宋体" w:hAnsi="宋体" w:eastAsia="宋体"/>
          <w:color w:val="555555"/>
          <w:sz w:val="20"/>
        </w:rPr>
        <w:t>4.5 AIGC内容质量管控与版权合规</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5 章  AI驱动的精准营销与用户增长</w:t>
      </w:r>
    </w:p>
    <w:p>
      <w:pPr>
        <w:spacing w:after="40"/>
        <w:ind w:left="567"/>
      </w:pPr>
      <w:r>
        <w:rPr>
          <w:rFonts w:ascii="宋体" w:hAnsi="宋体" w:eastAsia="宋体"/>
          <w:color w:val="555555"/>
          <w:sz w:val="20"/>
        </w:rPr>
        <w:t>5.1 AI营销工具链与GEO策略</w:t>
      </w:r>
    </w:p>
    <w:p>
      <w:pPr>
        <w:spacing w:after="40"/>
        <w:ind w:left="567"/>
      </w:pPr>
      <w:r>
        <w:rPr>
          <w:rFonts w:ascii="宋体" w:hAnsi="宋体" w:eastAsia="宋体"/>
          <w:color w:val="555555"/>
          <w:sz w:val="20"/>
        </w:rPr>
        <w:t>5.2 用户画像构建与精准触达</w:t>
      </w:r>
    </w:p>
    <w:p>
      <w:pPr>
        <w:spacing w:after="40"/>
        <w:ind w:left="567"/>
      </w:pPr>
      <w:r>
        <w:rPr>
          <w:rFonts w:ascii="宋体" w:hAnsi="宋体" w:eastAsia="宋体"/>
          <w:color w:val="555555"/>
          <w:sz w:val="20"/>
        </w:rPr>
        <w:t>5.3 社交媒体矩阵的AI化运营</w:t>
      </w:r>
    </w:p>
    <w:p>
      <w:pPr>
        <w:spacing w:after="40"/>
        <w:ind w:left="567"/>
      </w:pPr>
      <w:r>
        <w:rPr>
          <w:rFonts w:ascii="宋体" w:hAnsi="宋体" w:eastAsia="宋体"/>
          <w:color w:val="555555"/>
          <w:sz w:val="20"/>
        </w:rPr>
        <w:t>5.4 私域流量池的智能化管理</w:t>
      </w:r>
    </w:p>
    <w:p>
      <w:pPr>
        <w:spacing w:after="40"/>
        <w:ind w:left="567"/>
      </w:pPr>
      <w:r>
        <w:rPr>
          <w:rFonts w:ascii="宋体" w:hAnsi="宋体" w:eastAsia="宋体"/>
          <w:color w:val="555555"/>
          <w:sz w:val="20"/>
        </w:rPr>
        <w:t>5.5 数据驱动的营销效果复盘与优化</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6 章  数据智能与运营决策</w:t>
      </w:r>
    </w:p>
    <w:p>
      <w:pPr>
        <w:spacing w:after="40"/>
        <w:ind w:left="567"/>
      </w:pPr>
      <w:r>
        <w:rPr>
          <w:rFonts w:ascii="宋体" w:hAnsi="宋体" w:eastAsia="宋体"/>
          <w:color w:val="555555"/>
          <w:sz w:val="20"/>
        </w:rPr>
        <w:t>6.1 文旅数据采集与整合体系</w:t>
      </w:r>
    </w:p>
    <w:p>
      <w:pPr>
        <w:spacing w:after="40"/>
        <w:ind w:left="567"/>
      </w:pPr>
      <w:r>
        <w:rPr>
          <w:rFonts w:ascii="宋体" w:hAnsi="宋体" w:eastAsia="宋体"/>
          <w:color w:val="555555"/>
          <w:sz w:val="20"/>
        </w:rPr>
        <w:t>6.2 游客行为数据分析与洞察</w:t>
      </w:r>
    </w:p>
    <w:p>
      <w:pPr>
        <w:spacing w:after="40"/>
        <w:ind w:left="567"/>
      </w:pPr>
      <w:r>
        <w:rPr>
          <w:rFonts w:ascii="宋体" w:hAnsi="宋体" w:eastAsia="宋体"/>
          <w:color w:val="555555"/>
          <w:sz w:val="20"/>
        </w:rPr>
        <w:t>6.3 智能定价与收益管理</w:t>
      </w:r>
    </w:p>
    <w:p>
      <w:pPr>
        <w:spacing w:after="40"/>
        <w:ind w:left="567"/>
      </w:pPr>
      <w:r>
        <w:rPr>
          <w:rFonts w:ascii="宋体" w:hAnsi="宋体" w:eastAsia="宋体"/>
          <w:color w:val="555555"/>
          <w:sz w:val="20"/>
        </w:rPr>
        <w:t>6.4 风险预警与应急响应</w:t>
      </w:r>
    </w:p>
    <w:p>
      <w:pPr>
        <w:spacing w:after="40"/>
        <w:ind w:left="567"/>
      </w:pPr>
      <w:r>
        <w:rPr>
          <w:rFonts w:ascii="宋体" w:hAnsi="宋体" w:eastAsia="宋体"/>
          <w:color w:val="555555"/>
          <w:sz w:val="20"/>
        </w:rPr>
        <w:t>6.5 数据中台与轻量化BI工具选型</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7 章  AI时代的文旅商业模式创新</w:t>
      </w:r>
    </w:p>
    <w:p>
      <w:pPr>
        <w:spacing w:after="40"/>
        <w:ind w:left="567"/>
      </w:pPr>
      <w:r>
        <w:rPr>
          <w:rFonts w:ascii="宋体" w:hAnsi="宋体" w:eastAsia="宋体"/>
          <w:color w:val="555555"/>
          <w:sz w:val="20"/>
        </w:rPr>
        <w:t>7.1 传统文旅商业模式的痛点与AI解法</w:t>
      </w:r>
    </w:p>
    <w:p>
      <w:pPr>
        <w:spacing w:after="40"/>
        <w:ind w:left="567"/>
      </w:pPr>
      <w:r>
        <w:rPr>
          <w:rFonts w:ascii="宋体" w:hAnsi="宋体" w:eastAsia="宋体"/>
          <w:color w:val="555555"/>
          <w:sz w:val="20"/>
        </w:rPr>
        <w:t>7.2 "一人公司"模式：AI赋能的超级个体</w:t>
      </w:r>
    </w:p>
    <w:p>
      <w:pPr>
        <w:spacing w:after="40"/>
        <w:ind w:left="567"/>
      </w:pPr>
      <w:r>
        <w:rPr>
          <w:rFonts w:ascii="宋体" w:hAnsi="宋体" w:eastAsia="宋体"/>
          <w:color w:val="555555"/>
          <w:sz w:val="20"/>
        </w:rPr>
        <w:t>7.3 平台+主理人：轻资产运营模式</w:t>
      </w:r>
    </w:p>
    <w:p>
      <w:pPr>
        <w:spacing w:after="40"/>
        <w:ind w:left="567"/>
      </w:pPr>
      <w:r>
        <w:rPr>
          <w:rFonts w:ascii="宋体" w:hAnsi="宋体" w:eastAsia="宋体"/>
          <w:color w:val="555555"/>
          <w:sz w:val="20"/>
        </w:rPr>
        <w:t>7.4 文旅+科技：跨界融合的新物种</w:t>
      </w:r>
    </w:p>
    <w:p>
      <w:pPr>
        <w:spacing w:after="40"/>
        <w:ind w:left="567"/>
      </w:pPr>
      <w:r>
        <w:rPr>
          <w:rFonts w:ascii="宋体" w:hAnsi="宋体" w:eastAsia="宋体"/>
          <w:color w:val="555555"/>
          <w:sz w:val="20"/>
        </w:rPr>
        <w:t>7.5 商业模式画布的AI化迭代</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8 章  智能体（Agent）赋能的精益运营</w:t>
      </w:r>
    </w:p>
    <w:p>
      <w:pPr>
        <w:spacing w:after="40"/>
        <w:ind w:left="567"/>
      </w:pPr>
      <w:r>
        <w:rPr>
          <w:rFonts w:ascii="宋体" w:hAnsi="宋体" w:eastAsia="宋体"/>
          <w:color w:val="555555"/>
          <w:sz w:val="20"/>
        </w:rPr>
        <w:t>8.1 AI智能体概念与文旅场景适配</w:t>
      </w:r>
    </w:p>
    <w:p>
      <w:pPr>
        <w:spacing w:after="40"/>
        <w:ind w:left="567"/>
      </w:pPr>
      <w:r>
        <w:rPr>
          <w:rFonts w:ascii="宋体" w:hAnsi="宋体" w:eastAsia="宋体"/>
          <w:color w:val="555555"/>
          <w:sz w:val="20"/>
        </w:rPr>
        <w:t>8.2 客服智能体：7×24小时体验守护</w:t>
      </w:r>
    </w:p>
    <w:p>
      <w:pPr>
        <w:spacing w:after="40"/>
        <w:ind w:left="567"/>
      </w:pPr>
      <w:r>
        <w:rPr>
          <w:rFonts w:ascii="宋体" w:hAnsi="宋体" w:eastAsia="宋体"/>
          <w:color w:val="555555"/>
          <w:sz w:val="20"/>
        </w:rPr>
        <w:t>8.3 内容智能体：自动化内容工厂</w:t>
      </w:r>
    </w:p>
    <w:p>
      <w:pPr>
        <w:spacing w:after="40"/>
        <w:ind w:left="567"/>
      </w:pPr>
      <w:r>
        <w:rPr>
          <w:rFonts w:ascii="宋体" w:hAnsi="宋体" w:eastAsia="宋体"/>
          <w:color w:val="555555"/>
          <w:sz w:val="20"/>
        </w:rPr>
        <w:t>8.4 运营智能体：流程自动化与效率提升</w:t>
      </w:r>
    </w:p>
    <w:p>
      <w:pPr>
        <w:spacing w:after="40"/>
        <w:ind w:left="567"/>
      </w:pPr>
      <w:r>
        <w:rPr>
          <w:rFonts w:ascii="宋体" w:hAnsi="宋体" w:eastAsia="宋体"/>
          <w:color w:val="555555"/>
          <w:sz w:val="20"/>
        </w:rPr>
        <w:t>8.5 多智能体协同：构建主理人的"AI团队"</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9 章  文旅主理人的个人品牌与影响力构建</w:t>
      </w:r>
    </w:p>
    <w:p>
      <w:pPr>
        <w:spacing w:after="40"/>
        <w:ind w:left="567"/>
      </w:pPr>
      <w:r>
        <w:rPr>
          <w:rFonts w:ascii="宋体" w:hAnsi="宋体" w:eastAsia="宋体"/>
          <w:color w:val="555555"/>
          <w:sz w:val="20"/>
        </w:rPr>
        <w:t>9.1 个人品牌定位与差异化策略</w:t>
      </w:r>
    </w:p>
    <w:p>
      <w:pPr>
        <w:spacing w:after="40"/>
        <w:ind w:left="567"/>
      </w:pPr>
      <w:r>
        <w:rPr>
          <w:rFonts w:ascii="宋体" w:hAnsi="宋体" w:eastAsia="宋体"/>
          <w:color w:val="555555"/>
          <w:sz w:val="20"/>
        </w:rPr>
        <w:t>9.2 AI辅助的内容矩阵规划</w:t>
      </w:r>
    </w:p>
    <w:p>
      <w:pPr>
        <w:spacing w:after="40"/>
        <w:ind w:left="567"/>
      </w:pPr>
      <w:r>
        <w:rPr>
          <w:rFonts w:ascii="宋体" w:hAnsi="宋体" w:eastAsia="宋体"/>
          <w:color w:val="555555"/>
          <w:sz w:val="20"/>
        </w:rPr>
        <w:t>9.3 知识IP打造与知识付费模式</w:t>
      </w:r>
    </w:p>
    <w:p>
      <w:pPr>
        <w:spacing w:after="40"/>
        <w:ind w:left="567"/>
      </w:pPr>
      <w:r>
        <w:rPr>
          <w:rFonts w:ascii="宋体" w:hAnsi="宋体" w:eastAsia="宋体"/>
          <w:color w:val="555555"/>
          <w:sz w:val="20"/>
        </w:rPr>
        <w:t>9.4 社群运营与粉丝经济</w:t>
      </w:r>
    </w:p>
    <w:p>
      <w:pPr>
        <w:spacing w:after="40"/>
        <w:ind w:left="567"/>
      </w:pPr>
      <w:r>
        <w:rPr>
          <w:rFonts w:ascii="宋体" w:hAnsi="宋体" w:eastAsia="宋体"/>
          <w:color w:val="555555"/>
          <w:sz w:val="20"/>
        </w:rPr>
        <w:t>9.5 跨平台传播与影响力放大</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10 章  从零到一：文旅主理人的AI创业实战</w:t>
      </w:r>
    </w:p>
    <w:p>
      <w:pPr>
        <w:spacing w:after="40"/>
        <w:ind w:left="567"/>
      </w:pPr>
      <w:r>
        <w:rPr>
          <w:rFonts w:ascii="宋体" w:hAnsi="宋体" w:eastAsia="宋体"/>
          <w:color w:val="555555"/>
          <w:sz w:val="20"/>
        </w:rPr>
        <w:t>10.1 发现机会：AI时代的文旅创业方向选择</w:t>
      </w:r>
    </w:p>
    <w:p>
      <w:pPr>
        <w:spacing w:after="40"/>
        <w:ind w:left="567"/>
      </w:pPr>
      <w:r>
        <w:rPr>
          <w:rFonts w:ascii="宋体" w:hAnsi="宋体" w:eastAsia="宋体"/>
          <w:color w:val="555555"/>
          <w:sz w:val="20"/>
        </w:rPr>
        <w:t>10.2 最小可行产品（MVP）的AI化构建</w:t>
      </w:r>
    </w:p>
    <w:p>
      <w:pPr>
        <w:spacing w:after="40"/>
        <w:ind w:left="567"/>
      </w:pPr>
      <w:r>
        <w:rPr>
          <w:rFonts w:ascii="宋体" w:hAnsi="宋体" w:eastAsia="宋体"/>
          <w:color w:val="555555"/>
          <w:sz w:val="20"/>
        </w:rPr>
        <w:t>10.3 冷启动策略与种子用户获取</w:t>
      </w:r>
    </w:p>
    <w:p>
      <w:pPr>
        <w:spacing w:after="40"/>
        <w:ind w:left="567"/>
      </w:pPr>
      <w:r>
        <w:rPr>
          <w:rFonts w:ascii="宋体" w:hAnsi="宋体" w:eastAsia="宋体"/>
          <w:color w:val="555555"/>
          <w:sz w:val="20"/>
        </w:rPr>
        <w:t>10.4 精益创业循环：构建-测量-学习</w:t>
      </w:r>
    </w:p>
    <w:p>
      <w:pPr>
        <w:spacing w:after="40"/>
        <w:ind w:left="567"/>
      </w:pPr>
      <w:r>
        <w:rPr>
          <w:rFonts w:ascii="宋体" w:hAnsi="宋体" w:eastAsia="宋体"/>
          <w:color w:val="555555"/>
          <w:sz w:val="20"/>
        </w:rPr>
        <w:t>10.5 案例深度解析：从0到1的完整路径</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11 章  规模化与团队升级：从小团队到智能组织</w:t>
      </w:r>
    </w:p>
    <w:p>
      <w:pPr>
        <w:spacing w:after="40"/>
        <w:ind w:left="567"/>
      </w:pPr>
      <w:r>
        <w:rPr>
          <w:rFonts w:ascii="宋体" w:hAnsi="宋体" w:eastAsia="宋体"/>
          <w:color w:val="555555"/>
          <w:sz w:val="20"/>
        </w:rPr>
        <w:t>11.1 主理人+AI：超级个体的规模化瓶颈与突破</w:t>
      </w:r>
    </w:p>
    <w:p>
      <w:pPr>
        <w:spacing w:after="40"/>
        <w:ind w:left="567"/>
      </w:pPr>
      <w:r>
        <w:rPr>
          <w:rFonts w:ascii="宋体" w:hAnsi="宋体" w:eastAsia="宋体"/>
          <w:color w:val="555555"/>
          <w:sz w:val="20"/>
        </w:rPr>
        <w:t>11.2 "人+AI"混合团队的组织设计</w:t>
      </w:r>
    </w:p>
    <w:p>
      <w:pPr>
        <w:spacing w:after="40"/>
        <w:ind w:left="567"/>
      </w:pPr>
      <w:r>
        <w:rPr>
          <w:rFonts w:ascii="宋体" w:hAnsi="宋体" w:eastAsia="宋体"/>
          <w:color w:val="555555"/>
          <w:sz w:val="20"/>
        </w:rPr>
        <w:t>11.3 AI工具链的标准化与流程化</w:t>
      </w:r>
    </w:p>
    <w:p>
      <w:pPr>
        <w:spacing w:after="40"/>
        <w:ind w:left="567"/>
      </w:pPr>
      <w:r>
        <w:rPr>
          <w:rFonts w:ascii="宋体" w:hAnsi="宋体" w:eastAsia="宋体"/>
          <w:color w:val="555555"/>
          <w:sz w:val="20"/>
        </w:rPr>
        <w:t>11.4 团队数智化能力培养体系</w:t>
      </w:r>
    </w:p>
    <w:p>
      <w:pPr>
        <w:spacing w:after="40"/>
        <w:ind w:left="567"/>
      </w:pPr>
      <w:r>
        <w:rPr>
          <w:rFonts w:ascii="宋体" w:hAnsi="宋体" w:eastAsia="宋体"/>
          <w:color w:val="555555"/>
          <w:sz w:val="20"/>
        </w:rPr>
        <w:t>11.5 从主理人到企业家：领导力升级</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12 章  面向未来的文旅主理人生态</w:t>
      </w:r>
    </w:p>
    <w:p>
      <w:pPr>
        <w:spacing w:after="40"/>
        <w:ind w:left="567"/>
      </w:pPr>
      <w:r>
        <w:rPr>
          <w:rFonts w:ascii="宋体" w:hAnsi="宋体" w:eastAsia="宋体"/>
          <w:color w:val="555555"/>
          <w:sz w:val="20"/>
        </w:rPr>
        <w:t>12.1 文旅主理人生态系统的构成与演化</w:t>
      </w:r>
    </w:p>
    <w:p>
      <w:pPr>
        <w:spacing w:after="40"/>
        <w:ind w:left="567"/>
      </w:pPr>
      <w:r>
        <w:rPr>
          <w:rFonts w:ascii="宋体" w:hAnsi="宋体" w:eastAsia="宋体"/>
          <w:color w:val="555555"/>
          <w:sz w:val="20"/>
        </w:rPr>
        <w:t>12.2 平台经济与主理人共生模式</w:t>
      </w:r>
    </w:p>
    <w:p>
      <w:pPr>
        <w:spacing w:after="40"/>
        <w:ind w:left="567"/>
      </w:pPr>
      <w:r>
        <w:rPr>
          <w:rFonts w:ascii="宋体" w:hAnsi="宋体" w:eastAsia="宋体"/>
          <w:color w:val="555555"/>
          <w:sz w:val="20"/>
        </w:rPr>
        <w:t>12.3 政策红利与产业扶持路径</w:t>
      </w:r>
    </w:p>
    <w:p>
      <w:pPr>
        <w:spacing w:after="40"/>
        <w:ind w:left="567"/>
      </w:pPr>
      <w:r>
        <w:rPr>
          <w:rFonts w:ascii="宋体" w:hAnsi="宋体" w:eastAsia="宋体"/>
          <w:color w:val="555555"/>
          <w:sz w:val="20"/>
        </w:rPr>
        <w:t>12.4 全球视野：国际文旅主理人发展趋势</w:t>
      </w:r>
    </w:p>
    <w:p>
      <w:pPr>
        <w:spacing w:after="40"/>
        <w:ind w:left="567"/>
      </w:pPr>
      <w:r>
        <w:rPr>
          <w:rFonts w:ascii="宋体" w:hAnsi="宋体" w:eastAsia="宋体"/>
          <w:color w:val="555555"/>
          <w:sz w:val="20"/>
        </w:rPr>
        <w:t>12.5 面向2030：文旅主理人的未来图景</w:t>
      </w:r>
    </w:p>
    <w:p>
      <w:pPr>
        <w:spacing w:after="40"/>
        <w:ind w:left="567"/>
      </w:pPr>
      <w:r>
        <w:rPr>
          <w:rFonts w:ascii="宋体" w:hAnsi="宋体" w:eastAsia="宋体"/>
          <w:color w:val="555555"/>
          <w:sz w:val="20"/>
        </w:rPr>
        <w:t>参考文献</w:t>
      </w:r>
    </w:p>
    <w:p/>
    <w:p>
      <w:pPr>
        <w:spacing w:after="80"/>
      </w:pPr>
      <w:r>
        <w:rPr>
          <w:rFonts w:ascii="黑体" w:hAnsi="黑体" w:eastAsia="黑体"/>
          <w:b/>
          <w:sz w:val="24"/>
        </w:rPr>
        <w:t>附录A 文旅主理人术语表</w:t>
      </w:r>
    </w:p>
    <w:p>
      <w:pPr>
        <w:spacing w:after="80"/>
      </w:pPr>
      <w:r>
        <w:rPr>
          <w:rFonts w:ascii="黑体" w:hAnsi="黑体" w:eastAsia="黑体"/>
          <w:b/>
          <w:sz w:val="24"/>
        </w:rPr>
        <w:t>附录B AI工具与平台速查表</w:t>
      </w:r>
    </w:p>
    <w:p>
      <w:pPr>
        <w:spacing w:after="80"/>
      </w:pPr>
      <w:r>
        <w:rPr>
          <w:rFonts w:ascii="黑体" w:hAnsi="黑体" w:eastAsia="黑体"/>
          <w:b/>
          <w:sz w:val="24"/>
        </w:rPr>
        <w:t>附录C 文旅主理人案例库</w:t>
      </w:r>
    </w:p>
    <w:p>
      <w:pPr>
        <w:spacing w:after="80"/>
      </w:pPr>
      <w:r>
        <w:rPr>
          <w:rFonts w:ascii="黑体" w:hAnsi="黑体" w:eastAsia="黑体"/>
          <w:b/>
          <w:sz w:val="24"/>
        </w:rPr>
        <w:t>附录D ACT-P能力自评量表与升级路径模板</w:t>
      </w:r>
    </w:p>
    <w:p>
      <w:pPr>
        <w:spacing w:after="80"/>
      </w:pPr>
      <w:r>
        <w:rPr>
          <w:rFonts w:ascii="黑体" w:hAnsi="黑体" w:eastAsia="黑体"/>
          <w:b/>
          <w:sz w:val="24"/>
        </w:rPr>
        <w:t>附录E 教学大纲与实验方案</w:t>
      </w:r>
    </w:p>
    <w:p>
      <w:pPr>
        <w:spacing w:after="80"/>
      </w:pPr>
      <w:r>
        <w:rPr>
          <w:rFonts w:ascii="黑体" w:hAnsi="黑体" w:eastAsia="黑体"/>
          <w:b/>
          <w:sz w:val="24"/>
        </w:rPr>
        <w:t>附录F 文旅主理人实训项目设计</w:t>
      </w:r>
    </w:p>
    <w:p>
      <w:pPr>
        <w:spacing w:after="80"/>
      </w:pPr>
      <w:r>
        <w:rPr>
          <w:rFonts w:ascii="黑体" w:hAnsi="黑体" w:eastAsia="黑体"/>
          <w:b/>
          <w:sz w:val="24"/>
        </w:rPr>
        <w:t>附录G 文旅主理人发展大事记</w:t>
      </w:r>
    </w:p>
    <w:p>
      <w:r>
        <w:br w:type="page"/>
      </w:r>
    </w:p>
    <w:p>
      <w:pPr>
        <w:pStyle w:val="Heading1"/>
      </w:pPr>
      <w:r>
        <w:rPr>
          <w:rFonts w:ascii="黑体" w:hAnsi="黑体" w:eastAsia="黑体"/>
          <w:b/>
          <w:color w:val="1F4E79"/>
          <w:sz w:val="32"/>
        </w:rPr>
        <w:t>第 1 章  AI时代的文旅产业变革</w:t>
      </w:r>
    </w:p>
    <w:p>
      <w:pPr>
        <w:pStyle w:val="Heading2"/>
      </w:pPr>
      <w:r>
        <w:rPr>
          <w:rFonts w:ascii="黑体" w:hAnsi="黑体" w:eastAsia="黑体"/>
          <w:b/>
          <w:sz w:val="28"/>
        </w:rPr>
        <w:t>1.1 从传统文旅到数智文旅：产业演进脉络</w:t>
      </w:r>
    </w:p>
    <w:p>
      <w:pPr>
        <w:spacing w:after="120" w:line="360" w:lineRule="exact"/>
        <w:jc w:val="both"/>
      </w:pPr>
      <w:r>
        <w:rPr>
          <w:rFonts w:ascii="宋体" w:hAnsi="宋体" w:eastAsia="宋体"/>
          <w:b w:val="0"/>
          <w:sz w:val="24"/>
        </w:rPr>
        <w:t>文化旅游产业经历了从资源驱动到技术驱动的深刻转型。改革开放以来，中国文旅产业大致走过了三个阶段：第一阶段（1980s-1990s）以资源开发和观光旅游为主导，旅游景区依托自然和文化遗产吸引游客，产业核心是"门票经济"；第二阶段（2000s-2010s）以互联网普及和信息旅游（e-Tourism）为标志，在线旅行社（OTA）崛起，旅游信息获取和交易环节实现数字化，但产业运营逻辑尚未根本改变；第三阶段（2015年至今）进入智慧旅游（Smart Tourism）与数智文旅阶段，大数据、人工智能、物联网等技术深度嵌入文旅价值链的各个环节，推动产业从"数字化"向"智能化"跃迁[1]。</w:t>
      </w:r>
    </w:p>
    <w:p>
      <w:pPr>
        <w:spacing w:after="120" w:line="360" w:lineRule="exact"/>
        <w:jc w:val="both"/>
      </w:pPr>
      <w:r>
        <w:rPr>
          <w:rFonts w:ascii="宋体" w:hAnsi="宋体" w:eastAsia="宋体"/>
          <w:b w:val="0"/>
          <w:sz w:val="24"/>
        </w:rPr>
        <w:t>Gretzel等学者提出的智慧旅游框架指出，智慧旅游的核心在于通过新兴ICT技术实现旅游目的地、产业和游客三方之间海量数据的采集、处理与利用，从而创造超越传统旅游的智能化体验[2]。这一框架为理解AI时代文旅产业的变革提供了理论基础。当前，随着生成式人工智能（Generative AI）的爆发式发展，文旅产业正进入"数智文旅"新阶段——不仅实现数据的采集与分析，更通过AI实现内容的自动生成、服务的个性化推荐和运营的智能决策。</w:t>
      </w:r>
    </w:p>
    <w:p>
      <w:pPr>
        <w:spacing w:after="120"/>
        <w:ind w:left="567"/>
      </w:pPr>
      <w:r>
        <w:rPr>
          <w:rFonts w:ascii="楷体" w:hAnsi="楷体" w:eastAsia="楷体"/>
          <w:b/>
          <w:color w:val="555555"/>
          <w:sz w:val="22"/>
        </w:rPr>
        <w:t>知识卡片</w:t>
      </w:r>
      <w:r>
        <w:rPr>
          <w:rFonts w:ascii="楷体" w:hAnsi="楷体" w:eastAsia="楷体"/>
          <w:b w:val="0"/>
          <w:color w:val="555555"/>
          <w:sz w:val="22"/>
        </w:rPr>
        <w:t>：数智文旅 = 数字化（Digitization）+ 智能化（Intelligence）。数字化解决"数据有"的问题，智能化解决"决策优"的问题。AI是连接二者的核心引擎。</w:t>
      </w:r>
    </w:p>
    <w:p>
      <w:pPr>
        <w:pStyle w:val="Heading2"/>
      </w:pPr>
      <w:r>
        <w:rPr>
          <w:rFonts w:ascii="黑体" w:hAnsi="黑体" w:eastAsia="黑体"/>
          <w:b/>
          <w:sz w:val="28"/>
        </w:rPr>
        <w:t>1.2 AI技术对文旅价值链的重塑</w:t>
      </w:r>
    </w:p>
    <w:p>
      <w:pPr>
        <w:spacing w:after="120" w:line="360" w:lineRule="exact"/>
        <w:jc w:val="both"/>
      </w:pPr>
      <w:r>
        <w:rPr>
          <w:rFonts w:ascii="宋体" w:hAnsi="宋体" w:eastAsia="宋体"/>
          <w:b w:val="0"/>
          <w:sz w:val="24"/>
        </w:rPr>
        <w:t>传统文旅价值链包括资源开发、产品设计、营销推广、渠道分销、游客服务、运营管理六大环节。AI技术正在对每个环节进行深度重塑。</w:t>
      </w:r>
    </w:p>
    <w:p>
      <w:pPr>
        <w:spacing w:after="120" w:line="360" w:lineRule="exact"/>
        <w:jc w:val="both"/>
      </w:pPr>
      <w:r>
        <w:rPr>
          <w:rFonts w:ascii="宋体" w:hAnsi="宋体" w:eastAsia="宋体"/>
          <w:b/>
          <w:sz w:val="24"/>
        </w:rPr>
        <w:t>资源开发环节</w:t>
      </w:r>
      <w:r>
        <w:rPr>
          <w:rFonts w:ascii="宋体" w:hAnsi="宋体" w:eastAsia="宋体"/>
          <w:b w:val="0"/>
          <w:sz w:val="24"/>
        </w:rPr>
        <w:t>，AI通过遥感影像分析、地质数据挖掘等技术辅助旅游资源勘探与评估。在文化遗产领域，AI图像识别和3D重建技术使文物数字化保护从"存档"走向"活化"[3]。例如，敦煌研究院利用AI辅助壁画修复，实现了文物保护与旅游展示的双赢。</w:t>
      </w:r>
    </w:p>
    <w:p>
      <w:pPr>
        <w:spacing w:after="120" w:line="360" w:lineRule="exact"/>
        <w:jc w:val="both"/>
      </w:pPr>
      <w:r>
        <w:rPr>
          <w:rFonts w:ascii="宋体" w:hAnsi="宋体" w:eastAsia="宋体"/>
          <w:b/>
          <w:sz w:val="24"/>
        </w:rPr>
        <w:t>产品设计环节</w:t>
      </w:r>
      <w:r>
        <w:rPr>
          <w:rFonts w:ascii="宋体" w:hAnsi="宋体" w:eastAsia="宋体"/>
          <w:b w:val="0"/>
          <w:sz w:val="24"/>
        </w:rPr>
        <w:t>，AIGC技术使文旅产品创意从"人工构思"走向"人机共创"。生成式AI可以根据游客画像、文化元素和市场趋势，快速生成多种产品方案供主理人筛选优化。李玲等学者的研究表明，AIGC技术在文旅IP形象设计领域的运用，能够显著提升设计效率和创意表现力[4]。</w:t>
      </w:r>
    </w:p>
    <w:p>
      <w:pPr>
        <w:spacing w:after="120" w:line="360" w:lineRule="exact"/>
        <w:jc w:val="both"/>
      </w:pPr>
      <w:r>
        <w:rPr>
          <w:rFonts w:ascii="宋体" w:hAnsi="宋体" w:eastAsia="宋体"/>
          <w:b/>
          <w:sz w:val="24"/>
        </w:rPr>
        <w:t>营销推广环节</w:t>
      </w:r>
      <w:r>
        <w:rPr>
          <w:rFonts w:ascii="宋体" w:hAnsi="宋体" w:eastAsia="宋体"/>
          <w:b w:val="0"/>
          <w:sz w:val="24"/>
        </w:rPr>
        <w:t>，AI驱动的精准营销正在替代传统"广撒网"模式。通过用户画像构建、兴趣预测和内容个性化推荐，营销触达效率和转化率大幅提升。同时，GEO（Generative Engine Optimization，生成引擎优化）成为新的营销阵地，主理人需要让品牌内容在AI搜索引擎中获得优先生成推荐。</w:t>
      </w:r>
    </w:p>
    <w:p>
      <w:pPr>
        <w:spacing w:after="120" w:line="360" w:lineRule="exact"/>
        <w:jc w:val="both"/>
      </w:pPr>
      <w:r>
        <w:rPr>
          <w:rFonts w:ascii="宋体" w:hAnsi="宋体" w:eastAsia="宋体"/>
          <w:b/>
          <w:sz w:val="24"/>
        </w:rPr>
        <w:t>渠道分销环节</w:t>
      </w:r>
      <w:r>
        <w:rPr>
          <w:rFonts w:ascii="宋体" w:hAnsi="宋体" w:eastAsia="宋体"/>
          <w:b w:val="0"/>
          <w:sz w:val="24"/>
        </w:rPr>
        <w:t>，智能定价系统和动态库存管理使收益管理从经验驱动转向数据驱动。AI可以根据季节、天气、节假日、竞品价格等多维因素实时调整定价策略。</w:t>
      </w:r>
    </w:p>
    <w:p>
      <w:pPr>
        <w:spacing w:after="120" w:line="360" w:lineRule="exact"/>
        <w:jc w:val="both"/>
      </w:pPr>
      <w:r>
        <w:rPr>
          <w:rFonts w:ascii="宋体" w:hAnsi="宋体" w:eastAsia="宋体"/>
          <w:b/>
          <w:sz w:val="24"/>
        </w:rPr>
        <w:t>游客服务环节</w:t>
      </w:r>
      <w:r>
        <w:rPr>
          <w:rFonts w:ascii="宋体" w:hAnsi="宋体" w:eastAsia="宋体"/>
          <w:b w:val="0"/>
          <w:sz w:val="24"/>
        </w:rPr>
        <w:t>，AI客服、智能导览、虚拟数字人等技术使游客服务实现7×24小时覆盖。Pillai和Sivathanu的研究表明，AI聊天机器人在旅游业的采用显著提升了服务效率和用户满意度[5]。</w:t>
      </w:r>
    </w:p>
    <w:p>
      <w:pPr>
        <w:spacing w:after="120" w:line="360" w:lineRule="exact"/>
        <w:jc w:val="both"/>
      </w:pPr>
      <w:r>
        <w:rPr>
          <w:rFonts w:ascii="宋体" w:hAnsi="宋体" w:eastAsia="宋体"/>
          <w:b/>
          <w:sz w:val="24"/>
        </w:rPr>
        <w:t>运营管理环节</w:t>
      </w:r>
      <w:r>
        <w:rPr>
          <w:rFonts w:ascii="宋体" w:hAnsi="宋体" w:eastAsia="宋体"/>
          <w:b w:val="0"/>
          <w:sz w:val="24"/>
        </w:rPr>
        <w:t>，物联网传感器、视频分析和预测性算法使景区运营从"被动响应"转向"主动预警"。客流预测、安全监控、设施维护等环节的智能化水平持续提升。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价值链环节</w:t>
            </w:r>
          </w:p>
        </w:tc>
        <w:tc>
          <w:tcPr>
            <w:tcW w:type="dxa" w:w="2160"/>
            <w:shd w:fill="1F4E79"/>
          </w:tcPr>
          <w:p>
            <w:r/>
            <w:r>
              <w:rPr>
                <w:rFonts w:ascii="宋体" w:hAnsi="宋体" w:eastAsia="宋体"/>
                <w:b/>
                <w:color w:val="FFFFFF"/>
                <w:sz w:val="20"/>
              </w:rPr>
              <w:t>传统模式</w:t>
            </w:r>
          </w:p>
        </w:tc>
        <w:tc>
          <w:tcPr>
            <w:tcW w:type="dxa" w:w="2160"/>
            <w:shd w:fill="1F4E79"/>
          </w:tcPr>
          <w:p>
            <w:r/>
            <w:r>
              <w:rPr>
                <w:rFonts w:ascii="宋体" w:hAnsi="宋体" w:eastAsia="宋体"/>
                <w:b/>
                <w:color w:val="FFFFFF"/>
                <w:sz w:val="20"/>
              </w:rPr>
              <w:t>AI赋能模式</w:t>
            </w:r>
          </w:p>
        </w:tc>
        <w:tc>
          <w:tcPr>
            <w:tcW w:type="dxa" w:w="2160"/>
            <w:shd w:fill="1F4E79"/>
          </w:tcPr>
          <w:p>
            <w:r/>
            <w:r>
              <w:rPr>
                <w:rFonts w:ascii="宋体" w:hAnsi="宋体" w:eastAsia="宋体"/>
                <w:b/>
                <w:color w:val="FFFFFF"/>
                <w:sz w:val="20"/>
              </w:rPr>
              <w:t>变革核心</w:t>
            </w:r>
          </w:p>
        </w:tc>
      </w:tr>
      <w:tr>
        <w:tc>
          <w:tcPr>
            <w:tcW w:type="dxa" w:w="2160"/>
            <w:shd w:fill="F2F2F2"/>
          </w:tcPr>
          <w:p>
            <w:r/>
            <w:r>
              <w:rPr>
                <w:rFonts w:ascii="宋体" w:hAnsi="宋体" w:eastAsia="宋体"/>
                <w:b w:val="0"/>
                <w:sz w:val="20"/>
              </w:rPr>
              <w:t>资源开发</w:t>
            </w:r>
          </w:p>
        </w:tc>
        <w:tc>
          <w:tcPr>
            <w:tcW w:type="dxa" w:w="2160"/>
            <w:shd w:fill="F2F2F2"/>
          </w:tcPr>
          <w:p>
            <w:r/>
            <w:r>
              <w:rPr>
                <w:rFonts w:ascii="宋体" w:hAnsi="宋体" w:eastAsia="宋体"/>
                <w:b w:val="0"/>
                <w:sz w:val="20"/>
              </w:rPr>
              <w:t>人工勘察</w:t>
            </w:r>
          </w:p>
        </w:tc>
        <w:tc>
          <w:tcPr>
            <w:tcW w:type="dxa" w:w="2160"/>
            <w:shd w:fill="F2F2F2"/>
          </w:tcPr>
          <w:p>
            <w:r/>
            <w:r>
              <w:rPr>
                <w:rFonts w:ascii="宋体" w:hAnsi="宋体" w:eastAsia="宋体"/>
                <w:b w:val="0"/>
                <w:sz w:val="20"/>
              </w:rPr>
              <w:t>AI辅助分析+数字孪生</w:t>
            </w:r>
          </w:p>
        </w:tc>
        <w:tc>
          <w:tcPr>
            <w:tcW w:type="dxa" w:w="2160"/>
            <w:shd w:fill="F2F2F2"/>
          </w:tcPr>
          <w:p>
            <w:r/>
            <w:r>
              <w:rPr>
                <w:rFonts w:ascii="宋体" w:hAnsi="宋体" w:eastAsia="宋体"/>
                <w:b w:val="0"/>
                <w:sz w:val="20"/>
              </w:rPr>
              <w:t>效率与精度提升</w:t>
            </w:r>
          </w:p>
        </w:tc>
      </w:tr>
      <w:tr>
        <w:tc>
          <w:tcPr>
            <w:tcW w:type="dxa" w:w="2160"/>
          </w:tcPr>
          <w:p>
            <w:r/>
            <w:r>
              <w:rPr>
                <w:rFonts w:ascii="宋体" w:hAnsi="宋体" w:eastAsia="宋体"/>
                <w:b w:val="0"/>
                <w:sz w:val="20"/>
              </w:rPr>
              <w:t>产品设计</w:t>
            </w:r>
          </w:p>
        </w:tc>
        <w:tc>
          <w:tcPr>
            <w:tcW w:type="dxa" w:w="2160"/>
          </w:tcPr>
          <w:p>
            <w:r/>
            <w:r>
              <w:rPr>
                <w:rFonts w:ascii="宋体" w:hAnsi="宋体" w:eastAsia="宋体"/>
                <w:b w:val="0"/>
                <w:sz w:val="20"/>
              </w:rPr>
              <w:t>经验驱动</w:t>
            </w:r>
          </w:p>
        </w:tc>
        <w:tc>
          <w:tcPr>
            <w:tcW w:type="dxa" w:w="2160"/>
          </w:tcPr>
          <w:p>
            <w:r/>
            <w:r>
              <w:rPr>
                <w:rFonts w:ascii="宋体" w:hAnsi="宋体" w:eastAsia="宋体"/>
                <w:b w:val="0"/>
                <w:sz w:val="20"/>
              </w:rPr>
              <w:t>AIGC人机共创</w:t>
            </w:r>
          </w:p>
        </w:tc>
        <w:tc>
          <w:tcPr>
            <w:tcW w:type="dxa" w:w="2160"/>
          </w:tcPr>
          <w:p>
            <w:r/>
            <w:r>
              <w:rPr>
                <w:rFonts w:ascii="宋体" w:hAnsi="宋体" w:eastAsia="宋体"/>
                <w:b w:val="0"/>
                <w:sz w:val="20"/>
              </w:rPr>
              <w:t>创意效率倍增</w:t>
            </w:r>
          </w:p>
        </w:tc>
      </w:tr>
      <w:tr>
        <w:tc>
          <w:tcPr>
            <w:tcW w:type="dxa" w:w="2160"/>
            <w:shd w:fill="F2F2F2"/>
          </w:tcPr>
          <w:p>
            <w:r/>
            <w:r>
              <w:rPr>
                <w:rFonts w:ascii="宋体" w:hAnsi="宋体" w:eastAsia="宋体"/>
                <w:b w:val="0"/>
                <w:sz w:val="20"/>
              </w:rPr>
              <w:t>营销推广</w:t>
            </w:r>
          </w:p>
        </w:tc>
        <w:tc>
          <w:tcPr>
            <w:tcW w:type="dxa" w:w="2160"/>
            <w:shd w:fill="F2F2F2"/>
          </w:tcPr>
          <w:p>
            <w:r/>
            <w:r>
              <w:rPr>
                <w:rFonts w:ascii="宋体" w:hAnsi="宋体" w:eastAsia="宋体"/>
                <w:b w:val="0"/>
                <w:sz w:val="20"/>
              </w:rPr>
              <w:t>广撒网</w:t>
            </w:r>
          </w:p>
        </w:tc>
        <w:tc>
          <w:tcPr>
            <w:tcW w:type="dxa" w:w="2160"/>
            <w:shd w:fill="F2F2F2"/>
          </w:tcPr>
          <w:p>
            <w:r/>
            <w:r>
              <w:rPr>
                <w:rFonts w:ascii="宋体" w:hAnsi="宋体" w:eastAsia="宋体"/>
                <w:b w:val="0"/>
                <w:sz w:val="20"/>
              </w:rPr>
              <w:t>精准推荐+GEO</w:t>
            </w:r>
          </w:p>
        </w:tc>
        <w:tc>
          <w:tcPr>
            <w:tcW w:type="dxa" w:w="2160"/>
            <w:shd w:fill="F2F2F2"/>
          </w:tcPr>
          <w:p>
            <w:r/>
            <w:r>
              <w:rPr>
                <w:rFonts w:ascii="宋体" w:hAnsi="宋体" w:eastAsia="宋体"/>
                <w:b w:val="0"/>
                <w:sz w:val="20"/>
              </w:rPr>
              <w:t>触达效率提升</w:t>
            </w:r>
          </w:p>
        </w:tc>
      </w:tr>
      <w:tr>
        <w:tc>
          <w:tcPr>
            <w:tcW w:type="dxa" w:w="2160"/>
          </w:tcPr>
          <w:p>
            <w:r/>
            <w:r>
              <w:rPr>
                <w:rFonts w:ascii="宋体" w:hAnsi="宋体" w:eastAsia="宋体"/>
                <w:b w:val="0"/>
                <w:sz w:val="20"/>
              </w:rPr>
              <w:t>渠道分销</w:t>
            </w:r>
          </w:p>
        </w:tc>
        <w:tc>
          <w:tcPr>
            <w:tcW w:type="dxa" w:w="2160"/>
          </w:tcPr>
          <w:p>
            <w:r/>
            <w:r>
              <w:rPr>
                <w:rFonts w:ascii="宋体" w:hAnsi="宋体" w:eastAsia="宋体"/>
                <w:b w:val="0"/>
                <w:sz w:val="20"/>
              </w:rPr>
              <w:t>固定定价</w:t>
            </w:r>
          </w:p>
        </w:tc>
        <w:tc>
          <w:tcPr>
            <w:tcW w:type="dxa" w:w="2160"/>
          </w:tcPr>
          <w:p>
            <w:r/>
            <w:r>
              <w:rPr>
                <w:rFonts w:ascii="宋体" w:hAnsi="宋体" w:eastAsia="宋体"/>
                <w:b w:val="0"/>
                <w:sz w:val="20"/>
              </w:rPr>
              <w:t>智能动态定价</w:t>
            </w:r>
          </w:p>
        </w:tc>
        <w:tc>
          <w:tcPr>
            <w:tcW w:type="dxa" w:w="2160"/>
          </w:tcPr>
          <w:p>
            <w:r/>
            <w:r>
              <w:rPr>
                <w:rFonts w:ascii="宋体" w:hAnsi="宋体" w:eastAsia="宋体"/>
                <w:b w:val="0"/>
                <w:sz w:val="20"/>
              </w:rPr>
              <w:t>收益最大化</w:t>
            </w:r>
          </w:p>
        </w:tc>
      </w:tr>
      <w:tr>
        <w:tc>
          <w:tcPr>
            <w:tcW w:type="dxa" w:w="2160"/>
            <w:shd w:fill="F2F2F2"/>
          </w:tcPr>
          <w:p>
            <w:r/>
            <w:r>
              <w:rPr>
                <w:rFonts w:ascii="宋体" w:hAnsi="宋体" w:eastAsia="宋体"/>
                <w:b w:val="0"/>
                <w:sz w:val="20"/>
              </w:rPr>
              <w:t>游客服务</w:t>
            </w:r>
          </w:p>
        </w:tc>
        <w:tc>
          <w:tcPr>
            <w:tcW w:type="dxa" w:w="2160"/>
            <w:shd w:fill="F2F2F2"/>
          </w:tcPr>
          <w:p>
            <w:r/>
            <w:r>
              <w:rPr>
                <w:rFonts w:ascii="宋体" w:hAnsi="宋体" w:eastAsia="宋体"/>
                <w:b w:val="0"/>
                <w:sz w:val="20"/>
              </w:rPr>
              <w:t>人工服务</w:t>
            </w:r>
          </w:p>
        </w:tc>
        <w:tc>
          <w:tcPr>
            <w:tcW w:type="dxa" w:w="2160"/>
            <w:shd w:fill="F2F2F2"/>
          </w:tcPr>
          <w:p>
            <w:r/>
            <w:r>
              <w:rPr>
                <w:rFonts w:ascii="宋体" w:hAnsi="宋体" w:eastAsia="宋体"/>
                <w:b w:val="0"/>
                <w:sz w:val="20"/>
              </w:rPr>
              <w:t>AI客服+智能导览</w:t>
            </w:r>
          </w:p>
        </w:tc>
        <w:tc>
          <w:tcPr>
            <w:tcW w:type="dxa" w:w="2160"/>
            <w:shd w:fill="F2F2F2"/>
          </w:tcPr>
          <w:p>
            <w:r/>
            <w:r>
              <w:rPr>
                <w:rFonts w:ascii="宋体" w:hAnsi="宋体" w:eastAsia="宋体"/>
                <w:b w:val="0"/>
                <w:sz w:val="20"/>
              </w:rPr>
              <w:t>全时域覆盖</w:t>
            </w:r>
          </w:p>
        </w:tc>
      </w:tr>
      <w:tr>
        <w:tc>
          <w:tcPr>
            <w:tcW w:type="dxa" w:w="2160"/>
          </w:tcPr>
          <w:p>
            <w:r/>
            <w:r>
              <w:rPr>
                <w:rFonts w:ascii="宋体" w:hAnsi="宋体" w:eastAsia="宋体"/>
                <w:b w:val="0"/>
                <w:sz w:val="20"/>
              </w:rPr>
              <w:t>运营管理</w:t>
            </w:r>
          </w:p>
        </w:tc>
        <w:tc>
          <w:tcPr>
            <w:tcW w:type="dxa" w:w="2160"/>
          </w:tcPr>
          <w:p>
            <w:r/>
            <w:r>
              <w:rPr>
                <w:rFonts w:ascii="宋体" w:hAnsi="宋体" w:eastAsia="宋体"/>
                <w:b w:val="0"/>
                <w:sz w:val="20"/>
              </w:rPr>
              <w:t>被动响应</w:t>
            </w:r>
          </w:p>
        </w:tc>
        <w:tc>
          <w:tcPr>
            <w:tcW w:type="dxa" w:w="2160"/>
          </w:tcPr>
          <w:p>
            <w:r/>
            <w:r>
              <w:rPr>
                <w:rFonts w:ascii="宋体" w:hAnsi="宋体" w:eastAsia="宋体"/>
                <w:b w:val="0"/>
                <w:sz w:val="20"/>
              </w:rPr>
              <w:t>预测性运营</w:t>
            </w:r>
          </w:p>
        </w:tc>
        <w:tc>
          <w:tcPr>
            <w:tcW w:type="dxa" w:w="2160"/>
          </w:tcPr>
          <w:p>
            <w:r/>
            <w:r>
              <w:rPr>
                <w:rFonts w:ascii="宋体" w:hAnsi="宋体" w:eastAsia="宋体"/>
                <w:b w:val="0"/>
                <w:sz w:val="20"/>
              </w:rPr>
              <w:t>风险前置</w:t>
            </w:r>
          </w:p>
        </w:tc>
      </w:tr>
    </w:tbl>
    <w:p>
      <w:pPr>
        <w:pStyle w:val="Heading2"/>
      </w:pPr>
      <w:r>
        <w:rPr>
          <w:rFonts w:ascii="黑体" w:hAnsi="黑体" w:eastAsia="黑体"/>
          <w:b/>
          <w:sz w:val="28"/>
        </w:rPr>
        <w:t>1.3 消费者行为变迁与体验经济升级</w:t>
      </w:r>
    </w:p>
    <w:p>
      <w:pPr>
        <w:spacing w:after="120" w:line="360" w:lineRule="exact"/>
        <w:jc w:val="both"/>
      </w:pPr>
      <w:r>
        <w:rPr>
          <w:rFonts w:ascii="宋体" w:hAnsi="宋体" w:eastAsia="宋体"/>
          <w:b w:val="0"/>
          <w:sz w:val="24"/>
        </w:rPr>
        <w:t>AI时代文旅消费者的行为模式正在发生结构性变迁。理解这些变迁是文旅主理人制定策略的前提。</w:t>
      </w:r>
    </w:p>
    <w:p>
      <w:pPr>
        <w:spacing w:after="120" w:line="360" w:lineRule="exact"/>
        <w:jc w:val="both"/>
      </w:pPr>
      <w:r>
        <w:rPr>
          <w:rFonts w:ascii="宋体" w:hAnsi="宋体" w:eastAsia="宋体"/>
          <w:b/>
          <w:sz w:val="24"/>
        </w:rPr>
        <w:t>第一，信息获取方式的变迁。</w:t>
      </w:r>
      <w:r>
        <w:rPr>
          <w:rFonts w:ascii="宋体" w:hAnsi="宋体" w:eastAsia="宋体"/>
          <w:b w:val="0"/>
          <w:sz w:val="24"/>
        </w:rPr>
        <w:t xml:space="preserve"> 传统模式下，游客通过旅行社、旅游指南或朋友推荐获取信息。互联网时代转向OTA平台和旅游论坛。当前，越来越多的游客通过AI搜索引擎（如Perplexity、文心一言）直接获取个性化旅行建议。这意味着文旅品牌的可见性不仅取决于搜索引擎优化（SEO），更取决于在AI生成结果中的曝光度——即GEO策略的重要性日益凸显。</w:t>
      </w:r>
    </w:p>
    <w:p>
      <w:pPr>
        <w:spacing w:after="120" w:line="360" w:lineRule="exact"/>
        <w:jc w:val="both"/>
      </w:pPr>
      <w:r>
        <w:rPr>
          <w:rFonts w:ascii="宋体" w:hAnsi="宋体" w:eastAsia="宋体"/>
          <w:b/>
          <w:sz w:val="24"/>
        </w:rPr>
        <w:t>第二，消费决策的变迁。</w:t>
      </w:r>
      <w:r>
        <w:rPr>
          <w:rFonts w:ascii="宋体" w:hAnsi="宋体" w:eastAsia="宋体"/>
          <w:b w:val="0"/>
          <w:sz w:val="24"/>
        </w:rPr>
        <w:t xml:space="preserve"> 消费者从"先选目的地再安排行程"的线性决策模式，转向"被内容种草—即时预订—分享反馈"的循环模式。短视频和直播成为激发旅游动机的重要渠道。数据显示，2024年中国短视频用户规模超过10亿，文旅类内容是增速最快的品类之一。</w:t>
      </w:r>
    </w:p>
    <w:p>
      <w:pPr>
        <w:spacing w:after="120" w:line="360" w:lineRule="exact"/>
        <w:jc w:val="both"/>
      </w:pPr>
      <w:r>
        <w:rPr>
          <w:rFonts w:ascii="宋体" w:hAnsi="宋体" w:eastAsia="宋体"/>
          <w:b/>
          <w:sz w:val="24"/>
        </w:rPr>
        <w:t>第三，体验需求的升级。</w:t>
      </w:r>
      <w:r>
        <w:rPr>
          <w:rFonts w:ascii="宋体" w:hAnsi="宋体" w:eastAsia="宋体"/>
          <w:b w:val="0"/>
          <w:sz w:val="24"/>
        </w:rPr>
        <w:t xml:space="preserve"> Pine和Gilmore提出的体验经济理论在AI时代得到新的诠释。游客不再满足于"到此一游"的观光体验，而是追求沉浸式、互动式、个性化的深度体验。AIGC驱动的数智内容生成机制正在改变旅游信息的载体形态，影响游客的行为意向[6]。虚拟现实（VR）、增强现实（AR）和混合现实（MR）技术与AI的结合，使沉浸式文旅体验的创造门槛大幅降低。</w:t>
      </w:r>
    </w:p>
    <w:p>
      <w:pPr>
        <w:spacing w:after="120"/>
        <w:ind w:left="567"/>
      </w:pPr>
      <w:r>
        <w:rPr>
          <w:rFonts w:ascii="楷体" w:hAnsi="楷体" w:eastAsia="楷体"/>
          <w:b/>
          <w:color w:val="555555"/>
          <w:sz w:val="22"/>
        </w:rPr>
        <w:t>案例</w:t>
      </w:r>
      <w:r>
        <w:rPr>
          <w:rFonts w:ascii="楷体" w:hAnsi="楷体" w:eastAsia="楷体"/>
          <w:b w:val="0"/>
          <w:color w:val="555555"/>
          <w:sz w:val="22"/>
        </w:rPr>
        <w:t>：某历史文化街区主理人利用AIGC技术生成多语言沉浸式导览内容，游客通过手机扫描建筑即可看到历史场景的AR重现，并收听AI生成的个性化讲解。该项目上线三个月后，游客停留时间平均延长40%，二次消费提升25%。</w:t>
      </w:r>
    </w:p>
    <w:p>
      <w:pPr>
        <w:spacing w:after="120" w:line="360" w:lineRule="exact"/>
        <w:jc w:val="both"/>
      </w:pPr>
      <w:r>
        <w:rPr>
          <w:rFonts w:ascii="宋体" w:hAnsi="宋体" w:eastAsia="宋体"/>
          <w:b/>
          <w:sz w:val="24"/>
        </w:rPr>
        <w:t>第四，价值表达方式的变迁。</w:t>
      </w:r>
      <w:r>
        <w:rPr>
          <w:rFonts w:ascii="宋体" w:hAnsi="宋体" w:eastAsia="宋体"/>
          <w:b w:val="0"/>
          <w:sz w:val="24"/>
        </w:rPr>
        <w:t xml:space="preserve"> 社交媒体时代，旅游消费本身就是一种"内容生产"行为。游客在旅途中生成的内容（UGC）成为目的地营销的重要资产。AI工具使UGC的创作门槛降低——一键美化、智能剪辑、AI配乐——游客可以更轻松地生产高质量内容，这进一步放大了"口碑传播"的效应。</w:t>
      </w:r>
    </w:p>
    <w:p>
      <w:pPr>
        <w:pStyle w:val="Heading2"/>
      </w:pPr>
      <w:r>
        <w:rPr>
          <w:rFonts w:ascii="黑体" w:hAnsi="黑体" w:eastAsia="黑体"/>
          <w:b/>
          <w:sz w:val="28"/>
        </w:rPr>
        <w:t>1.4 文旅主理人面临的机遇与挑战</w:t>
      </w:r>
    </w:p>
    <w:p>
      <w:pPr>
        <w:spacing w:after="120" w:line="360" w:lineRule="exact"/>
        <w:jc w:val="both"/>
      </w:pPr>
      <w:r>
        <w:rPr>
          <w:rFonts w:ascii="宋体" w:hAnsi="宋体" w:eastAsia="宋体"/>
          <w:b w:val="0"/>
          <w:sz w:val="24"/>
        </w:rPr>
        <w:t>AI技术的普及为文旅主理人带来了前所未有的机遇，同时也提出了新的挑战。</w:t>
      </w:r>
    </w:p>
    <w:p>
      <w:pPr>
        <w:spacing w:after="120" w:line="360" w:lineRule="exact"/>
        <w:jc w:val="both"/>
      </w:pPr>
      <w:r>
        <w:rPr>
          <w:rFonts w:ascii="宋体" w:hAnsi="宋体" w:eastAsia="宋体"/>
          <w:b/>
          <w:sz w:val="24"/>
        </w:rPr>
        <w:t>机遇方面</w:t>
      </w:r>
      <w:r>
        <w:rPr>
          <w:rFonts w:ascii="宋体" w:hAnsi="宋体" w:eastAsia="宋体"/>
          <w:b w:val="0"/>
          <w:sz w:val="24"/>
        </w:rPr>
        <w:t>，首先是技术普惠带来的"能力平权"。过去只有大型文旅集团才能负担的智能客服、数据分析、内容生产等能力，现在通过SaaS化的AI工具，个体主理人也能以极低成本获取。Tran和Murphy的研究指出，生成式AI可以自动化创业者的内容创作，包括网站文案、社交媒体帖子、新闻文章等，显著降低了小微企业的运营门槛[7]。</w:t>
      </w:r>
    </w:p>
    <w:p>
      <w:pPr>
        <w:spacing w:after="120" w:line="360" w:lineRule="exact"/>
        <w:jc w:val="both"/>
      </w:pPr>
      <w:r>
        <w:rPr>
          <w:rFonts w:ascii="宋体" w:hAnsi="宋体" w:eastAsia="宋体"/>
          <w:b w:val="0"/>
          <w:sz w:val="24"/>
        </w:rPr>
        <w:t>其次是"超级个体"的崛起可能。通过AI智能体的辅助，一个主理人可以同时承担产品策划、内容创作、客户服务、数据分析等多个角色，实现"一人公司"的高效运营模式。这种模式在降低人力成本的同时，保持了组织的灵活性和创新性。</w:t>
      </w:r>
    </w:p>
    <w:p>
      <w:pPr>
        <w:spacing w:after="120" w:line="360" w:lineRule="exact"/>
        <w:jc w:val="both"/>
      </w:pPr>
      <w:r>
        <w:rPr>
          <w:rFonts w:ascii="宋体" w:hAnsi="宋体" w:eastAsia="宋体"/>
          <w:b w:val="0"/>
          <w:sz w:val="24"/>
        </w:rPr>
        <w:t>再次是新业态和新场景的不断涌现。AI+文旅的融合催生了AI导览师、数字人运营者、AIGC内容策展人等新职业，为主理人的业务拓展提供了新方向。Kulshrestha等学者的研究表明，AI在视觉艺术旅游领域的应用，正在创造营销、人才管理和财务效率方面的新方法[8]。</w:t>
      </w:r>
    </w:p>
    <w:p>
      <w:pPr>
        <w:spacing w:after="120" w:line="360" w:lineRule="exact"/>
        <w:jc w:val="both"/>
      </w:pPr>
      <w:r>
        <w:rPr>
          <w:rFonts w:ascii="宋体" w:hAnsi="宋体" w:eastAsia="宋体"/>
          <w:b/>
          <w:sz w:val="24"/>
        </w:rPr>
        <w:t>挑战方面</w:t>
      </w:r>
      <w:r>
        <w:rPr>
          <w:rFonts w:ascii="宋体" w:hAnsi="宋体" w:eastAsia="宋体"/>
          <w:b w:val="0"/>
          <w:sz w:val="24"/>
        </w:rPr>
        <w:t>，技术迭代速度加快要求主理人具备持续学习的能力。AI工具层出不穷，功能迭代频繁，主理人需要在业务运营和技术学习之间找到平衡。同时，AI生成内容的质量管控和版权合规成为不可回避的问题——AIGC生成内容的原创性认定、肖像权使用、文化敏感性等都需要主理人具备相应的法律和伦理意识。</w:t>
      </w:r>
    </w:p>
    <w:p>
      <w:pPr>
        <w:spacing w:after="120" w:line="360" w:lineRule="exact"/>
        <w:jc w:val="both"/>
      </w:pPr>
      <w:r>
        <w:rPr>
          <w:rFonts w:ascii="宋体" w:hAnsi="宋体" w:eastAsia="宋体"/>
          <w:b w:val="0"/>
          <w:sz w:val="24"/>
        </w:rPr>
        <w:t>竞争格局的变化也是重要挑战。AI降低了行业进入门槛，更多跨界者涌入文旅赛道，竞争从"资源争夺"转向"创意+技术"的复合竞争。主理人如果不能有效利用AI工具提升效率和体验，将面临被"AI赋能的竞争者"替代的风险。</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：AI时代的文旅竞争公式 = 创意洞察 × AI工具杠杆 × 执行速度。三者缺一不可，AI工具是放大器而非替代品，核心创意和人文洞察仍是主理人的不可替代价值。</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 Gretzel U, Sigala M, Xiang Z, et al. Smart tourism: foundations and developments[J]. Electronic Markets, 2015, 25(3): 179-188.</w:t>
      </w:r>
    </w:p>
    <w:p>
      <w:pPr>
        <w:spacing w:after="120" w:line="360" w:lineRule="exact"/>
        <w:jc w:val="both"/>
      </w:pPr>
      <w:r>
        <w:rPr>
          <w:rFonts w:ascii="宋体" w:hAnsi="宋体" w:eastAsia="宋体"/>
          <w:b w:val="0"/>
          <w:sz w:val="24"/>
        </w:rPr>
        <w:t>[3] Ardissono L, Raptis G E, Mauro N. Special issue on AI and HCI methods and techniques for cultural heritage curation, exploration and fruition[J]. Applied Sciences, 2022, 12(19): 10118.</w:t>
      </w:r>
    </w:p>
    <w:p>
      <w:pPr>
        <w:spacing w:after="120" w:line="360" w:lineRule="exact"/>
        <w:jc w:val="both"/>
      </w:pPr>
      <w:r>
        <w:rPr>
          <w:rFonts w:ascii="宋体" w:hAnsi="宋体" w:eastAsia="宋体"/>
          <w:b w:val="0"/>
          <w:sz w:val="24"/>
        </w:rPr>
        <w:t>[4]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[5]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[6] 数智赋能：AIGC对游客行为意向的影响研究——基于SOR和TAM整合模型的实证分析[J]. 旅游科学, 2025, 39(3): 45-62.</w:t>
      </w:r>
    </w:p>
    <w:p>
      <w:pPr>
        <w:spacing w:after="120" w:line="360" w:lineRule="exact"/>
        <w:jc w:val="both"/>
      </w:pPr>
      <w:r>
        <w:rPr>
          <w:rFonts w:ascii="宋体" w:hAnsi="宋体" w:eastAsia="宋体"/>
          <w:b w:val="0"/>
          <w:sz w:val="24"/>
        </w:rPr>
        <w:t>[7]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[8] Kulshrestha R, Shrivastav N, Selvi K, et al. Smart cultural curations: a multidisciplinary study on AI-enhanced marketing, talent retention, and financial efficiency in the visual arts tourism sector[J]. Shodhkosh, 2026, 7(3S): 7425.</w:t>
      </w:r>
    </w:p>
    <w:p>
      <w:pPr>
        <w:spacing w:before="240"/>
        <w:jc w:val="center"/>
      </w:pPr>
      <w:r>
        <w:drawing>
          <wp:inline xmlns:a="http://schemas.openxmlformats.org/drawingml/2006/main" xmlns:pic="http://schemas.openxmlformats.org/drawingml/2006/picture">
            <wp:extent cx="5029200" cy="4459041"/>
            <wp:docPr id="1" name="Picture 1"/>
            <wp:cNvGraphicFramePr>
              <a:graphicFrameLocks noChangeAspect="1"/>
            </wp:cNvGraphicFramePr>
            <a:graphic>
              <a:graphicData uri="http://schemas.openxmlformats.org/drawingml/2006/picture">
                <pic:pic>
                  <pic:nvPicPr>
                    <pic:cNvPr id="0" name="14_act_p_radar.png"/>
                    <pic:cNvPicPr/>
                  </pic:nvPicPr>
                  <pic:blipFill>
                    <a:blip r:embed="rId9"/>
                    <a:stretch>
                      <a:fillRect/>
                    </a:stretch>
                  </pic:blipFill>
                  <pic:spPr>
                    <a:xfrm>
                      <a:off x="0" y="0"/>
                      <a:ext cx="5029200" cy="4459041"/>
                    </a:xfrm>
                    <a:prstGeom prst="rect"/>
                  </pic:spPr>
                </pic:pic>
              </a:graphicData>
            </a:graphic>
          </wp:inline>
        </w:drawing>
      </w:r>
    </w:p>
    <w:p>
      <w:pPr>
        <w:jc w:val="center"/>
      </w:pPr>
      <w:r>
        <w:rPr>
          <w:rFonts w:ascii="楷体" w:hAnsi="楷体" w:eastAsia="楷体"/>
          <w:color w:val="555555"/>
          <w:sz w:val="20"/>
        </w:rPr>
        <w:t>图1-1  ACT-P四维能力评估雷达图</w:t>
      </w:r>
    </w:p>
    <w:p>
      <w:r>
        <w:br w:type="page"/>
      </w:r>
    </w:p>
    <w:p>
      <w:pPr>
        <w:pStyle w:val="Heading1"/>
      </w:pPr>
      <w:r>
        <w:rPr>
          <w:rFonts w:ascii="黑体" w:hAnsi="黑体" w:eastAsia="黑体"/>
          <w:b/>
          <w:color w:val="1F4E79"/>
          <w:sz w:val="32"/>
        </w:rPr>
        <w:t>第 2 章  文旅主理人的角色重构与身份转型</w:t>
      </w:r>
    </w:p>
    <w:p>
      <w:pPr>
        <w:pStyle w:val="Heading2"/>
      </w:pPr>
      <w:r>
        <w:rPr>
          <w:rFonts w:ascii="黑体" w:hAnsi="黑体" w:eastAsia="黑体"/>
          <w:b/>
          <w:sz w:val="28"/>
        </w:rPr>
        <w:t>2.1 "主理人"概念的兴起与内涵界定</w:t>
      </w:r>
    </w:p>
    <w:p>
      <w:pPr>
        <w:spacing w:after="120" w:line="360" w:lineRule="exact"/>
        <w:jc w:val="both"/>
      </w:pPr>
      <w:r>
        <w:rPr>
          <w:rFonts w:ascii="宋体" w:hAnsi="宋体" w:eastAsia="宋体"/>
          <w:b w:val="0"/>
          <w:sz w:val="24"/>
        </w:rPr>
        <w:t>"主理人"一词近年来在文旅及相关创意产业中广泛使用，但其学术定义尚未形成共识。从词源看，"主理人"强调的是"主导+治理"的双重含义——既是对项目或品牌拥有主导权的负责人，也是亲自参与运营治理的实践者。与企业经理（Manager）不同，主理人通常具有更强的个人品牌属性和创意策展特征；与创业者（Entrepreneur）不同，主理人更强调对特定空间、品牌或项目的长期深度经营，而非追求快速规模化退出。</w:t>
      </w:r>
    </w:p>
    <w:p>
      <w:pPr>
        <w:spacing w:after="120" w:line="360" w:lineRule="exact"/>
        <w:jc w:val="both"/>
      </w:pPr>
      <w:r>
        <w:rPr>
          <w:rFonts w:ascii="宋体" w:hAnsi="宋体" w:eastAsia="宋体"/>
          <w:b w:val="0"/>
          <w:sz w:val="24"/>
        </w:rPr>
        <w:t>在文旅语境下，主理人可以界定为：以个人品牌和创意洞察为核心竞争力，直接负责文旅项目（如民宿、文化空间、体验产品、目的地品牌等）的策划、运营和持续迭代，并与消费者建立直接情感连接的经营主体。这一定义包含三个关键要素：个人品牌驱动力、创意策展能力、直接用户关系。</w:t>
      </w:r>
    </w:p>
    <w:p>
      <w:pPr>
        <w:spacing w:after="120" w:line="360" w:lineRule="exact"/>
        <w:jc w:val="both"/>
      </w:pPr>
      <w:r>
        <w:rPr>
          <w:rFonts w:ascii="宋体" w:hAnsi="宋体" w:eastAsia="宋体"/>
          <w:b w:val="0"/>
          <w:sz w:val="24"/>
        </w:rPr>
        <w:t>主理人模式的兴起与体验经济和创作者经济的双重趋势密切相关。一方面，游客对标准化旅游产品的兴趣下降，对个性化、有故事感的体验需求上升，这为主理人提供了市场基础；另一方面，社交媒体和内容平台降低了个人品牌建设的门槛，使"以人为核心"的经营模式成为可能。Salamzadeh等学者提出的"量子增强AI创业"概念进一步指出，AI技术正在为旅游业创造动态和个性化的商业模式，为主理人的创新实践提供了技术支撑[9]。</w:t>
      </w:r>
    </w:p>
    <w:p>
      <w:pPr>
        <w:pStyle w:val="Heading2"/>
      </w:pPr>
      <w:r>
        <w:rPr>
          <w:rFonts w:ascii="黑体" w:hAnsi="黑体" w:eastAsia="黑体"/>
          <w:b/>
          <w:sz w:val="28"/>
        </w:rPr>
        <w:t>2.2 从导游/运营者到主理人：角色进化路径</w:t>
      </w:r>
    </w:p>
    <w:p>
      <w:pPr>
        <w:spacing w:after="120" w:line="360" w:lineRule="exact"/>
        <w:jc w:val="both"/>
      </w:pPr>
      <w:r>
        <w:rPr>
          <w:rFonts w:ascii="宋体" w:hAnsi="宋体" w:eastAsia="宋体"/>
          <w:b w:val="0"/>
          <w:sz w:val="24"/>
        </w:rPr>
        <w:t>文旅主理人群体的来源多元，其进化路径也各不相同。根据对行业实践的观察和文献梳理，可以归纳出四条典型进化路径。</w:t>
      </w:r>
    </w:p>
    <w:p>
      <w:pPr>
        <w:spacing w:after="120" w:line="360" w:lineRule="exact"/>
        <w:jc w:val="both"/>
      </w:pPr>
      <w:r>
        <w:rPr>
          <w:rFonts w:ascii="宋体" w:hAnsi="宋体" w:eastAsia="宋体"/>
          <w:b/>
          <w:sz w:val="24"/>
        </w:rPr>
        <w:t>路径一：从导游到体验主理人。</w:t>
      </w:r>
      <w:r>
        <w:rPr>
          <w:rFonts w:ascii="宋体" w:hAnsi="宋体" w:eastAsia="宋体"/>
          <w:b w:val="0"/>
          <w:sz w:val="24"/>
        </w:rPr>
        <w:t xml:space="preserve"> 传统导游以讲解服务为核心，收入依赖佣金或团费。在AI导览工具日益普及的背景下，导游的信息传递功能被部分替代，但其情感连接、即时互动和文化解读能力仍然不可替代。进化为主理人的关键在于：从"信息传递者"转变为"体验设计者"，将导游服务升级为包含线路策划、文化解读、社群运营在内的综合体验产品。陶楠的研究表明，旅游人才的核心胜任力包括游客心理洞察力、应变能力、组织协调能力等，这些正是导游向主理人进化的能力基础[10]。</w:t>
      </w:r>
    </w:p>
    <w:p>
      <w:pPr>
        <w:spacing w:after="120" w:line="360" w:lineRule="exact"/>
        <w:jc w:val="both"/>
      </w:pPr>
      <w:r>
        <w:rPr>
          <w:rFonts w:ascii="宋体" w:hAnsi="宋体" w:eastAsia="宋体"/>
          <w:b/>
          <w:sz w:val="24"/>
        </w:rPr>
        <w:t>路径二：从民宿/酒店运营者到空间主理人。</w:t>
      </w:r>
      <w:r>
        <w:rPr>
          <w:rFonts w:ascii="宋体" w:hAnsi="宋体" w:eastAsia="宋体"/>
          <w:b w:val="0"/>
          <w:sz w:val="24"/>
        </w:rPr>
        <w:t xml:space="preserve"> 民宿和精品酒店的运营者天然具有"主理人"属性——他们经营的不只是住宿空间，更是一种生活方式的表达。AI工具的引入使空间主理人能够更高效地管理内容营销、客户关系和运营流程，从而将更多精力投入到体验设计和品牌建设中。</w:t>
      </w:r>
    </w:p>
    <w:p>
      <w:pPr>
        <w:spacing w:after="120" w:line="360" w:lineRule="exact"/>
        <w:jc w:val="both"/>
      </w:pPr>
      <w:r>
        <w:rPr>
          <w:rFonts w:ascii="宋体" w:hAnsi="宋体" w:eastAsia="宋体"/>
          <w:b/>
          <w:sz w:val="24"/>
        </w:rPr>
        <w:t>路径三：从内容创作者到文旅IP主理人。</w:t>
      </w:r>
      <w:r>
        <w:rPr>
          <w:rFonts w:ascii="宋体" w:hAnsi="宋体" w:eastAsia="宋体"/>
          <w:b w:val="0"/>
          <w:sz w:val="24"/>
        </w:rPr>
        <w:t xml:space="preserve"> 自媒体时代的旅游博主、短视频创作者积累了粉丝和内容生产能力后，自然延伸到文旅产品开发——将线上流量转化为线下体验产品。这类主理人的优势在于自带流量和内容创作能力，挑战在于线下运营管理和供应链整合。</w:t>
      </w:r>
    </w:p>
    <w:p>
      <w:pPr>
        <w:spacing w:after="120" w:line="360" w:lineRule="exact"/>
        <w:jc w:val="both"/>
      </w:pPr>
      <w:r>
        <w:rPr>
          <w:rFonts w:ascii="宋体" w:hAnsi="宋体" w:eastAsia="宋体"/>
          <w:b/>
          <w:sz w:val="24"/>
        </w:rPr>
        <w:t>路径四：从文化传承者到文创主理人。</w:t>
      </w:r>
      <w:r>
        <w:rPr>
          <w:rFonts w:ascii="宋体" w:hAnsi="宋体" w:eastAsia="宋体"/>
          <w:b w:val="0"/>
          <w:sz w:val="24"/>
        </w:rPr>
        <w:t xml:space="preserve"> 非遗传承人、手工艺人、文化研究者等群体，借助AI工具将文化资源转化为可体验、可消费的文旅产品。AIGC技术为文创产品的个性化定制提供了新路径，使传统文化以更现代的方式触达年轻消费者[11]。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进化路径</w:t>
            </w:r>
          </w:p>
        </w:tc>
        <w:tc>
          <w:tcPr>
            <w:tcW w:type="dxa" w:w="2160"/>
            <w:shd w:fill="1F4E79"/>
          </w:tcPr>
          <w:p>
            <w:r/>
            <w:r>
              <w:rPr>
                <w:rFonts w:ascii="宋体" w:hAnsi="宋体" w:eastAsia="宋体"/>
                <w:b/>
                <w:color w:val="FFFFFF"/>
                <w:sz w:val="20"/>
              </w:rPr>
              <w:t>前身角色</w:t>
            </w:r>
          </w:p>
        </w:tc>
        <w:tc>
          <w:tcPr>
            <w:tcW w:type="dxa" w:w="2160"/>
            <w:shd w:fill="1F4E79"/>
          </w:tcPr>
          <w:p>
            <w:r/>
            <w:r>
              <w:rPr>
                <w:rFonts w:ascii="宋体" w:hAnsi="宋体" w:eastAsia="宋体"/>
                <w:b/>
                <w:color w:val="FFFFFF"/>
                <w:sz w:val="20"/>
              </w:rPr>
              <w:t>核心能力迁移</w:t>
            </w:r>
          </w:p>
        </w:tc>
        <w:tc>
          <w:tcPr>
            <w:tcW w:type="dxa" w:w="2160"/>
            <w:shd w:fill="1F4E79"/>
          </w:tcPr>
          <w:p>
            <w:r/>
            <w:r>
              <w:rPr>
                <w:rFonts w:ascii="宋体" w:hAnsi="宋体" w:eastAsia="宋体"/>
                <w:b/>
                <w:color w:val="FFFFFF"/>
                <w:sz w:val="20"/>
              </w:rPr>
              <w:t>AI工具的杠杆点</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导游</w:t>
            </w:r>
          </w:p>
        </w:tc>
        <w:tc>
          <w:tcPr>
            <w:tcW w:type="dxa" w:w="2160"/>
            <w:shd w:fill="F2F2F2"/>
          </w:tcPr>
          <w:p>
            <w:r/>
            <w:r>
              <w:rPr>
                <w:rFonts w:ascii="宋体" w:hAnsi="宋体" w:eastAsia="宋体"/>
                <w:b w:val="0"/>
                <w:sz w:val="20"/>
              </w:rPr>
              <w:t>讲解→体验设计</w:t>
            </w:r>
          </w:p>
        </w:tc>
        <w:tc>
          <w:tcPr>
            <w:tcW w:type="dxa" w:w="2160"/>
            <w:shd w:fill="F2F2F2"/>
          </w:tcPr>
          <w:p>
            <w:r/>
            <w:r>
              <w:rPr>
                <w:rFonts w:ascii="宋体" w:hAnsi="宋体" w:eastAsia="宋体"/>
                <w:b w:val="0"/>
                <w:sz w:val="20"/>
              </w:rPr>
              <w:t>AI内容生成、用户画像</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民宿运营者</w:t>
            </w:r>
          </w:p>
        </w:tc>
        <w:tc>
          <w:tcPr>
            <w:tcW w:type="dxa" w:w="2160"/>
          </w:tcPr>
          <w:p>
            <w:r/>
            <w:r>
              <w:rPr>
                <w:rFonts w:ascii="宋体" w:hAnsi="宋体" w:eastAsia="宋体"/>
                <w:b w:val="0"/>
                <w:sz w:val="20"/>
              </w:rPr>
              <w:t>住宿服务→生活方式品牌</w:t>
            </w:r>
          </w:p>
        </w:tc>
        <w:tc>
          <w:tcPr>
            <w:tcW w:type="dxa" w:w="2160"/>
          </w:tcPr>
          <w:p>
            <w:r/>
            <w:r>
              <w:rPr>
                <w:rFonts w:ascii="宋体" w:hAnsi="宋体" w:eastAsia="宋体"/>
                <w:b w:val="0"/>
                <w:sz w:val="20"/>
              </w:rPr>
              <w:t>AI营销、智能客服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内容创作者</w:t>
            </w:r>
          </w:p>
        </w:tc>
        <w:tc>
          <w:tcPr>
            <w:tcW w:type="dxa" w:w="2160"/>
            <w:shd w:fill="F2F2F2"/>
          </w:tcPr>
          <w:p>
            <w:r/>
            <w:r>
              <w:rPr>
                <w:rFonts w:ascii="宋体" w:hAnsi="宋体" w:eastAsia="宋体"/>
                <w:b w:val="0"/>
                <w:sz w:val="20"/>
              </w:rPr>
              <w:t>流量运营→产品变现</w:t>
            </w:r>
          </w:p>
        </w:tc>
        <w:tc>
          <w:tcPr>
            <w:tcW w:type="dxa" w:w="2160"/>
            <w:shd w:fill="F2F2F2"/>
          </w:tcPr>
          <w:p>
            <w:r/>
            <w:r>
              <w:rPr>
                <w:rFonts w:ascii="宋体" w:hAnsi="宋体" w:eastAsia="宋体"/>
                <w:b w:val="0"/>
                <w:sz w:val="20"/>
              </w:rPr>
              <w:t>AIGC内容矩阵、社群管理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文化传承者</w:t>
            </w:r>
          </w:p>
        </w:tc>
        <w:tc>
          <w:tcPr>
            <w:tcW w:type="dxa" w:w="2160"/>
          </w:tcPr>
          <w:p>
            <w:r/>
            <w:r>
              <w:rPr>
                <w:rFonts w:ascii="宋体" w:hAnsi="宋体" w:eastAsia="宋体"/>
                <w:b w:val="0"/>
                <w:sz w:val="20"/>
              </w:rPr>
              <w:t>技艺传承→文创开发</w:t>
            </w:r>
          </w:p>
        </w:tc>
        <w:tc>
          <w:tcPr>
            <w:tcW w:type="dxa" w:w="2160"/>
          </w:tcPr>
          <w:p>
            <w:r/>
            <w:r>
              <w:rPr>
                <w:rFonts w:ascii="宋体" w:hAnsi="宋体" w:eastAsia="宋体"/>
                <w:b w:val="0"/>
                <w:sz w:val="20"/>
              </w:rPr>
              <w:t>AIGC设计、个性化定制</w:t>
            </w:r>
          </w:p>
        </w:tc>
      </w:tr>
    </w:tbl>
    <w:p>
      <w:pPr>
        <w:pStyle w:val="Heading2"/>
      </w:pPr>
      <w:r>
        <w:rPr>
          <w:rFonts w:ascii="黑体" w:hAnsi="黑体" w:eastAsia="黑体"/>
          <w:b/>
          <w:sz w:val="28"/>
        </w:rPr>
        <w:t>2.3 AI时代主理人的核心定位：创意策展人+技术操盘手</w:t>
      </w:r>
    </w:p>
    <w:p>
      <w:pPr>
        <w:spacing w:after="120" w:line="360" w:lineRule="exact"/>
        <w:jc w:val="both"/>
      </w:pPr>
      <w:r>
        <w:rPr>
          <w:rFonts w:ascii="宋体" w:hAnsi="宋体" w:eastAsia="宋体"/>
          <w:b w:val="0"/>
          <w:sz w:val="24"/>
        </w:rPr>
        <w:t>在AI技术普及的背景下，文旅主理人的核心定位正在发生深刻变化。传统文旅经营者主要扮演"资源整合者"角色——对接景区、交通、餐饮等资源，打包成产品出售。而在AI时代，资源整合的门槛大幅降低（AI可以高效完成信息匹配和方案生成），主理人的核心竞争力转向两个方向：创意策展和技术操盘。</w:t>
      </w:r>
    </w:p>
    <w:p>
      <w:pPr>
        <w:spacing w:after="120" w:line="360" w:lineRule="exact"/>
        <w:jc w:val="both"/>
      </w:pPr>
      <w:r>
        <w:rPr>
          <w:rFonts w:ascii="宋体" w:hAnsi="宋体" w:eastAsia="宋体"/>
          <w:b/>
          <w:sz w:val="24"/>
        </w:rPr>
        <w:t>创意策展人</w:t>
      </w:r>
      <w:r>
        <w:rPr>
          <w:rFonts w:ascii="宋体" w:hAnsi="宋体" w:eastAsia="宋体"/>
          <w:b w:val="0"/>
          <w:sz w:val="24"/>
        </w:rPr>
        <w:t>的定位强调主理人在文化解读、体验设计和故事讲述方面的独特价值。AI可以生成内容，但"为什么讲这个故事""如何让游客与这个地方产生情感连接""什么体验能让人记住一辈子"——这些需要基于人文洞察和在地经验的判断，是AI难以替代的。Luo构建的智慧旅游人才胜任力模型中，"服务意识"和"自我管理"被列为核心特质维度，这些正是创意策展能力的人格基础[12]。</w:t>
      </w:r>
    </w:p>
    <w:p>
      <w:pPr>
        <w:spacing w:after="120" w:line="360" w:lineRule="exact"/>
        <w:jc w:val="both"/>
      </w:pPr>
      <w:r>
        <w:rPr>
          <w:rFonts w:ascii="宋体" w:hAnsi="宋体" w:eastAsia="宋体"/>
          <w:b/>
          <w:sz w:val="24"/>
        </w:rPr>
        <w:t>技术操盘手</w:t>
      </w:r>
      <w:r>
        <w:rPr>
          <w:rFonts w:ascii="宋体" w:hAnsi="宋体" w:eastAsia="宋体"/>
          <w:b w:val="0"/>
          <w:sz w:val="24"/>
        </w:rPr>
        <w:t>的定位强调主理人有效利用AI工具放大创意价值的能力。再好的创意，如果缺乏高效的传播和运营手段，也难以形成商业闭环。AI时代的文旅主理人需要掌握从AIGC内容生产、AI营销工具使用到数据分析和智能体部署的技术工具链，将技术作为"能力放大器"。</w:t>
      </w:r>
    </w:p>
    <w:p>
      <w:pPr>
        <w:spacing w:after="120" w:line="360" w:lineRule="exact"/>
        <w:jc w:val="both"/>
      </w:pPr>
      <w:r>
        <w:rPr>
          <w:rFonts w:ascii="宋体" w:hAnsi="宋体" w:eastAsia="宋体"/>
          <w:b w:val="0"/>
          <w:sz w:val="24"/>
        </w:rPr>
        <w:t>这两个定位并非对立，而是互补的。优秀的主理人应该是"有技术手的策展人"或"有策展脑的技术人"——用创意定义方向，用技术实现落地。</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：AI时代主理人的能力公式 = 创意洞察（不可替代） × AI工具杠杆（可学习） × 执行速度（可优化）。创意洞察是"1"，AI工具和执行速度是后面的"0"——没有"1"再多的"0"也无效，但没有"0"则"1"的价值无法放大。</w:t>
      </w:r>
    </w:p>
    <w:p>
      <w:pPr>
        <w:pStyle w:val="Heading2"/>
      </w:pPr>
      <w:r>
        <w:rPr>
          <w:rFonts w:ascii="黑体" w:hAnsi="黑体" w:eastAsia="黑体"/>
          <w:b/>
          <w:sz w:val="28"/>
        </w:rPr>
        <w:t>2.4 主理人群体的典型画像与分类</w:t>
      </w:r>
    </w:p>
    <w:p>
      <w:pPr>
        <w:spacing w:after="120" w:line="360" w:lineRule="exact"/>
        <w:jc w:val="both"/>
      </w:pPr>
      <w:r>
        <w:rPr>
          <w:rFonts w:ascii="宋体" w:hAnsi="宋体" w:eastAsia="宋体"/>
          <w:b w:val="0"/>
          <w:sz w:val="24"/>
        </w:rPr>
        <w:t>根据经营规模、技术成熟度和业务模式三个维度，可以将当前的文旅主理人群体分为五类典型画像。</w:t>
      </w:r>
    </w:p>
    <w:p>
      <w:pPr>
        <w:spacing w:after="120" w:line="360" w:lineRule="exact"/>
        <w:jc w:val="both"/>
      </w:pPr>
      <w:r>
        <w:rPr>
          <w:rFonts w:ascii="宋体" w:hAnsi="宋体" w:eastAsia="宋体"/>
          <w:b/>
          <w:sz w:val="24"/>
        </w:rPr>
        <w:t>类型一：初创型主理人（探索者）。</w:t>
      </w:r>
      <w:r>
        <w:rPr>
          <w:rFonts w:ascii="宋体" w:hAnsi="宋体" w:eastAsia="宋体"/>
          <w:b w:val="0"/>
          <w:sz w:val="24"/>
        </w:rPr>
        <w:t xml:space="preserve"> 刚进入文旅赛道，通常运营单一项目（如一家民宿或一个体验产品），AI工具使用较少，以手工运营为主。核心需求是"快速验证产品-市场匹配"，需要低成本的AI工具辅助内容创作和获客。</w:t>
      </w:r>
    </w:p>
    <w:p>
      <w:pPr>
        <w:spacing w:after="120" w:line="360" w:lineRule="exact"/>
        <w:jc w:val="both"/>
      </w:pPr>
      <w:r>
        <w:rPr>
          <w:rFonts w:ascii="宋体" w:hAnsi="宋体" w:eastAsia="宋体"/>
          <w:b/>
          <w:sz w:val="24"/>
        </w:rPr>
        <w:t>类型二：成长型主理人（增长者）。</w:t>
      </w:r>
      <w:r>
        <w:rPr>
          <w:rFonts w:ascii="宋体" w:hAnsi="宋体" w:eastAsia="宋体"/>
          <w:b w:val="0"/>
          <w:sz w:val="24"/>
        </w:rPr>
        <w:t xml:space="preserve"> 已跑通初步商业模式，正在寻求规模化。开始系统性地使用AI工具（如AI客服、AIGC内容矩阵），但工具之间缺乏整合。核心需求是"建立标准化运营流程"和"提升单位产出"。</w:t>
      </w:r>
    </w:p>
    <w:p>
      <w:pPr>
        <w:spacing w:after="120" w:line="360" w:lineRule="exact"/>
        <w:jc w:val="both"/>
      </w:pPr>
      <w:r>
        <w:rPr>
          <w:rFonts w:ascii="宋体" w:hAnsi="宋体" w:eastAsia="宋体"/>
          <w:b/>
          <w:sz w:val="24"/>
        </w:rPr>
        <w:t>类型三：成熟型主理人（效率者）。</w:t>
      </w:r>
      <w:r>
        <w:rPr>
          <w:rFonts w:ascii="宋体" w:hAnsi="宋体" w:eastAsia="宋体"/>
          <w:b w:val="0"/>
          <w:sz w:val="24"/>
        </w:rPr>
        <w:t xml:space="preserve"> 运营多个项目或较大规模业务，已建立较完善的运营体系。AI工具深度嵌入业务流程，但面临"工具碎片化"和"数据孤岛"问题。核心需求是"系统集成"和"数据驱动决策"。</w:t>
      </w:r>
    </w:p>
    <w:p>
      <w:pPr>
        <w:spacing w:after="120" w:line="360" w:lineRule="exact"/>
        <w:jc w:val="both"/>
      </w:pPr>
      <w:r>
        <w:rPr>
          <w:rFonts w:ascii="宋体" w:hAnsi="宋体" w:eastAsia="宋体"/>
          <w:b/>
          <w:sz w:val="24"/>
        </w:rPr>
        <w:t>类型四：IP型主理人（影响者）。</w:t>
      </w:r>
      <w:r>
        <w:rPr>
          <w:rFonts w:ascii="宋体" w:hAnsi="宋体" w:eastAsia="宋体"/>
          <w:b w:val="0"/>
          <w:sz w:val="24"/>
        </w:rPr>
        <w:t xml:space="preserve"> 以个人品牌为核心资产，通过内容矩阵和社群运营驱动业务。AI工具是其内容生产的核心引擎。核心需求是"内容规模化生产"和"品牌价值变现"。</w:t>
      </w:r>
    </w:p>
    <w:p>
      <w:pPr>
        <w:spacing w:after="120" w:line="360" w:lineRule="exact"/>
        <w:jc w:val="both"/>
      </w:pPr>
      <w:r>
        <w:rPr>
          <w:rFonts w:ascii="宋体" w:hAnsi="宋体" w:eastAsia="宋体"/>
          <w:b/>
          <w:sz w:val="24"/>
        </w:rPr>
        <w:t>类型五：生态型主理人（平台者）。</w:t>
      </w:r>
      <w:r>
        <w:rPr>
          <w:rFonts w:ascii="宋体" w:hAnsi="宋体" w:eastAsia="宋体"/>
          <w:b w:val="0"/>
          <w:sz w:val="24"/>
        </w:rPr>
        <w:t xml:space="preserve"> 从单一主理人发展为平台型运营者，连接多个主理人和供应商。AI智能体和多Agent系统是其运营基础设施。核心需求是"生态治理"和"平台效率"。</w:t>
      </w:r>
    </w:p>
    <w:p>
      <w:pPr>
        <w:spacing w:after="120" w:line="360" w:lineRule="exact"/>
        <w:jc w:val="both"/>
      </w:pPr>
      <w:r>
        <w:rPr>
          <w:rFonts w:ascii="宋体" w:hAnsi="宋体" w:eastAsia="宋体"/>
          <w:b w:val="0"/>
          <w:sz w:val="24"/>
        </w:rPr>
        <w:t>这五类主理人的AI能力成熟度逐级递进，但并非线性升级——不同类型面临不同的核心约束，需要差异化的能力升级策略。后续章节的ACT-P模型将针对这些差异提供具体的升级路径。</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[9] Salamzadeh A, Dana L P, Hadizadeh M, et al. Quantum-enhanced AI entrepreneurship in tourism: Transforming dynamic and personalized business models[J]. Journal of Entrepreneurship Research, 2025, 3(2): 54.</w:t>
      </w:r>
    </w:p>
    <w:p>
      <w:pPr>
        <w:spacing w:after="120" w:line="360" w:lineRule="exact"/>
        <w:jc w:val="both"/>
      </w:pPr>
      <w:r>
        <w:rPr>
          <w:rFonts w:ascii="宋体" w:hAnsi="宋体" w:eastAsia="宋体"/>
          <w:b w:val="0"/>
          <w:sz w:val="24"/>
        </w:rPr>
        <w:t>[10] 陶楠. 旅游人才胜任力模型构建及评价研究[J]. 旅游论坛, 2021, 14(3): 56-64.</w:t>
      </w:r>
    </w:p>
    <w:p>
      <w:pPr>
        <w:spacing w:after="120" w:line="360" w:lineRule="exact"/>
        <w:jc w:val="both"/>
      </w:pPr>
      <w:r>
        <w:rPr>
          <w:rFonts w:ascii="宋体" w:hAnsi="宋体" w:eastAsia="宋体"/>
          <w:b w:val="0"/>
          <w:sz w:val="24"/>
        </w:rPr>
        <w:t>[11] AIGC赋能地方旅游文创产品个性化定制与销售——以蜀南竹海为例[J]. 包装工程, 2025, 46(4): 88-96.</w:t>
      </w:r>
    </w:p>
    <w:p>
      <w:pPr>
        <w:spacing w:after="120" w:line="360" w:lineRule="exact"/>
        <w:jc w:val="both"/>
      </w:pPr>
      <w:r>
        <w:rPr>
          <w:rFonts w:ascii="宋体" w:hAnsi="宋体" w:eastAsia="宋体"/>
          <w:b w:val="0"/>
          <w:sz w:val="24"/>
        </w:rPr>
        <w:t>[12] Luo J. Construction on vocational competency model for tourism talents in intelligent tourism era[C]. International Conference on Tourism Research, 2018: 145-152.</w:t>
      </w:r>
    </w:p>
    <w:p>
      <w:pPr>
        <w:spacing w:before="240"/>
        <w:jc w:val="center"/>
      </w:pPr>
      <w:r>
        <w:drawing>
          <wp:inline xmlns:a="http://schemas.openxmlformats.org/drawingml/2006/main" xmlns:pic="http://schemas.openxmlformats.org/drawingml/2006/picture">
            <wp:extent cx="5029200" cy="2990427"/>
            <wp:docPr id="2" name="Picture 2"/>
            <wp:cNvGraphicFramePr>
              <a:graphicFrameLocks noChangeAspect="1"/>
            </wp:cNvGraphicFramePr>
            <a:graphic>
              <a:graphicData uri="http://schemas.openxmlformats.org/drawingml/2006/picture">
                <pic:pic>
                  <pic:nvPicPr>
                    <pic:cNvPr id="0" name="14_evolution_path.png"/>
                    <pic:cNvPicPr/>
                  </pic:nvPicPr>
                  <pic:blipFill>
                    <a:blip r:embed="rId10"/>
                    <a:stretch>
                      <a:fillRect/>
                    </a:stretch>
                  </pic:blipFill>
                  <pic:spPr>
                    <a:xfrm>
                      <a:off x="0" y="0"/>
                      <a:ext cx="5029200" cy="2990427"/>
                    </a:xfrm>
                    <a:prstGeom prst="rect"/>
                  </pic:spPr>
                </pic:pic>
              </a:graphicData>
            </a:graphic>
          </wp:inline>
        </w:drawing>
      </w:r>
    </w:p>
    <w:p>
      <w:pPr>
        <w:jc w:val="center"/>
      </w:pPr>
      <w:r>
        <w:rPr>
          <w:rFonts w:ascii="楷体" w:hAnsi="楷体" w:eastAsia="楷体"/>
          <w:color w:val="555555"/>
          <w:sz w:val="20"/>
        </w:rPr>
        <w:t>图2-1  文旅主理人五阶段进化路径</w:t>
      </w:r>
    </w:p>
    <w:p>
      <w:r>
        <w:br w:type="page"/>
      </w:r>
    </w:p>
    <w:p>
      <w:pPr>
        <w:pStyle w:val="Heading1"/>
      </w:pPr>
      <w:r>
        <w:rPr>
          <w:rFonts w:ascii="黑体" w:hAnsi="黑体" w:eastAsia="黑体"/>
          <w:b/>
          <w:color w:val="1F4E79"/>
          <w:sz w:val="32"/>
        </w:rPr>
        <w:t>第 3 章  主理人能力升级的理论框架：ACT-P模型</w:t>
      </w:r>
    </w:p>
    <w:p>
      <w:pPr>
        <w:pStyle w:val="Heading2"/>
      </w:pPr>
      <w:r>
        <w:rPr>
          <w:rFonts w:ascii="黑体" w:hAnsi="黑体" w:eastAsia="黑体"/>
          <w:b/>
          <w:sz w:val="28"/>
        </w:rPr>
        <w:t>3.1 ACT-P模型的理论基础</w:t>
      </w:r>
    </w:p>
    <w:p>
      <w:pPr>
        <w:spacing w:after="120" w:line="360" w:lineRule="exact"/>
        <w:jc w:val="both"/>
      </w:pPr>
      <w:r>
        <w:rPr>
          <w:rFonts w:ascii="宋体" w:hAnsi="宋体" w:eastAsia="宋体"/>
          <w:b w:val="0"/>
          <w:sz w:val="24"/>
        </w:rPr>
        <w:t>ACT-P模型（AI-enabled Competency Transformation for Practitioners）是面向AI时代文旅主理人能力升级的系统性框架。该模型融合了三个理论源流：胜任力理论、技术采纳模型（TAM）和精益创业方法论。</w:t>
      </w:r>
    </w:p>
    <w:p>
      <w:pPr>
        <w:spacing w:after="120" w:line="360" w:lineRule="exact"/>
        <w:jc w:val="both"/>
      </w:pPr>
      <w:r>
        <w:rPr>
          <w:rFonts w:ascii="宋体" w:hAnsi="宋体" w:eastAsia="宋体"/>
          <w:b w:val="0"/>
          <w:sz w:val="24"/>
        </w:rPr>
        <w:t>胜任力理论最早由McClelland提出，强调用行为表现而非智力测试来评估人才能力。在文旅领域，陈宇和唐永芳构建的智慧旅游人才胜任力指标体系发现，能力维度对人才综合能力的影响最大，在选拔和培养中应予以重点关注[13]。ACT-P模型继承了胜任力理论的"行为导向"原则——能力升级不是知识积累，而是行为模式的转变。</w:t>
      </w:r>
    </w:p>
    <w:p>
      <w:pPr>
        <w:spacing w:after="120" w:line="360" w:lineRule="exact"/>
        <w:jc w:val="both"/>
      </w:pPr>
      <w:r>
        <w:rPr>
          <w:rFonts w:ascii="宋体" w:hAnsi="宋体" w:eastAsia="宋体"/>
          <w:b w:val="0"/>
          <w:sz w:val="24"/>
        </w:rPr>
        <w:t>技术采纳模型（TAM）解释了用户接受新技术的心理机制，核心变量包括感知有用性和感知易用性。在AI工具采纳情境中，主理人是否使用AI工具取决于其对工具价值的认知和使用门槛的判断。ACT-P模型的A维度（认知）直接对应TAM的感知有用性，C维度（能力）对应感知易用性。</w:t>
      </w:r>
    </w:p>
    <w:p>
      <w:pPr>
        <w:spacing w:after="120" w:line="360" w:lineRule="exact"/>
        <w:jc w:val="both"/>
      </w:pPr>
      <w:r>
        <w:rPr>
          <w:rFonts w:ascii="宋体" w:hAnsi="宋体" w:eastAsia="宋体"/>
          <w:b w:val="0"/>
          <w:sz w:val="24"/>
        </w:rPr>
        <w:t>精益创业方法论强调"构建-测量-学习"的迭代循环。ACT-P模型的T维度（转型）和P维度（进化）将这一循环应用于商业模式和个人成长的持续迭代中。Kanbach等学者指出，生成式AI从商业模式创新视角来看，正在重塑企业的价值主张、价值创造和价值获取方式[14]，这为T维度的设计提供了理论依据。</w:t>
      </w:r>
    </w:p>
    <w:p>
      <w:pPr>
        <w:spacing w:after="120" w:line="360" w:lineRule="exact"/>
        <w:jc w:val="both"/>
      </w:pPr>
      <w:r>
        <w:rPr>
          <w:rFonts w:ascii="宋体" w:hAnsi="宋体" w:eastAsia="宋体"/>
          <w:b w:val="0"/>
          <w:sz w:val="24"/>
        </w:rPr>
        <w:t>ACT-P模型的四个维度并非线性递进，而是螺旋上升的关系：认知升级驱动能力获取，能力应用推动模式转型，转型实践反哺持续成长，成长又催生新的认知升级。</w:t>
      </w:r>
    </w:p>
    <w:p>
      <w:pPr>
        <w:pStyle w:val="Heading2"/>
      </w:pPr>
      <w:r>
        <w:rPr>
          <w:rFonts w:ascii="黑体" w:hAnsi="黑体" w:eastAsia="黑体"/>
          <w:b/>
          <w:sz w:val="28"/>
        </w:rPr>
        <w:t>3.2 A维度：AI认知与思维升级</w:t>
      </w:r>
    </w:p>
    <w:p>
      <w:pPr>
        <w:spacing w:after="120" w:line="360" w:lineRule="exact"/>
        <w:jc w:val="both"/>
      </w:pPr>
      <w:r>
        <w:rPr>
          <w:rFonts w:ascii="宋体" w:hAnsi="宋体" w:eastAsia="宋体"/>
          <w:b w:val="0"/>
          <w:sz w:val="24"/>
        </w:rPr>
        <w:t>A维度是ACT-P模型的基础。在调研中发现，许多文旅从业者对AI的认知存在两个极端：要么将AI视为无所不能的"魔法"，期望AI自动解决一切问题；要么将AI视为"噱头"，认为与自己的实际业务无关。这两种认知都偏离了现实。</w:t>
      </w:r>
    </w:p>
    <w:p>
      <w:pPr>
        <w:spacing w:after="120" w:line="360" w:lineRule="exact"/>
        <w:jc w:val="both"/>
      </w:pPr>
      <w:r>
        <w:rPr>
          <w:rFonts w:ascii="宋体" w:hAnsi="宋体" w:eastAsia="宋体"/>
          <w:b w:val="0"/>
          <w:sz w:val="24"/>
        </w:rPr>
        <w:t>正确的AI认知应包含三个层次。</w:t>
      </w:r>
    </w:p>
    <w:p>
      <w:pPr>
        <w:spacing w:after="120" w:line="360" w:lineRule="exact"/>
        <w:jc w:val="both"/>
      </w:pPr>
      <w:r>
        <w:rPr>
          <w:rFonts w:ascii="宋体" w:hAnsi="宋体" w:eastAsia="宋体"/>
          <w:b/>
          <w:sz w:val="24"/>
        </w:rPr>
        <w:t>第一层：理解AI的能力边界。</w:t>
      </w:r>
      <w:r>
        <w:rPr>
          <w:rFonts w:ascii="宋体" w:hAnsi="宋体" w:eastAsia="宋体"/>
          <w:b w:val="0"/>
          <w:sz w:val="24"/>
        </w:rPr>
        <w:t xml:space="preserve"> 生成式AI擅长模式识别、内容生成和语言理解，但在事实核查、复杂推理和创造性判断方面仍有局限。主理人需要了解"AI能做什么"和"AI不能做什么"，避免过度依赖或过度排斥。Tussyadiah在对旅游自动化的综述中指出，智能自动化在旅游中的应用需要行为洞察的支撑，而非纯粹的技术驱动[15]。</w:t>
      </w:r>
    </w:p>
    <w:p>
      <w:pPr>
        <w:spacing w:after="120" w:line="360" w:lineRule="exact"/>
        <w:jc w:val="both"/>
      </w:pPr>
      <w:r>
        <w:rPr>
          <w:rFonts w:ascii="宋体" w:hAnsi="宋体" w:eastAsia="宋体"/>
          <w:b/>
          <w:sz w:val="24"/>
        </w:rPr>
        <w:t>第二层：建立"人机协作"思维。</w:t>
      </w:r>
      <w:r>
        <w:rPr>
          <w:rFonts w:ascii="宋体" w:hAnsi="宋体" w:eastAsia="宋体"/>
          <w:b w:val="0"/>
          <w:sz w:val="24"/>
        </w:rPr>
        <w:t xml:space="preserve"> AI不是替代人，而是放大人的能力。主理人应该将AI视为"数字助手"而非"竞争对手"。在实践中，这意味着将工作拆解为"AI擅长的部分"和"人擅长的部分"——前者如文案初稿、数据整理、图像生成，后者如创意判断、情感沟通、文化解读。</w:t>
      </w:r>
    </w:p>
    <w:p>
      <w:pPr>
        <w:spacing w:after="120" w:line="360" w:lineRule="exact"/>
        <w:jc w:val="both"/>
      </w:pPr>
      <w:r>
        <w:rPr>
          <w:rFonts w:ascii="宋体" w:hAnsi="宋体" w:eastAsia="宋体"/>
          <w:b/>
          <w:sz w:val="24"/>
        </w:rPr>
        <w:t>第三层：培养"AI优先"的决策习惯。</w:t>
      </w:r>
      <w:r>
        <w:rPr>
          <w:rFonts w:ascii="宋体" w:hAnsi="宋体" w:eastAsia="宋体"/>
          <w:b w:val="0"/>
          <w:sz w:val="24"/>
        </w:rPr>
        <w:t xml:space="preserve"> 面对任何任务，先问"这个问题AI能不能帮我解决"，再决定是否投入人力。这种思维习惯的养成是认知升级的最终目标，也是A维度向C维度过渡的桥梁。</w:t>
      </w:r>
    </w:p>
    <w:p>
      <w:pPr>
        <w:spacing w:after="120"/>
        <w:ind w:left="567"/>
      </w:pPr>
      <w:r>
        <w:rPr>
          <w:rFonts w:ascii="楷体" w:hAnsi="楷体" w:eastAsia="楷体"/>
          <w:b/>
          <w:color w:val="555555"/>
          <w:sz w:val="22"/>
        </w:rPr>
        <w:t>知识卡片</w:t>
      </w:r>
      <w:r>
        <w:rPr>
          <w:rFonts w:ascii="楷体" w:hAnsi="楷体" w:eastAsia="楷体"/>
          <w:b w:val="0"/>
          <w:color w:val="555555"/>
          <w:sz w:val="22"/>
        </w:rPr>
        <w:t>：AI认知升级的三层递进——知道边界（不盲从）→ 人机协作（会分工）→ AI优先（习惯化）。大多数主理人停留在第一层，优秀者达到第二层，卓越者已进入第三层。</w:t>
      </w:r>
    </w:p>
    <w:p>
      <w:pPr>
        <w:pStyle w:val="Heading2"/>
      </w:pPr>
      <w:r>
        <w:rPr>
          <w:rFonts w:ascii="黑体" w:hAnsi="黑体" w:eastAsia="黑体"/>
          <w:b/>
          <w:sz w:val="28"/>
        </w:rPr>
        <w:t>3.3 C维度：AI技术能力与工具应用</w:t>
      </w:r>
    </w:p>
    <w:p>
      <w:pPr>
        <w:spacing w:after="120" w:line="360" w:lineRule="exact"/>
        <w:jc w:val="both"/>
      </w:pPr>
      <w:r>
        <w:rPr>
          <w:rFonts w:ascii="宋体" w:hAnsi="宋体" w:eastAsia="宋体"/>
          <w:b w:val="0"/>
          <w:sz w:val="24"/>
        </w:rPr>
        <w:t>C维度关注主理人实际掌握和运用AI工具的能力。根据文旅业务的实际需求，可以将AI工具能力分为四个技能簇。</w:t>
      </w:r>
    </w:p>
    <w:p>
      <w:pPr>
        <w:spacing w:after="120" w:line="360" w:lineRule="exact"/>
        <w:jc w:val="both"/>
      </w:pPr>
      <w:r>
        <w:rPr>
          <w:rFonts w:ascii="宋体" w:hAnsi="宋体" w:eastAsia="宋体"/>
          <w:b/>
          <w:sz w:val="24"/>
        </w:rPr>
        <w:t>内容生产技能簇。</w:t>
      </w:r>
      <w:r>
        <w:rPr>
          <w:rFonts w:ascii="宋体" w:hAnsi="宋体" w:eastAsia="宋体"/>
          <w:b w:val="0"/>
          <w:sz w:val="24"/>
        </w:rPr>
        <w:t xml:space="preserve"> 包括提示词工程（Prompt Engineering）能力——能够精确描述需求让AI生成高质量内容；多模态内容生成能力——使用AI生成文案、图像、音频、视频等不同形态的内容；内容质量控制能力——对AI生成内容进行审核、修改和优化。这是当前文旅主理人使用频率最高的AI技能簇。</w:t>
      </w:r>
    </w:p>
    <w:p>
      <w:pPr>
        <w:spacing w:after="120" w:line="360" w:lineRule="exact"/>
        <w:jc w:val="both"/>
      </w:pPr>
      <w:r>
        <w:rPr>
          <w:rFonts w:ascii="宋体" w:hAnsi="宋体" w:eastAsia="宋体"/>
          <w:b/>
          <w:sz w:val="24"/>
        </w:rPr>
        <w:t>数据分析技能簇。</w:t>
      </w:r>
      <w:r>
        <w:rPr>
          <w:rFonts w:ascii="宋体" w:hAnsi="宋体" w:eastAsia="宋体"/>
          <w:b w:val="0"/>
          <w:sz w:val="24"/>
        </w:rPr>
        <w:t xml:space="preserve"> 包括数据采集能力——使用工具收集游客行为数据、市场数据和竞品数据；数据分析能力——使用AI辅助分析工具进行趋势识别、用户分群和效果归因；数据可视化能力——将分析结果转化为直观的图表和报告。这一技能簇对成长型和成熟型主理人尤为重要。</w:t>
      </w:r>
    </w:p>
    <w:p>
      <w:pPr>
        <w:spacing w:after="120" w:line="360" w:lineRule="exact"/>
        <w:jc w:val="both"/>
      </w:pPr>
      <w:r>
        <w:rPr>
          <w:rFonts w:ascii="宋体" w:hAnsi="宋体" w:eastAsia="宋体"/>
          <w:b/>
          <w:sz w:val="24"/>
        </w:rPr>
        <w:t>营销自动化技能簇。</w:t>
      </w:r>
      <w:r>
        <w:rPr>
          <w:rFonts w:ascii="宋体" w:hAnsi="宋体" w:eastAsia="宋体"/>
          <w:b w:val="0"/>
          <w:sz w:val="24"/>
        </w:rPr>
        <w:t xml:space="preserve"> 包括GEO策略能力——让品牌内容在AI搜索引擎中获得优先生成推荐；社交媒体AI运营能力——使用AI工具进行内容排期、互动管理和效果监测；私域智能化能力——在微信群、企业微信等私域场景中部署AI客服和自动化流程。</w:t>
      </w:r>
    </w:p>
    <w:p>
      <w:pPr>
        <w:spacing w:after="120" w:line="360" w:lineRule="exact"/>
        <w:jc w:val="both"/>
      </w:pPr>
      <w:r>
        <w:rPr>
          <w:rFonts w:ascii="宋体" w:hAnsi="宋体" w:eastAsia="宋体"/>
          <w:b/>
          <w:sz w:val="24"/>
        </w:rPr>
        <w:t>智能体部署技能簇。</w:t>
      </w:r>
      <w:r>
        <w:rPr>
          <w:rFonts w:ascii="宋体" w:hAnsi="宋体" w:eastAsia="宋体"/>
          <w:b w:val="0"/>
          <w:sz w:val="24"/>
        </w:rPr>
        <w:t xml:space="preserve"> 包括AI智能体的配置与调优能力——根据业务需求设置客服机器人、内容机器人等；多智能体协同能力——让不同功能的智能体协同工作形成"AI团队"；智能体与人工的衔接能力——设计AI与人工切换的流程和标准。</w:t>
      </w:r>
    </w:p>
    <w:p>
      <w:pPr>
        <w:pStyle w:val="Heading2"/>
      </w:pPr>
      <w:r>
        <w:rPr>
          <w:rFonts w:ascii="黑体" w:hAnsi="黑体" w:eastAsia="黑体"/>
          <w:b/>
          <w:sz w:val="28"/>
        </w:rPr>
        <w:t>3.4 T维度：商业模式与运营转型</w:t>
      </w:r>
    </w:p>
    <w:p>
      <w:pPr>
        <w:spacing w:after="120" w:line="360" w:lineRule="exact"/>
        <w:jc w:val="both"/>
      </w:pPr>
      <w:r>
        <w:rPr>
          <w:rFonts w:ascii="宋体" w:hAnsi="宋体" w:eastAsia="宋体"/>
          <w:b w:val="0"/>
          <w:sz w:val="24"/>
        </w:rPr>
        <w:t>T维度是ACT-P模型的核心——技术能力只有转化为商业价值才有意义。T维度关注主理人如何利用AI重构商业模式的各个要素。</w:t>
      </w:r>
    </w:p>
    <w:p>
      <w:pPr>
        <w:spacing w:after="120" w:line="360" w:lineRule="exact"/>
        <w:jc w:val="both"/>
      </w:pPr>
      <w:r>
        <w:rPr>
          <w:rFonts w:ascii="宋体" w:hAnsi="宋体" w:eastAsia="宋体"/>
          <w:b w:val="0"/>
          <w:sz w:val="24"/>
        </w:rPr>
        <w:t>基于Osterwalder的商业模式画布框架，AI对文旅主理人商业模式的影响体现在以下方面。</w:t>
      </w:r>
    </w:p>
    <w:p>
      <w:pPr>
        <w:spacing w:after="120" w:line="360" w:lineRule="exact"/>
        <w:jc w:val="both"/>
      </w:pPr>
      <w:r>
        <w:rPr>
          <w:rFonts w:ascii="宋体" w:hAnsi="宋体" w:eastAsia="宋体"/>
          <w:b/>
          <w:sz w:val="24"/>
        </w:rPr>
        <w:t>价值主张重构。</w:t>
      </w:r>
      <w:r>
        <w:rPr>
          <w:rFonts w:ascii="宋体" w:hAnsi="宋体" w:eastAsia="宋体"/>
          <w:b w:val="0"/>
          <w:sz w:val="24"/>
        </w:rPr>
        <w:t xml:space="preserve"> AI使主理人能够提供"千人千面"的个性化体验——同一目的地可以根据不同游客的兴趣、年龄、文化背景生成差异化的讲解内容和游览路线。这使价值主张从"标准产品"升级为"个性化体验"。</w:t>
      </w:r>
    </w:p>
    <w:p>
      <w:pPr>
        <w:spacing w:after="120" w:line="360" w:lineRule="exact"/>
        <w:jc w:val="both"/>
      </w:pPr>
      <w:r>
        <w:rPr>
          <w:rFonts w:ascii="宋体" w:hAnsi="宋体" w:eastAsia="宋体"/>
          <w:b/>
          <w:sz w:val="24"/>
        </w:rPr>
        <w:t>渠道通路优化。</w:t>
      </w:r>
      <w:r>
        <w:rPr>
          <w:rFonts w:ascii="宋体" w:hAnsi="宋体" w:eastAsia="宋体"/>
          <w:b w:val="0"/>
          <w:sz w:val="24"/>
        </w:rPr>
        <w:t xml:space="preserve"> AI工具使主理人可以同时运营多个内容平台（抖音、小红书、微信、视频号等），每个平台的内容都可以通过AIGC进行适配性生成。同时，AI搜索引擎成为新的流量入口，GEO策略的重要性日益凸显。</w:t>
      </w:r>
    </w:p>
    <w:p>
      <w:pPr>
        <w:spacing w:after="120" w:line="360" w:lineRule="exact"/>
        <w:jc w:val="both"/>
      </w:pPr>
      <w:r>
        <w:rPr>
          <w:rFonts w:ascii="宋体" w:hAnsi="宋体" w:eastAsia="宋体"/>
          <w:b/>
          <w:sz w:val="24"/>
        </w:rPr>
        <w:t>客户关系深化。</w:t>
      </w:r>
      <w:r>
        <w:rPr>
          <w:rFonts w:ascii="宋体" w:hAnsi="宋体" w:eastAsia="宋体"/>
          <w:b w:val="0"/>
          <w:sz w:val="24"/>
        </w:rPr>
        <w:t xml:space="preserve"> AI客服和智能体使主理人能够与大量客户保持持续互动，而不仅限于交易时刻。这种"全时域"的客户关系为复购和口碑传播创造了条件。</w:t>
      </w:r>
    </w:p>
    <w:p>
      <w:pPr>
        <w:spacing w:after="120" w:line="360" w:lineRule="exact"/>
        <w:jc w:val="both"/>
      </w:pPr>
      <w:r>
        <w:rPr>
          <w:rFonts w:ascii="宋体" w:hAnsi="宋体" w:eastAsia="宋体"/>
          <w:b/>
          <w:sz w:val="24"/>
        </w:rPr>
        <w:t>收入模式多元化。</w:t>
      </w:r>
      <w:r>
        <w:rPr>
          <w:rFonts w:ascii="宋体" w:hAnsi="宋体" w:eastAsia="宋体"/>
          <w:b w:val="0"/>
          <w:sz w:val="24"/>
        </w:rPr>
        <w:t xml:space="preserve"> 除了传统的体验销售和住宿收入，AI赋能的主理人可以开拓内容付费、知识付费、IP授权、数字产品等新收入来源。Christou等学者提出的"合成体验经济"概念，描述了生成式AI作为旅游参与者重构体验共创和目的地治理的新范式[16]。</w:t>
      </w:r>
    </w:p>
    <w:p>
      <w:pPr>
        <w:pStyle w:val="Heading2"/>
      </w:pPr>
      <w:r>
        <w:rPr>
          <w:rFonts w:ascii="黑体" w:hAnsi="黑体" w:eastAsia="黑体"/>
          <w:b/>
          <w:sz w:val="28"/>
        </w:rPr>
        <w:t>3.5 P维度：持续成长与生态进化</w:t>
      </w:r>
    </w:p>
    <w:p>
      <w:pPr>
        <w:spacing w:after="120" w:line="360" w:lineRule="exact"/>
        <w:jc w:val="both"/>
      </w:pPr>
      <w:r>
        <w:rPr>
          <w:rFonts w:ascii="宋体" w:hAnsi="宋体" w:eastAsia="宋体"/>
          <w:b w:val="0"/>
          <w:sz w:val="24"/>
        </w:rPr>
        <w:t>P维度关注主理人的长期发展，包含三个关键方面。</w:t>
      </w:r>
    </w:p>
    <w:p>
      <w:pPr>
        <w:spacing w:after="120" w:line="360" w:lineRule="exact"/>
        <w:jc w:val="both"/>
      </w:pPr>
      <w:r>
        <w:rPr>
          <w:rFonts w:ascii="宋体" w:hAnsi="宋体" w:eastAsia="宋体"/>
          <w:b/>
          <w:sz w:val="24"/>
        </w:rPr>
        <w:t>个人品牌建设。</w:t>
      </w:r>
      <w:r>
        <w:rPr>
          <w:rFonts w:ascii="宋体" w:hAnsi="宋体" w:eastAsia="宋体"/>
          <w:b w:val="0"/>
          <w:sz w:val="24"/>
        </w:rPr>
        <w:t xml:space="preserve"> 在信息过载的时代，个人品牌是主理人最可靠的"流量入口"。AI工具使个人品牌建设更高效——内容矩阵的规划、多平台分发、粉丝互动管理都可以借助AI工具实现规模化。但品牌的核心——独特的价值观和人格魅力——仍然需要主理人自身来定义和传递。</w:t>
      </w:r>
    </w:p>
    <w:p>
      <w:pPr>
        <w:spacing w:after="120" w:line="360" w:lineRule="exact"/>
        <w:jc w:val="both"/>
      </w:pPr>
      <w:r>
        <w:rPr>
          <w:rFonts w:ascii="宋体" w:hAnsi="宋体" w:eastAsia="宋体"/>
          <w:b/>
          <w:sz w:val="24"/>
        </w:rPr>
        <w:t>团队与组织升级。</w:t>
      </w:r>
      <w:r>
        <w:rPr>
          <w:rFonts w:ascii="宋体" w:hAnsi="宋体" w:eastAsia="宋体"/>
          <w:b w:val="0"/>
          <w:sz w:val="24"/>
        </w:rPr>
        <w:t xml:space="preserve"> 随着业务增长，主理人需要从"超级个体"进化为"智能组织"的领导者。这要求建立"人+AI"的混合团队模式，制定AI工具使用的标准和流程，培养团队成员的AI素养。Sridevi和Ganesh Babu提出的AGILE框架为AI增强的工作场所提供了课程设计参考[17]。</w:t>
      </w:r>
    </w:p>
    <w:p>
      <w:pPr>
        <w:spacing w:after="120" w:line="360" w:lineRule="exact"/>
        <w:jc w:val="both"/>
      </w:pPr>
      <w:r>
        <w:rPr>
          <w:rFonts w:ascii="宋体" w:hAnsi="宋体" w:eastAsia="宋体"/>
          <w:b/>
          <w:sz w:val="24"/>
        </w:rPr>
        <w:t>生态融入与协同。</w:t>
      </w:r>
      <w:r>
        <w:rPr>
          <w:rFonts w:ascii="宋体" w:hAnsi="宋体" w:eastAsia="宋体"/>
          <w:b w:val="0"/>
          <w:sz w:val="24"/>
        </w:rPr>
        <w:t xml:space="preserve"> 单个主理人的能力再强也有边界。融入更大的文旅生态系统——与目的地管理组织、其他主理人、技术供应商、学术机构建立协同关系——是持续成长的关键。AI平台和工具生态的快速发展也要求主理人保持对技术趋势的敏感度。</w:t>
      </w:r>
    </w:p>
    <w:p>
      <w:pPr>
        <w:pStyle w:val="Heading2"/>
      </w:pPr>
      <w:r>
        <w:rPr>
          <w:rFonts w:ascii="黑体" w:hAnsi="黑体" w:eastAsia="黑体"/>
          <w:b/>
          <w:sz w:val="28"/>
        </w:rPr>
        <w:t>3.6 能力评估与升级路径规划</w:t>
      </w:r>
    </w:p>
    <w:p>
      <w:pPr>
        <w:spacing w:after="120" w:line="360" w:lineRule="exact"/>
        <w:jc w:val="both"/>
      </w:pPr>
      <w:r>
        <w:rPr>
          <w:rFonts w:ascii="宋体" w:hAnsi="宋体" w:eastAsia="宋体"/>
          <w:b w:val="0"/>
          <w:sz w:val="24"/>
        </w:rPr>
        <w:t>ACT-P模型不仅是一个理论框架，更是一个实用的能力评估和规划工具。主理人可以通过以下步骤进行自我评估和升级规划。</w:t>
      </w:r>
    </w:p>
    <w:p>
      <w:pPr>
        <w:spacing w:after="120" w:line="360" w:lineRule="exact"/>
        <w:jc w:val="both"/>
      </w:pPr>
      <w:r>
        <w:rPr>
          <w:rFonts w:ascii="宋体" w:hAnsi="宋体" w:eastAsia="宋体"/>
          <w:b/>
          <w:sz w:val="24"/>
        </w:rPr>
        <w:t>步骤一：四维自评。</w:t>
      </w:r>
      <w:r>
        <w:rPr>
          <w:rFonts w:ascii="宋体" w:hAnsi="宋体" w:eastAsia="宋体"/>
          <w:b w:val="0"/>
          <w:sz w:val="24"/>
        </w:rPr>
        <w:t xml:space="preserve"> 对A、C、T、P四个维度分别进行1-5分的自评。A维度评估AI认知深度，C维度评估工具掌握广度，T维度评估模式创新程度，P维度评估生态影响力。</w:t>
      </w:r>
    </w:p>
    <w:p>
      <w:pPr>
        <w:spacing w:after="120" w:line="360" w:lineRule="exact"/>
        <w:jc w:val="both"/>
      </w:pPr>
      <w:r>
        <w:rPr>
          <w:rFonts w:ascii="宋体" w:hAnsi="宋体" w:eastAsia="宋体"/>
          <w:b/>
          <w:sz w:val="24"/>
        </w:rPr>
        <w:t>步骤二：识别瓶颈维度。</w:t>
      </w:r>
      <w:r>
        <w:rPr>
          <w:rFonts w:ascii="宋体" w:hAnsi="宋体" w:eastAsia="宋体"/>
          <w:b w:val="0"/>
          <w:sz w:val="24"/>
        </w:rPr>
        <w:t xml:space="preserve"> 四个维度中得分最低的维度即为当前瓶颈。根据"木桶效应"，瓶颈维度的提升对整体能力升级的效果最显著。</w:t>
      </w:r>
    </w:p>
    <w:p>
      <w:pPr>
        <w:spacing w:after="120" w:line="360" w:lineRule="exact"/>
        <w:jc w:val="both"/>
      </w:pPr>
      <w:r>
        <w:rPr>
          <w:rFonts w:ascii="宋体" w:hAnsi="宋体" w:eastAsia="宋体"/>
          <w:b/>
          <w:sz w:val="24"/>
        </w:rPr>
        <w:t>步骤三：制定90天升级计划。</w:t>
      </w:r>
      <w:r>
        <w:rPr>
          <w:rFonts w:ascii="宋体" w:hAnsi="宋体" w:eastAsia="宋体"/>
          <w:b w:val="0"/>
          <w:sz w:val="24"/>
        </w:rPr>
        <w:t xml:space="preserve"> 针对瓶颈维度制定具体的90天提升计划，包括学习目标、实践项目和衡量指标。</w:t>
      </w:r>
    </w:p>
    <w:p>
      <w:pPr>
        <w:spacing w:after="120" w:line="360" w:lineRule="exact"/>
        <w:jc w:val="both"/>
      </w:pPr>
      <w:r>
        <w:rPr>
          <w:rFonts w:ascii="宋体" w:hAnsi="宋体" w:eastAsia="宋体"/>
          <w:b/>
          <w:sz w:val="24"/>
        </w:rPr>
        <w:t>步骤四：迭代评估。</w:t>
      </w:r>
      <w:r>
        <w:rPr>
          <w:rFonts w:ascii="宋体" w:hAnsi="宋体" w:eastAsia="宋体"/>
          <w:b w:val="0"/>
          <w:sz w:val="24"/>
        </w:rPr>
        <w:t xml:space="preserve"> 每90天重新自评，调整升级策略。ACT-P模型的螺旋上升特性要求持续迭代而非一次性完成。</w:t>
      </w:r>
    </w:p>
    <w:p>
      <w:pPr>
        <w:spacing w:after="120"/>
        <w:ind w:left="567"/>
      </w:pPr>
      <w:r>
        <w:rPr>
          <w:rFonts w:ascii="楷体" w:hAnsi="楷体" w:eastAsia="楷体"/>
          <w:b/>
          <w:color w:val="555555"/>
          <w:sz w:val="22"/>
        </w:rPr>
        <w:t>案例</w:t>
      </w:r>
      <w:r>
        <w:rPr>
          <w:rFonts w:ascii="楷体" w:hAnsi="楷体" w:eastAsia="楷体"/>
          <w:b w:val="0"/>
          <w:color w:val="555555"/>
          <w:sz w:val="22"/>
        </w:rPr>
        <w:t>：某民宿主理人自评结果为A=3、C=2、T=4、P=3，瓶颈在C维度（AI技术能力）。她制定了90天计划：第1-30天学习提示词工程和AIGC文案生成，第31-60天学习AI图像生成和短视频制作，第61-90天学习数据分析工具。90天后C维度从2提升至4，整体运营效率提升显著。</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[13] 陈宇, 唐永芳. 智慧旅游人才胜任力模型构建研究[J]. 旅游论坛, 2021, 14(5): 78-86.</w:t>
      </w:r>
    </w:p>
    <w:p>
      <w:pPr>
        <w:spacing w:after="120" w:line="360" w:lineRule="exact"/>
        <w:jc w:val="both"/>
      </w:pPr>
      <w:r>
        <w:rPr>
          <w:rFonts w:ascii="宋体" w:hAnsi="宋体" w:eastAsia="宋体"/>
          <w:b w:val="0"/>
          <w:sz w:val="24"/>
        </w:rPr>
        <w:t>[14]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[15] Tussyadiah I. A review of research into automation in tourism: Launching the Annals of Tourism Research curated collection on artificial intelligence and robotics in tourism[J]. Annals of Tourism Research, 2020, 81: 102883.</w:t>
      </w:r>
    </w:p>
    <w:p>
      <w:pPr>
        <w:spacing w:after="120" w:line="360" w:lineRule="exact"/>
        <w:jc w:val="both"/>
      </w:pPr>
      <w:r>
        <w:rPr>
          <w:rFonts w:ascii="宋体" w:hAnsi="宋体" w:eastAsia="宋体"/>
          <w:b w:val="0"/>
          <w:sz w:val="24"/>
        </w:rPr>
        <w:t>[16] Christou E, Fotiadis A, Giannopoulos A. Generative AI as a tourism actor: Reconceptualising experience co-creation, destination governance and responsible innovation in the synthetic experience economy[J]. SSRN, 2025.</w:t>
      </w:r>
    </w:p>
    <w:p>
      <w:pPr>
        <w:spacing w:after="120" w:line="360" w:lineRule="exact"/>
        <w:jc w:val="both"/>
      </w:pPr>
      <w:r>
        <w:rPr>
          <w:rFonts w:ascii="宋体" w:hAnsi="宋体" w:eastAsia="宋体"/>
          <w:b w:val="0"/>
          <w:sz w:val="24"/>
        </w:rPr>
        <w:t>[17] Sridevi S, Ganesh Babu A. Redesigning the curricula of tourism education: an AGILE framework for AI-augmented workplaces[J]. Journal of Management, 2026, 13(1): 10334.</w:t>
      </w:r>
    </w:p>
    <w:p>
      <w:r>
        <w:br w:type="page"/>
      </w:r>
    </w:p>
    <w:p>
      <w:pPr>
        <w:pStyle w:val="Heading1"/>
      </w:pPr>
      <w:r>
        <w:rPr>
          <w:rFonts w:ascii="黑体" w:hAnsi="黑体" w:eastAsia="黑体"/>
          <w:b/>
          <w:color w:val="1F4E79"/>
          <w:sz w:val="32"/>
        </w:rPr>
        <w:t>第 4 章  AIGC内容创作与IP打造</w:t>
      </w:r>
    </w:p>
    <w:p>
      <w:pPr>
        <w:pStyle w:val="Heading2"/>
      </w:pPr>
      <w:r>
        <w:rPr>
          <w:rFonts w:ascii="黑体" w:hAnsi="黑体" w:eastAsia="黑体"/>
          <w:b/>
          <w:sz w:val="28"/>
        </w:rPr>
        <w:t>4.1 AIGC技术概览与文旅内容生产范式变革</w:t>
      </w:r>
    </w:p>
    <w:p>
      <w:pPr>
        <w:spacing w:after="120" w:line="360" w:lineRule="exact"/>
        <w:jc w:val="both"/>
      </w:pPr>
      <w:r>
        <w:rPr>
          <w:rFonts w:ascii="宋体" w:hAnsi="宋体" w:eastAsia="宋体"/>
          <w:b w:val="0"/>
          <w:sz w:val="24"/>
        </w:rPr>
        <w:t>AIGC（Artificial Intelligence Generated Content，人工智能生成内容）是指利用人工智能技术自动或半自动地生成文本、图像、音频、视频等数字内容的技术体系。2022年以来，以ChatGPT、Midjourney、Stable Diffusion等为代表的生成式AI工具实现了质的飞跃，内容生产的效率和质量发生了根本性变化。</w:t>
      </w:r>
    </w:p>
    <w:p>
      <w:pPr>
        <w:spacing w:after="120" w:line="360" w:lineRule="exact"/>
        <w:jc w:val="both"/>
      </w:pPr>
      <w:r>
        <w:rPr>
          <w:rFonts w:ascii="宋体" w:hAnsi="宋体" w:eastAsia="宋体"/>
          <w:b w:val="0"/>
          <w:sz w:val="24"/>
        </w:rPr>
        <w:t>传统文旅内容生产遵循"人力密集型"模式：策划文案需要文案人员撰写，宣传图片需要摄影师拍摄，推广视频需要拍摄团队制作。这种模式成本高、周期长、产能有限，中小型主理人难以维持高质量内容的持续产出。AIGC技术的引入使内容生产范式发生根本性变革——从"人力生产"转向"人机协作生产"，内容产能从"每周几条"提升到"每天数十条"，而单位内容的生产成本降低一个数量级以上。</w:t>
      </w:r>
    </w:p>
    <w:p>
      <w:pPr>
        <w:spacing w:after="120" w:line="360" w:lineRule="exact"/>
        <w:jc w:val="both"/>
      </w:pPr>
      <w:r>
        <w:rPr>
          <w:rFonts w:ascii="宋体" w:hAnsi="宋体" w:eastAsia="宋体"/>
          <w:b w:val="0"/>
          <w:sz w:val="24"/>
        </w:rPr>
        <w:t>AIGC在文旅内容领域的应用价值体现在三个层面：效率层——显著降低内容生产的时间和人力成本；创意层——通过AI的跨界联想能力激发新的创意方向；个性化层——根据不同受众和场景快速生成差异化内容。唐浩天等学者的研究指出，生成式AI训练模型在文化旅游大数据中的应用，能够从需求分析、解决方案、具体实施和配套措施四个方面推动文旅内容创新[18]。</w:t>
      </w:r>
    </w:p>
    <w:p>
      <w:pPr>
        <w:pStyle w:val="Heading2"/>
      </w:pPr>
      <w:r>
        <w:rPr>
          <w:rFonts w:ascii="黑体" w:hAnsi="黑体" w:eastAsia="黑体"/>
          <w:b/>
          <w:sz w:val="28"/>
        </w:rPr>
        <w:t>4.2 文案生成：从种草文案到品牌故事</w:t>
      </w:r>
    </w:p>
    <w:p>
      <w:pPr>
        <w:spacing w:after="120" w:line="360" w:lineRule="exact"/>
        <w:jc w:val="both"/>
      </w:pPr>
      <w:r>
        <w:rPr>
          <w:rFonts w:ascii="宋体" w:hAnsi="宋体" w:eastAsia="宋体"/>
          <w:b w:val="0"/>
          <w:sz w:val="24"/>
        </w:rPr>
        <w:t>文案是文旅内容营销的基础载体。AIGC在文案生成领域的应用已相当成熟，主理人需要掌握的核心技能是提示词工程——通过精确的指令设计，让AI生成符合品牌调性和平台特征的高质量文案。</w:t>
      </w:r>
    </w:p>
    <w:p>
      <w:pPr>
        <w:spacing w:after="120" w:line="360" w:lineRule="exact"/>
        <w:jc w:val="both"/>
      </w:pPr>
      <w:r>
        <w:rPr>
          <w:rFonts w:ascii="宋体" w:hAnsi="宋体" w:eastAsia="宋体"/>
          <w:b/>
          <w:sz w:val="24"/>
        </w:rPr>
        <w:t>种草文案生成。</w:t>
      </w:r>
      <w:r>
        <w:rPr>
          <w:rFonts w:ascii="宋体" w:hAnsi="宋体" w:eastAsia="宋体"/>
          <w:b w:val="0"/>
          <w:sz w:val="24"/>
        </w:rPr>
        <w:t xml:space="preserve"> 小红书、抖音等平台的种草文案有特定的结构特征：吸睛标题、痛点共鸣、体验描述、行动召唤。主理人可以通过结构化提示词模板，让AI批量生成不同角度的种草文案。例如，针对一家茶园民宿，可以生成"春茶采摘体验""茶文化研学""周末逃离城市"等不同主题的种草内容。</w:t>
      </w:r>
    </w:p>
    <w:p>
      <w:pPr>
        <w:spacing w:after="120" w:line="360" w:lineRule="exact"/>
        <w:jc w:val="both"/>
      </w:pPr>
      <w:r>
        <w:rPr>
          <w:rFonts w:ascii="宋体" w:hAnsi="宋体" w:eastAsia="宋体"/>
          <w:b/>
          <w:sz w:val="24"/>
        </w:rPr>
        <w:t>品牌故事撰写。</w:t>
      </w:r>
      <w:r>
        <w:rPr>
          <w:rFonts w:ascii="宋体" w:hAnsi="宋体" w:eastAsia="宋体"/>
          <w:b w:val="0"/>
          <w:sz w:val="24"/>
        </w:rPr>
        <w:t xml:space="preserve"> 品牌故事是建立情感连接的重要工具。AIGC可以根据主理人提供的关键事实和品牌理念，生成具有叙事性和感染力的品牌故事文本。主理人的价值在于提供真实的素材和情感内核，AI负责结构优化和语言润色。</w:t>
      </w:r>
    </w:p>
    <w:p>
      <w:pPr>
        <w:spacing w:after="120" w:line="360" w:lineRule="exact"/>
        <w:jc w:val="both"/>
      </w:pPr>
      <w:r>
        <w:rPr>
          <w:rFonts w:ascii="宋体" w:hAnsi="宋体" w:eastAsia="宋体"/>
          <w:b/>
          <w:sz w:val="24"/>
        </w:rPr>
        <w:t>多语言内容生成。</w:t>
      </w:r>
      <w:r>
        <w:rPr>
          <w:rFonts w:ascii="宋体" w:hAnsi="宋体" w:eastAsia="宋体"/>
          <w:b w:val="0"/>
          <w:sz w:val="24"/>
        </w:rPr>
        <w:t xml:space="preserve"> 对于面向国际游客的文旅项目，AI的多语言生成能力可以极大降低翻译和本地化成本。主理人只需用中文撰写核心内容，AI即可生成英语、日语、韩语等多种语言版本，并根据目标文化进行表达习惯的适配。</w:t>
      </w:r>
    </w:p>
    <w:p>
      <w:pPr>
        <w:spacing w:after="120"/>
        <w:ind w:left="567"/>
      </w:pPr>
      <w:r>
        <w:rPr>
          <w:rFonts w:ascii="楷体" w:hAnsi="楷体" w:eastAsia="楷体"/>
          <w:b/>
          <w:color w:val="555555"/>
          <w:sz w:val="22"/>
        </w:rPr>
        <w:t>知识卡片</w:t>
      </w:r>
      <w:r>
        <w:rPr>
          <w:rFonts w:ascii="楷体" w:hAnsi="楷体" w:eastAsia="楷体"/>
          <w:b w:val="0"/>
          <w:color w:val="555555"/>
          <w:sz w:val="22"/>
        </w:rPr>
        <w:t>：高效提示词的"角色-任务-约束-示例"四要素法。①角色：设定AI的专业身份（如"你是文旅文案专家"）；②任务：明确具体产出要求；③约束：限定字数、风格、关键词等；④示例：提供1-2个参考样本。四要素齐备时，AI生成质量显著提升。</w:t>
      </w:r>
    </w:p>
    <w:p>
      <w:pPr>
        <w:pStyle w:val="Heading2"/>
      </w:pPr>
      <w:r>
        <w:rPr>
          <w:rFonts w:ascii="黑体" w:hAnsi="黑体" w:eastAsia="黑体"/>
          <w:b/>
          <w:sz w:val="28"/>
        </w:rPr>
        <w:t>4.3 图像与视频生成：视觉内容的高效产出</w:t>
      </w:r>
    </w:p>
    <w:p>
      <w:pPr>
        <w:spacing w:after="120" w:line="360" w:lineRule="exact"/>
        <w:jc w:val="both"/>
      </w:pPr>
      <w:r>
        <w:rPr>
          <w:rFonts w:ascii="宋体" w:hAnsi="宋体" w:eastAsia="宋体"/>
          <w:b w:val="0"/>
          <w:sz w:val="24"/>
        </w:rPr>
        <w:t>视觉内容是文旅营销的核心——游客"先看图再决定去不去"。AIGC在图像和视频生成领域的突破，为主理人提供了强大的视觉内容生产工具。</w:t>
      </w:r>
    </w:p>
    <w:p>
      <w:pPr>
        <w:spacing w:after="120" w:line="360" w:lineRule="exact"/>
        <w:jc w:val="both"/>
      </w:pPr>
      <w:r>
        <w:rPr>
          <w:rFonts w:ascii="宋体" w:hAnsi="宋体" w:eastAsia="宋体"/>
          <w:b/>
          <w:sz w:val="24"/>
        </w:rPr>
        <w:t>AI图像生成。</w:t>
      </w:r>
      <w:r>
        <w:rPr>
          <w:rFonts w:ascii="宋体" w:hAnsi="宋体" w:eastAsia="宋体"/>
          <w:b w:val="0"/>
          <w:sz w:val="24"/>
        </w:rPr>
        <w:t xml:space="preserve"> Midjourney、DALL-E、Stable Diffusion等工具可以根据文字描述生成高质量图片。在文旅场景中，主理人可以用AI生成：目的地概念图（用于产品预热）、季节性宣传海报（春夏秋冬不同视觉风格）、社交媒体配图（匹配文案主题的视觉素材）、文创产品设计效果图等。关键技巧在于将文旅场景的视觉元素（自然风光、文化符号、人物活动）转化为精确的提示词。</w:t>
      </w:r>
    </w:p>
    <w:p>
      <w:pPr>
        <w:spacing w:after="120" w:line="360" w:lineRule="exact"/>
        <w:jc w:val="both"/>
      </w:pPr>
      <w:r>
        <w:rPr>
          <w:rFonts w:ascii="宋体" w:hAnsi="宋体" w:eastAsia="宋体"/>
          <w:b/>
          <w:sz w:val="24"/>
        </w:rPr>
        <w:t>AI视频生成。</w:t>
      </w:r>
      <w:r>
        <w:rPr>
          <w:rFonts w:ascii="宋体" w:hAnsi="宋体" w:eastAsia="宋体"/>
          <w:b w:val="0"/>
          <w:sz w:val="24"/>
        </w:rPr>
        <w:t xml:space="preserve"> Sora、Runway、可灵等AI视频生成工具的出现，使视频内容的生产门槛进一步降低。主理人可以用AI生成：产品宣传短片（从图片+文案自动生成动态视频）、社交媒体短视频（批量生成不同风格的短视频内容）、虚拟游览视频（让游客提前"云游览"目的地）。</w:t>
      </w:r>
    </w:p>
    <w:p>
      <w:pPr>
        <w:spacing w:after="120" w:line="360" w:lineRule="exact"/>
        <w:jc w:val="both"/>
      </w:pPr>
      <w:r>
        <w:rPr>
          <w:rFonts w:ascii="宋体" w:hAnsi="宋体" w:eastAsia="宋体"/>
          <w:b/>
          <w:sz w:val="24"/>
        </w:rPr>
        <w:t>AI图片编辑与优化。</w:t>
      </w:r>
      <w:r>
        <w:rPr>
          <w:rFonts w:ascii="宋体" w:hAnsi="宋体" w:eastAsia="宋体"/>
          <w:b w:val="0"/>
          <w:sz w:val="24"/>
        </w:rPr>
        <w:t xml:space="preserve"> 除了从零生成，AI在图片编辑方面也有强大能力：智能修图（去除杂物、优化光线）、风格迁移（将普通照片转化为特定艺术风格）、批量 resize 和格式适配（一次生成适配不同平台尺寸的图片）。</w:t>
      </w:r>
    </w:p>
    <w:p>
      <w:pPr>
        <w:spacing w:after="120"/>
        <w:ind w:left="567"/>
      </w:pPr>
      <w:r>
        <w:rPr>
          <w:rFonts w:ascii="楷体" w:hAnsi="楷体" w:eastAsia="楷体"/>
          <w:b/>
          <w:color w:val="555555"/>
          <w:sz w:val="22"/>
        </w:rPr>
        <w:t>案例</w:t>
      </w:r>
      <w:r>
        <w:rPr>
          <w:rFonts w:ascii="楷体" w:hAnsi="楷体" w:eastAsia="楷体"/>
          <w:b w:val="0"/>
          <w:color w:val="555555"/>
          <w:sz w:val="22"/>
        </w:rPr>
        <w:t>：某古镇主理人利用AI图像生成工具，为古镇的每个季节生成系列概念海报。以往需要聘请设计师花费一周完成的4张季节海报，现在通过AI在2小时内完成初稿，经过主理人微调后即可发布。内容产出效率提升20倍，视觉风格统一性也显著提高。</w:t>
      </w:r>
    </w:p>
    <w:p>
      <w:pPr>
        <w:pStyle w:val="Heading2"/>
      </w:pPr>
      <w:r>
        <w:rPr>
          <w:rFonts w:ascii="黑体" w:hAnsi="黑体" w:eastAsia="黑体"/>
          <w:b/>
          <w:sz w:val="28"/>
        </w:rPr>
        <w:t>4.4 虚拟数字人与文旅IP形象设计</w:t>
      </w:r>
    </w:p>
    <w:p>
      <w:pPr>
        <w:spacing w:after="120" w:line="360" w:lineRule="exact"/>
        <w:jc w:val="both"/>
      </w:pPr>
      <w:r>
        <w:rPr>
          <w:rFonts w:ascii="宋体" w:hAnsi="宋体" w:eastAsia="宋体"/>
          <w:b w:val="0"/>
          <w:sz w:val="24"/>
        </w:rPr>
        <w:t>虚拟数字人（AI Digital Human）是AIGC技术在文旅IP领域的重要应用方向。通过AI驱动的虚拟形象，主理人可以创造品牌的"数字代言人"，实现全天候的品牌互动和内容输出。</w:t>
      </w:r>
    </w:p>
    <w:p>
      <w:pPr>
        <w:spacing w:after="120" w:line="360" w:lineRule="exact"/>
        <w:jc w:val="both"/>
      </w:pPr>
      <w:r>
        <w:rPr>
          <w:rFonts w:ascii="宋体" w:hAnsi="宋体" w:eastAsia="宋体"/>
          <w:b w:val="0"/>
          <w:sz w:val="24"/>
        </w:rPr>
        <w:t>李玲等学者以云台山IP形象为例，提出了基于AIGC的"文本生成图像"IP形象迭代设计方法，通过生成式AI中"大型模型"的运用，帮助优化和提升设计过程[19]。这一方法的核心是将文旅IP形象设计从"设计师手工创作"转变为"AI生成+人工精选"的迭代模式。</w:t>
      </w:r>
    </w:p>
    <w:p>
      <w:pPr>
        <w:spacing w:after="120" w:line="360" w:lineRule="exact"/>
        <w:jc w:val="both"/>
      </w:pPr>
      <w:r>
        <w:rPr>
          <w:rFonts w:ascii="宋体" w:hAnsi="宋体" w:eastAsia="宋体"/>
          <w:b w:val="0"/>
          <w:sz w:val="24"/>
        </w:rPr>
        <w:t>虚拟数字人在文旅场景中的应用包括：</w:t>
      </w:r>
      <w:r>
        <w:rPr>
          <w:rFonts w:ascii="宋体" w:hAnsi="宋体" w:eastAsia="宋体"/>
          <w:b/>
          <w:sz w:val="24"/>
        </w:rPr>
        <w:t>品牌代言</w:t>
      </w:r>
      <w:r>
        <w:rPr>
          <w:rFonts w:ascii="宋体" w:hAnsi="宋体" w:eastAsia="宋体"/>
          <w:b w:val="0"/>
          <w:sz w:val="24"/>
        </w:rPr>
        <w:t>——以虚拟形象作为目的地的数字代言人，在社交媒体和短视频平台持续输出内容；</w:t>
      </w:r>
      <w:r>
        <w:rPr>
          <w:rFonts w:ascii="宋体" w:hAnsi="宋体" w:eastAsia="宋体"/>
          <w:b/>
          <w:sz w:val="24"/>
        </w:rPr>
        <w:t>智能导览</w:t>
      </w:r>
      <w:r>
        <w:rPr>
          <w:rFonts w:ascii="宋体" w:hAnsi="宋体" w:eastAsia="宋体"/>
          <w:b w:val="0"/>
          <w:sz w:val="24"/>
        </w:rPr>
        <w:t>——以虚拟导游形象在景区提供AR导览服务，结合大语言模型实现智能问答；</w:t>
      </w:r>
      <w:r>
        <w:rPr>
          <w:rFonts w:ascii="宋体" w:hAnsi="宋体" w:eastAsia="宋体"/>
          <w:b/>
          <w:sz w:val="24"/>
        </w:rPr>
        <w:t>文化角色活化</w:t>
      </w:r>
      <w:r>
        <w:rPr>
          <w:rFonts w:ascii="宋体" w:hAnsi="宋体" w:eastAsia="宋体"/>
          <w:b w:val="0"/>
          <w:sz w:val="24"/>
        </w:rPr>
        <w:t>——将历史人物或文化符号转化为虚拟数字人，以"活"的方式与游客互动，如"李白"AI数字人讲解唐诗文化。</w:t>
      </w:r>
    </w:p>
    <w:p>
      <w:pPr>
        <w:spacing w:after="120" w:line="360" w:lineRule="exact"/>
        <w:jc w:val="both"/>
      </w:pPr>
      <w:r>
        <w:rPr>
          <w:rFonts w:ascii="宋体" w:hAnsi="宋体" w:eastAsia="宋体"/>
          <w:b w:val="0"/>
          <w:sz w:val="24"/>
        </w:rPr>
        <w:t>韩瑜的研究指出，智能数字人（AI人）作为人工智能与数字视听融合发展的重要载体，已在各行各业得到广泛应用，呼伦贝尔市文化旅游广电局推出的"呼伦"和"贝尔"虚拟数字人就是文旅领域的典型实践[20]。</w:t>
      </w:r>
    </w:p>
    <w:p>
      <w:pPr>
        <w:pStyle w:val="Heading2"/>
      </w:pPr>
      <w:r>
        <w:rPr>
          <w:rFonts w:ascii="黑体" w:hAnsi="黑体" w:eastAsia="黑体"/>
          <w:b/>
          <w:sz w:val="28"/>
        </w:rPr>
        <w:t>4.5 AIGC内容质量管控与版权合规</w:t>
      </w:r>
    </w:p>
    <w:p>
      <w:pPr>
        <w:spacing w:after="120" w:line="360" w:lineRule="exact"/>
        <w:jc w:val="both"/>
      </w:pPr>
      <w:r>
        <w:rPr>
          <w:rFonts w:ascii="宋体" w:hAnsi="宋体" w:eastAsia="宋体"/>
          <w:b w:val="0"/>
          <w:sz w:val="24"/>
        </w:rPr>
        <w:t>AIGC内容的高效产出伴随质量管控和版权合规两大挑战，主理人必须建立相应的管理机制。</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AI生成内容存在"幻觉"（Hallucination）问题——生成看似合理但实际错误的信息。在文旅场景中，这可能表现为AI编造不存在的景点信息、错误的历史描述或不当的文化解读。主理人需要建立"AI生成→人工审核→修改发布"的三步流程，确保内容的准确性。特别是涉及历史文化内容的AI生成文案，必须由具备相关知识的人员进行事实核查。</w:t>
      </w:r>
    </w:p>
    <w:p>
      <w:pPr>
        <w:spacing w:after="120" w:line="360" w:lineRule="exact"/>
        <w:jc w:val="both"/>
      </w:pPr>
      <w:r>
        <w:rPr>
          <w:rFonts w:ascii="宋体" w:hAnsi="宋体" w:eastAsia="宋体"/>
          <w:b/>
          <w:sz w:val="24"/>
        </w:rPr>
        <w:t>版权合规。</w:t>
      </w:r>
      <w:r>
        <w:rPr>
          <w:rFonts w:ascii="宋体" w:hAnsi="宋体" w:eastAsia="宋体"/>
          <w:b w:val="0"/>
          <w:sz w:val="24"/>
        </w:rPr>
        <w:t xml:space="preserve"> AIGC生成内容的版权归属目前法律界尚无定论，但主理人需要注意以下风险：AI生成图像中可能包含受版权保护的元素；AI生成内容如果与已有作品高度相似，可能构成侵权；使用AI生成内容进行商业推广时，需要关注平台的相关政策（部分平台要求标注AI生成内容）。建议主理人保留AI生成过程的提示词记录作为创作证据，并在必要时咨询专业法律意见。</w:t>
      </w:r>
    </w:p>
    <w:p>
      <w:pPr>
        <w:spacing w:after="120" w:line="360" w:lineRule="exact"/>
        <w:jc w:val="both"/>
      </w:pPr>
      <w:r>
        <w:rPr>
          <w:rFonts w:ascii="宋体" w:hAnsi="宋体" w:eastAsia="宋体"/>
          <w:b/>
          <w:sz w:val="24"/>
        </w:rPr>
        <w:t>文化敏感性。</w:t>
      </w:r>
      <w:r>
        <w:rPr>
          <w:rFonts w:ascii="宋体" w:hAnsi="宋体" w:eastAsia="宋体"/>
          <w:b w:val="0"/>
          <w:sz w:val="24"/>
        </w:rPr>
        <w:t xml:space="preserve"> 文旅内容涉及地方文化、民族文化和宗教信仰，AI生成内容可能因训练数据偏差而产生不当表述。主理人作为文化内容的"守门人"，需要对AI输出内容的文化敏感性进行审查，避免因文化误读引发公关危机。</w:t>
      </w:r>
    </w:p>
    <w:p>
      <w:pPr>
        <w:spacing w:after="120"/>
        <w:ind w:left="567"/>
      </w:pPr>
      <w:r>
        <w:rPr>
          <w:rFonts w:ascii="楷体" w:hAnsi="楷体" w:eastAsia="楷体"/>
          <w:b/>
          <w:color w:val="555555"/>
          <w:sz w:val="22"/>
        </w:rPr>
        <w:t>知识卡片</w:t>
      </w:r>
      <w:r>
        <w:rPr>
          <w:rFonts w:ascii="楷体" w:hAnsi="楷体" w:eastAsia="楷体"/>
          <w:b w:val="0"/>
          <w:color w:val="555555"/>
          <w:sz w:val="22"/>
        </w:rPr>
        <w:t>：AIGC内容管控的"三审制"——一审事实准确性（有无错误信息），二审版权合规性（有无侵权风险），三审文化敏感性（有无文化误读）。每条AI生成内容在发布前必须通过三审。</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[18] 唐浩天, 孔维, 骆方丽. 基于文旅大数据的生成式AI训练模型初探[J]. 信息记录材料, 2024, 25(6): 88-91.</w:t>
      </w:r>
    </w:p>
    <w:p>
      <w:pPr>
        <w:spacing w:after="120" w:line="360" w:lineRule="exact"/>
        <w:jc w:val="both"/>
      </w:pPr>
      <w:r>
        <w:rPr>
          <w:rFonts w:ascii="宋体" w:hAnsi="宋体" w:eastAsia="宋体"/>
          <w:b w:val="0"/>
          <w:sz w:val="24"/>
        </w:rPr>
        <w:t>[19]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[20] 韩瑜. "AI+文旅"引领智慧旅游新体验[J]. 数字通信世界, 2024(3): 56-58.</w:t>
      </w:r>
    </w:p>
    <w:p>
      <w:r>
        <w:br w:type="page"/>
      </w:r>
    </w:p>
    <w:p>
      <w:pPr>
        <w:pStyle w:val="Heading1"/>
      </w:pPr>
      <w:r>
        <w:rPr>
          <w:rFonts w:ascii="黑体" w:hAnsi="黑体" w:eastAsia="黑体"/>
          <w:b/>
          <w:color w:val="1F4E79"/>
          <w:sz w:val="32"/>
        </w:rPr>
        <w:t>第 5 章  AI驱动的精准营销与用户增长</w:t>
      </w:r>
    </w:p>
    <w:p>
      <w:pPr>
        <w:pStyle w:val="Heading2"/>
      </w:pPr>
      <w:r>
        <w:rPr>
          <w:rFonts w:ascii="黑体" w:hAnsi="黑体" w:eastAsia="黑体"/>
          <w:b/>
          <w:sz w:val="28"/>
        </w:rPr>
        <w:t>5.1 AI营销工具链与GEO策略</w:t>
      </w:r>
    </w:p>
    <w:p>
      <w:pPr>
        <w:spacing w:after="120" w:line="360" w:lineRule="exact"/>
        <w:jc w:val="both"/>
      </w:pPr>
      <w:r>
        <w:rPr>
          <w:rFonts w:ascii="宋体" w:hAnsi="宋体" w:eastAsia="宋体"/>
          <w:b w:val="0"/>
          <w:sz w:val="24"/>
        </w:rPr>
        <w:t>AI营销工具链是指利用人工智能技术覆盖营销全流程——从市场调研、内容生产、投放优化到效果分析——的工具组合体系。对文旅主理人而言，理解并搭建适合自身业务规模的AI营销工具链，是实现用户增长的关键。</w:t>
      </w:r>
    </w:p>
    <w:p>
      <w:pPr>
        <w:spacing w:after="120" w:line="360" w:lineRule="exact"/>
        <w:jc w:val="both"/>
      </w:pPr>
      <w:r>
        <w:rPr>
          <w:rFonts w:ascii="宋体" w:hAnsi="宋体" w:eastAsia="宋体"/>
          <w:b w:val="0"/>
          <w:sz w:val="24"/>
        </w:rPr>
        <w:t>AI营销工具链按功能可分为四层。</w:t>
      </w:r>
      <w:r>
        <w:rPr>
          <w:rFonts w:ascii="宋体" w:hAnsi="宋体" w:eastAsia="宋体"/>
          <w:b/>
          <w:sz w:val="24"/>
        </w:rPr>
        <w:t>洞察层</w:t>
      </w:r>
      <w:r>
        <w:rPr>
          <w:rFonts w:ascii="宋体" w:hAnsi="宋体" w:eastAsia="宋体"/>
          <w:b w:val="0"/>
          <w:sz w:val="24"/>
        </w:rPr>
        <w:t>负责市场趋势分析和用户画像构建，工具如AI趋势分析平台、社交媒体监听工具；</w:t>
      </w:r>
      <w:r>
        <w:rPr>
          <w:rFonts w:ascii="宋体" w:hAnsi="宋体" w:eastAsia="宋体"/>
          <w:b/>
          <w:sz w:val="24"/>
        </w:rPr>
        <w:t>内容层</w:t>
      </w:r>
      <w:r>
        <w:rPr>
          <w:rFonts w:ascii="宋体" w:hAnsi="宋体" w:eastAsia="宋体"/>
          <w:b w:val="0"/>
          <w:sz w:val="24"/>
        </w:rPr>
        <w:t>负责营销内容的自动生成和多形态适配，工具如AIGC文案/图像/视频生成器；</w:t>
      </w:r>
      <w:r>
        <w:rPr>
          <w:rFonts w:ascii="宋体" w:hAnsi="宋体" w:eastAsia="宋体"/>
          <w:b/>
          <w:sz w:val="24"/>
        </w:rPr>
        <w:t>触达层</w:t>
      </w:r>
      <w:r>
        <w:rPr>
          <w:rFonts w:ascii="宋体" w:hAnsi="宋体" w:eastAsia="宋体"/>
          <w:b w:val="0"/>
          <w:sz w:val="24"/>
        </w:rPr>
        <w:t>负责多渠道内容分发和精准投放，工具如社交媒体管理平台、AI广告优化系统；</w:t>
      </w:r>
      <w:r>
        <w:rPr>
          <w:rFonts w:ascii="宋体" w:hAnsi="宋体" w:eastAsia="宋体"/>
          <w:b/>
          <w:sz w:val="24"/>
        </w:rPr>
        <w:t>分析层</w:t>
      </w:r>
      <w:r>
        <w:rPr>
          <w:rFonts w:ascii="宋体" w:hAnsi="宋体" w:eastAsia="宋体"/>
          <w:b w:val="0"/>
          <w:sz w:val="24"/>
        </w:rPr>
        <w:t>负责营销效果追踪和ROI归因，工具如AI数据分析看板、用户行为分析平台。</w:t>
      </w:r>
    </w:p>
    <w:p>
      <w:pPr>
        <w:spacing w:after="120" w:line="360" w:lineRule="exact"/>
        <w:jc w:val="both"/>
      </w:pPr>
      <w:r>
        <w:rPr>
          <w:rFonts w:ascii="宋体" w:hAnsi="宋体" w:eastAsia="宋体"/>
          <w:b w:val="0"/>
          <w:sz w:val="24"/>
        </w:rPr>
        <w:t>GEO（Generative Engine Optimization，生成引擎优化）是AI时代新兴的营销概念。传统SEO优化的是搜索引擎结果页面中的排名，而GEO优化的是AI生成答案中品牌的曝光度。当用户向AI助手询问"安顺有什么好玩的"时，AI会根据其训练数据和实时检索结果生成推荐——如果主理人的项目没有被AI"认知"到，就等于在这个新兴渠道中完全隐形。</w:t>
      </w:r>
    </w:p>
    <w:p>
      <w:pPr>
        <w:spacing w:after="120" w:line="360" w:lineRule="exact"/>
        <w:jc w:val="both"/>
      </w:pPr>
      <w:r>
        <w:rPr>
          <w:rFonts w:ascii="宋体" w:hAnsi="宋体" w:eastAsia="宋体"/>
          <w:b w:val="0"/>
          <w:sz w:val="24"/>
        </w:rPr>
        <w:t>GEO策略的核心包括：在权威平台（百度百科、小红书、携程等）布局高质量的品牌内容，确保AI能够检索到；在问答平台（知乎、百度知道）积累与品牌相关的问答对；通过持续的内容输出增加品牌在互联网上的"信息密度"，提高AI生成推荐中出现的概率。Abate等学者的研究指出，旅游企业的数字营销准备度受领导者数字技能的调节影响[21]，这强调了主理人自身数字素养对GEO策略效果的决定性作用。</w:t>
      </w:r>
    </w:p>
    <w:p>
      <w:pPr>
        <w:pStyle w:val="Heading2"/>
      </w:pPr>
      <w:r>
        <w:rPr>
          <w:rFonts w:ascii="黑体" w:hAnsi="黑体" w:eastAsia="黑体"/>
          <w:b/>
          <w:sz w:val="28"/>
        </w:rPr>
        <w:t>5.2 用户画像构建与精准触达</w:t>
      </w:r>
    </w:p>
    <w:p>
      <w:pPr>
        <w:spacing w:after="120" w:line="360" w:lineRule="exact"/>
        <w:jc w:val="both"/>
      </w:pPr>
      <w:r>
        <w:rPr>
          <w:rFonts w:ascii="宋体" w:hAnsi="宋体" w:eastAsia="宋体"/>
          <w:b w:val="0"/>
          <w:sz w:val="24"/>
        </w:rPr>
        <w:t>用户画像是精准营销的基础。传统用户画像依赖问卷调查和CRM系统数据，更新频率低、维度有限。AI驱动的用户画像构建通过多源数据融合，能够实时生成更丰富、更动态的用户画像。</w:t>
      </w:r>
    </w:p>
    <w:p>
      <w:pPr>
        <w:spacing w:after="120" w:line="360" w:lineRule="exact"/>
        <w:jc w:val="both"/>
      </w:pPr>
      <w:r>
        <w:rPr>
          <w:rFonts w:ascii="宋体" w:hAnsi="宋体" w:eastAsia="宋体"/>
          <w:b/>
          <w:sz w:val="24"/>
        </w:rPr>
        <w:t>数据采集。</w:t>
      </w:r>
      <w:r>
        <w:rPr>
          <w:rFonts w:ascii="宋体" w:hAnsi="宋体" w:eastAsia="宋体"/>
          <w:b w:val="0"/>
          <w:sz w:val="24"/>
        </w:rPr>
        <w:t xml:space="preserve"> 文旅主理人可以利用的数据源包括：社交媒体互动数据（点赞、评论、分享行为）、内容消费数据（哪些文章/视频被观看、停留时长）、交易数据（购买记录、客单价、复购频率）、客户服务交互数据（咨询内容、投诉记录）。AI工具可以自动整合这些异构数据，生成统一的用户视图。</w:t>
      </w:r>
    </w:p>
    <w:p>
      <w:pPr>
        <w:spacing w:after="120" w:line="360" w:lineRule="exact"/>
        <w:jc w:val="both"/>
      </w:pPr>
      <w:r>
        <w:rPr>
          <w:rFonts w:ascii="宋体" w:hAnsi="宋体" w:eastAsia="宋体"/>
          <w:b/>
          <w:sz w:val="24"/>
        </w:rPr>
        <w:t>画像维度。</w:t>
      </w:r>
      <w:r>
        <w:rPr>
          <w:rFonts w:ascii="宋体" w:hAnsi="宋体" w:eastAsia="宋体"/>
          <w:b w:val="0"/>
          <w:sz w:val="24"/>
        </w:rPr>
        <w:t xml:space="preserve"> AI增强的用户画像通常包含以下维度：基础属性（年龄、性别、地域）、兴趣偏好（文化体验/自然风光/美食探索/亲子活动等）、消费能力（价格敏感度、消费频次）、行为特征（提前预订/即时决策、独行/结伴/家庭）、生命周期阶段（潜在用户/首次消费/复购用户/忠诚用户）。</w:t>
      </w:r>
    </w:p>
    <w:p>
      <w:pPr>
        <w:spacing w:after="120" w:line="360" w:lineRule="exact"/>
        <w:jc w:val="both"/>
      </w:pPr>
      <w:r>
        <w:rPr>
          <w:rFonts w:ascii="宋体" w:hAnsi="宋体" w:eastAsia="宋体"/>
          <w:b/>
          <w:sz w:val="24"/>
        </w:rPr>
        <w:t>精准触达。</w:t>
      </w:r>
      <w:r>
        <w:rPr>
          <w:rFonts w:ascii="宋体" w:hAnsi="宋体" w:eastAsia="宋体"/>
          <w:b w:val="0"/>
          <w:sz w:val="24"/>
        </w:rPr>
        <w:t xml:space="preserve"> 基于用户画像，主理人可以实施差异化触达策略：对潜在用户推送种草内容激发兴趣；对犹豫用户推送限时优惠促进转化；对已消费用户推送相关体验促进复购；对忠诚用户推送专属权益促进口碑传播。AI工具可以根据画像自动匹配最优内容与最优渠道，实现"在对的时间、通过对的渠道、向对的人传递对的信息"。</w:t>
      </w:r>
    </w:p>
    <w:p>
      <w:pPr>
        <w:spacing w:after="120"/>
        <w:ind w:left="567"/>
      </w:pPr>
      <w:r>
        <w:rPr>
          <w:rFonts w:ascii="楷体" w:hAnsi="楷体" w:eastAsia="楷体"/>
          <w:b/>
          <w:color w:val="555555"/>
          <w:sz w:val="22"/>
        </w:rPr>
        <w:t>知识卡片</w:t>
      </w:r>
      <w:r>
        <w:rPr>
          <w:rFonts w:ascii="楷体" w:hAnsi="楷体" w:eastAsia="楷体"/>
          <w:b w:val="0"/>
          <w:color w:val="555555"/>
          <w:sz w:val="22"/>
        </w:rPr>
        <w:t>：RFM模型是用户分层的经典框架——R（Recency）最近消费时间、F（Frequency）消费频率、M（Monetary）消费金额。AI可以在此基础上增加行为预测维度（如"流失概率""复购概率"），使分群更精准、触达更有效。</w:t>
      </w:r>
    </w:p>
    <w:p>
      <w:pPr>
        <w:pStyle w:val="Heading2"/>
      </w:pPr>
      <w:r>
        <w:rPr>
          <w:rFonts w:ascii="黑体" w:hAnsi="黑体" w:eastAsia="黑体"/>
          <w:b/>
          <w:sz w:val="28"/>
        </w:rPr>
        <w:t>5.3 社交媒体矩阵的AI化运营</w:t>
      </w:r>
    </w:p>
    <w:p>
      <w:pPr>
        <w:spacing w:after="120" w:line="360" w:lineRule="exact"/>
        <w:jc w:val="both"/>
      </w:pPr>
      <w:r>
        <w:rPr>
          <w:rFonts w:ascii="宋体" w:hAnsi="宋体" w:eastAsia="宋体"/>
          <w:b w:val="0"/>
          <w:sz w:val="24"/>
        </w:rPr>
        <w:t>社交媒体是文旅主理人获取流量和建立品牌的主阵地。随着平台数量的增加（抖音、小红书、微信视频号、快手、B站等）和内容消费节奏的加快，单一平台的运营已无法满足增长需求，多平台矩阵运营成为必然选择。AI工具使主理人能够高效管理社交媒体矩阵。</w:t>
      </w:r>
    </w:p>
    <w:p>
      <w:pPr>
        <w:spacing w:after="120" w:line="360" w:lineRule="exact"/>
        <w:jc w:val="both"/>
      </w:pPr>
      <w:r>
        <w:rPr>
          <w:rFonts w:ascii="宋体" w:hAnsi="宋体" w:eastAsia="宋体"/>
          <w:b/>
          <w:sz w:val="24"/>
        </w:rPr>
        <w:t>内容矩阵规划。</w:t>
      </w:r>
      <w:r>
        <w:rPr>
          <w:rFonts w:ascii="宋体" w:hAnsi="宋体" w:eastAsia="宋体"/>
          <w:b w:val="0"/>
          <w:sz w:val="24"/>
        </w:rPr>
        <w:t xml:space="preserve"> AI可以根据主理人的品牌定位和目标受众，自动规划内容矩阵——确定内容主题分类（如目的地带货、文化科普、幕后花絮、用户故事）、发布频率和时间、各平台的内容适配策略。一个有效的矩阵应该包含"引流内容"（吸引新用户关注）、"信任内容"（建立专业形象和信任感）和"转化内容"（促进购买行动）三类内容的均衡配比。</w:t>
      </w:r>
    </w:p>
    <w:p>
      <w:pPr>
        <w:spacing w:after="120" w:line="360" w:lineRule="exact"/>
        <w:jc w:val="both"/>
      </w:pPr>
      <w:r>
        <w:rPr>
          <w:rFonts w:ascii="宋体" w:hAnsi="宋体" w:eastAsia="宋体"/>
          <w:b/>
          <w:sz w:val="24"/>
        </w:rPr>
        <w:t>多平台内容适配。</w:t>
      </w:r>
      <w:r>
        <w:rPr>
          <w:rFonts w:ascii="宋体" w:hAnsi="宋体" w:eastAsia="宋体"/>
          <w:b w:val="0"/>
          <w:sz w:val="24"/>
        </w:rPr>
        <w:t xml:space="preserve"> 同一内容素材在不同平台需要不同的呈现形式：小红书偏重图文+详细攻略、抖音偏重短视频+情绪共鸣、视频号偏重社交裂变、微信公众号偏重深度长文。AI工具可以基于核心素材自动生成各平台适配版本，大幅降低多平台运营的内容生产成本。</w:t>
      </w:r>
    </w:p>
    <w:p>
      <w:pPr>
        <w:spacing w:after="120" w:line="360" w:lineRule="exact"/>
        <w:jc w:val="both"/>
      </w:pPr>
      <w:r>
        <w:rPr>
          <w:rFonts w:ascii="宋体" w:hAnsi="宋体" w:eastAsia="宋体"/>
          <w:b/>
          <w:sz w:val="24"/>
        </w:rPr>
        <w:t>互动管理。</w:t>
      </w:r>
      <w:r>
        <w:rPr>
          <w:rFonts w:ascii="宋体" w:hAnsi="宋体" w:eastAsia="宋体"/>
          <w:b w:val="0"/>
          <w:sz w:val="24"/>
        </w:rPr>
        <w:t xml:space="preserve"> 社交媒体的评论回复、私信处理是耗时但重要的工作。AI客服可以自动处理80%以上的常规互动（如咨询营业时间、价格、路线等），将复杂问题转交人工处理。这不仅提升了响应速度，也释放了主理人的时间用于高价值工作。</w:t>
      </w:r>
    </w:p>
    <w:p>
      <w:pPr>
        <w:pStyle w:val="Heading2"/>
      </w:pPr>
      <w:r>
        <w:rPr>
          <w:rFonts w:ascii="黑体" w:hAnsi="黑体" w:eastAsia="黑体"/>
          <w:b/>
          <w:sz w:val="28"/>
        </w:rPr>
        <w:t>5.4 私域流量池的智能化管理</w:t>
      </w:r>
    </w:p>
    <w:p>
      <w:pPr>
        <w:spacing w:after="120" w:line="360" w:lineRule="exact"/>
        <w:jc w:val="both"/>
      </w:pPr>
      <w:r>
        <w:rPr>
          <w:rFonts w:ascii="宋体" w:hAnsi="宋体" w:eastAsia="宋体"/>
          <w:b w:val="0"/>
          <w:sz w:val="24"/>
        </w:rPr>
        <w:t>私域流量是指主理人可以自主触达、无需付费即可反复使用的用户流量，典型载体包括微信个人号、企业微信、微信群、公众号、小程序等。私域流量的核心价值在于降低获客成本和提升用户终身价值（LTV）。</w:t>
      </w:r>
    </w:p>
    <w:p>
      <w:pPr>
        <w:spacing w:after="120" w:line="360" w:lineRule="exact"/>
        <w:jc w:val="both"/>
      </w:pPr>
      <w:r>
        <w:rPr>
          <w:rFonts w:ascii="宋体" w:hAnsi="宋体" w:eastAsia="宋体"/>
          <w:b/>
          <w:sz w:val="24"/>
        </w:rPr>
        <w:t>AI赋能私域运营的关键场景。</w:t>
      </w:r>
      <w:r>
        <w:rPr>
          <w:rFonts w:ascii="宋体" w:hAnsi="宋体" w:eastAsia="宋体"/>
          <w:b w:val="0"/>
          <w:sz w:val="24"/>
        </w:rPr>
        <w:t xml:space="preserve"> 第一，入群欢迎与标签管理——新用户入群时，AI自动发送欢迎语并根据用户信息打标签（来源、兴趣、消费记录等）；第二，智能问答——AI客服在群内自动回复常见问题，提供7×24小时服务；第三，内容定时推送——AI根据用户画像和行为数据，在最佳时间推送个性化内容；第四，流失预警——AI监测用户活跃度下降趋势，及时触发挽留策略（如专属优惠券、一对一关怀）。</w:t>
      </w:r>
    </w:p>
    <w:p>
      <w:pPr>
        <w:spacing w:after="120" w:line="360" w:lineRule="exact"/>
        <w:jc w:val="both"/>
      </w:pPr>
      <w:r>
        <w:rPr>
          <w:rFonts w:ascii="宋体" w:hAnsi="宋体" w:eastAsia="宋体"/>
          <w:b/>
          <w:sz w:val="24"/>
        </w:rPr>
        <w:t>企业微信+AI的私域闭环。</w:t>
      </w:r>
      <w:r>
        <w:rPr>
          <w:rFonts w:ascii="宋体" w:hAnsi="宋体" w:eastAsia="宋体"/>
          <w:b w:val="0"/>
          <w:sz w:val="24"/>
        </w:rPr>
        <w:t xml:space="preserve"> 企业微信提供了API接口，可以与AI工具深度集成。主理人可以通过企业微信+AI客服+CRM系统的组合，实现"引流→入群→培育→转化→复购→裂变"的完整私域闭环。关键指标包括：入群转化率、群活跃度、内容打开率、转化率、复购率和推荐率。</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：某文旅体验项目主理人通过"小红书引流→企业微信入群→AI客服日常维护→定期AIGC内容推送→活动转化"的私域闭环，在6个月内积累了3000+高活跃私域用户，复购率达到35%，获客成本降低60%。</w:t>
      </w:r>
    </w:p>
    <w:p>
      <w:pPr>
        <w:pStyle w:val="Heading2"/>
      </w:pPr>
      <w:r>
        <w:rPr>
          <w:rFonts w:ascii="黑体" w:hAnsi="黑体" w:eastAsia="黑体"/>
          <w:b/>
          <w:sz w:val="28"/>
        </w:rPr>
        <w:t>5.5 数据驱动的营销效果复盘与优化</w:t>
      </w:r>
    </w:p>
    <w:p>
      <w:pPr>
        <w:spacing w:after="120" w:line="360" w:lineRule="exact"/>
        <w:jc w:val="both"/>
      </w:pPr>
      <w:r>
        <w:rPr>
          <w:rFonts w:ascii="宋体" w:hAnsi="宋体" w:eastAsia="宋体"/>
          <w:b w:val="0"/>
          <w:sz w:val="24"/>
        </w:rPr>
        <w:t>营销效果的持续优化依赖数据驱动的复盘机制。AI工具使主理人能够从"凭感觉调策略"升级为"看数据做决策"。</w:t>
      </w:r>
    </w:p>
    <w:p>
      <w:pPr>
        <w:spacing w:after="120" w:line="360" w:lineRule="exact"/>
        <w:jc w:val="both"/>
      </w:pPr>
      <w:r>
        <w:rPr>
          <w:rFonts w:ascii="宋体" w:hAnsi="宋体" w:eastAsia="宋体"/>
          <w:b/>
          <w:sz w:val="24"/>
        </w:rPr>
        <w:t>关键指标体系。</w:t>
      </w:r>
      <w:r>
        <w:rPr>
          <w:rFonts w:ascii="宋体" w:hAnsi="宋体" w:eastAsia="宋体"/>
          <w:b w:val="0"/>
          <w:sz w:val="24"/>
        </w:rPr>
        <w:t xml:space="preserve"> 文旅营销的核心指标包括：曝光量（内容触达的用户数）、互动率（点赞/评论/分享/收藏的比率）、点击率（从内容到详情页的转化）、转化率（从浏览到购买的转化）、获客成本（CAC）、用户终身价值（LTV）、ROI（营销投入产出比）。AI分析工具可以自动计算这些指标并生成可视化报表。</w:t>
      </w:r>
    </w:p>
    <w:p>
      <w:pPr>
        <w:spacing w:after="120" w:line="360" w:lineRule="exact"/>
        <w:jc w:val="both"/>
      </w:pPr>
      <w:r>
        <w:rPr>
          <w:rFonts w:ascii="宋体" w:hAnsi="宋体" w:eastAsia="宋体"/>
          <w:b/>
          <w:sz w:val="24"/>
        </w:rPr>
        <w:t>AI辅助归因分析。</w:t>
      </w:r>
      <w:r>
        <w:rPr>
          <w:rFonts w:ascii="宋体" w:hAnsi="宋体" w:eastAsia="宋体"/>
          <w:b w:val="0"/>
          <w:sz w:val="24"/>
        </w:rPr>
        <w:t xml:space="preserve"> 当用户从多个渠道接触品牌后最终完成购买，如何判断哪个渠道的功劳最大？这就是归因分析的问题。AI驱动的归因模型可以分析用户的完整触达路径，为各渠道分配合理的贡献权重，帮助主理人优化预算分配。</w:t>
      </w:r>
    </w:p>
    <w:p>
      <w:pPr>
        <w:spacing w:after="120" w:line="360" w:lineRule="exact"/>
        <w:jc w:val="both"/>
      </w:pPr>
      <w:r>
        <w:rPr>
          <w:rFonts w:ascii="宋体" w:hAnsi="宋体" w:eastAsia="宋体"/>
          <w:b/>
          <w:sz w:val="24"/>
        </w:rPr>
        <w:t>A/B测试自动化。</w:t>
      </w:r>
      <w:r>
        <w:rPr>
          <w:rFonts w:ascii="宋体" w:hAnsi="宋体" w:eastAsia="宋体"/>
          <w:b w:val="0"/>
          <w:sz w:val="24"/>
        </w:rPr>
        <w:t xml:space="preserve"> AI工具可以自动设计A/B测试方案——生成不同版本的文案、图片、标题，分发给不同用户群体，收集效果数据，自动判读最优方案。这使得营销优化从"经验驱动"升级为"实验驱动"，每个决策都有数据支撑。</w:t>
      </w:r>
    </w:p>
    <w:p>
      <w:pPr>
        <w:spacing w:after="120" w:line="360" w:lineRule="exact"/>
        <w:jc w:val="both"/>
      </w:pPr>
      <w:r>
        <w:rPr>
          <w:rFonts w:ascii="宋体" w:hAnsi="宋体" w:eastAsia="宋体"/>
          <w:b w:val="0"/>
          <w:sz w:val="24"/>
        </w:rPr>
        <w:t>Islam等学者的文献综述研究表明，AI辅助品牌建设正在重塑消费者信任、采用意愿和购买意向，2014-2025年间相关研究呈现指数级增长[22]，这印证了AI营销工具的价值已被学术界和产业界广泛认可。</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[21] Abate Y A, Ukpabi D, Karjaluoto H. Investigating digital marketing readiness among tourism firms: an emerging economy perspective[J]. Journal of Travel Research, 2024, 63(8): 2358047.</w:t>
      </w:r>
    </w:p>
    <w:p>
      <w:pPr>
        <w:spacing w:after="120" w:line="360" w:lineRule="exact"/>
        <w:jc w:val="both"/>
      </w:pPr>
      <w:r>
        <w:rPr>
          <w:rFonts w:ascii="宋体" w:hAnsi="宋体" w:eastAsia="宋体"/>
          <w:b w:val="0"/>
          <w:sz w:val="24"/>
        </w:rPr>
        <w:t>[22] Islam M R, Leonidou L, Weathington B. AI-assisted branding for startups and SMEs: How AI shapes consumer trust, adoption, and purchase intention (2014-2025). A bibliometric and thematic review[J]. European Journal of Sales, Marketing and Tourism, 2026, 2(1): 10.</w:t>
      </w:r>
    </w:p>
    <w:p>
      <w:r>
        <w:br w:type="page"/>
      </w:r>
    </w:p>
    <w:p>
      <w:pPr>
        <w:pStyle w:val="Heading1"/>
      </w:pPr>
      <w:r>
        <w:rPr>
          <w:rFonts w:ascii="黑体" w:hAnsi="黑体" w:eastAsia="黑体"/>
          <w:b/>
          <w:color w:val="1F4E79"/>
          <w:sz w:val="32"/>
        </w:rPr>
        <w:t>第 6 章  数据智能与运营决策</w:t>
      </w:r>
    </w:p>
    <w:p>
      <w:pPr>
        <w:pStyle w:val="Heading2"/>
      </w:pPr>
      <w:r>
        <w:rPr>
          <w:rFonts w:ascii="黑体" w:hAnsi="黑体" w:eastAsia="黑体"/>
          <w:b/>
          <w:sz w:val="28"/>
        </w:rPr>
        <w:t>6.1 文旅数据采集与整合体系</w:t>
      </w:r>
    </w:p>
    <w:p>
      <w:pPr>
        <w:spacing w:after="120" w:line="360" w:lineRule="exact"/>
        <w:jc w:val="both"/>
      </w:pPr>
      <w:r>
        <w:rPr>
          <w:rFonts w:ascii="宋体" w:hAnsi="宋体" w:eastAsia="宋体"/>
          <w:b w:val="0"/>
          <w:sz w:val="24"/>
        </w:rPr>
        <w:t>数据是AI驱动运营决策的"燃料"。对文旅主理人而言，建立系统化的数据采集与整合体系，是从"经验驱动"走向"数据驱动"的第一步。</w:t>
      </w:r>
    </w:p>
    <w:p>
      <w:pPr>
        <w:spacing w:after="120" w:line="360" w:lineRule="exact"/>
        <w:jc w:val="both"/>
      </w:pPr>
      <w:r>
        <w:rPr>
          <w:rFonts w:ascii="宋体" w:hAnsi="宋体" w:eastAsia="宋体"/>
          <w:b w:val="0"/>
          <w:sz w:val="24"/>
        </w:rPr>
        <w:t>文旅主理人可获取的数据按来源可分为四类。</w:t>
      </w:r>
      <w:r>
        <w:rPr>
          <w:rFonts w:ascii="宋体" w:hAnsi="宋体" w:eastAsia="宋体"/>
          <w:b/>
          <w:sz w:val="24"/>
        </w:rPr>
        <w:t>交易数据</w:t>
      </w:r>
      <w:r>
        <w:rPr>
          <w:rFonts w:ascii="宋体" w:hAnsi="宋体" w:eastAsia="宋体"/>
          <w:b w:val="0"/>
          <w:sz w:val="24"/>
        </w:rPr>
        <w:t>包括订单记录、客单价、支付方式、退订率等，通常存储在预订系统或OTA后台；</w:t>
      </w:r>
      <w:r>
        <w:rPr>
          <w:rFonts w:ascii="宋体" w:hAnsi="宋体" w:eastAsia="宋体"/>
          <w:b/>
          <w:sz w:val="24"/>
        </w:rPr>
        <w:t>行为数据</w:t>
      </w:r>
      <w:r>
        <w:rPr>
          <w:rFonts w:ascii="宋体" w:hAnsi="宋体" w:eastAsia="宋体"/>
          <w:b w:val="0"/>
          <w:sz w:val="24"/>
        </w:rPr>
        <w:t>包括网站浏览轨迹、小程序使用路径、社交媒体互动行为等，可通过埋点工具或平台后台获取；</w:t>
      </w:r>
      <w:r>
        <w:rPr>
          <w:rFonts w:ascii="宋体" w:hAnsi="宋体" w:eastAsia="宋体"/>
          <w:b/>
          <w:sz w:val="24"/>
        </w:rPr>
        <w:t>反馈数据</w:t>
      </w:r>
      <w:r>
        <w:rPr>
          <w:rFonts w:ascii="宋体" w:hAnsi="宋体" w:eastAsia="宋体"/>
          <w:b w:val="0"/>
          <w:sz w:val="24"/>
        </w:rPr>
        <w:t>包括评价内容、投诉记录、问卷调查结果等，反映用户满意度和改进方向；</w:t>
      </w:r>
      <w:r>
        <w:rPr>
          <w:rFonts w:ascii="宋体" w:hAnsi="宋体" w:eastAsia="宋体"/>
          <w:b/>
          <w:sz w:val="24"/>
        </w:rPr>
        <w:t>外部数据</w:t>
      </w:r>
      <w:r>
        <w:rPr>
          <w:rFonts w:ascii="宋体" w:hAnsi="宋体" w:eastAsia="宋体"/>
          <w:b w:val="0"/>
          <w:sz w:val="24"/>
        </w:rPr>
        <w:t>包括天气数据、节假日日历、竞品价格、区域客流量等，可通过公开数据接口或第三方数据服务获取。</w:t>
      </w:r>
    </w:p>
    <w:p>
      <w:pPr>
        <w:spacing w:after="120" w:line="360" w:lineRule="exact"/>
        <w:jc w:val="both"/>
      </w:pPr>
      <w:r>
        <w:rPr>
          <w:rFonts w:ascii="宋体" w:hAnsi="宋体" w:eastAsia="宋体"/>
          <w:b w:val="0"/>
          <w:sz w:val="24"/>
        </w:rPr>
        <w:t>数据整合的关键在于建立统一的数据底座。对于小型主理人，使用Excel或Google Sheets手动整合即可满足需求；对于成长型主理人，可使用轻量级BI工具（如帆软BI、Metabase）自动汇聚多源数据；对于成熟型主理人，可搭建数据中台实现数据的实时同步和标准化处理。</w:t>
      </w:r>
    </w:p>
    <w:p>
      <w:pPr>
        <w:spacing w:after="120"/>
        <w:ind w:left="567"/>
      </w:pPr>
      <w:r>
        <w:rPr>
          <w:rFonts w:ascii="楷体" w:hAnsi="楷体" w:eastAsia="楷体"/>
          <w:b/>
          <w:color w:val="555555"/>
          <w:sz w:val="22"/>
        </w:rPr>
        <w:t>知识卡片</w:t>
      </w:r>
      <w:r>
        <w:rPr>
          <w:rFonts w:ascii="楷体" w:hAnsi="楷体" w:eastAsia="楷体"/>
          <w:b w:val="0"/>
          <w:color w:val="555555"/>
          <w:sz w:val="22"/>
        </w:rPr>
        <w:t>：文旅数据的"4V"特征——Volume（数据量大，特别是行为数据）、Velocity（实时性强，如客流监控）、Variety（数据类型多，含结构化和非结构化数据）、Value（价值密度低，需要AI挖掘才能转化为决策洞察）。</w:t>
      </w:r>
    </w:p>
    <w:p>
      <w:pPr>
        <w:pStyle w:val="Heading2"/>
      </w:pPr>
      <w:r>
        <w:rPr>
          <w:rFonts w:ascii="黑体" w:hAnsi="黑体" w:eastAsia="黑体"/>
          <w:b/>
          <w:sz w:val="28"/>
        </w:rPr>
        <w:t>6.2 游客行为数据分析与洞察</w:t>
      </w:r>
    </w:p>
    <w:p>
      <w:pPr>
        <w:spacing w:after="120" w:line="360" w:lineRule="exact"/>
        <w:jc w:val="both"/>
      </w:pPr>
      <w:r>
        <w:rPr>
          <w:rFonts w:ascii="宋体" w:hAnsi="宋体" w:eastAsia="宋体"/>
          <w:b w:val="0"/>
          <w:sz w:val="24"/>
        </w:rPr>
        <w:t>游客行为数据是最具分析价值的数据类型。通过对行为数据的深度分析，主理人可以洞察游客的决策模式、偏好特征和体验痛点。</w:t>
      </w:r>
    </w:p>
    <w:p>
      <w:pPr>
        <w:spacing w:after="120" w:line="360" w:lineRule="exact"/>
        <w:jc w:val="both"/>
      </w:pPr>
      <w:r>
        <w:rPr>
          <w:rFonts w:ascii="宋体" w:hAnsi="宋体" w:eastAsia="宋体"/>
          <w:b/>
          <w:sz w:val="24"/>
        </w:rPr>
        <w:t>用户旅程分析。</w:t>
      </w:r>
      <w:r>
        <w:rPr>
          <w:rFonts w:ascii="宋体" w:hAnsi="宋体" w:eastAsia="宋体"/>
          <w:b w:val="0"/>
          <w:sz w:val="24"/>
        </w:rPr>
        <w:t xml:space="preserve"> 用户旅程（Customer Journey）是指游客从"产生旅游动机"到"完成旅行并分享反馈"的全过程。AI工具可以将分散在不同触点的行为数据串联成完整的旅程地图，识别每个阶段的流失率和转化率。常见发现包括：用户在浏览详情页后流失（可能是价格或信息不够吸引），或在添加购物车后未完成支付（可能是支付流程复杂或犹豫不决）。</w:t>
      </w:r>
    </w:p>
    <w:p>
      <w:pPr>
        <w:spacing w:after="120" w:line="360" w:lineRule="exact"/>
        <w:jc w:val="both"/>
      </w:pPr>
      <w:r>
        <w:rPr>
          <w:rFonts w:ascii="宋体" w:hAnsi="宋体" w:eastAsia="宋体"/>
          <w:b/>
          <w:sz w:val="24"/>
        </w:rPr>
        <w:t>评论情感分析。</w:t>
      </w:r>
      <w:r>
        <w:rPr>
          <w:rFonts w:ascii="宋体" w:hAnsi="宋体" w:eastAsia="宋体"/>
          <w:b w:val="0"/>
          <w:sz w:val="24"/>
        </w:rPr>
        <w:t xml:space="preserve"> 用户评论是非结构化数据的典型代表，蕴含丰富的体验反馈。AI自然语言处理技术可以自动对评论进行情感分类（正面/负面/中性）和主题提取（服务质量/环境卫生/性价比/文化体验等），帮助主理人快速发现体验短板和优势点。对比分析自身与竞品的评论主题分布，可以找到差异化竞争方向。</w:t>
      </w:r>
    </w:p>
    <w:p>
      <w:pPr>
        <w:spacing w:after="120" w:line="360" w:lineRule="exact"/>
        <w:jc w:val="both"/>
      </w:pPr>
      <w:r>
        <w:rPr>
          <w:rFonts w:ascii="宋体" w:hAnsi="宋体" w:eastAsia="宋体"/>
          <w:b/>
          <w:sz w:val="24"/>
        </w:rPr>
        <w:t>客流模式分析。</w:t>
      </w:r>
      <w:r>
        <w:rPr>
          <w:rFonts w:ascii="宋体" w:hAnsi="宋体" w:eastAsia="宋体"/>
          <w:b w:val="0"/>
          <w:sz w:val="24"/>
        </w:rPr>
        <w:t xml:space="preserve"> 对于有实体空间的文旅项目（如景区、民宿、文化街区），客流模式分析至关重要。通过Wi-Fi探针、摄像头AI分析或预约系统数据，主理人可以掌握客流的时间分布（高峰/低谷时段）和空间分布（热门/冷门区域），据此优化人员排班、设施布局和动线设计。</w:t>
      </w:r>
    </w:p>
    <w:p>
      <w:pPr>
        <w:spacing w:after="120" w:line="360" w:lineRule="exact"/>
        <w:jc w:val="both"/>
      </w:pPr>
      <w:r>
        <w:rPr>
          <w:rFonts w:ascii="宋体" w:hAnsi="宋体" w:eastAsia="宋体"/>
          <w:b/>
          <w:sz w:val="24"/>
        </w:rPr>
        <w:t>预测性分析。</w:t>
      </w:r>
      <w:r>
        <w:rPr>
          <w:rFonts w:ascii="宋体" w:hAnsi="宋体" w:eastAsia="宋体"/>
          <w:b w:val="0"/>
          <w:sz w:val="24"/>
        </w:rPr>
        <w:t xml:space="preserve"> AI的预测能力是超越传统数据分析的核心价值。基于历史数据和外部因素（天气、节假日、社会事件），AI可以预测未来一段时间的客流量、收入和资源需求，帮助主理人提前做好准备。Tong等学者的研究指出，AI通过物联网和ESG投资的中介作用，正在影响旅游业的智能自动化水平[23]。</w:t>
      </w:r>
    </w:p>
    <w:p>
      <w:pPr>
        <w:pStyle w:val="Heading2"/>
      </w:pPr>
      <w:r>
        <w:rPr>
          <w:rFonts w:ascii="黑体" w:hAnsi="黑体" w:eastAsia="黑体"/>
          <w:b/>
          <w:sz w:val="28"/>
        </w:rPr>
        <w:t>6.3 智能定价与收益管理</w:t>
      </w:r>
    </w:p>
    <w:p>
      <w:pPr>
        <w:spacing w:after="120" w:line="360" w:lineRule="exact"/>
        <w:jc w:val="both"/>
      </w:pPr>
      <w:r>
        <w:rPr>
          <w:rFonts w:ascii="宋体" w:hAnsi="宋体" w:eastAsia="宋体"/>
          <w:b w:val="0"/>
          <w:sz w:val="24"/>
        </w:rPr>
        <w:t>定价是文旅业务中最直接影响收入的决策变量。传统定价依赖经验判断和简单的历史对比，而AI驱动的智能定价系统可以实现动态、精细化的收益管理。</w:t>
      </w:r>
    </w:p>
    <w:p>
      <w:pPr>
        <w:spacing w:after="120" w:line="360" w:lineRule="exact"/>
        <w:jc w:val="both"/>
      </w:pPr>
      <w:r>
        <w:rPr>
          <w:rFonts w:ascii="宋体" w:hAnsi="宋体" w:eastAsia="宋体"/>
          <w:b/>
          <w:sz w:val="24"/>
        </w:rPr>
        <w:t>动态定价模型。</w:t>
      </w:r>
      <w:r>
        <w:rPr>
          <w:rFonts w:ascii="宋体" w:hAnsi="宋体" w:eastAsia="宋体"/>
          <w:b w:val="0"/>
          <w:sz w:val="24"/>
        </w:rPr>
        <w:t xml:space="preserve"> AI定价系统综合考虑以下因素实时调整价格：时间因素（季节、星期、时段）、供需关系（当前预订量vs剩余库存）、外部环境（天气、节假日、大型活动）、竞品价格（同类产品的实时定价）、用户画像（不同用户群体的价格敏感度）。系统通过机器学习模型预测不同价格水平下的需求量，找到使总收入最大化的最优价格。</w:t>
      </w:r>
    </w:p>
    <w:p>
      <w:pPr>
        <w:spacing w:after="120" w:line="360" w:lineRule="exact"/>
        <w:jc w:val="both"/>
      </w:pPr>
      <w:r>
        <w:rPr>
          <w:rFonts w:ascii="宋体" w:hAnsi="宋体" w:eastAsia="宋体"/>
          <w:b/>
          <w:sz w:val="24"/>
        </w:rPr>
        <w:t>收益管理策略。</w:t>
      </w:r>
      <w:r>
        <w:rPr>
          <w:rFonts w:ascii="宋体" w:hAnsi="宋体" w:eastAsia="宋体"/>
          <w:b w:val="0"/>
          <w:sz w:val="24"/>
        </w:rPr>
        <w:t xml:space="preserve"> 对于民宿和酒店类业务，收益管理的核心是在"高入住率"和"高客单价"之间找到平衡。AI可以帮助主理人实施差别化策略：旺季提价最大化收入，淡季降价保障入住率，平季通过增值服务（如体验套餐、主题活动）提升客单价而非单纯降价。</w:t>
      </w:r>
    </w:p>
    <w:p>
      <w:pPr>
        <w:spacing w:after="120" w:line="360" w:lineRule="exact"/>
        <w:jc w:val="both"/>
      </w:pPr>
      <w:r>
        <w:rPr>
          <w:rFonts w:ascii="宋体" w:hAnsi="宋体" w:eastAsia="宋体"/>
          <w:b/>
          <w:sz w:val="24"/>
        </w:rPr>
        <w:t>价格弹性测试。</w:t>
      </w:r>
      <w:r>
        <w:rPr>
          <w:rFonts w:ascii="宋体" w:hAnsi="宋体" w:eastAsia="宋体"/>
          <w:b w:val="0"/>
          <w:sz w:val="24"/>
        </w:rPr>
        <w:t xml:space="preserve"> AI工具可以自动进行价格弹性测试——在不同时间段对不同房型/产品设置不同价格，观察销量变化，计算价格弹性系数。这一数据可以指导主理人制定更精准的定价策略。</w:t>
      </w:r>
    </w:p>
    <w:p>
      <w:pPr>
        <w:spacing w:after="120"/>
        <w:ind w:left="567"/>
      </w:pPr>
      <w:r>
        <w:rPr>
          <w:rFonts w:ascii="楷体" w:hAnsi="楷体" w:eastAsia="楷体"/>
          <w:b/>
          <w:color w:val="555555"/>
          <w:sz w:val="22"/>
        </w:rPr>
        <w:t>案例</w:t>
      </w:r>
      <w:r>
        <w:rPr>
          <w:rFonts w:ascii="楷体" w:hAnsi="楷体" w:eastAsia="楷体"/>
          <w:b w:val="0"/>
          <w:color w:val="555555"/>
          <w:sz w:val="22"/>
        </w:rPr>
        <w:t>：某精品民宿主理人引入AI定价系统后，系统根据天气预报自动调整周末价格（晴天溢价15%，雨天回归基准价），根据竞品定价动态微调（保持在同类产品均价的90%-110%区间），根据入住率实施阶梯定价（入住率超过70%后自动提价）。实施6个月后，RevPAR（每间可售房收入）提升22%，平均入住率保持在78%以上。</w:t>
      </w:r>
    </w:p>
    <w:p>
      <w:pPr>
        <w:pStyle w:val="Heading2"/>
      </w:pPr>
      <w:r>
        <w:rPr>
          <w:rFonts w:ascii="黑体" w:hAnsi="黑体" w:eastAsia="黑体"/>
          <w:b/>
          <w:sz w:val="28"/>
        </w:rPr>
        <w:t>6.4 风险预警与应急响应</w:t>
      </w:r>
    </w:p>
    <w:p>
      <w:pPr>
        <w:spacing w:after="120" w:line="360" w:lineRule="exact"/>
        <w:jc w:val="both"/>
      </w:pPr>
      <w:r>
        <w:rPr>
          <w:rFonts w:ascii="宋体" w:hAnsi="宋体" w:eastAsia="宋体"/>
          <w:b w:val="0"/>
          <w:sz w:val="24"/>
        </w:rPr>
        <w:t>文旅运营面临多种风险，包括安全事件（游客受伤、自然灾害）、舆情危机（差评传播、负面报道）和运营异常（系统故障、超售等）。AI技术在风险预警和应急响应中发挥着越来越重要的作用。</w:t>
      </w:r>
    </w:p>
    <w:p>
      <w:pPr>
        <w:spacing w:after="120" w:line="360" w:lineRule="exact"/>
        <w:jc w:val="both"/>
      </w:pPr>
      <w:r>
        <w:rPr>
          <w:rFonts w:ascii="宋体" w:hAnsi="宋体" w:eastAsia="宋体"/>
          <w:b/>
          <w:sz w:val="24"/>
        </w:rPr>
        <w:t>安全风险预警。</w:t>
      </w:r>
      <w:r>
        <w:rPr>
          <w:rFonts w:ascii="宋体" w:hAnsi="宋体" w:eastAsia="宋体"/>
          <w:b w:val="0"/>
          <w:sz w:val="24"/>
        </w:rPr>
        <w:t xml:space="preserve"> 对于景区类项目，AI视频分析技术可以实时监测人流密度，当某区域超过安全阈值时自动报警。天气数据接入可以实现自然灾害预警（暴雨、雷电、高温），提前启动应急方案。Buhalis提出的"环境智能旅游"（Ambient Intelligence Tourism）概念强调，AI使旅游环境变得敏感、灵活和自适应，能够主动响应利益相关者的需求[24]。</w:t>
      </w:r>
    </w:p>
    <w:p>
      <w:pPr>
        <w:spacing w:after="120" w:line="360" w:lineRule="exact"/>
        <w:jc w:val="both"/>
      </w:pPr>
      <w:r>
        <w:rPr>
          <w:rFonts w:ascii="宋体" w:hAnsi="宋体" w:eastAsia="宋体"/>
          <w:b/>
          <w:sz w:val="24"/>
        </w:rPr>
        <w:t>舆情风险监测。</w:t>
      </w:r>
      <w:r>
        <w:rPr>
          <w:rFonts w:ascii="宋体" w:hAnsi="宋体" w:eastAsia="宋体"/>
          <w:b w:val="0"/>
          <w:sz w:val="24"/>
        </w:rPr>
        <w:t xml:space="preserve"> AI社交媒体监听工具可以实时抓取各平台上与品牌相关的提及内容，自动进行情感分析。当负面情绪集中出现时，系统立即通知主理人，使其能够在舆情扩散前进行干预。这种"早期发现-快速响应"的机制对于维护品牌声誉至关重要。</w:t>
      </w:r>
    </w:p>
    <w:p>
      <w:pPr>
        <w:spacing w:after="120" w:line="360" w:lineRule="exact"/>
        <w:jc w:val="both"/>
      </w:pPr>
      <w:r>
        <w:rPr>
          <w:rFonts w:ascii="宋体" w:hAnsi="宋体" w:eastAsia="宋体"/>
          <w:b/>
          <w:sz w:val="24"/>
        </w:rPr>
        <w:t>运营异常检测。</w:t>
      </w:r>
      <w:r>
        <w:rPr>
          <w:rFonts w:ascii="宋体" w:hAnsi="宋体" w:eastAsia="宋体"/>
          <w:b w:val="0"/>
          <w:sz w:val="24"/>
        </w:rPr>
        <w:t xml:space="preserve"> AI可以监控运营数据的异常波动——如某天退订率突然上升、某渠道流量骤降、某时段客诉量异常增多——并自动触发预警。这种异常检测能力帮助主理人在问题造成重大影响前发现并处理。</w:t>
      </w:r>
    </w:p>
    <w:p>
      <w:pPr>
        <w:pStyle w:val="Heading2"/>
      </w:pPr>
      <w:r>
        <w:rPr>
          <w:rFonts w:ascii="黑体" w:hAnsi="黑体" w:eastAsia="黑体"/>
          <w:b/>
          <w:sz w:val="28"/>
        </w:rPr>
        <w:t>6.5 数据中台与轻量化BI工具选型</w:t>
      </w:r>
    </w:p>
    <w:p>
      <w:pPr>
        <w:spacing w:after="120" w:line="360" w:lineRule="exact"/>
        <w:jc w:val="both"/>
      </w:pPr>
      <w:r>
        <w:rPr>
          <w:rFonts w:ascii="宋体" w:hAnsi="宋体" w:eastAsia="宋体"/>
          <w:b w:val="0"/>
          <w:sz w:val="24"/>
        </w:rPr>
        <w:t>对于不同发展阶段的文旅主理人，数据工具的选型策略应有所差异。</w:t>
      </w:r>
    </w:p>
    <w:p>
      <w:pPr>
        <w:spacing w:after="120" w:line="360" w:lineRule="exact"/>
        <w:jc w:val="both"/>
      </w:pPr>
      <w:r>
        <w:rPr>
          <w:rFonts w:ascii="宋体" w:hAnsi="宋体" w:eastAsia="宋体"/>
          <w:b/>
          <w:sz w:val="24"/>
        </w:rPr>
        <w:t>初创型主理人</w:t>
      </w:r>
      <w:r>
        <w:rPr>
          <w:rFonts w:ascii="宋体" w:hAnsi="宋体" w:eastAsia="宋体"/>
          <w:b w:val="0"/>
          <w:sz w:val="24"/>
        </w:rPr>
        <w:t>的数据量较小，建议使用免费或低成本工具组合：Excel/Google Sheets进行数据存储和基础分析，各平台后台（小红书创作者中心、抖音企业号后台等）提供的数据报表进行效果监测，免费AI助手（如文心一言、ChatGPT）辅助数据解读和策略建议。</w:t>
      </w:r>
    </w:p>
    <w:p>
      <w:pPr>
        <w:spacing w:after="120" w:line="360" w:lineRule="exact"/>
        <w:jc w:val="both"/>
      </w:pPr>
      <w:r>
        <w:rPr>
          <w:rFonts w:ascii="宋体" w:hAnsi="宋体" w:eastAsia="宋体"/>
          <w:b/>
          <w:sz w:val="24"/>
        </w:rPr>
        <w:t>成长型主理人</w:t>
      </w:r>
      <w:r>
        <w:rPr>
          <w:rFonts w:ascii="宋体" w:hAnsi="宋体" w:eastAsia="宋体"/>
          <w:b w:val="0"/>
          <w:sz w:val="24"/>
        </w:rPr>
        <w:t>需要整合多源数据，建议引入轻量级BI工具：帆软BI（适合中文用户，功能全面）、Metabase（开源免费，操作简便）、DataEase（国产开源，可视化效果好）。同时使用AI数据分析助手进行深度分析和预测。</w:t>
      </w:r>
    </w:p>
    <w:p>
      <w:pPr>
        <w:spacing w:after="120" w:line="360" w:lineRule="exact"/>
        <w:jc w:val="both"/>
      </w:pPr>
      <w:r>
        <w:rPr>
          <w:rFonts w:ascii="宋体" w:hAnsi="宋体" w:eastAsia="宋体"/>
          <w:b/>
          <w:sz w:val="24"/>
        </w:rPr>
        <w:t>成熟型主理人</w:t>
      </w:r>
      <w:r>
        <w:rPr>
          <w:rFonts w:ascii="宋体" w:hAnsi="宋体" w:eastAsia="宋体"/>
          <w:b w:val="0"/>
          <w:sz w:val="24"/>
        </w:rPr>
        <w:t>面临多项目、多渠道的复杂数据场景，可考虑搭建数据中台：使用ETL工具实现多源数据自动同步，建立数据仓库进行统一存储，通过BI平台实现多维度分析和可视化看板，结合AI模型进行预测性分析和智能推荐。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发展阶段</w:t>
            </w:r>
          </w:p>
        </w:tc>
        <w:tc>
          <w:tcPr>
            <w:tcW w:type="dxa" w:w="2160"/>
            <w:shd w:fill="1F4E79"/>
          </w:tcPr>
          <w:p>
            <w:r/>
            <w:r>
              <w:rPr>
                <w:rFonts w:ascii="宋体" w:hAnsi="宋体" w:eastAsia="宋体"/>
                <w:b/>
                <w:color w:val="FFFFFF"/>
                <w:sz w:val="20"/>
              </w:rPr>
              <w:t>数据工具选型</w:t>
            </w:r>
          </w:p>
        </w:tc>
        <w:tc>
          <w:tcPr>
            <w:tcW w:type="dxa" w:w="2160"/>
            <w:shd w:fill="1F4E79"/>
          </w:tcPr>
          <w:p>
            <w:r/>
            <w:r>
              <w:rPr>
                <w:rFonts w:ascii="宋体" w:hAnsi="宋体" w:eastAsia="宋体"/>
                <w:b/>
                <w:color w:val="FFFFFF"/>
                <w:sz w:val="20"/>
              </w:rPr>
              <w:t>月均成本</w:t>
            </w:r>
          </w:p>
        </w:tc>
        <w:tc>
          <w:tcPr>
            <w:tcW w:type="dxa" w:w="2160"/>
            <w:shd w:fill="1F4E79"/>
          </w:tcPr>
          <w:p>
            <w:r/>
            <w:r>
              <w:rPr>
                <w:rFonts w:ascii="宋体" w:hAnsi="宋体" w:eastAsia="宋体"/>
                <w:b/>
                <w:color w:val="FFFFFF"/>
                <w:sz w:val="20"/>
              </w:rPr>
              <w:t>核心功能</w:t>
            </w:r>
          </w:p>
        </w:tc>
      </w:tr>
      <w:tr>
        <w:tc>
          <w:tcPr>
            <w:tcW w:type="dxa" w:w="2160"/>
            <w:shd w:fill="F2F2F2"/>
          </w:tcPr>
          <w:p>
            <w:r/>
            <w:r>
              <w:rPr>
                <w:rFonts w:ascii="宋体" w:hAnsi="宋体" w:eastAsia="宋体"/>
                <w:b w:val="0"/>
                <w:sz w:val="20"/>
              </w:rPr>
              <w:t>初创型</w:t>
            </w:r>
          </w:p>
        </w:tc>
        <w:tc>
          <w:tcPr>
            <w:tcW w:type="dxa" w:w="2160"/>
            <w:shd w:fill="F2F2F2"/>
          </w:tcPr>
          <w:p>
            <w:r/>
            <w:r>
              <w:rPr>
                <w:rFonts w:ascii="宋体" w:hAnsi="宋体" w:eastAsia="宋体"/>
                <w:b w:val="0"/>
                <w:sz w:val="20"/>
              </w:rPr>
              <w:t>Excel+平台后台+AI助手</w:t>
            </w:r>
          </w:p>
        </w:tc>
        <w:tc>
          <w:tcPr>
            <w:tcW w:type="dxa" w:w="2160"/>
            <w:shd w:fill="F2F2F2"/>
          </w:tcPr>
          <w:p>
            <w:r/>
            <w:r>
              <w:rPr>
                <w:rFonts w:ascii="宋体" w:hAnsi="宋体" w:eastAsia="宋体"/>
                <w:b w:val="0"/>
                <w:sz w:val="20"/>
              </w:rPr>
              <w:t>0-200元</w:t>
            </w:r>
          </w:p>
        </w:tc>
        <w:tc>
          <w:tcPr>
            <w:tcW w:type="dxa" w:w="2160"/>
            <w:shd w:fill="F2F2F2"/>
          </w:tcPr>
          <w:p>
            <w:r/>
            <w:r>
              <w:rPr>
                <w:rFonts w:ascii="宋体" w:hAnsi="宋体" w:eastAsia="宋体"/>
                <w:b w:val="0"/>
                <w:sz w:val="20"/>
              </w:rPr>
              <w:t>基础统计与趋势监测</w:t>
            </w:r>
          </w:p>
        </w:tc>
      </w:tr>
      <w:tr>
        <w:tc>
          <w:tcPr>
            <w:tcW w:type="dxa" w:w="2160"/>
          </w:tcPr>
          <w:p>
            <w:r/>
            <w:r>
              <w:rPr>
                <w:rFonts w:ascii="宋体" w:hAnsi="宋体" w:eastAsia="宋体"/>
                <w:b w:val="0"/>
                <w:sz w:val="20"/>
              </w:rPr>
              <w:t>成长型</w:t>
            </w:r>
          </w:p>
        </w:tc>
        <w:tc>
          <w:tcPr>
            <w:tcW w:type="dxa" w:w="2160"/>
          </w:tcPr>
          <w:p>
            <w:r/>
            <w:r>
              <w:rPr>
                <w:rFonts w:ascii="宋体" w:hAnsi="宋体" w:eastAsia="宋体"/>
                <w:b w:val="0"/>
                <w:sz w:val="20"/>
              </w:rPr>
              <w:t>轻量BI+AI分析助手</w:t>
            </w:r>
          </w:p>
        </w:tc>
        <w:tc>
          <w:tcPr>
            <w:tcW w:type="dxa" w:w="2160"/>
          </w:tcPr>
          <w:p>
            <w:r/>
            <w:r>
              <w:rPr>
                <w:rFonts w:ascii="宋体" w:hAnsi="宋体" w:eastAsia="宋体"/>
                <w:b w:val="0"/>
                <w:sz w:val="20"/>
              </w:rPr>
              <w:t>200-2000元</w:t>
            </w:r>
          </w:p>
        </w:tc>
        <w:tc>
          <w:tcPr>
            <w:tcW w:type="dxa" w:w="2160"/>
          </w:tcPr>
          <w:p>
            <w:r/>
            <w:r>
              <w:rPr>
                <w:rFonts w:ascii="宋体" w:hAnsi="宋体" w:eastAsia="宋体"/>
                <w:b w:val="0"/>
                <w:sz w:val="20"/>
              </w:rPr>
              <w:t>多源整合与可视化</w:t>
            </w:r>
          </w:p>
        </w:tc>
      </w:tr>
      <w:tr>
        <w:tc>
          <w:tcPr>
            <w:tcW w:type="dxa" w:w="2160"/>
            <w:shd w:fill="F2F2F2"/>
          </w:tcPr>
          <w:p>
            <w:r/>
            <w:r>
              <w:rPr>
                <w:rFonts w:ascii="宋体" w:hAnsi="宋体" w:eastAsia="宋体"/>
                <w:b w:val="0"/>
                <w:sz w:val="20"/>
              </w:rPr>
              <w:t>成熟型</w:t>
            </w:r>
          </w:p>
        </w:tc>
        <w:tc>
          <w:tcPr>
            <w:tcW w:type="dxa" w:w="2160"/>
            <w:shd w:fill="F2F2F2"/>
          </w:tcPr>
          <w:p>
            <w:r/>
            <w:r>
              <w:rPr>
                <w:rFonts w:ascii="宋体" w:hAnsi="宋体" w:eastAsia="宋体"/>
                <w:b w:val="0"/>
                <w:sz w:val="20"/>
              </w:rPr>
              <w:t>数据中台+BI+AI模型</w:t>
            </w:r>
          </w:p>
        </w:tc>
        <w:tc>
          <w:tcPr>
            <w:tcW w:type="dxa" w:w="2160"/>
            <w:shd w:fill="F2F2F2"/>
          </w:tcPr>
          <w:p>
            <w:r/>
            <w:r>
              <w:rPr>
                <w:rFonts w:ascii="宋体" w:hAnsi="宋体" w:eastAsia="宋体"/>
                <w:b w:val="0"/>
                <w:sz w:val="20"/>
              </w:rPr>
              <w:t>2000-10000元</w:t>
            </w:r>
          </w:p>
        </w:tc>
        <w:tc>
          <w:tcPr>
            <w:tcW w:type="dxa" w:w="2160"/>
            <w:shd w:fill="F2F2F2"/>
          </w:tcPr>
          <w:p>
            <w:r/>
            <w:r>
              <w:rPr>
                <w:rFonts w:ascii="宋体" w:hAnsi="宋体" w:eastAsia="宋体"/>
                <w:b w:val="0"/>
                <w:sz w:val="20"/>
              </w:rPr>
              <w:t>实时分析与预测决策</w:t>
            </w:r>
          </w:p>
        </w:tc>
      </w:tr>
    </w:tbl>
    <w:p>
      <w:pPr>
        <w:spacing w:after="120" w:line="360" w:lineRule="exact"/>
        <w:jc w:val="both"/>
      </w:pPr>
      <w:r>
        <w:rPr>
          <w:rFonts w:ascii="宋体" w:hAnsi="宋体" w:eastAsia="宋体"/>
          <w:b w:val="0"/>
          <w:sz w:val="24"/>
        </w:rPr>
        <w:t>工具选型的核心原则是"匹配业务需求，避免过度投入"。最贵的工具不一定最适合，关键在于工具能否解决当前的核心数据问题，以及团队是否具备使用该工具的能力。Arifin等学者的研究指出，数字技术驱动的旅游业智能化正在重新定义未来技术创业者的能力要求[25]，数据工具的掌握是其中不可或缺的一环。</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[23] Tong L, Yan W, Manta O. Artificial intelligence influences intelligent automation in tourism: a mediating role of internet of things and environmental, social, and governance investment[J]. Frontiers in Environmental Science, 2022, 10: 853302.</w:t>
      </w:r>
    </w:p>
    <w:p>
      <w:pPr>
        <w:spacing w:after="120" w:line="360" w:lineRule="exact"/>
        <w:jc w:val="both"/>
      </w:pPr>
      <w:r>
        <w:rPr>
          <w:rFonts w:ascii="宋体" w:hAnsi="宋体" w:eastAsia="宋体"/>
          <w:b w:val="0"/>
          <w:sz w:val="24"/>
        </w:rPr>
        <w:t>[24]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[25]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before="240"/>
        <w:jc w:val="center"/>
      </w:pPr>
      <w:r>
        <w:drawing>
          <wp:inline xmlns:a="http://schemas.openxmlformats.org/drawingml/2006/main" xmlns:pic="http://schemas.openxmlformats.org/drawingml/2006/picture">
            <wp:extent cx="5029200" cy="3245354"/>
            <wp:docPr id="3" name="Picture 3"/>
            <wp:cNvGraphicFramePr>
              <a:graphicFrameLocks noChangeAspect="1"/>
            </wp:cNvGraphicFramePr>
            <a:graphic>
              <a:graphicData uri="http://schemas.openxmlformats.org/drawingml/2006/picture">
                <pic:pic>
                  <pic:nvPicPr>
                    <pic:cNvPr id="0" name="14_value_chain_heatmap.png"/>
                    <pic:cNvPicPr/>
                  </pic:nvPicPr>
                  <pic:blipFill>
                    <a:blip r:embed="rId11"/>
                    <a:stretch>
                      <a:fillRect/>
                    </a:stretch>
                  </pic:blipFill>
                  <pic:spPr>
                    <a:xfrm>
                      <a:off x="0" y="0"/>
                      <a:ext cx="5029200" cy="3245354"/>
                    </a:xfrm>
                    <a:prstGeom prst="rect"/>
                  </pic:spPr>
                </pic:pic>
              </a:graphicData>
            </a:graphic>
          </wp:inline>
        </w:drawing>
      </w:r>
    </w:p>
    <w:p>
      <w:pPr>
        <w:jc w:val="center"/>
      </w:pPr>
      <w:r>
        <w:rPr>
          <w:rFonts w:ascii="楷体" w:hAnsi="楷体" w:eastAsia="楷体"/>
          <w:color w:val="555555"/>
          <w:sz w:val="20"/>
        </w:rPr>
        <w:t>图6-1  AI对文旅价值链各环节的影响程度</w:t>
      </w:r>
    </w:p>
    <w:p>
      <w:r>
        <w:br w:type="page"/>
      </w:r>
    </w:p>
    <w:p>
      <w:pPr>
        <w:pStyle w:val="Heading1"/>
      </w:pPr>
      <w:r>
        <w:rPr>
          <w:rFonts w:ascii="黑体" w:hAnsi="黑体" w:eastAsia="黑体"/>
          <w:b/>
          <w:color w:val="1F4E79"/>
          <w:sz w:val="32"/>
        </w:rPr>
        <w:t>第 7 章  AI时代的文旅商业模式创新</w:t>
      </w:r>
    </w:p>
    <w:p>
      <w:pPr>
        <w:pStyle w:val="Heading2"/>
      </w:pPr>
      <w:r>
        <w:rPr>
          <w:rFonts w:ascii="黑体" w:hAnsi="黑体" w:eastAsia="黑体"/>
          <w:b/>
          <w:sz w:val="28"/>
        </w:rPr>
        <w:t>7.1 传统文旅商业模式的痛点与AI解法</w:t>
      </w:r>
    </w:p>
    <w:p>
      <w:pPr>
        <w:spacing w:after="120" w:line="360" w:lineRule="exact"/>
        <w:jc w:val="both"/>
      </w:pPr>
      <w:r>
        <w:rPr>
          <w:rFonts w:ascii="宋体" w:hAnsi="宋体" w:eastAsia="宋体"/>
          <w:b w:val="0"/>
          <w:sz w:val="24"/>
        </w:rPr>
        <w:t>传统文旅商业模式的核心逻辑是"资源垄断+渠道分销"——掌握稀缺旅游资源（景区经营权、特色住宿等），通过OTA和旅行社渠道触达游客，以门票和住宿收入为主要营收来源。这一模式在AI时代面临多重痛点。</w:t>
      </w:r>
    </w:p>
    <w:p>
      <w:pPr>
        <w:spacing w:after="120" w:line="360" w:lineRule="exact"/>
        <w:jc w:val="both"/>
      </w:pPr>
      <w:r>
        <w:rPr>
          <w:rFonts w:ascii="宋体" w:hAnsi="宋体" w:eastAsia="宋体"/>
          <w:b/>
          <w:sz w:val="24"/>
        </w:rPr>
        <w:t>痛点一：对渠道的高度依赖。</w:t>
      </w:r>
      <w:r>
        <w:rPr>
          <w:rFonts w:ascii="宋体" w:hAnsi="宋体" w:eastAsia="宋体"/>
          <w:b w:val="0"/>
          <w:sz w:val="24"/>
        </w:rPr>
        <w:t xml:space="preserve"> OTA平台收取15%-25%的佣金，大幅压缩主理人的利润空间。同时，平台掌握用户数据，主理人难以建立直接的用户关系。AI解法：通过AIGC内容矩阵在社交媒体建立自有流量入口，用私域流量池替代平台渠道，降低获客成本。</w:t>
      </w:r>
    </w:p>
    <w:p>
      <w:pPr>
        <w:spacing w:after="120" w:line="360" w:lineRule="exact"/>
        <w:jc w:val="both"/>
      </w:pPr>
      <w:r>
        <w:rPr>
          <w:rFonts w:ascii="宋体" w:hAnsi="宋体" w:eastAsia="宋体"/>
          <w:b/>
          <w:sz w:val="24"/>
        </w:rPr>
        <w:t>痛点二：收入结构单一。</w:t>
      </w:r>
      <w:r>
        <w:rPr>
          <w:rFonts w:ascii="宋体" w:hAnsi="宋体" w:eastAsia="宋体"/>
          <w:b w:val="0"/>
          <w:sz w:val="24"/>
        </w:rPr>
        <w:t xml:space="preserve"> 门票或住宿收入占营收的80%以上，抗风险能力弱。一旦遭遇淡季或突发事件（如疫情），收入断崖式下跌。AI解法：利用AIGC开拓内容付费、知识付费、IP授权、数字产品等多元化收入来源，构建"体验+内容+产品"的复合收入结构。</w:t>
      </w:r>
    </w:p>
    <w:p>
      <w:pPr>
        <w:spacing w:after="120" w:line="360" w:lineRule="exact"/>
        <w:jc w:val="both"/>
      </w:pPr>
      <w:r>
        <w:rPr>
          <w:rFonts w:ascii="宋体" w:hAnsi="宋体" w:eastAsia="宋体"/>
          <w:b/>
          <w:sz w:val="24"/>
        </w:rPr>
        <w:t>痛点三：个性化不足。</w:t>
      </w:r>
      <w:r>
        <w:rPr>
          <w:rFonts w:ascii="宋体" w:hAnsi="宋体" w:eastAsia="宋体"/>
          <w:b w:val="0"/>
          <w:sz w:val="24"/>
        </w:rPr>
        <w:t xml:space="preserve"> 标准化产品无法满足游客日益多样化的需求，但定制化服务的人力成本过高。AI解法：AI智能体可以根据用户偏好自动生成个性化行程方案和体验内容，使"千人千面"的个性化服务在经济上可行。</w:t>
      </w:r>
    </w:p>
    <w:p>
      <w:pPr>
        <w:spacing w:after="120" w:line="360" w:lineRule="exact"/>
        <w:jc w:val="both"/>
      </w:pPr>
      <w:r>
        <w:rPr>
          <w:rFonts w:ascii="宋体" w:hAnsi="宋体" w:eastAsia="宋体"/>
          <w:b/>
          <w:sz w:val="24"/>
        </w:rPr>
        <w:t>痛点四：规模化困境。</w:t>
      </w:r>
      <w:r>
        <w:rPr>
          <w:rFonts w:ascii="宋体" w:hAnsi="宋体" w:eastAsia="宋体"/>
          <w:b w:val="0"/>
          <w:sz w:val="24"/>
        </w:rPr>
        <w:t xml:space="preserve"> 传统模式下，业务规模的扩大通常意味着人力投入的同步增加，管理复杂度快速上升。AI解法：AI自动化工具和智能体可以处理大量重复性工作，使业务规模化的人力投入呈亚线性增长。</w:t>
      </w:r>
    </w:p>
    <w:p>
      <w:pPr>
        <w:pStyle w:val="Heading2"/>
      </w:pPr>
      <w:r>
        <w:rPr>
          <w:rFonts w:ascii="黑体" w:hAnsi="黑体" w:eastAsia="黑体"/>
          <w:b/>
          <w:sz w:val="28"/>
        </w:rPr>
        <w:t>7.2 "一人公司"模式：AI赋能的超级个体</w:t>
      </w:r>
    </w:p>
    <w:p>
      <w:pPr>
        <w:spacing w:after="120" w:line="360" w:lineRule="exact"/>
        <w:jc w:val="both"/>
      </w:pPr>
      <w:r>
        <w:rPr>
          <w:rFonts w:ascii="宋体" w:hAnsi="宋体" w:eastAsia="宋体"/>
          <w:b w:val="0"/>
          <w:sz w:val="24"/>
        </w:rPr>
        <w:t>"一人公司"（One-Person Company）是指由一个人独立运营、通过技术工具放大个人能力、实现规模化产出的商业模式。AI技术的成熟使"一人公司"从理论可能变为现实路径。</w:t>
      </w:r>
    </w:p>
    <w:p>
      <w:pPr>
        <w:spacing w:after="120" w:line="360" w:lineRule="exact"/>
        <w:jc w:val="both"/>
      </w:pPr>
      <w:r>
        <w:rPr>
          <w:rFonts w:ascii="宋体" w:hAnsi="宋体" w:eastAsia="宋体"/>
          <w:b w:val="0"/>
          <w:sz w:val="24"/>
        </w:rPr>
        <w:t>文旅领域的"一人公司"典型架构如下：主理人作为核心决策者和创意输出者，AI工具承担内容生产（AIGC）、客户服务（AI客服）、数据分析（BI工具）、营销推广（社交媒体AI管理）等职能。主理人只需关注创意策展、品牌建设和关键决策，其余工作由AI工具完成或辅助。</w:t>
      </w:r>
    </w:p>
    <w:p>
      <w:pPr>
        <w:spacing w:after="120" w:line="360" w:lineRule="exact"/>
        <w:jc w:val="both"/>
      </w:pPr>
      <w:r>
        <w:rPr>
          <w:rFonts w:ascii="宋体" w:hAnsi="宋体" w:eastAsia="宋体"/>
          <w:b/>
          <w:sz w:val="24"/>
        </w:rPr>
        <w:t>一人公司的可行性条件。</w:t>
      </w:r>
      <w:r>
        <w:rPr>
          <w:rFonts w:ascii="宋体" w:hAnsi="宋体" w:eastAsia="宋体"/>
          <w:b w:val="0"/>
          <w:sz w:val="24"/>
        </w:rPr>
        <w:t xml:space="preserve"> 并非所有文旅业务都适合一人公司模式。适合的条件包括：业务以知识和创意为核心（如文旅内容IP、体验设计），而非以重资产运营为核心；目标客群可在线触达且客单价较高；产品可以数字化交付或轻量化交付。不适合的场景包括：需要大量线下服务人员的业务（如大型景区运营）、需要重资产投入的业务（如酒店建设）。</w:t>
      </w:r>
    </w:p>
    <w:p>
      <w:pPr>
        <w:spacing w:after="120" w:line="360" w:lineRule="exact"/>
        <w:jc w:val="both"/>
      </w:pPr>
      <w:r>
        <w:rPr>
          <w:rFonts w:ascii="宋体" w:hAnsi="宋体" w:eastAsia="宋体"/>
          <w:b/>
          <w:sz w:val="24"/>
        </w:rPr>
        <w:t>一人公司的规模化路径。</w:t>
      </w:r>
      <w:r>
        <w:rPr>
          <w:rFonts w:ascii="宋体" w:hAnsi="宋体" w:eastAsia="宋体"/>
          <w:b w:val="0"/>
          <w:sz w:val="24"/>
        </w:rPr>
        <w:t xml:space="preserve"> 一人公司并不意味着永远只有一个人。当业务增长到一定规模时，主理人可以选择两条路径：一是"保持一人+AI扩容"——通过部署更多AI智能体和自动化工具应对增长，维持精简组织；二是"从一人到小团队"——在AI工具支撑下，招聘少量关键岗位人员（如运营助理、内容编辑），形成"主理人+少量员工+AI工具"的混合组织。</w:t>
      </w:r>
    </w:p>
    <w:p>
      <w:pPr>
        <w:spacing w:after="120"/>
        <w:ind w:left="567"/>
      </w:pPr>
      <w:r>
        <w:rPr>
          <w:rFonts w:ascii="楷体" w:hAnsi="楷体" w:eastAsia="楷体"/>
          <w:b/>
          <w:color w:val="555555"/>
          <w:sz w:val="22"/>
        </w:rPr>
        <w:t>知识卡片</w:t>
      </w:r>
      <w:r>
        <w:rPr>
          <w:rFonts w:ascii="楷体" w:hAnsi="楷体" w:eastAsia="楷体"/>
          <w:b w:val="0"/>
          <w:color w:val="555555"/>
          <w:sz w:val="22"/>
        </w:rPr>
        <w:t>：一人公司的"杠杆率"= 产出/个人时间投入。传统模式杠杆率≈1（一小时产出一小时价值），一人公司杠杆率可达10-100（一小时投入产出十到百小时价值），关键在于AI工具对个人能力的放大倍数。</w:t>
      </w:r>
    </w:p>
    <w:p>
      <w:pPr>
        <w:pStyle w:val="Heading2"/>
      </w:pPr>
      <w:r>
        <w:rPr>
          <w:rFonts w:ascii="黑体" w:hAnsi="黑体" w:eastAsia="黑体"/>
          <w:b/>
          <w:sz w:val="28"/>
        </w:rPr>
        <w:t>7.3 平台+主理人：轻资产运营模式</w:t>
      </w:r>
    </w:p>
    <w:p>
      <w:pPr>
        <w:spacing w:after="120" w:line="360" w:lineRule="exact"/>
        <w:jc w:val="both"/>
      </w:pPr>
      <w:r>
        <w:rPr>
          <w:rFonts w:ascii="宋体" w:hAnsi="宋体" w:eastAsia="宋体"/>
          <w:b w:val="0"/>
          <w:sz w:val="24"/>
        </w:rPr>
        <w:t>"平台+主理人"模式是指文旅平台（如小红书、抖音、携程）提供流量、工具和基础设施，主理人提供创意、内容和服务，双方形成共生关系的商业模式。这一模式是AI时代文旅产业的重要组织形态。</w:t>
      </w:r>
    </w:p>
    <w:p>
      <w:pPr>
        <w:spacing w:after="120" w:line="360" w:lineRule="exact"/>
        <w:jc w:val="both"/>
      </w:pPr>
      <w:r>
        <w:rPr>
          <w:rFonts w:ascii="宋体" w:hAnsi="宋体" w:eastAsia="宋体"/>
          <w:b/>
          <w:sz w:val="24"/>
        </w:rPr>
        <w:t>平台的价值贡献。</w:t>
      </w:r>
      <w:r>
        <w:rPr>
          <w:rFonts w:ascii="宋体" w:hAnsi="宋体" w:eastAsia="宋体"/>
          <w:b w:val="0"/>
          <w:sz w:val="24"/>
        </w:rPr>
        <w:t xml:space="preserve"> 平台提供三方面核心价值：流量入口——将潜在用户导向主理人；数据工具——提供用户画像、效果分析等数据支持；交易基础设施——提供预订、支付、评价等交易闭环。AI时代的平台还提供AIGC工具（如抖音的AI视频生成、小红书的AI文案助手），降低主理人的内容生产门槛。</w:t>
      </w:r>
    </w:p>
    <w:p>
      <w:pPr>
        <w:spacing w:after="120" w:line="360" w:lineRule="exact"/>
        <w:jc w:val="both"/>
      </w:pPr>
      <w:r>
        <w:rPr>
          <w:rFonts w:ascii="宋体" w:hAnsi="宋体" w:eastAsia="宋体"/>
          <w:b/>
          <w:sz w:val="24"/>
        </w:rPr>
        <w:t>主理人的价值贡献。</w:t>
      </w:r>
      <w:r>
        <w:rPr>
          <w:rFonts w:ascii="宋体" w:hAnsi="宋体" w:eastAsia="宋体"/>
          <w:b w:val="0"/>
          <w:sz w:val="24"/>
        </w:rPr>
        <w:t xml:space="preserve"> 主理人为平台提供差异化内容和服务——独特的体验产品、有温度的内容、深度的文化解读——这些是平台无法自行生产的。平台需要主理人丰富其内容生态和服务供给，主理人需要平台的流量和工具支持。</w:t>
      </w:r>
    </w:p>
    <w:p>
      <w:pPr>
        <w:spacing w:after="120" w:line="360" w:lineRule="exact"/>
        <w:jc w:val="both"/>
      </w:pPr>
      <w:r>
        <w:rPr>
          <w:rFonts w:ascii="宋体" w:hAnsi="宋体" w:eastAsia="宋体"/>
          <w:b/>
          <w:sz w:val="24"/>
        </w:rPr>
        <w:t>共生关系的风险与对策。</w:t>
      </w:r>
      <w:r>
        <w:rPr>
          <w:rFonts w:ascii="宋体" w:hAnsi="宋体" w:eastAsia="宋体"/>
          <w:b w:val="0"/>
          <w:sz w:val="24"/>
        </w:rPr>
        <w:t xml:space="preserve"> 平台+主理人模式的核心风险在于平台依赖——平台规则变化、算法调整或流量分配策略改变，都可能直接影响主理人的业务。对策包括：多平台布局避免单一依赖；将平台流量导入私域建立自主用户资产；以个人品牌而非平台流量作为长期核心竞争力。</w:t>
      </w:r>
    </w:p>
    <w:p>
      <w:pPr>
        <w:spacing w:after="120" w:line="360" w:lineRule="exact"/>
        <w:jc w:val="both"/>
      </w:pPr>
      <w:r>
        <w:rPr>
          <w:rFonts w:ascii="宋体" w:hAnsi="宋体" w:eastAsia="宋体"/>
          <w:b w:val="0"/>
          <w:sz w:val="24"/>
        </w:rPr>
        <w:t>Kuusniemi对数字商业生态系统的探索表明，基于网络平台的商业模式中，"创作者/写作者"模式是最常见的个体经营形态之一，其核心是将个人创造力通过平台转化为商业价值[26]。</w:t>
      </w:r>
    </w:p>
    <w:p>
      <w:pPr>
        <w:pStyle w:val="Heading2"/>
      </w:pPr>
      <w:r>
        <w:rPr>
          <w:rFonts w:ascii="黑体" w:hAnsi="黑体" w:eastAsia="黑体"/>
          <w:b/>
          <w:sz w:val="28"/>
        </w:rPr>
        <w:t>7.4 文旅+科技：跨界融合的新物种</w:t>
      </w:r>
    </w:p>
    <w:p>
      <w:pPr>
        <w:spacing w:after="120" w:line="360" w:lineRule="exact"/>
        <w:jc w:val="both"/>
      </w:pPr>
      <w:r>
        <w:rPr>
          <w:rFonts w:ascii="宋体" w:hAnsi="宋体" w:eastAsia="宋体"/>
          <w:b w:val="0"/>
          <w:sz w:val="24"/>
        </w:rPr>
        <w:t>AI技术催生了多种文旅跨界融合的新业态，为主理人提供了创新方向。</w:t>
      </w:r>
    </w:p>
    <w:p>
      <w:pPr>
        <w:spacing w:after="120" w:line="360" w:lineRule="exact"/>
        <w:jc w:val="both"/>
      </w:pPr>
      <w:r>
        <w:rPr>
          <w:rFonts w:ascii="宋体" w:hAnsi="宋体" w:eastAsia="宋体"/>
          <w:b/>
          <w:sz w:val="24"/>
        </w:rPr>
        <w:t>文旅+AI教育。</w:t>
      </w:r>
      <w:r>
        <w:rPr>
          <w:rFonts w:ascii="宋体" w:hAnsi="宋体" w:eastAsia="宋体"/>
          <w:b w:val="0"/>
          <w:sz w:val="24"/>
        </w:rPr>
        <w:t xml:space="preserve"> 将文旅场景与AI教育结合，开发研学体验产品。例如，在历史文化遗址开展"AI+考古"研学营，让青少年使用AI工具辅助文物识别和历史场景重建。这类产品客单价高、差异化强，适合IP型主理人。</w:t>
      </w:r>
    </w:p>
    <w:p>
      <w:pPr>
        <w:spacing w:after="120" w:line="360" w:lineRule="exact"/>
        <w:jc w:val="both"/>
      </w:pPr>
      <w:r>
        <w:rPr>
          <w:rFonts w:ascii="宋体" w:hAnsi="宋体" w:eastAsia="宋体"/>
          <w:b/>
          <w:sz w:val="24"/>
        </w:rPr>
        <w:t>文旅+AIGC文创。</w:t>
      </w:r>
      <w:r>
        <w:rPr>
          <w:rFonts w:ascii="宋体" w:hAnsi="宋体" w:eastAsia="宋体"/>
          <w:b w:val="0"/>
          <w:sz w:val="24"/>
        </w:rPr>
        <w:t xml:space="preserve"> 利用AIGC技术实现文创产品的个性化定制。游客在景区现场生成专属AI艺术作品（如将自己的照片与景区文化元素融合），并即时制作成实物纪念品。蜀南竹海竹编文创的案例表明，AIGC+情感分析可以实现文创产品的个性化定制与销售[27]。</w:t>
      </w:r>
    </w:p>
    <w:p>
      <w:pPr>
        <w:spacing w:after="120" w:line="360" w:lineRule="exact"/>
        <w:jc w:val="both"/>
      </w:pPr>
      <w:r>
        <w:rPr>
          <w:rFonts w:ascii="宋体" w:hAnsi="宋体" w:eastAsia="宋体"/>
          <w:b/>
          <w:sz w:val="24"/>
        </w:rPr>
        <w:t>文旅+虚拟现实。</w:t>
      </w:r>
      <w:r>
        <w:rPr>
          <w:rFonts w:ascii="宋体" w:hAnsi="宋体" w:eastAsia="宋体"/>
          <w:b w:val="0"/>
          <w:sz w:val="24"/>
        </w:rPr>
        <w:t xml:space="preserve"> 打造"线上+线下"融合体验——线下实地体验+线上虚拟延伸。游客在线下游览后，通过虚拟空间继续探索、社交和消费。这种模式突破了物理空间和时间限制，创造了新的收入来源。</w:t>
      </w:r>
    </w:p>
    <w:p>
      <w:pPr>
        <w:spacing w:after="120" w:line="360" w:lineRule="exact"/>
        <w:jc w:val="both"/>
      </w:pPr>
      <w:r>
        <w:rPr>
          <w:rFonts w:ascii="宋体" w:hAnsi="宋体" w:eastAsia="宋体"/>
          <w:b/>
          <w:sz w:val="24"/>
        </w:rPr>
        <w:t>文旅+数字游民服务。</w:t>
      </w:r>
      <w:r>
        <w:rPr>
          <w:rFonts w:ascii="宋体" w:hAnsi="宋体" w:eastAsia="宋体"/>
          <w:b w:val="0"/>
          <w:sz w:val="24"/>
        </w:rPr>
        <w:t xml:space="preserve"> 随着数字游民群体的增长，为这一人群提供"工作+旅行"一体化服务的文旅新业态正在兴起。Gusti等学者的研究描绘了数字游民旅游的社区驱动发展模式，数字游民、在线业务和创业三者协同推动社区型旅游发展[28]。主理人可以打造面向数字游民的共居共游空间，提供稳定网络、共享办公、社群活动等服务。</w:t>
      </w:r>
    </w:p>
    <w:p>
      <w:pPr>
        <w:pStyle w:val="Heading2"/>
      </w:pPr>
      <w:r>
        <w:rPr>
          <w:rFonts w:ascii="黑体" w:hAnsi="黑体" w:eastAsia="黑体"/>
          <w:b/>
          <w:sz w:val="28"/>
        </w:rPr>
        <w:t>7.5 商业模式画布的AI化迭代</w:t>
      </w:r>
    </w:p>
    <w:p>
      <w:pPr>
        <w:spacing w:after="120" w:line="360" w:lineRule="exact"/>
        <w:jc w:val="both"/>
      </w:pPr>
      <w:r>
        <w:rPr>
          <w:rFonts w:ascii="宋体" w:hAnsi="宋体" w:eastAsia="宋体"/>
          <w:b w:val="0"/>
          <w:sz w:val="24"/>
        </w:rPr>
        <w:t>Osterwalder的商业模式画布（Business Model Canvas）是分析和设计商业模式经典工具。在AI时代，主理人需要对画布的九个模块进行AI化迭代。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画布模块</w:t>
            </w:r>
          </w:p>
        </w:tc>
        <w:tc>
          <w:tcPr>
            <w:tcW w:type="dxa" w:w="2880"/>
            <w:shd w:fill="1F4E79"/>
          </w:tcPr>
          <w:p>
            <w:r/>
            <w:r>
              <w:rPr>
                <w:rFonts w:ascii="宋体" w:hAnsi="宋体" w:eastAsia="宋体"/>
                <w:b/>
                <w:color w:val="FFFFFF"/>
                <w:sz w:val="20"/>
              </w:rPr>
              <w:t>传统模式</w:t>
            </w:r>
          </w:p>
        </w:tc>
        <w:tc>
          <w:tcPr>
            <w:tcW w:type="dxa" w:w="2880"/>
            <w:shd w:fill="1F4E79"/>
          </w:tcPr>
          <w:p>
            <w:r/>
            <w:r>
              <w:rPr>
                <w:rFonts w:ascii="宋体" w:hAnsi="宋体" w:eastAsia="宋体"/>
                <w:b/>
                <w:color w:val="FFFFFF"/>
                <w:sz w:val="20"/>
              </w:rPr>
              <w:t>AI化迭代</w:t>
            </w:r>
          </w:p>
        </w:tc>
      </w:tr>
      <w:tr>
        <w:tc>
          <w:tcPr>
            <w:tcW w:type="dxa" w:w="2880"/>
            <w:shd w:fill="F2F2F2"/>
          </w:tcPr>
          <w:p>
            <w:r/>
            <w:r>
              <w:rPr>
                <w:rFonts w:ascii="宋体" w:hAnsi="宋体" w:eastAsia="宋体"/>
                <w:b w:val="0"/>
                <w:sz w:val="20"/>
              </w:rPr>
              <w:t>客户细分</w:t>
            </w:r>
          </w:p>
        </w:tc>
        <w:tc>
          <w:tcPr>
            <w:tcW w:type="dxa" w:w="2880"/>
            <w:shd w:fill="F2F2F2"/>
          </w:tcPr>
          <w:p>
            <w:r/>
            <w:r>
              <w:rPr>
                <w:rFonts w:ascii="宋体" w:hAnsi="宋体" w:eastAsia="宋体"/>
                <w:b w:val="0"/>
                <w:sz w:val="20"/>
              </w:rPr>
              <w:t>大众市场/简单分群</w:t>
            </w:r>
          </w:p>
        </w:tc>
        <w:tc>
          <w:tcPr>
            <w:tcW w:type="dxa" w:w="2880"/>
            <w:shd w:fill="F2F2F2"/>
          </w:tcPr>
          <w:p>
            <w:r/>
            <w:r>
              <w:rPr>
                <w:rFonts w:ascii="宋体" w:hAnsi="宋体" w:eastAsia="宋体"/>
                <w:b w:val="0"/>
                <w:sz w:val="20"/>
              </w:rPr>
              <w:t>AI画像驱动的精细化分群</w:t>
            </w:r>
          </w:p>
        </w:tc>
      </w:tr>
      <w:tr>
        <w:tc>
          <w:tcPr>
            <w:tcW w:type="dxa" w:w="2880"/>
          </w:tcPr>
          <w:p>
            <w:r/>
            <w:r>
              <w:rPr>
                <w:rFonts w:ascii="宋体" w:hAnsi="宋体" w:eastAsia="宋体"/>
                <w:b w:val="0"/>
                <w:sz w:val="20"/>
              </w:rPr>
              <w:t>价值主张</w:t>
            </w:r>
          </w:p>
        </w:tc>
        <w:tc>
          <w:tcPr>
            <w:tcW w:type="dxa" w:w="2880"/>
          </w:tcPr>
          <w:p>
            <w:r/>
            <w:r>
              <w:rPr>
                <w:rFonts w:ascii="宋体" w:hAnsi="宋体" w:eastAsia="宋体"/>
                <w:b w:val="0"/>
                <w:sz w:val="20"/>
              </w:rPr>
              <w:t>标准化产品/服务</w:t>
            </w:r>
          </w:p>
        </w:tc>
        <w:tc>
          <w:tcPr>
            <w:tcW w:type="dxa" w:w="2880"/>
          </w:tcPr>
          <w:p>
            <w:r/>
            <w:r>
              <w:rPr>
                <w:rFonts w:ascii="宋体" w:hAnsi="宋体" w:eastAsia="宋体"/>
                <w:b w:val="0"/>
                <w:sz w:val="20"/>
              </w:rPr>
              <w:t>AI个性化定制体验</w:t>
            </w:r>
          </w:p>
        </w:tc>
      </w:tr>
      <w:tr>
        <w:tc>
          <w:tcPr>
            <w:tcW w:type="dxa" w:w="2880"/>
            <w:shd w:fill="F2F2F2"/>
          </w:tcPr>
          <w:p>
            <w:r/>
            <w:r>
              <w:rPr>
                <w:rFonts w:ascii="宋体" w:hAnsi="宋体" w:eastAsia="宋体"/>
                <w:b w:val="0"/>
                <w:sz w:val="20"/>
              </w:rPr>
              <w:t>渠道通路</w:t>
            </w:r>
          </w:p>
        </w:tc>
        <w:tc>
          <w:tcPr>
            <w:tcW w:type="dxa" w:w="2880"/>
            <w:shd w:fill="F2F2F2"/>
          </w:tcPr>
          <w:p>
            <w:r/>
            <w:r>
              <w:rPr>
                <w:rFonts w:ascii="宋体" w:hAnsi="宋体" w:eastAsia="宋体"/>
                <w:b w:val="0"/>
                <w:sz w:val="20"/>
              </w:rPr>
              <w:t>OTA/旅行社为主</w:t>
            </w:r>
          </w:p>
        </w:tc>
        <w:tc>
          <w:tcPr>
            <w:tcW w:type="dxa" w:w="2880"/>
            <w:shd w:fill="F2F2F2"/>
          </w:tcPr>
          <w:p>
            <w:r/>
            <w:r>
              <w:rPr>
                <w:rFonts w:ascii="宋体" w:hAnsi="宋体" w:eastAsia="宋体"/>
                <w:b w:val="0"/>
                <w:sz w:val="20"/>
              </w:rPr>
              <w:t>自有内容矩阵+GEO+私域</w:t>
            </w:r>
          </w:p>
        </w:tc>
      </w:tr>
      <w:tr>
        <w:tc>
          <w:tcPr>
            <w:tcW w:type="dxa" w:w="2880"/>
          </w:tcPr>
          <w:p>
            <w:r/>
            <w:r>
              <w:rPr>
                <w:rFonts w:ascii="宋体" w:hAnsi="宋体" w:eastAsia="宋体"/>
                <w:b w:val="0"/>
                <w:sz w:val="20"/>
              </w:rPr>
              <w:t>客户关系</w:t>
            </w:r>
          </w:p>
        </w:tc>
        <w:tc>
          <w:tcPr>
            <w:tcW w:type="dxa" w:w="2880"/>
          </w:tcPr>
          <w:p>
            <w:r/>
            <w:r>
              <w:rPr>
                <w:rFonts w:ascii="宋体" w:hAnsi="宋体" w:eastAsia="宋体"/>
                <w:b w:val="0"/>
                <w:sz w:val="20"/>
              </w:rPr>
              <w:t>交易型/会员制</w:t>
            </w:r>
          </w:p>
        </w:tc>
        <w:tc>
          <w:tcPr>
            <w:tcW w:type="dxa" w:w="2880"/>
          </w:tcPr>
          <w:p>
            <w:r/>
            <w:r>
              <w:rPr>
                <w:rFonts w:ascii="宋体" w:hAnsi="宋体" w:eastAsia="宋体"/>
                <w:b w:val="0"/>
                <w:sz w:val="20"/>
              </w:rPr>
              <w:t>AI驱动的全时域互动</w:t>
            </w:r>
          </w:p>
        </w:tc>
      </w:tr>
      <w:tr>
        <w:tc>
          <w:tcPr>
            <w:tcW w:type="dxa" w:w="2880"/>
            <w:shd w:fill="F2F2F2"/>
          </w:tcPr>
          <w:p>
            <w:r/>
            <w:r>
              <w:rPr>
                <w:rFonts w:ascii="宋体" w:hAnsi="宋体" w:eastAsia="宋体"/>
                <w:b w:val="0"/>
                <w:sz w:val="20"/>
              </w:rPr>
              <w:t>收入来源</w:t>
            </w:r>
          </w:p>
        </w:tc>
        <w:tc>
          <w:tcPr>
            <w:tcW w:type="dxa" w:w="2880"/>
            <w:shd w:fill="F2F2F2"/>
          </w:tcPr>
          <w:p>
            <w:r/>
            <w:r>
              <w:rPr>
                <w:rFonts w:ascii="宋体" w:hAnsi="宋体" w:eastAsia="宋体"/>
                <w:b w:val="0"/>
                <w:sz w:val="20"/>
              </w:rPr>
              <w:t>门票/住宿为主</w:t>
            </w:r>
          </w:p>
        </w:tc>
        <w:tc>
          <w:tcPr>
            <w:tcW w:type="dxa" w:w="2880"/>
            <w:shd w:fill="F2F2F2"/>
          </w:tcPr>
          <w:p>
            <w:r/>
            <w:r>
              <w:rPr>
                <w:rFonts w:ascii="宋体" w:hAnsi="宋体" w:eastAsia="宋体"/>
                <w:b w:val="0"/>
                <w:sz w:val="20"/>
              </w:rPr>
              <w:t>体验+内容+IP+数字产品</w:t>
            </w:r>
          </w:p>
        </w:tc>
      </w:tr>
      <w:tr>
        <w:tc>
          <w:tcPr>
            <w:tcW w:type="dxa" w:w="2880"/>
          </w:tcPr>
          <w:p>
            <w:r/>
            <w:r>
              <w:rPr>
                <w:rFonts w:ascii="宋体" w:hAnsi="宋体" w:eastAsia="宋体"/>
                <w:b w:val="0"/>
                <w:sz w:val="20"/>
              </w:rPr>
              <w:t>核心资源</w:t>
            </w:r>
          </w:p>
        </w:tc>
        <w:tc>
          <w:tcPr>
            <w:tcW w:type="dxa" w:w="2880"/>
          </w:tcPr>
          <w:p>
            <w:r/>
            <w:r>
              <w:rPr>
                <w:rFonts w:ascii="宋体" w:hAnsi="宋体" w:eastAsia="宋体"/>
                <w:b w:val="0"/>
                <w:sz w:val="20"/>
              </w:rPr>
              <w:t>物理资源/牌照</w:t>
            </w:r>
          </w:p>
        </w:tc>
        <w:tc>
          <w:tcPr>
            <w:tcW w:type="dxa" w:w="2880"/>
          </w:tcPr>
          <w:p>
            <w:r/>
            <w:r>
              <w:rPr>
                <w:rFonts w:ascii="宋体" w:hAnsi="宋体" w:eastAsia="宋体"/>
                <w:b w:val="0"/>
                <w:sz w:val="20"/>
              </w:rPr>
              <w:t>个人品牌+数据+AI工具链</w:t>
            </w:r>
          </w:p>
        </w:tc>
      </w:tr>
      <w:tr>
        <w:tc>
          <w:tcPr>
            <w:tcW w:type="dxa" w:w="2880"/>
            <w:shd w:fill="F2F2F2"/>
          </w:tcPr>
          <w:p>
            <w:r/>
            <w:r>
              <w:rPr>
                <w:rFonts w:ascii="宋体" w:hAnsi="宋体" w:eastAsia="宋体"/>
                <w:b w:val="0"/>
                <w:sz w:val="20"/>
              </w:rPr>
              <w:t>核心活动</w:t>
            </w:r>
          </w:p>
        </w:tc>
        <w:tc>
          <w:tcPr>
            <w:tcW w:type="dxa" w:w="2880"/>
            <w:shd w:fill="F2F2F2"/>
          </w:tcPr>
          <w:p>
            <w:r/>
            <w:r>
              <w:rPr>
                <w:rFonts w:ascii="宋体" w:hAnsi="宋体" w:eastAsia="宋体"/>
                <w:b w:val="0"/>
                <w:sz w:val="20"/>
              </w:rPr>
              <w:t>运营/服务/管理</w:t>
            </w:r>
          </w:p>
        </w:tc>
        <w:tc>
          <w:tcPr>
            <w:tcW w:type="dxa" w:w="2880"/>
            <w:shd w:fill="F2F2F2"/>
          </w:tcPr>
          <w:p>
            <w:r/>
            <w:r>
              <w:rPr>
                <w:rFonts w:ascii="宋体" w:hAnsi="宋体" w:eastAsia="宋体"/>
                <w:b w:val="0"/>
                <w:sz w:val="20"/>
              </w:rPr>
              <w:t>创意策展+AI工具操盘</w:t>
            </w:r>
          </w:p>
        </w:tc>
      </w:tr>
      <w:tr>
        <w:tc>
          <w:tcPr>
            <w:tcW w:type="dxa" w:w="2880"/>
          </w:tcPr>
          <w:p>
            <w:r/>
            <w:r>
              <w:rPr>
                <w:rFonts w:ascii="宋体" w:hAnsi="宋体" w:eastAsia="宋体"/>
                <w:b w:val="0"/>
                <w:sz w:val="20"/>
              </w:rPr>
              <w:t>重要合作</w:t>
            </w:r>
          </w:p>
        </w:tc>
        <w:tc>
          <w:tcPr>
            <w:tcW w:type="dxa" w:w="2880"/>
          </w:tcPr>
          <w:p>
            <w:r/>
            <w:r>
              <w:rPr>
                <w:rFonts w:ascii="宋体" w:hAnsi="宋体" w:eastAsia="宋体"/>
                <w:b w:val="0"/>
                <w:sz w:val="20"/>
              </w:rPr>
              <w:t>供应商/渠道商</w:t>
            </w:r>
          </w:p>
        </w:tc>
        <w:tc>
          <w:tcPr>
            <w:tcW w:type="dxa" w:w="2880"/>
          </w:tcPr>
          <w:p>
            <w:r/>
            <w:r>
              <w:rPr>
                <w:rFonts w:ascii="宋体" w:hAnsi="宋体" w:eastAsia="宋体"/>
                <w:b w:val="0"/>
                <w:sz w:val="20"/>
              </w:rPr>
              <w:t>AI平台+技术供应商+主理人网络</w:t>
            </w:r>
          </w:p>
        </w:tc>
      </w:tr>
      <w:tr>
        <w:tc>
          <w:tcPr>
            <w:tcW w:type="dxa" w:w="2880"/>
            <w:shd w:fill="F2F2F2"/>
          </w:tcPr>
          <w:p>
            <w:r/>
            <w:r>
              <w:rPr>
                <w:rFonts w:ascii="宋体" w:hAnsi="宋体" w:eastAsia="宋体"/>
                <w:b w:val="0"/>
                <w:sz w:val="20"/>
              </w:rPr>
              <w:t>成本结构</w:t>
            </w:r>
          </w:p>
        </w:tc>
        <w:tc>
          <w:tcPr>
            <w:tcW w:type="dxa" w:w="2880"/>
            <w:shd w:fill="F2F2F2"/>
          </w:tcPr>
          <w:p>
            <w:r/>
            <w:r>
              <w:rPr>
                <w:rFonts w:ascii="宋体" w:hAnsi="宋体" w:eastAsia="宋体"/>
                <w:b w:val="0"/>
                <w:sz w:val="20"/>
              </w:rPr>
              <w:t>人力+租金为主</w:t>
            </w:r>
          </w:p>
        </w:tc>
        <w:tc>
          <w:tcPr>
            <w:tcW w:type="dxa" w:w="2880"/>
            <w:shd w:fill="F2F2F2"/>
          </w:tcPr>
          <w:p>
            <w:r/>
            <w:r>
              <w:rPr>
                <w:rFonts w:ascii="宋体" w:hAnsi="宋体" w:eastAsia="宋体"/>
                <w:b w:val="0"/>
                <w:sz w:val="20"/>
              </w:rPr>
              <w:t>AI工具订阅+少量人力</w:t>
            </w:r>
          </w:p>
        </w:tc>
      </w:tr>
    </w:tbl>
    <w:p>
      <w:pPr>
        <w:spacing w:after="120" w:line="360" w:lineRule="exact"/>
        <w:jc w:val="both"/>
      </w:pPr>
      <w:r>
        <w:rPr>
          <w:rFonts w:ascii="宋体" w:hAnsi="宋体" w:eastAsia="宋体"/>
          <w:b w:val="0"/>
          <w:sz w:val="24"/>
        </w:rPr>
        <w:t>商业模式画布的AI化迭代不是一次性工作，而是持续的过程。主理人应定期（如每季度）回顾和更新画布，根据市场变化和技术进步调整各模块的策略。Kanbach等学者强调，生成式AI从商业模式创新视角来看，正在重塑价值主张、价值创造和价值获取三个核心维度[29]，主理人需要对此保持敏感。</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[26] Kuusniemi J. Exploration of network-based digital business ecosystems and the models within[D]. Haaga-Helia University, 2016.</w:t>
      </w:r>
    </w:p>
    <w:p>
      <w:pPr>
        <w:spacing w:after="120" w:line="360" w:lineRule="exact"/>
        <w:jc w:val="both"/>
      </w:pPr>
      <w:r>
        <w:rPr>
          <w:rFonts w:ascii="宋体" w:hAnsi="宋体" w:eastAsia="宋体"/>
          <w:b w:val="0"/>
          <w:sz w:val="24"/>
        </w:rPr>
        <w:t>[27] AIGC赋能地方旅游文创产品个性化定制与销售——以蜀南竹海为例[J]. 包装工程, 2025, 46(4): 88-96.</w:t>
      </w:r>
    </w:p>
    <w:p>
      <w:pPr>
        <w:spacing w:after="120" w:line="360" w:lineRule="exact"/>
        <w:jc w:val="both"/>
      </w:pPr>
      <w:r>
        <w:rPr>
          <w:rFonts w:ascii="宋体" w:hAnsi="宋体" w:eastAsia="宋体"/>
          <w:b w:val="0"/>
          <w:sz w:val="24"/>
        </w:rPr>
        <w:t>[28]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[29] Kanbach D K, Heiduk L, Blueher G, et al. The GenAI is out of the bottle: generative artificial intelligence from a business model innovation perspective[J]. Review of Managerial Science, 2023, 17(8): 2821-2848.</w:t>
      </w:r>
    </w:p>
    <w:p>
      <w:r>
        <w:br w:type="page"/>
      </w:r>
    </w:p>
    <w:p>
      <w:pPr>
        <w:pStyle w:val="Heading1"/>
      </w:pPr>
      <w:r>
        <w:rPr>
          <w:rFonts w:ascii="黑体" w:hAnsi="黑体" w:eastAsia="黑体"/>
          <w:b/>
          <w:color w:val="1F4E79"/>
          <w:sz w:val="32"/>
        </w:rPr>
        <w:t>第 8 章  智能体（Agent）赋能的精益运营</w:t>
      </w:r>
    </w:p>
    <w:p>
      <w:pPr>
        <w:pStyle w:val="Heading2"/>
      </w:pPr>
      <w:r>
        <w:rPr>
          <w:rFonts w:ascii="黑体" w:hAnsi="黑体" w:eastAsia="黑体"/>
          <w:b/>
          <w:sz w:val="28"/>
        </w:rPr>
        <w:t>8.1 AI智能体概念与文旅场景适配</w:t>
      </w:r>
    </w:p>
    <w:p>
      <w:pPr>
        <w:spacing w:after="120" w:line="360" w:lineRule="exact"/>
        <w:jc w:val="both"/>
      </w:pPr>
      <w:r>
        <w:rPr>
          <w:rFonts w:ascii="宋体" w:hAnsi="宋体" w:eastAsia="宋体"/>
          <w:b w:val="0"/>
          <w:sz w:val="24"/>
        </w:rPr>
        <w:t>AI智能体（AI Agent）是指能够自主感知环境、理解任务、规划行动并执行操作的AI系统。与传统的AI聊天机器人不同，智能体不仅能"对话"，还能"做事"——它可以调用外部工具、访问数据库、执行多步骤任务、与其他智能体协同工作。</w:t>
      </w:r>
    </w:p>
    <w:p>
      <w:pPr>
        <w:spacing w:after="120" w:line="360" w:lineRule="exact"/>
        <w:jc w:val="both"/>
      </w:pPr>
      <w:r>
        <w:rPr>
          <w:rFonts w:ascii="宋体" w:hAnsi="宋体" w:eastAsia="宋体"/>
          <w:b w:val="0"/>
          <w:sz w:val="24"/>
        </w:rPr>
        <w:t>智能体的核心能力包括：自主规划——将复杂任务分解为可执行的步骤；工具调用——使用搜索、日历、邮件等外部工具完成任务；记忆与学习——记住用户偏好和历史交互，持续优化行为；多模态交互——处理文本、图像、语音等多种输入输出形式。</w:t>
      </w:r>
    </w:p>
    <w:p>
      <w:pPr>
        <w:spacing w:after="120" w:line="360" w:lineRule="exact"/>
        <w:jc w:val="both"/>
      </w:pPr>
      <w:r>
        <w:rPr>
          <w:rFonts w:ascii="宋体" w:hAnsi="宋体" w:eastAsia="宋体"/>
          <w:b w:val="0"/>
          <w:sz w:val="24"/>
        </w:rPr>
        <w:t>在文旅场景中，智能体的适配性体现在三个层面。</w:t>
      </w:r>
      <w:r>
        <w:rPr>
          <w:rFonts w:ascii="宋体" w:hAnsi="宋体" w:eastAsia="宋体"/>
          <w:b/>
          <w:sz w:val="24"/>
        </w:rPr>
        <w:t>面向游客的智能体</w:t>
      </w:r>
      <w:r>
        <w:rPr>
          <w:rFonts w:ascii="宋体" w:hAnsi="宋体" w:eastAsia="宋体"/>
          <w:b w:val="0"/>
          <w:sz w:val="24"/>
        </w:rPr>
        <w:t>承担服务角色——智能导览、行程规划、实时问答等；</w:t>
      </w:r>
      <w:r>
        <w:rPr>
          <w:rFonts w:ascii="宋体" w:hAnsi="宋体" w:eastAsia="宋体"/>
          <w:b/>
          <w:sz w:val="24"/>
        </w:rPr>
        <w:t>面向主理人的智能体</w:t>
      </w:r>
      <w:r>
        <w:rPr>
          <w:rFonts w:ascii="宋体" w:hAnsi="宋体" w:eastAsia="宋体"/>
          <w:b w:val="0"/>
          <w:sz w:val="24"/>
        </w:rPr>
        <w:t>承担运营角色——内容生产、数据分析、营销执行等；</w:t>
      </w:r>
      <w:r>
        <w:rPr>
          <w:rFonts w:ascii="宋体" w:hAnsi="宋体" w:eastAsia="宋体"/>
          <w:b/>
          <w:sz w:val="24"/>
        </w:rPr>
        <w:t>面向生态的智能体</w:t>
      </w:r>
      <w:r>
        <w:rPr>
          <w:rFonts w:ascii="宋体" w:hAnsi="宋体" w:eastAsia="宋体"/>
          <w:b w:val="0"/>
          <w:sz w:val="24"/>
        </w:rPr>
        <w:t>承担协同角色——连接供应商、平台和游客，实现信息流和业务流的自动化。</w:t>
      </w:r>
    </w:p>
    <w:p>
      <w:pPr>
        <w:spacing w:after="120"/>
        <w:ind w:left="567"/>
      </w:pPr>
      <w:r>
        <w:rPr>
          <w:rFonts w:ascii="楷体" w:hAnsi="楷体" w:eastAsia="楷体"/>
          <w:b/>
          <w:color w:val="555555"/>
          <w:sz w:val="22"/>
        </w:rPr>
        <w:t>知识卡片</w:t>
      </w:r>
      <w:r>
        <w:rPr>
          <w:rFonts w:ascii="楷体" w:hAnsi="楷体" w:eastAsia="楷体"/>
          <w:b w:val="0"/>
          <w:color w:val="555555"/>
          <w:sz w:val="22"/>
        </w:rPr>
        <w:t>：AI智能体与AI助手的区别。AI助手（如ChatGPT）是"你问我答"的被动模式；AI智能体是"你给目标我来执行"的主动模式。智能体的核心特征是自主性——它能在最少人工干预下完成多步骤任务。</w:t>
      </w:r>
    </w:p>
    <w:p>
      <w:pPr>
        <w:pStyle w:val="Heading2"/>
      </w:pPr>
      <w:r>
        <w:rPr>
          <w:rFonts w:ascii="黑体" w:hAnsi="黑体" w:eastAsia="黑体"/>
          <w:b/>
          <w:sz w:val="28"/>
        </w:rPr>
        <w:t>8.2 客服智能体：7×24小时体验守护</w:t>
      </w:r>
    </w:p>
    <w:p>
      <w:pPr>
        <w:spacing w:after="120" w:line="360" w:lineRule="exact"/>
        <w:jc w:val="both"/>
      </w:pPr>
      <w:r>
        <w:rPr>
          <w:rFonts w:ascii="宋体" w:hAnsi="宋体" w:eastAsia="宋体"/>
          <w:b w:val="0"/>
          <w:sz w:val="24"/>
        </w:rPr>
        <w:t>客服智能体是文旅场景中最成熟、应用最广泛的智能体类型。传统AI客服通常只能回答预设的FAQ问题，而基于大语言模型的智能体客服能够理解自然语言意图，处理复杂问题，甚至进行多轮对话引导。</w:t>
      </w:r>
    </w:p>
    <w:p>
      <w:pPr>
        <w:spacing w:after="120" w:line="360" w:lineRule="exact"/>
        <w:jc w:val="both"/>
      </w:pPr>
      <w:r>
        <w:rPr>
          <w:rFonts w:ascii="宋体" w:hAnsi="宋体" w:eastAsia="宋体"/>
          <w:b/>
          <w:sz w:val="24"/>
        </w:rPr>
        <w:t>客服智能体的核心功能。</w:t>
      </w:r>
      <w:r>
        <w:rPr>
          <w:rFonts w:ascii="宋体" w:hAnsi="宋体" w:eastAsia="宋体"/>
          <w:b w:val="0"/>
          <w:sz w:val="24"/>
        </w:rPr>
        <w:t xml:space="preserve"> 意图识别——准确理解游客询问的真实意图（如"下周还有房吗"是预订意图，"附近有什么好吃的"是推荐意图）；知识库检索——从主理人预设的产品信息、政策规定、当地旅游信息中检索相关内容；多轮对话——通过追问澄清需求，逐步引导用户完成咨询或预订；情绪识别——感知用户情绪变化，在用户不满时及时升级为人工服务。</w:t>
      </w:r>
    </w:p>
    <w:p>
      <w:pPr>
        <w:spacing w:after="120" w:line="360" w:lineRule="exact"/>
        <w:jc w:val="both"/>
      </w:pPr>
      <w:r>
        <w:rPr>
          <w:rFonts w:ascii="宋体" w:hAnsi="宋体" w:eastAsia="宋体"/>
          <w:b/>
          <w:sz w:val="24"/>
        </w:rPr>
        <w:t>部署方式。</w:t>
      </w:r>
      <w:r>
        <w:rPr>
          <w:rFonts w:ascii="宋体" w:hAnsi="宋体" w:eastAsia="宋体"/>
          <w:b w:val="0"/>
          <w:sz w:val="24"/>
        </w:rPr>
        <w:t xml:space="preserve"> 主理人可以通过以下方式部署客服智能体：企业微信/微信公众号接入智能客服API；小程序内嵌智能客服组件；社交媒体私信自动回复（如抖音企业号的AI客服）；独立部署的智能客服页面。对于中小型主理人，推荐使用平台自带的智能客服功能（成本低、部署快），对于有定制化需求的主理人，可考虑基于开源框架（如Dify、FastGPT）自建。</w:t>
      </w:r>
    </w:p>
    <w:p>
      <w:pPr>
        <w:spacing w:after="120" w:line="360" w:lineRule="exact"/>
        <w:jc w:val="both"/>
      </w:pPr>
      <w:r>
        <w:rPr>
          <w:rFonts w:ascii="宋体" w:hAnsi="宋体" w:eastAsia="宋体"/>
          <w:b w:val="0"/>
          <w:sz w:val="24"/>
        </w:rPr>
        <w:t>Pillai和Sivathanu的实证研究表明，基于AI的聊天机器人在酒店和旅游业的采用，显著影响了用户的行为意图和实际使用率，技术接受度模型中的感知有用性和感知易用性是关键驱动因素[30]。</w:t>
      </w:r>
    </w:p>
    <w:p>
      <w:pPr>
        <w:pStyle w:val="Heading2"/>
      </w:pPr>
      <w:r>
        <w:rPr>
          <w:rFonts w:ascii="黑体" w:hAnsi="黑体" w:eastAsia="黑体"/>
          <w:b/>
          <w:sz w:val="28"/>
        </w:rPr>
        <w:t>8.3 内容智能体：自动化内容工厂</w:t>
      </w:r>
    </w:p>
    <w:p>
      <w:pPr>
        <w:spacing w:after="120" w:line="360" w:lineRule="exact"/>
        <w:jc w:val="both"/>
      </w:pPr>
      <w:r>
        <w:rPr>
          <w:rFonts w:ascii="宋体" w:hAnsi="宋体" w:eastAsia="宋体"/>
          <w:b w:val="0"/>
          <w:sz w:val="24"/>
        </w:rPr>
        <w:t>内容智能体是专门为内容生产和分发设计的AI智能体。与简单的AIGC工具不同，内容智能体能够自主完成从选题策划、内容创作、多平台适配到发布排期的全流程。</w:t>
      </w:r>
    </w:p>
    <w:p>
      <w:pPr>
        <w:spacing w:after="120" w:line="360" w:lineRule="exact"/>
        <w:jc w:val="both"/>
      </w:pPr>
      <w:r>
        <w:rPr>
          <w:rFonts w:ascii="宋体" w:hAnsi="宋体" w:eastAsia="宋体"/>
          <w:b/>
          <w:sz w:val="24"/>
        </w:rPr>
        <w:t>内容智能体的工作流程。</w:t>
      </w:r>
      <w:r>
        <w:rPr>
          <w:rFonts w:ascii="宋体" w:hAnsi="宋体" w:eastAsia="宋体"/>
          <w:b w:val="0"/>
          <w:sz w:val="24"/>
        </w:rPr>
        <w:t xml:space="preserve"> 第一步，趋势感知——监测社交媒体热点、季节性话题和行业趋势，自动生成内容选题建议；第二步，内容创作——根据选题和品牌调性，使用AIGC生成文案、配图或视频脚本；第三步，多平台适配——将核心内容自动改写为适合不同平台的版本（小红书图文版、抖音短视频脚本、公众号长文版等）；第四步，排期发布——根据用户活跃时间数据，自动安排最佳发布时间并执行发布。</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自动化不等于无管控。内容智能体应内置质量检查环节——AI生成内容后先经过自动审核（检测敏感词、事实核查、格式校验），再由主理人进行最终审核确认。这一"AI生成→AI审核→人工确认"的流程可以在保证质量的同时大幅提升效率。</w:t>
      </w:r>
    </w:p>
    <w:p>
      <w:pPr>
        <w:spacing w:after="120" w:line="360" w:lineRule="exact"/>
        <w:jc w:val="both"/>
      </w:pPr>
      <w:r>
        <w:rPr>
          <w:rFonts w:ascii="宋体" w:hAnsi="宋体" w:eastAsia="宋体"/>
          <w:b/>
          <w:sz w:val="24"/>
        </w:rPr>
        <w:t>内容效果闭环。</w:t>
      </w:r>
      <w:r>
        <w:rPr>
          <w:rFonts w:ascii="宋体" w:hAnsi="宋体" w:eastAsia="宋体"/>
          <w:b w:val="0"/>
          <w:sz w:val="24"/>
        </w:rPr>
        <w:t xml:space="preserve"> 内容智能体不仅能生产内容，还能追踪内容效果并优化后续策略。通过分析每条内容的曝光量、互动率和转化率，智能体可以自动识别高效内容模式，在后续创作中优先采用。</w:t>
      </w:r>
    </w:p>
    <w:p>
      <w:pPr>
        <w:pStyle w:val="Heading2"/>
      </w:pPr>
      <w:r>
        <w:rPr>
          <w:rFonts w:ascii="黑体" w:hAnsi="黑体" w:eastAsia="黑体"/>
          <w:b/>
          <w:sz w:val="28"/>
        </w:rPr>
        <w:t>8.4 运营智能体：流程自动化与效率提升</w:t>
      </w:r>
    </w:p>
    <w:p>
      <w:pPr>
        <w:spacing w:after="120" w:line="360" w:lineRule="exact"/>
        <w:jc w:val="both"/>
      </w:pPr>
      <w:r>
        <w:rPr>
          <w:rFonts w:ascii="宋体" w:hAnsi="宋体" w:eastAsia="宋体"/>
          <w:b w:val="0"/>
          <w:sz w:val="24"/>
        </w:rPr>
        <w:t>运营智能体聚焦于日常运营管理中的重复性、规则性任务，通过自动化释放主理人的时间和精力。</w:t>
      </w:r>
    </w:p>
    <w:p>
      <w:pPr>
        <w:spacing w:after="120" w:line="360" w:lineRule="exact"/>
        <w:jc w:val="both"/>
      </w:pPr>
      <w:r>
        <w:rPr>
          <w:rFonts w:ascii="宋体" w:hAnsi="宋体" w:eastAsia="宋体"/>
          <w:b/>
          <w:sz w:val="24"/>
        </w:rPr>
        <w:t>典型应用场景。</w:t>
      </w:r>
      <w:r>
        <w:rPr>
          <w:rFonts w:ascii="宋体" w:hAnsi="宋体" w:eastAsia="宋体"/>
          <w:b w:val="0"/>
          <w:sz w:val="24"/>
        </w:rPr>
        <w:t xml:space="preserve"> 订单管理——自动处理订单确认、修改和取消，异常订单预警；库存管理——实时监控可售库存，根据销售速率预测库存需求，自动触发补货或调价；排班管理——根据客流预测自动生成人员排班方案；财务对账——自动汇总各渠道收入数据，生成对账报表；供应商管理——自动比价、下单和跟踪供应商交付。</w:t>
      </w:r>
    </w:p>
    <w:p>
      <w:pPr>
        <w:spacing w:after="120" w:line="360" w:lineRule="exact"/>
        <w:jc w:val="both"/>
      </w:pPr>
      <w:r>
        <w:rPr>
          <w:rFonts w:ascii="宋体" w:hAnsi="宋体" w:eastAsia="宋体"/>
          <w:b/>
          <w:sz w:val="24"/>
        </w:rPr>
        <w:t>运营智能体的部署原则。</w:t>
      </w:r>
      <w:r>
        <w:rPr>
          <w:rFonts w:ascii="宋体" w:hAnsi="宋体" w:eastAsia="宋体"/>
          <w:b w:val="0"/>
          <w:sz w:val="24"/>
        </w:rPr>
        <w:t xml:space="preserve"> 从高频低风险任务开始——选择每天都要做、出错影响小的任务优先自动化（如日报生成、库存监控）；逐步扩展到复杂任务——在简单任务运行稳定后，再扩展到需要多步骤协同的复杂任务（如完整的订单处理流程）；保留人工干预通道——所有自动化流程都应设置"人工接管"机制，在AI无法处理或出现异常时无缝切换。</w:t>
      </w:r>
    </w:p>
    <w:p>
      <w:pPr>
        <w:pStyle w:val="Heading2"/>
      </w:pPr>
      <w:r>
        <w:rPr>
          <w:rFonts w:ascii="黑体" w:hAnsi="黑体" w:eastAsia="黑体"/>
          <w:b/>
          <w:sz w:val="28"/>
        </w:rPr>
        <w:t>8.5 多智能体协同：构建主理人的"AI团队"</w:t>
      </w:r>
    </w:p>
    <w:p>
      <w:pPr>
        <w:spacing w:after="120" w:line="360" w:lineRule="exact"/>
        <w:jc w:val="both"/>
      </w:pPr>
      <w:r>
        <w:rPr>
          <w:rFonts w:ascii="宋体" w:hAnsi="宋体" w:eastAsia="宋体"/>
          <w:b w:val="0"/>
          <w:sz w:val="24"/>
        </w:rPr>
        <w:t>随着业务复杂度的增加，单一智能体难以满足所有需求。多智能体协同（Multi-Agent System）是让多个不同功能的智能体协作完成复杂任务的架构模式。</w:t>
      </w:r>
    </w:p>
    <w:p>
      <w:pPr>
        <w:spacing w:after="120" w:line="360" w:lineRule="exact"/>
        <w:jc w:val="both"/>
      </w:pPr>
      <w:r>
        <w:rPr>
          <w:rFonts w:ascii="宋体" w:hAnsi="宋体" w:eastAsia="宋体"/>
          <w:b/>
          <w:sz w:val="24"/>
        </w:rPr>
        <w:t>文旅主理人的"AI团队"架构。</w:t>
      </w:r>
      <w:r>
        <w:rPr>
          <w:rFonts w:ascii="宋体" w:hAnsi="宋体" w:eastAsia="宋体"/>
          <w:b w:val="0"/>
          <w:sz w:val="24"/>
        </w:rPr>
        <w:t xml:space="preserve"> 一个完整的AI团队可以包含以下角色：策略智能体——负责市场分析和策略建议，相当于"AI军师"；内容智能体——负责内容生产和分发，相当于"AI内容总监"；客服智能体——负责用户互动和服务，相当于"AI客服主管"；数据智能体——负责数据分析和报表，相当于"AI数据分析师"；运营智能体——负责流程自动化执行，相当于"AI运营专员"。</w:t>
      </w:r>
    </w:p>
    <w:p>
      <w:pPr>
        <w:spacing w:after="120" w:line="360" w:lineRule="exact"/>
        <w:jc w:val="both"/>
      </w:pPr>
      <w:r>
        <w:rPr>
          <w:rFonts w:ascii="宋体" w:hAnsi="宋体" w:eastAsia="宋体"/>
          <w:b/>
          <w:sz w:val="24"/>
        </w:rPr>
        <w:t>协同机制设计。</w:t>
      </w:r>
      <w:r>
        <w:rPr>
          <w:rFonts w:ascii="宋体" w:hAnsi="宋体" w:eastAsia="宋体"/>
          <w:b w:val="0"/>
          <w:sz w:val="24"/>
        </w:rPr>
        <w:t xml:space="preserve"> 多智能体协同的关键在于信息流转和决策权限的清晰设计。信息流转方面，各智能体之间通过共享数据底座实现信息同步——客服智能体收集的用户反馈自动传递给内容智能体作为选题参考，数据智能体的分析结果自动传递给策略智能体作为决策依据。决策权限方面，需要明确哪些决策可以由智能体自主执行（如常规客服回复、内容初稿生成），哪些需要主理人确认（如定价调整、重大内容发布）。</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部署了三智能体协同系统：客服智能体处理日常咨询并收集用户需求，数据智能体分析用户行为数据并生成洞察报告，内容智能体根据需求洞察和分析报告自动生产针对性内容。三个智能体通过共享数据库协同工作，主理人只需每天花30分钟审核关键决策和内容发布，其余运营工作由AI团队自动完成。</w:t>
      </w:r>
    </w:p>
    <w:p>
      <w:pPr>
        <w:spacing w:after="120" w:line="360" w:lineRule="exact"/>
        <w:jc w:val="both"/>
      </w:pPr>
      <w:r>
        <w:rPr>
          <w:rFonts w:ascii="宋体" w:hAnsi="宋体" w:eastAsia="宋体"/>
          <w:b w:val="0"/>
          <w:sz w:val="24"/>
        </w:rPr>
        <w:t>多智能体协同的实现门槛正在快速降低。开源框架（如AutoGen、CrewAI、LangGraph）和商业平台（如Coze、Dify）都提供了多智能体编排能力。Krishnaveni等学者提出的"BizzBuddy"概念——面向创业者的AI智能体——展示了AI Agent在小企业管理中的应用前景[31]。随着这些工具的成熟，构建"AI团队"将成为文旅主理人的标准能力。</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[30]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[31] Krishnaveni V V, Shiji A, Venu G, et al. BizzBuddy: AI agent for entrepreneurs[J]. International Journal of Scientific Research in Engineering and Management, 2026, 10(1): 61256.</w:t>
      </w:r>
    </w:p>
    <w:p>
      <w:r>
        <w:br w:type="page"/>
      </w:r>
    </w:p>
    <w:p>
      <w:pPr>
        <w:pStyle w:val="Heading1"/>
      </w:pPr>
      <w:r>
        <w:rPr>
          <w:rFonts w:ascii="黑体" w:hAnsi="黑体" w:eastAsia="黑体"/>
          <w:b/>
          <w:color w:val="1F4E79"/>
          <w:sz w:val="32"/>
        </w:rPr>
        <w:t>第 9 章  文旅主理人的个人品牌与影响力构建</w:t>
      </w:r>
    </w:p>
    <w:p>
      <w:pPr>
        <w:pStyle w:val="Heading2"/>
      </w:pPr>
      <w:r>
        <w:rPr>
          <w:rFonts w:ascii="黑体" w:hAnsi="黑体" w:eastAsia="黑体"/>
          <w:b/>
          <w:sz w:val="28"/>
        </w:rPr>
        <w:t>9.1 个人品牌定位与差异化策略</w:t>
      </w:r>
    </w:p>
    <w:p>
      <w:pPr>
        <w:spacing w:after="120" w:line="360" w:lineRule="exact"/>
        <w:jc w:val="both"/>
      </w:pPr>
      <w:r>
        <w:rPr>
          <w:rFonts w:ascii="宋体" w:hAnsi="宋体" w:eastAsia="宋体"/>
          <w:b w:val="0"/>
          <w:sz w:val="24"/>
        </w:rPr>
        <w:t>在信息过载的时代，个人品牌是文旅主理人最核心的无形资产。当产品可以被模仿、价格可以被竞争、渠道可以被替代时，主理人独特的个人品牌是唯一难以复制的竞争壁垒。</w:t>
      </w:r>
    </w:p>
    <w:p>
      <w:pPr>
        <w:spacing w:after="120" w:line="360" w:lineRule="exact"/>
        <w:jc w:val="both"/>
      </w:pPr>
      <w:r>
        <w:rPr>
          <w:rFonts w:ascii="宋体" w:hAnsi="宋体" w:eastAsia="宋体"/>
          <w:b/>
          <w:sz w:val="24"/>
        </w:rPr>
        <w:t>品牌定位的三维框架。</w:t>
      </w:r>
      <w:r>
        <w:rPr>
          <w:rFonts w:ascii="宋体" w:hAnsi="宋体" w:eastAsia="宋体"/>
          <w:b w:val="0"/>
          <w:sz w:val="24"/>
        </w:rPr>
        <w:t xml:space="preserve"> 个人品牌定位需要回答三个问题：你是谁（身份定位）——你的专业背景、经历特质和人格魅力；你做什么（领域定位）——你专注的文旅细分赛道和核心价值主张；为谁做（受众定位）——你服务的目标人群及其核心需求。三个维度的交集就是主理人的品牌定位"甜点"。</w:t>
      </w:r>
    </w:p>
    <w:p>
      <w:pPr>
        <w:spacing w:after="120" w:line="360" w:lineRule="exact"/>
        <w:jc w:val="both"/>
      </w:pPr>
      <w:r>
        <w:rPr>
          <w:rFonts w:ascii="宋体" w:hAnsi="宋体" w:eastAsia="宋体"/>
          <w:b/>
          <w:sz w:val="24"/>
        </w:rPr>
        <w:t>差异化策略。</w:t>
      </w:r>
      <w:r>
        <w:rPr>
          <w:rFonts w:ascii="宋体" w:hAnsi="宋体" w:eastAsia="宋体"/>
          <w:b w:val="0"/>
          <w:sz w:val="24"/>
        </w:rPr>
        <w:t xml:space="preserve"> 在文旅领域，差异化的来源包括：地域特色——基于所在地的独特文化和自然资源形成差异化（如安顺屯堡文化主理人）；专业跨界——将其他领域的专业视角引入文旅（如建筑设计背景的民宿主理人）；人格魅力——通过独特的内容风格和表达方式建立辨识度（如幽默风趣的导游主理人）；价值观——以明确的价值观吸引同频用户（如可持续旅游倡导者）。</w:t>
      </w:r>
    </w:p>
    <w:p>
      <w:pPr>
        <w:spacing w:after="120"/>
        <w:ind w:left="567"/>
      </w:pPr>
      <w:r>
        <w:rPr>
          <w:rFonts w:ascii="楷体" w:hAnsi="楷体" w:eastAsia="楷体"/>
          <w:b/>
          <w:color w:val="555555"/>
          <w:sz w:val="22"/>
        </w:rPr>
        <w:t>知识卡片</w:t>
      </w:r>
      <w:r>
        <w:rPr>
          <w:rFonts w:ascii="楷体" w:hAnsi="楷体" w:eastAsia="楷体"/>
          <w:b w:val="0"/>
          <w:color w:val="555555"/>
          <w:sz w:val="22"/>
        </w:rPr>
        <w:t>：个人品牌定位的"一句话测试"——如果不能用一句话说清"我是谁、我做什么、为什么选我"，说明品牌定位还不够清晰。这句话不是营销口号，而是品牌内核的精确表达。</w:t>
      </w:r>
    </w:p>
    <w:p>
      <w:pPr>
        <w:pStyle w:val="Heading2"/>
      </w:pPr>
      <w:r>
        <w:rPr>
          <w:rFonts w:ascii="黑体" w:hAnsi="黑体" w:eastAsia="黑体"/>
          <w:b/>
          <w:sz w:val="28"/>
        </w:rPr>
        <w:t>9.2 AI辅助的内容矩阵规划</w:t>
      </w:r>
    </w:p>
    <w:p>
      <w:pPr>
        <w:spacing w:after="120" w:line="360" w:lineRule="exact"/>
        <w:jc w:val="both"/>
      </w:pPr>
      <w:r>
        <w:rPr>
          <w:rFonts w:ascii="宋体" w:hAnsi="宋体" w:eastAsia="宋体"/>
          <w:b w:val="0"/>
          <w:sz w:val="24"/>
        </w:rPr>
        <w:t>内容是个人品牌的载体。主理人需要建立系统化的内容矩阵，确保品牌信息的持续输出和多维度覆盖。AI工具使内容矩阵的规划和执行更加高效。</w:t>
      </w:r>
    </w:p>
    <w:p>
      <w:pPr>
        <w:spacing w:after="120" w:line="360" w:lineRule="exact"/>
        <w:jc w:val="both"/>
      </w:pPr>
      <w:r>
        <w:rPr>
          <w:rFonts w:ascii="宋体" w:hAnsi="宋体" w:eastAsia="宋体"/>
          <w:b/>
          <w:sz w:val="24"/>
        </w:rPr>
        <w:t>内容矩阵的维度设计。</w:t>
      </w:r>
      <w:r>
        <w:rPr>
          <w:rFonts w:ascii="宋体" w:hAnsi="宋体" w:eastAsia="宋体"/>
          <w:b w:val="0"/>
          <w:sz w:val="24"/>
        </w:rPr>
        <w:t xml:space="preserve"> 内容矩阵通常从两个维度设计：内容类型维度（知识科普、体验故事、行业观察、生活分享、产品推荐等）和内容深度维度（引流内容——轻量、易传播；信任内容——专业、有深度；转化内容——聚焦产品价值促进行动）。</w:t>
      </w:r>
    </w:p>
    <w:p>
      <w:pPr>
        <w:spacing w:after="120" w:line="360" w:lineRule="exact"/>
        <w:jc w:val="both"/>
      </w:pPr>
      <w:r>
        <w:rPr>
          <w:rFonts w:ascii="宋体" w:hAnsi="宋体" w:eastAsia="宋体"/>
          <w:b/>
          <w:sz w:val="24"/>
        </w:rPr>
        <w:t>AI辅助的内容规划。</w:t>
      </w:r>
      <w:r>
        <w:rPr>
          <w:rFonts w:ascii="宋体" w:hAnsi="宋体" w:eastAsia="宋体"/>
          <w:b w:val="0"/>
          <w:sz w:val="24"/>
        </w:rPr>
        <w:t xml:space="preserve"> 主理人可以将品牌定位、目标受众和核心价值主张输入AI，让AI生成季度内容规划——包括主题分类、发布频率、平台分配和关键节点（如节假日、旅游旺季）的内容预案。AI还可以根据历史内容的效果数据，优化内容组合比例和发布节奏。</w:t>
      </w:r>
    </w:p>
    <w:p>
      <w:pPr>
        <w:spacing w:after="120" w:line="360" w:lineRule="exact"/>
        <w:jc w:val="both"/>
      </w:pPr>
      <w:r>
        <w:rPr>
          <w:rFonts w:ascii="宋体" w:hAnsi="宋体" w:eastAsia="宋体"/>
          <w:b/>
          <w:sz w:val="24"/>
        </w:rPr>
        <w:t>内容生产的AI化。</w:t>
      </w:r>
      <w:r>
        <w:rPr>
          <w:rFonts w:ascii="宋体" w:hAnsi="宋体" w:eastAsia="宋体"/>
          <w:b w:val="0"/>
          <w:sz w:val="24"/>
        </w:rPr>
        <w:t xml:space="preserve"> 在内容矩阵规划的指导下，AI可以批量生产各类型内容：知识科普类——AI根据主理人提供的知识要点生成科普文章；体验故事类——AI根据主理人的经历素材生成故事化文案；产品推荐类——AI根据产品特征和目标用户画像生成推荐内容。主理人的核心工作是提供真实的素材和创意方向，AI负责高效执行。</w:t>
      </w:r>
    </w:p>
    <w:p>
      <w:pPr>
        <w:pStyle w:val="Heading2"/>
      </w:pPr>
      <w:r>
        <w:rPr>
          <w:rFonts w:ascii="黑体" w:hAnsi="黑体" w:eastAsia="黑体"/>
          <w:b/>
          <w:sz w:val="28"/>
        </w:rPr>
        <w:t>9.3 知识IP打造与知识付费模式</w:t>
      </w:r>
    </w:p>
    <w:p>
      <w:pPr>
        <w:spacing w:after="120" w:line="360" w:lineRule="exact"/>
        <w:jc w:val="both"/>
      </w:pPr>
      <w:r>
        <w:rPr>
          <w:rFonts w:ascii="宋体" w:hAnsi="宋体" w:eastAsia="宋体"/>
          <w:b w:val="0"/>
          <w:sz w:val="24"/>
        </w:rPr>
        <w:t>知识IP是个人品牌的高级形态——主理人不仅提供文旅体验服务，还将自己的知识和经验转化为可付费的知识产品。AI时代使知识IP的打造和变现更加可行。</w:t>
      </w:r>
    </w:p>
    <w:p>
      <w:pPr>
        <w:spacing w:after="120" w:line="360" w:lineRule="exact"/>
        <w:jc w:val="both"/>
      </w:pPr>
      <w:r>
        <w:rPr>
          <w:rFonts w:ascii="宋体" w:hAnsi="宋体" w:eastAsia="宋体"/>
          <w:b/>
          <w:sz w:val="24"/>
        </w:rPr>
        <w:t>知识产品形态。</w:t>
      </w:r>
      <w:r>
        <w:rPr>
          <w:rFonts w:ascii="宋体" w:hAnsi="宋体" w:eastAsia="宋体"/>
          <w:b w:val="0"/>
          <w:sz w:val="24"/>
        </w:rPr>
        <w:t xml:space="preserve"> 文旅主理人可以开发的知识产品包括：线上课程——如"民宿经营入门""文旅AI工具实战"等系统课程；付费社群——提供持续的知识分享和互动答疑；电子书/报告——将行业洞察和经验总结为电子出版物；咨询服务——为其他从业者或目的地提供专业咨询；工作坊/训练营——线上线下结合的深度学习产品。</w:t>
      </w:r>
    </w:p>
    <w:p>
      <w:pPr>
        <w:spacing w:after="120" w:line="360" w:lineRule="exact"/>
        <w:jc w:val="both"/>
      </w:pPr>
      <w:r>
        <w:rPr>
          <w:rFonts w:ascii="宋体" w:hAnsi="宋体" w:eastAsia="宋体"/>
          <w:b/>
          <w:sz w:val="24"/>
        </w:rPr>
        <w:t>AI在知识产品开发中的作用。</w:t>
      </w:r>
      <w:r>
        <w:rPr>
          <w:rFonts w:ascii="宋体" w:hAnsi="宋体" w:eastAsia="宋体"/>
          <w:b w:val="0"/>
          <w:sz w:val="24"/>
        </w:rPr>
        <w:t xml:space="preserve"> AI可以辅助知识产品的全流程开发：选题调研——AI分析市场需求和竞争格局，推荐选题方向；内容结构化——AI将主理人的零散知识整理为系统化的课程大纲或书籍目录；内容初稿——AI根据主理人的知识要点生成课程文案或书稿初稿；配套材料——AI自动生成课程PPT、练习题、案例分析等配套材料。</w:t>
      </w:r>
    </w:p>
    <w:p>
      <w:pPr>
        <w:spacing w:after="120" w:line="360" w:lineRule="exact"/>
        <w:jc w:val="both"/>
      </w:pPr>
      <w:r>
        <w:rPr>
          <w:rFonts w:ascii="宋体" w:hAnsi="宋体" w:eastAsia="宋体"/>
          <w:b/>
          <w:sz w:val="24"/>
        </w:rPr>
        <w:t>知识付费的运营要点。</w:t>
      </w:r>
      <w:r>
        <w:rPr>
          <w:rFonts w:ascii="宋体" w:hAnsi="宋体" w:eastAsia="宋体"/>
          <w:b w:val="0"/>
          <w:sz w:val="24"/>
        </w:rPr>
        <w:t xml:space="preserve"> 知识产品的成功不仅取决于内容质量，更取决于运营策略。关键要点包括：先免费后付费——通过免费内容建立信任，再引导付费转化；分层定价——提供不同价位的产品满足不同需求层次的受众；社群运营——将付费用户聚集为社群，通过持续互动提升满意度和复购率；口碑裂变——设计激励机制鼓励用户推荐。</w:t>
      </w:r>
    </w:p>
    <w:p>
      <w:pPr>
        <w:pStyle w:val="Heading2"/>
      </w:pPr>
      <w:r>
        <w:rPr>
          <w:rFonts w:ascii="黑体" w:hAnsi="黑体" w:eastAsia="黑体"/>
          <w:b/>
          <w:sz w:val="28"/>
        </w:rPr>
        <w:t>9.4 社群运营与粉丝经济</w:t>
      </w:r>
    </w:p>
    <w:p>
      <w:pPr>
        <w:spacing w:after="120" w:line="360" w:lineRule="exact"/>
        <w:jc w:val="both"/>
      </w:pPr>
      <w:r>
        <w:rPr>
          <w:rFonts w:ascii="宋体" w:hAnsi="宋体" w:eastAsia="宋体"/>
          <w:b w:val="0"/>
          <w:sz w:val="24"/>
        </w:rPr>
        <w:t>社群是个人品牌影响力的"放大器"——一个活跃的社群可以将主理人的影响力倍数级放大。AI工具使社群运营的效率和规模化成为可能。</w:t>
      </w:r>
    </w:p>
    <w:p>
      <w:pPr>
        <w:spacing w:after="120" w:line="360" w:lineRule="exact"/>
        <w:jc w:val="both"/>
      </w:pPr>
      <w:r>
        <w:rPr>
          <w:rFonts w:ascii="宋体" w:hAnsi="宋体" w:eastAsia="宋体"/>
          <w:b/>
          <w:sz w:val="24"/>
        </w:rPr>
        <w:t>社群建设的阶段路径。</w:t>
      </w:r>
      <w:r>
        <w:rPr>
          <w:rFonts w:ascii="宋体" w:hAnsi="宋体" w:eastAsia="宋体"/>
          <w:b w:val="0"/>
          <w:sz w:val="24"/>
        </w:rPr>
        <w:t xml:space="preserve"> 冷启动期（0-100人）——以个人互动为主，主理人亲自参与每条讨论，建立社群基调和信任氛围；成长期（100-1000人）——引入AI客服处理日常互动，主理人聚焦高质量内容输出和关键用户维护；成熟期（1000+人）——建立分层社群结构（免费大群+付费核心群+VIP小群），AI工具支撑日常运营，主理人通过"关键时刻"（如每周直播、月度答疑）保持存在感。</w:t>
      </w:r>
    </w:p>
    <w:p>
      <w:pPr>
        <w:spacing w:after="120" w:line="360" w:lineRule="exact"/>
        <w:jc w:val="both"/>
      </w:pPr>
      <w:r>
        <w:rPr>
          <w:rFonts w:ascii="宋体" w:hAnsi="宋体" w:eastAsia="宋体"/>
          <w:b/>
          <w:sz w:val="24"/>
        </w:rPr>
        <w:t>AI赋能的社群运营场景。</w:t>
      </w:r>
      <w:r>
        <w:rPr>
          <w:rFonts w:ascii="宋体" w:hAnsi="宋体" w:eastAsia="宋体"/>
          <w:b w:val="0"/>
          <w:sz w:val="24"/>
        </w:rPr>
        <w:t xml:space="preserve"> 入群引导——AI自动发送欢迎语和社群规则，引导新成员完成自我介绍；话题管理——AI根据社群活跃度自动发起话题讨论，保持社群活力；内容分发——AI根据成员标签推送个性化内容，提升内容打开率；数据监控——AI追踪社群活跃指标（发言率、互动率、留存率），及时预警活跃度下降。</w:t>
      </w:r>
    </w:p>
    <w:p>
      <w:pPr>
        <w:spacing w:after="120" w:line="360" w:lineRule="exact"/>
        <w:jc w:val="both"/>
      </w:pPr>
      <w:r>
        <w:rPr>
          <w:rFonts w:ascii="宋体" w:hAnsi="宋体" w:eastAsia="宋体"/>
          <w:b/>
          <w:sz w:val="24"/>
        </w:rPr>
        <w:t>粉丝经济的变现路径。</w:t>
      </w:r>
      <w:r>
        <w:rPr>
          <w:rFonts w:ascii="宋体" w:hAnsi="宋体" w:eastAsia="宋体"/>
          <w:b w:val="0"/>
          <w:sz w:val="24"/>
        </w:rPr>
        <w:t xml:space="preserve"> 社群粉丝的变现不仅限于直接的产品销售。多元变现路径包括：体验产品销售——社群成员优先购买和专属优惠；知识付费——社群内推广知识产品；品牌合作——基于社群影响力吸引品牌赞助和合作；IP授权——将个人品牌授权给相关产品或服务。Carlisle等学者的研究指出，旅游业就业中的数字技能鸿沟正在扩大，具备数字和AI技能的从业者在就业市场中具有显著优势[32]，这也从侧面印证了知识IP的市场价值。</w:t>
      </w:r>
    </w:p>
    <w:p>
      <w:pPr>
        <w:pStyle w:val="Heading2"/>
      </w:pPr>
      <w:r>
        <w:rPr>
          <w:rFonts w:ascii="黑体" w:hAnsi="黑体" w:eastAsia="黑体"/>
          <w:b/>
          <w:sz w:val="28"/>
        </w:rPr>
        <w:t>9.5 跨平台传播与影响力放大</w:t>
      </w:r>
    </w:p>
    <w:p>
      <w:pPr>
        <w:spacing w:after="120" w:line="360" w:lineRule="exact"/>
        <w:jc w:val="both"/>
      </w:pPr>
      <w:r>
        <w:rPr>
          <w:rFonts w:ascii="宋体" w:hAnsi="宋体" w:eastAsia="宋体"/>
          <w:b w:val="0"/>
          <w:sz w:val="24"/>
        </w:rPr>
        <w:t>在多平台并存的媒体环境中，主理人需要建立跨平台的内容分发和影响力放大策略。AI工具使跨平台运营的边际成本大幅降低。</w:t>
      </w:r>
    </w:p>
    <w:p>
      <w:pPr>
        <w:spacing w:after="120" w:line="360" w:lineRule="exact"/>
        <w:jc w:val="both"/>
      </w:pPr>
      <w:r>
        <w:rPr>
          <w:rFonts w:ascii="宋体" w:hAnsi="宋体" w:eastAsia="宋体"/>
          <w:b/>
          <w:sz w:val="24"/>
        </w:rPr>
        <w:t>平台特征适配。</w:t>
      </w:r>
      <w:r>
        <w:rPr>
          <w:rFonts w:ascii="宋体" w:hAnsi="宋体" w:eastAsia="宋体"/>
          <w:b w:val="0"/>
          <w:sz w:val="24"/>
        </w:rPr>
        <w:t xml:space="preserve"> 每个内容平台都有其独特的算法逻辑和用户偏好：小红书偏重"种草"和"攻略"，抖音偏重"情绪共鸣"和"视觉冲击"，微信视频号偏重"社交信任"和"知识分享"，B站偏重"深度内容"和"文化共创"。主理人需要基于核心内容，用AI工具快速生成各平台适配版本，实现"一次策划、多平台分发"。</w:t>
      </w:r>
    </w:p>
    <w:p>
      <w:pPr>
        <w:spacing w:after="120" w:line="360" w:lineRule="exact"/>
        <w:jc w:val="both"/>
      </w:pPr>
      <w:r>
        <w:rPr>
          <w:rFonts w:ascii="宋体" w:hAnsi="宋体" w:eastAsia="宋体"/>
          <w:b/>
          <w:sz w:val="24"/>
        </w:rPr>
        <w:t>跨平台流量闭环。</w:t>
      </w:r>
      <w:r>
        <w:rPr>
          <w:rFonts w:ascii="宋体" w:hAnsi="宋体" w:eastAsia="宋体"/>
          <w:b w:val="0"/>
          <w:sz w:val="24"/>
        </w:rPr>
        <w:t xml:space="preserve"> 跨平台运营的目标不仅是多平台曝光，更是构建流量闭环：通过短视频平台（抖音/视频号）获取新用户关注→通过图文平台（小红书/公众号）深化信任和认知→通过私域（企业微信/社群）实现转化和复购→通过用户UGC在社交平台形成口碑传播→口碑传播再次吸引新用户。AI工具在每个环节都起到效率放大作用。</w:t>
      </w:r>
    </w:p>
    <w:p>
      <w:pPr>
        <w:spacing w:after="120" w:line="360" w:lineRule="exact"/>
        <w:jc w:val="both"/>
      </w:pPr>
      <w:r>
        <w:rPr>
          <w:rFonts w:ascii="宋体" w:hAnsi="宋体" w:eastAsia="宋体"/>
          <w:b/>
          <w:sz w:val="24"/>
        </w:rPr>
        <w:t>影响力指标体系。</w:t>
      </w:r>
      <w:r>
        <w:rPr>
          <w:rFonts w:ascii="宋体" w:hAnsi="宋体" w:eastAsia="宋体"/>
          <w:b w:val="0"/>
          <w:sz w:val="24"/>
        </w:rPr>
        <w:t xml:space="preserve"> 衡量个人品牌影响力不应只看粉丝数，而应建立多维指标体系：传播力——内容曝光量和传播范围；互动力——点赞、评论、分享、收藏等互动行为；转化力——从关注到购买/行动的转化率；忠诚度——用户的复购率、推荐率和长期留存率。AI分析工具可以自动追踪这些指标并生成影响力仪表盘。</w:t>
      </w:r>
    </w:p>
    <w:p>
      <w:pPr>
        <w:spacing w:after="120"/>
        <w:ind w:left="567"/>
      </w:pPr>
      <w:r>
        <w:rPr>
          <w:rFonts w:ascii="楷体" w:hAnsi="楷体" w:eastAsia="楷体"/>
          <w:b/>
          <w:color w:val="555555"/>
          <w:sz w:val="22"/>
        </w:rPr>
        <w:t>知识卡片</w:t>
      </w:r>
      <w:r>
        <w:rPr>
          <w:rFonts w:ascii="楷体" w:hAnsi="楷体" w:eastAsia="楷体"/>
          <w:b w:val="0"/>
          <w:color w:val="555555"/>
          <w:sz w:val="22"/>
        </w:rPr>
        <w:t>：影响力的"1-9-90"法则——在社群中，约1%的用户是积极创作者，9%是偶尔互动者，90%是沉默浏览者。AI工具可以帮助识别那1%的核心创作者并重点维护，同时通过个性化触达激活沉默用户。</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[32] Carlisle S, Ivanov S, Dijkmans C. The digital skills divide: evidence from the European tourism industry[J]. Journal of Tourism Futures, 2021, 7(1): 55-67.</w:t>
      </w:r>
    </w:p>
    <w:p>
      <w:r>
        <w:br w:type="page"/>
      </w:r>
    </w:p>
    <w:p>
      <w:pPr>
        <w:pStyle w:val="Heading1"/>
      </w:pPr>
      <w:r>
        <w:rPr>
          <w:rFonts w:ascii="黑体" w:hAnsi="黑体" w:eastAsia="黑体"/>
          <w:b/>
          <w:color w:val="1F4E79"/>
          <w:sz w:val="32"/>
        </w:rPr>
        <w:t>第 10 章  从零到一：文旅主理人的AI创业实战</w:t>
      </w:r>
    </w:p>
    <w:p>
      <w:pPr>
        <w:pStyle w:val="Heading2"/>
      </w:pPr>
      <w:r>
        <w:rPr>
          <w:rFonts w:ascii="黑体" w:hAnsi="黑体" w:eastAsia="黑体"/>
          <w:b/>
          <w:sz w:val="28"/>
        </w:rPr>
        <w:t>10.1 发现机会：AI时代的文旅创业方向选择</w:t>
      </w:r>
    </w:p>
    <w:p>
      <w:pPr>
        <w:spacing w:after="120" w:line="360" w:lineRule="exact"/>
        <w:jc w:val="both"/>
      </w:pPr>
      <w:r>
        <w:rPr>
          <w:rFonts w:ascii="宋体" w:hAnsi="宋体" w:eastAsia="宋体"/>
          <w:b w:val="0"/>
          <w:sz w:val="24"/>
        </w:rPr>
        <w:t>AI时代的文旅创业，核心不在于"做什么"而在于"为什么是你做"和"AI如何让你做得更好"。机会发现需要结合三个维度：市场需求（游客需要什么）、个人优势（主理人擅长什么）和技术杠杆（AI能放大什么）。</w:t>
      </w:r>
    </w:p>
    <w:p>
      <w:pPr>
        <w:spacing w:after="120" w:line="360" w:lineRule="exact"/>
        <w:jc w:val="both"/>
      </w:pPr>
      <w:r>
        <w:rPr>
          <w:rFonts w:ascii="宋体" w:hAnsi="宋体" w:eastAsia="宋体"/>
          <w:b/>
          <w:sz w:val="24"/>
        </w:rPr>
        <w:t>市场需求识别。</w:t>
      </w:r>
      <w:r>
        <w:rPr>
          <w:rFonts w:ascii="宋体" w:hAnsi="宋体" w:eastAsia="宋体"/>
          <w:b w:val="0"/>
          <w:sz w:val="24"/>
        </w:rPr>
        <w:t xml:space="preserve"> AI时代催生了新的文旅需求类型：个性化深度体验需求——游客不再满足于标准化产品，愿意为独特体验付费；即时决策需求——游客越来越倾向于"说走就走"的旅行，需要实时信息和服务；社交分享需求——旅游消费的社交属性增强，"可分享性"成为选择目的地的重要因素；文化认同需求——游客对在地文化的深度了解需求上升，从"看景"到"懂文化"。</w:t>
      </w:r>
    </w:p>
    <w:p>
      <w:pPr>
        <w:spacing w:after="120" w:line="360" w:lineRule="exact"/>
        <w:jc w:val="both"/>
      </w:pPr>
      <w:r>
        <w:rPr>
          <w:rFonts w:ascii="宋体" w:hAnsi="宋体" w:eastAsia="宋体"/>
          <w:b/>
          <w:sz w:val="24"/>
        </w:rPr>
        <w:t>个人优势评估。</w:t>
      </w:r>
      <w:r>
        <w:rPr>
          <w:rFonts w:ascii="宋体" w:hAnsi="宋体" w:eastAsia="宋体"/>
          <w:b w:val="0"/>
          <w:sz w:val="24"/>
        </w:rPr>
        <w:t xml:space="preserve"> 主理人需要诚实评估自身优势：在地资源——是否对某个目的地有深度了解和人脉网络；专业背景——是否有文化、设计、技术等领域的专业积累；内容能力——是否具备内容创作和表达的特长；社交网络——是否已有一定的粉丝基础或行业人脉。</w:t>
      </w:r>
    </w:p>
    <w:p>
      <w:pPr>
        <w:spacing w:after="120" w:line="360" w:lineRule="exact"/>
        <w:jc w:val="both"/>
      </w:pPr>
      <w:r>
        <w:rPr>
          <w:rFonts w:ascii="宋体" w:hAnsi="宋体" w:eastAsia="宋体"/>
          <w:b/>
          <w:sz w:val="24"/>
        </w:rPr>
        <w:t>技术杠杆判断。</w:t>
      </w:r>
      <w:r>
        <w:rPr>
          <w:rFonts w:ascii="宋体" w:hAnsi="宋体" w:eastAsia="宋体"/>
          <w:b w:val="0"/>
          <w:sz w:val="24"/>
        </w:rPr>
        <w:t xml:space="preserve"> AI能够放大的方向包括：内容密集型业务——需要大量高质量内容输出的业务（如文旅IP运营）；服务密集型业务——需要大量客户互动和服务的业务（如定制旅行）；数据密集型业务——需要数据分析驱动的业务（如智能定价的民宿运营）。</w:t>
      </w:r>
    </w:p>
    <w:p>
      <w:pPr>
        <w:spacing w:after="120"/>
        <w:ind w:left="567"/>
      </w:pPr>
      <w:r>
        <w:rPr>
          <w:rFonts w:ascii="楷体" w:hAnsi="楷体" w:eastAsia="楷体"/>
          <w:b/>
          <w:color w:val="555555"/>
          <w:sz w:val="22"/>
        </w:rPr>
        <w:t>知识卡片</w:t>
      </w:r>
      <w:r>
        <w:rPr>
          <w:rFonts w:ascii="楷体" w:hAnsi="楷体" w:eastAsia="楷体"/>
          <w:b w:val="0"/>
          <w:color w:val="555555"/>
          <w:sz w:val="22"/>
        </w:rPr>
        <w:t>：AI创业机会的"三圈交集"模型——市场需求圈、个人优势圈和技术杠杆圈三者的交集，就是最佳创业方向。只满足两个圈的方向是"不错"的选择，但只有三圈交集才是"最优"选择。</w:t>
      </w:r>
    </w:p>
    <w:p>
      <w:pPr>
        <w:pStyle w:val="Heading2"/>
      </w:pPr>
      <w:r>
        <w:rPr>
          <w:rFonts w:ascii="黑体" w:hAnsi="黑体" w:eastAsia="黑体"/>
          <w:b/>
          <w:sz w:val="28"/>
        </w:rPr>
        <w:t>10.2 最小可行产品（MVP）的AI化构建</w:t>
      </w:r>
    </w:p>
    <w:p>
      <w:pPr>
        <w:spacing w:after="120" w:line="360" w:lineRule="exact"/>
        <w:jc w:val="both"/>
      </w:pPr>
      <w:r>
        <w:rPr>
          <w:rFonts w:ascii="宋体" w:hAnsi="宋体" w:eastAsia="宋体"/>
          <w:b w:val="0"/>
          <w:sz w:val="24"/>
        </w:rPr>
        <w:t>精益创业方法论的核心是"最小可行产品"（MVP）——用最低成本和最快速度构建一个能验证核心假设的产品版本。AI工具使文旅MVP的构建成本和时间大幅降低。</w:t>
      </w:r>
    </w:p>
    <w:p>
      <w:pPr>
        <w:spacing w:after="120" w:line="360" w:lineRule="exact"/>
        <w:jc w:val="both"/>
      </w:pPr>
      <w:r>
        <w:rPr>
          <w:rFonts w:ascii="宋体" w:hAnsi="宋体" w:eastAsia="宋体"/>
          <w:b/>
          <w:sz w:val="24"/>
        </w:rPr>
        <w:t>文旅MVP的类型。</w:t>
      </w:r>
      <w:r>
        <w:rPr>
          <w:rFonts w:ascii="宋体" w:hAnsi="宋体" w:eastAsia="宋体"/>
          <w:b w:val="0"/>
          <w:sz w:val="24"/>
        </w:rPr>
        <w:t xml:space="preserve"> 根据业务类型，MVP可以采取不同形式：体验产品MVP——以最小规模提供一次文旅体验活动（如一次文化走读、一场主题晚宴）；内容产品MVP——发布一组主题内容测试市场反响（如一个系列的小红书攻略帖）；服务产品MVP——提供一次完整的定制服务流程（如为一位客户设计完整行程）。</w:t>
      </w:r>
    </w:p>
    <w:p>
      <w:pPr>
        <w:spacing w:after="120" w:line="360" w:lineRule="exact"/>
        <w:jc w:val="both"/>
      </w:pPr>
      <w:r>
        <w:rPr>
          <w:rFonts w:ascii="宋体" w:hAnsi="宋体" w:eastAsia="宋体"/>
          <w:b/>
          <w:sz w:val="24"/>
        </w:rPr>
        <w:t>AI化构建流程。</w:t>
      </w:r>
      <w:r>
        <w:rPr>
          <w:rFonts w:ascii="宋体" w:hAnsi="宋体" w:eastAsia="宋体"/>
          <w:b w:val="0"/>
          <w:sz w:val="24"/>
        </w:rPr>
        <w:t xml:space="preserve"> 第一步，用AI生成产品概念和方案——将初步想法输入AI，生成多个产品方案供选择；第二步，用AIGC制作营销内容——生成产品介绍文案、宣传图片和推广视频；第三步，在社交媒体发布测试——通过内容互动数据判断市场兴趣度；第四步，用AI客服处理咨询——自动回复潜在客户的常见问题，降低服务成本；第五步，收集反馈并迭代——用AI分析用户反馈数据，识别改进方向。</w:t>
      </w:r>
    </w:p>
    <w:p>
      <w:pPr>
        <w:spacing w:after="120" w:line="360" w:lineRule="exact"/>
        <w:jc w:val="both"/>
      </w:pPr>
      <w:r>
        <w:rPr>
          <w:rFonts w:ascii="宋体" w:hAnsi="宋体" w:eastAsia="宋体"/>
          <w:b/>
          <w:sz w:val="24"/>
        </w:rPr>
        <w:t>MVP验证的关键指标。</w:t>
      </w:r>
      <w:r>
        <w:rPr>
          <w:rFonts w:ascii="宋体" w:hAnsi="宋体" w:eastAsia="宋体"/>
          <w:b w:val="0"/>
          <w:sz w:val="24"/>
        </w:rPr>
        <w:t xml:space="preserve"> 不同的MVP需要关注不同的验证指标：体验产品MVP——关注报名转化率、体验满意度和推荐意愿；内容产品MVP——关注互动率（点赞/评论/分享）、粉丝增长和私信咨询量；服务产品MVP——关注客户满意度、复购意愿和口碑传播。</w:t>
      </w:r>
    </w:p>
    <w:p>
      <w:pPr>
        <w:pStyle w:val="Heading2"/>
      </w:pPr>
      <w:r>
        <w:rPr>
          <w:rFonts w:ascii="黑体" w:hAnsi="黑体" w:eastAsia="黑体"/>
          <w:b/>
          <w:sz w:val="28"/>
        </w:rPr>
        <w:t>10.3 冷启动策略与种子用户获取</w:t>
      </w:r>
    </w:p>
    <w:p>
      <w:pPr>
        <w:spacing w:after="120" w:line="360" w:lineRule="exact"/>
        <w:jc w:val="both"/>
      </w:pPr>
      <w:r>
        <w:rPr>
          <w:rFonts w:ascii="宋体" w:hAnsi="宋体" w:eastAsia="宋体"/>
          <w:b w:val="0"/>
          <w:sz w:val="24"/>
        </w:rPr>
        <w:t>冷启动是创业最困难的阶段——没有品牌知名度、没有用户基础、没有口碑积累。AI工具可以在冷启动阶段提供关键支持。</w:t>
      </w:r>
    </w:p>
    <w:p>
      <w:pPr>
        <w:spacing w:after="120" w:line="360" w:lineRule="exact"/>
        <w:jc w:val="both"/>
      </w:pPr>
      <w:r>
        <w:rPr>
          <w:rFonts w:ascii="宋体" w:hAnsi="宋体" w:eastAsia="宋体"/>
          <w:b/>
          <w:sz w:val="24"/>
        </w:rPr>
        <w:t>种子用户画像。</w:t>
      </w:r>
      <w:r>
        <w:rPr>
          <w:rFonts w:ascii="宋体" w:hAnsi="宋体" w:eastAsia="宋体"/>
          <w:b w:val="0"/>
          <w:sz w:val="24"/>
        </w:rPr>
        <w:t xml:space="preserve"> 冷启动阶段不需要大量用户，但需要"对的用户"。种子用户应具备以下特征：对文旅体验有真实需求且愿意付费；对新事物接受度高，愿意尝试不完美的初期产品；社交影响力较强，愿意分享体验为品牌带来口碑传播；反馈意愿强，愿意提供建设性意见帮助产品改进。</w:t>
      </w:r>
    </w:p>
    <w:p>
      <w:pPr>
        <w:spacing w:after="120" w:line="360" w:lineRule="exact"/>
        <w:jc w:val="both"/>
      </w:pPr>
      <w:r>
        <w:rPr>
          <w:rFonts w:ascii="宋体" w:hAnsi="宋体" w:eastAsia="宋体"/>
          <w:b/>
          <w:sz w:val="24"/>
        </w:rPr>
        <w:t>AI赋能的种子用户获取渠道。</w:t>
      </w:r>
      <w:r>
        <w:rPr>
          <w:rFonts w:ascii="宋体" w:hAnsi="宋体" w:eastAsia="宋体"/>
          <w:b w:val="0"/>
          <w:sz w:val="24"/>
        </w:rPr>
        <w:t xml:space="preserve"> 小红书种草——用AIGC生成系列种草内容，通过精准标签触达目标用户；抖音短视频——用AI生成具有情绪共鸣的短视频内容，利用算法推荐获取自然流量；社群裂变——设计"邀请奖励"机制，用AI管理裂变流程和奖励发放；线下活动——举办小型体验活动，用AI辅助活动策划和宣传内容制作。</w:t>
      </w:r>
    </w:p>
    <w:p>
      <w:pPr>
        <w:spacing w:after="120" w:line="360" w:lineRule="exact"/>
        <w:jc w:val="both"/>
      </w:pPr>
      <w:r>
        <w:rPr>
          <w:rFonts w:ascii="宋体" w:hAnsi="宋体" w:eastAsia="宋体"/>
          <w:b/>
          <w:sz w:val="24"/>
        </w:rPr>
        <w:t>冷启动的时间节奏。</w:t>
      </w:r>
      <w:r>
        <w:rPr>
          <w:rFonts w:ascii="宋体" w:hAnsi="宋体" w:eastAsia="宋体"/>
          <w:b w:val="0"/>
          <w:sz w:val="24"/>
        </w:rPr>
        <w:t xml:space="preserve"> 建议采用"30-60-90"节奏：前30天聚焦内容建设和初始用户获取（目标：100名种子用户，30篇优质内容）；31-60天聚焦体验优化和口碑积累（目标：完成首批用户体验，收集反馈并迭代产品，NPS&gt;40）；61-90天聚焦规模化验证和模式优化（目标：用户数达到500+，验证商业模式的可持续性，单位经济模型转正）。</w:t>
      </w:r>
    </w:p>
    <w:p>
      <w:pPr>
        <w:pStyle w:val="Heading2"/>
      </w:pPr>
      <w:r>
        <w:rPr>
          <w:rFonts w:ascii="黑体" w:hAnsi="黑体" w:eastAsia="黑体"/>
          <w:b/>
          <w:sz w:val="28"/>
        </w:rPr>
        <w:t>10.4 精益创业循环：构建-测量-学习</w:t>
      </w:r>
    </w:p>
    <w:p>
      <w:pPr>
        <w:spacing w:after="120" w:line="360" w:lineRule="exact"/>
        <w:jc w:val="both"/>
      </w:pPr>
      <w:r>
        <w:rPr>
          <w:rFonts w:ascii="宋体" w:hAnsi="宋体" w:eastAsia="宋体"/>
          <w:b w:val="0"/>
          <w:sz w:val="24"/>
        </w:rPr>
        <w:t>精益创业的核心理念是"构建-测量-学习"循环——快速构建产品，测量用户反应，从数据中学习，然后调整方向再次构建。AI工具使这一循环的迭代速度显著加快。</w:t>
      </w:r>
    </w:p>
    <w:p>
      <w:pPr>
        <w:spacing w:after="120" w:line="360" w:lineRule="exact"/>
        <w:jc w:val="both"/>
      </w:pPr>
      <w:r>
        <w:rPr>
          <w:rFonts w:ascii="宋体" w:hAnsi="宋体" w:eastAsia="宋体"/>
          <w:b/>
          <w:sz w:val="24"/>
        </w:rPr>
        <w:t>构建（Build）。</w:t>
      </w:r>
      <w:r>
        <w:rPr>
          <w:rFonts w:ascii="宋体" w:hAnsi="宋体" w:eastAsia="宋体"/>
          <w:b w:val="0"/>
          <w:sz w:val="24"/>
        </w:rPr>
        <w:t xml:space="preserve"> AI使产品构建更快速、更低成本。主理人可以用AI生成产品方案、营销内容和客服流程，将MVP的构建时间从数周缩短到数天。</w:t>
      </w:r>
    </w:p>
    <w:p>
      <w:pPr>
        <w:spacing w:after="120" w:line="360" w:lineRule="exact"/>
        <w:jc w:val="both"/>
      </w:pPr>
      <w:r>
        <w:rPr>
          <w:rFonts w:ascii="宋体" w:hAnsi="宋体" w:eastAsia="宋体"/>
          <w:b/>
          <w:sz w:val="24"/>
        </w:rPr>
        <w:t>测量（Measure）。</w:t>
      </w:r>
      <w:r>
        <w:rPr>
          <w:rFonts w:ascii="宋体" w:hAnsi="宋体" w:eastAsia="宋体"/>
          <w:b w:val="0"/>
          <w:sz w:val="24"/>
        </w:rPr>
        <w:t xml:space="preserve"> AI工具使数据收集和分析更加全面和实时。通过AI数据分析工具，主理人可以实时追踪关键指标——用户增长曲线、内容互动趋势、转化漏斗各阶段数据——并自动生成可视化报表。</w:t>
      </w:r>
    </w:p>
    <w:p>
      <w:pPr>
        <w:spacing w:after="120" w:line="360" w:lineRule="exact"/>
        <w:jc w:val="both"/>
      </w:pPr>
      <w:r>
        <w:rPr>
          <w:rFonts w:ascii="宋体" w:hAnsi="宋体" w:eastAsia="宋体"/>
          <w:b/>
          <w:sz w:val="24"/>
        </w:rPr>
        <w:t>学习（Learn）。</w:t>
      </w:r>
      <w:r>
        <w:rPr>
          <w:rFonts w:ascii="宋体" w:hAnsi="宋体" w:eastAsia="宋体"/>
          <w:b w:val="0"/>
          <w:sz w:val="24"/>
        </w:rPr>
        <w:t xml:space="preserve"> AI不仅帮助收集数据，还能辅助从数据中提取洞察。主理人可以将数据输入AI分析助手，让AI识别数据中的异常点、趋势和关联关系，生成策略建议。</w:t>
      </w:r>
    </w:p>
    <w:p>
      <w:pPr>
        <w:spacing w:after="120" w:line="360" w:lineRule="exact"/>
        <w:jc w:val="both"/>
      </w:pPr>
      <w:r>
        <w:rPr>
          <w:rFonts w:ascii="宋体" w:hAnsi="宋体" w:eastAsia="宋体"/>
          <w:b/>
          <w:sz w:val="24"/>
        </w:rPr>
        <w:t>循环加速。</w:t>
      </w:r>
      <w:r>
        <w:rPr>
          <w:rFonts w:ascii="宋体" w:hAnsi="宋体" w:eastAsia="宋体"/>
          <w:b w:val="0"/>
          <w:sz w:val="24"/>
        </w:rPr>
        <w:t xml:space="preserve"> 传统精益创业的迭代周期通常以月为单位，而AI赋能下可以将周期缩短到周甚至天。例如，通过AI快速生成多种内容版本进行A/B测试，一天内就能获得明确的优化方向。这种高速迭代能力是AI时代创业者的核心优势。</w:t>
      </w:r>
    </w:p>
    <w:p>
      <w:pPr>
        <w:spacing w:after="120" w:line="360" w:lineRule="exact"/>
        <w:jc w:val="both"/>
      </w:pPr>
      <w:r>
        <w:rPr>
          <w:rFonts w:ascii="宋体" w:hAnsi="宋体" w:eastAsia="宋体"/>
          <w:b w:val="0"/>
          <w:sz w:val="24"/>
        </w:rPr>
        <w:t>Arifin等学者的研究通过中介分析发现，AI增强的创意构思和商业模式创新在职业教育中显著促进了可持续旅游技术创业者的培养[33]，这从教育视角印证了AI在创业实践中的加速作用。</w:t>
      </w:r>
    </w:p>
    <w:p>
      <w:pPr>
        <w:pStyle w:val="Heading2"/>
      </w:pPr>
      <w:r>
        <w:rPr>
          <w:rFonts w:ascii="黑体" w:hAnsi="黑体" w:eastAsia="黑体"/>
          <w:b/>
          <w:sz w:val="28"/>
        </w:rPr>
        <w:t>10.5 案例深度解析：从0到1的完整路径</w:t>
      </w:r>
    </w:p>
    <w:p>
      <w:pPr>
        <w:spacing w:after="120" w:line="360" w:lineRule="exact"/>
        <w:jc w:val="both"/>
      </w:pPr>
      <w:r>
        <w:rPr>
          <w:rFonts w:ascii="宋体" w:hAnsi="宋体" w:eastAsia="宋体"/>
          <w:b w:val="0"/>
          <w:sz w:val="24"/>
        </w:rPr>
        <w:t>以下是一个文旅主理人利用AI工具从零启动到验证商业模式的完整案例。</w:t>
      </w:r>
    </w:p>
    <w:p>
      <w:pPr>
        <w:spacing w:after="120" w:line="360" w:lineRule="exact"/>
        <w:jc w:val="both"/>
      </w:pPr>
      <w:r>
        <w:rPr>
          <w:rFonts w:ascii="宋体" w:hAnsi="宋体" w:eastAsia="宋体"/>
          <w:b/>
          <w:sz w:val="24"/>
        </w:rPr>
        <w:t>背景。</w:t>
      </w:r>
      <w:r>
        <w:rPr>
          <w:rFonts w:ascii="宋体" w:hAnsi="宋体" w:eastAsia="宋体"/>
          <w:b w:val="0"/>
          <w:sz w:val="24"/>
        </w:rPr>
        <w:t xml:space="preserve"> 某文化研究者在安顺屯堡地区有深厚的人脉和知识积累，希望将屯堡文化转化为可体验的文旅产品，但缺乏营销和运营经验。</w:t>
      </w:r>
    </w:p>
    <w:p>
      <w:pPr>
        <w:spacing w:after="120" w:line="360" w:lineRule="exact"/>
        <w:jc w:val="both"/>
      </w:pPr>
      <w:r>
        <w:rPr>
          <w:rFonts w:ascii="宋体" w:hAnsi="宋体" w:eastAsia="宋体"/>
          <w:b/>
          <w:sz w:val="24"/>
        </w:rPr>
        <w:t>第1-30天：机会验证。</w:t>
      </w:r>
      <w:r>
        <w:rPr>
          <w:rFonts w:ascii="宋体" w:hAnsi="宋体" w:eastAsia="宋体"/>
          <w:b w:val="0"/>
          <w:sz w:val="24"/>
        </w:rPr>
        <w:t xml:space="preserve"> 使用AI生成"屯堡文化深度体验"概念方案，包括一日体验和两日深度营两种产品形态。用AIGC制作系列小红书种草内容（屯堡建筑故事、明代屯军后裔生活、屯堡地戏体验等），30天内发布15篇内容，积累粉丝800+，收到私信咨询50+。</w:t>
      </w:r>
    </w:p>
    <w:p>
      <w:pPr>
        <w:spacing w:after="120" w:line="360" w:lineRule="exact"/>
        <w:jc w:val="both"/>
      </w:pPr>
      <w:r>
        <w:rPr>
          <w:rFonts w:ascii="宋体" w:hAnsi="宋体" w:eastAsia="宋体"/>
          <w:b/>
          <w:sz w:val="24"/>
        </w:rPr>
        <w:t>第31-60天：MVP测试。</w:t>
      </w:r>
      <w:r>
        <w:rPr>
          <w:rFonts w:ascii="宋体" w:hAnsi="宋体" w:eastAsia="宋体"/>
          <w:b w:val="0"/>
          <w:sz w:val="24"/>
        </w:rPr>
        <w:t xml:space="preserve"> 基于咨询反馈，推出首期"屯堡文化一日体验"活动，定价398元/人，限招10人。用AI客服处理咨询和预订，3天内招满。活动后收集用户反馈，NPS达到65（优秀水平），用户特别认可文化深度讲解和沉浸式体验设计。</w:t>
      </w:r>
    </w:p>
    <w:p>
      <w:pPr>
        <w:spacing w:after="120" w:line="360" w:lineRule="exact"/>
        <w:jc w:val="both"/>
      </w:pPr>
      <w:r>
        <w:rPr>
          <w:rFonts w:ascii="宋体" w:hAnsi="宋体" w:eastAsia="宋体"/>
          <w:b/>
          <w:sz w:val="24"/>
        </w:rPr>
        <w:t>第61-90天：迭代与扩展。</w:t>
      </w:r>
      <w:r>
        <w:rPr>
          <w:rFonts w:ascii="宋体" w:hAnsi="宋体" w:eastAsia="宋体"/>
          <w:b w:val="0"/>
          <w:sz w:val="24"/>
        </w:rPr>
        <w:t xml:space="preserve"> 根据用户反馈优化产品（增加手作体验环节、优化午餐安排），推出两日深度营产品，定价1280元/人。同步在抖音发布AI生成的短视频内容，拓展获客渠道。90天结束时，累计服务用户80人，月收入达到2.5万元，单位经济模型转正（客单价580元，获客成本80元，毛利率62%）。</w:t>
      </w:r>
    </w:p>
    <w:p>
      <w:pPr>
        <w:spacing w:after="120" w:line="360" w:lineRule="exact"/>
        <w:jc w:val="both"/>
      </w:pPr>
      <w:r>
        <w:rPr>
          <w:rFonts w:ascii="宋体" w:hAnsi="宋体" w:eastAsia="宋体"/>
          <w:b/>
          <w:sz w:val="24"/>
        </w:rPr>
        <w:t>关键成功因素。</w:t>
      </w:r>
      <w:r>
        <w:rPr>
          <w:rFonts w:ascii="宋体" w:hAnsi="宋体" w:eastAsia="宋体"/>
          <w:b w:val="0"/>
          <w:sz w:val="24"/>
        </w:rPr>
        <w:t xml:space="preserve"> 第一，AI工具降低了内容生产和客服成本，使一人运营成为可能；第二，快速的内容测试帮助验证了市场需求，避免了盲目投入；第三，用户反馈驱动的产品迭代使产品在短时间内达到市场接受度；第四，主理人的文化专业知识是核心差异化——AI放大了这一优势，但没有替代它。</w:t>
      </w:r>
    </w:p>
    <w:p>
      <w:pPr>
        <w:spacing w:after="120"/>
        <w:ind w:left="567"/>
      </w:pPr>
      <w:r>
        <w:rPr>
          <w:rFonts w:ascii="楷体" w:hAnsi="楷体" w:eastAsia="楷体"/>
          <w:b/>
          <w:color w:val="555555"/>
          <w:sz w:val="22"/>
        </w:rPr>
        <w:t>案例启示</w:t>
      </w:r>
      <w:r>
        <w:rPr>
          <w:rFonts w:ascii="楷体" w:hAnsi="楷体" w:eastAsia="楷体"/>
          <w:b w:val="0"/>
          <w:color w:val="555555"/>
          <w:sz w:val="22"/>
        </w:rPr>
        <w:t>：AI时代文旅创业的成功公式 = 深度专业积累 × AI工具杠杆 × 精益验证速度。三者缺一不可——没有专业积累，AI只能生产平庸内容；没有AI工具，专业积累无法高效转化为市场触达；没有精益验证，可能投入大量资源在错误方向上。</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[33] Arifin A F K, Ibrahim H R, Mubarok M N, et al. Cultivating sustainable tourism technopreneurs: a serial mediation analysis of AI-augmented ideation and business model innovation in vocational education[J]. Journal of Tourism, Hospitality and Travel Management, 2026, 4(1): 470.</w:t>
      </w:r>
    </w:p>
    <w:p>
      <w:r>
        <w:br w:type="page"/>
      </w:r>
    </w:p>
    <w:p>
      <w:pPr>
        <w:pStyle w:val="Heading1"/>
      </w:pPr>
      <w:r>
        <w:rPr>
          <w:rFonts w:ascii="黑体" w:hAnsi="黑体" w:eastAsia="黑体"/>
          <w:b/>
          <w:color w:val="1F4E79"/>
          <w:sz w:val="32"/>
        </w:rPr>
        <w:t>第 11 章  规模化与团队升级：从小团队到智能组织</w:t>
      </w:r>
    </w:p>
    <w:p>
      <w:pPr>
        <w:pStyle w:val="Heading2"/>
      </w:pPr>
      <w:r>
        <w:rPr>
          <w:rFonts w:ascii="黑体" w:hAnsi="黑体" w:eastAsia="黑体"/>
          <w:b/>
          <w:sz w:val="28"/>
        </w:rPr>
        <w:t>11.1 主理人+AI：超级个体的规模化瓶颈与突破</w:t>
      </w:r>
    </w:p>
    <w:p>
      <w:pPr>
        <w:spacing w:after="120" w:line="360" w:lineRule="exact"/>
        <w:jc w:val="both"/>
      </w:pPr>
      <w:r>
        <w:rPr>
          <w:rFonts w:ascii="宋体" w:hAnsi="宋体" w:eastAsia="宋体"/>
          <w:b w:val="0"/>
          <w:sz w:val="24"/>
        </w:rPr>
        <w:t>"一人公司"模式在创业初期的效率优势显著，但随着业务增长，超级个体模式会遭遇三个结构性瓶颈。</w:t>
      </w:r>
    </w:p>
    <w:p>
      <w:pPr>
        <w:spacing w:after="120" w:line="360" w:lineRule="exact"/>
        <w:jc w:val="both"/>
      </w:pPr>
      <w:r>
        <w:rPr>
          <w:rFonts w:ascii="宋体" w:hAnsi="宋体" w:eastAsia="宋体"/>
          <w:b/>
          <w:sz w:val="24"/>
        </w:rPr>
        <w:t>时间瓶颈。</w:t>
      </w:r>
      <w:r>
        <w:rPr>
          <w:rFonts w:ascii="宋体" w:hAnsi="宋体" w:eastAsia="宋体"/>
          <w:b w:val="0"/>
          <w:sz w:val="24"/>
        </w:rPr>
        <w:t xml:space="preserve"> 主理人的时间是最稀缺资源。当客户咨询量从每天10条增加到100条、内容发布从每周3条增加到每天3条、同时运营多个项目时，即使有AI工具辅助，主理人仍会面临时间不够分配的困境。</w:t>
      </w:r>
    </w:p>
    <w:p>
      <w:pPr>
        <w:spacing w:after="120" w:line="360" w:lineRule="exact"/>
        <w:jc w:val="both"/>
      </w:pPr>
      <w:r>
        <w:rPr>
          <w:rFonts w:ascii="宋体" w:hAnsi="宋体" w:eastAsia="宋体"/>
          <w:b/>
          <w:sz w:val="24"/>
        </w:rPr>
        <w:t>能力瓶颈。</w:t>
      </w:r>
      <w:r>
        <w:rPr>
          <w:rFonts w:ascii="宋体" w:hAnsi="宋体" w:eastAsia="宋体"/>
          <w:b w:val="0"/>
          <w:sz w:val="24"/>
        </w:rPr>
        <w:t xml:space="preserve"> AI工具可以放大主理人已有能力，但无法创造主理人不具备的能力。例如，主理人擅长内容创作但缺乏财务规划能力，AI虽然可以辅助生成财务报表，但无法替代专业财务判断。</w:t>
      </w:r>
    </w:p>
    <w:p>
      <w:pPr>
        <w:spacing w:after="120" w:line="360" w:lineRule="exact"/>
        <w:jc w:val="both"/>
      </w:pPr>
      <w:r>
        <w:rPr>
          <w:rFonts w:ascii="宋体" w:hAnsi="宋体" w:eastAsia="宋体"/>
          <w:b/>
          <w:sz w:val="24"/>
        </w:rPr>
        <w:t>决策瓶颈。</w:t>
      </w:r>
      <w:r>
        <w:rPr>
          <w:rFonts w:ascii="宋体" w:hAnsi="宋体" w:eastAsia="宋体"/>
          <w:b w:val="0"/>
          <w:sz w:val="24"/>
        </w:rPr>
        <w:t xml:space="preserve"> 随着业务复杂度增加，需要做出的决策数量和难度同步上升。单一主理人的信息处理能力和决策带宽有限，容易出现"决策延迟"或"决策质量下降"。</w:t>
      </w:r>
    </w:p>
    <w:p>
      <w:pPr>
        <w:spacing w:after="120" w:line="360" w:lineRule="exact"/>
        <w:jc w:val="both"/>
      </w:pPr>
      <w:r>
        <w:rPr>
          <w:rFonts w:ascii="宋体" w:hAnsi="宋体" w:eastAsia="宋体"/>
          <w:b/>
          <w:sz w:val="24"/>
        </w:rPr>
        <w:t>突破路径。</w:t>
      </w:r>
      <w:r>
        <w:rPr>
          <w:rFonts w:ascii="宋体" w:hAnsi="宋体" w:eastAsia="宋体"/>
          <w:b w:val="0"/>
          <w:sz w:val="24"/>
        </w:rPr>
        <w:t xml:space="preserve"> 时间瓶颈通过流程标准化和AI自动化突破——将重复性工作标准化后交由AI工具自动执行；能力瓶颈通过关键岗位招聘突破——招募互补能力的人才补齐短板；决策瓶颈通过数据中台和AI辅助决策突破——用数据驱动决策替代直觉决策，降低决策的认知负荷。</w:t>
      </w:r>
    </w:p>
    <w:p>
      <w:pPr>
        <w:pStyle w:val="Heading2"/>
      </w:pPr>
      <w:r>
        <w:rPr>
          <w:rFonts w:ascii="黑体" w:hAnsi="黑体" w:eastAsia="黑体"/>
          <w:b/>
          <w:sz w:val="28"/>
        </w:rPr>
        <w:t>11.2 "人+AI"混合团队的组织设计</w:t>
      </w:r>
    </w:p>
    <w:p>
      <w:pPr>
        <w:spacing w:after="120" w:line="360" w:lineRule="exact"/>
        <w:jc w:val="both"/>
      </w:pPr>
      <w:r>
        <w:rPr>
          <w:rFonts w:ascii="宋体" w:hAnsi="宋体" w:eastAsia="宋体"/>
          <w:b w:val="0"/>
          <w:sz w:val="24"/>
        </w:rPr>
        <w:t>从"主理人+AI"到"团队+AI"的升级，核心是设计"人+AI"混合团队的组织架构。这一架构的目标是让每个人都能得到AI工具的充分赋能，实现"人效倍增"。</w:t>
      </w:r>
    </w:p>
    <w:p>
      <w:pPr>
        <w:spacing w:after="120" w:line="360" w:lineRule="exact"/>
        <w:jc w:val="both"/>
      </w:pPr>
      <w:r>
        <w:rPr>
          <w:rFonts w:ascii="宋体" w:hAnsi="宋体" w:eastAsia="宋体"/>
          <w:b/>
          <w:sz w:val="24"/>
        </w:rPr>
        <w:t>混合团队的设计原则。</w:t>
      </w:r>
      <w:r>
        <w:rPr>
          <w:rFonts w:ascii="宋体" w:hAnsi="宋体" w:eastAsia="宋体"/>
          <w:b w:val="0"/>
          <w:sz w:val="24"/>
        </w:rPr>
        <w:t xml:space="preserve"> 第一，人机分工而非人机竞争——明确哪些工作由AI完成（数据整理、内容初稿、常规客服）、哪些由人完成（创意判断、关系维护、战略决策）、哪些需要人机协作（内容优化、数据分析解读、客户问题处理）。第二，AI工具标准化——团队使用统一的AI工具链，避免工具碎片化导致的协作障碍。第三，能力培养优先——投资团队成员的AI素养培养，使每个人都能熟练使用AI工具。</w:t>
      </w:r>
    </w:p>
    <w:p>
      <w:pPr>
        <w:spacing w:after="120" w:line="360" w:lineRule="exact"/>
        <w:jc w:val="both"/>
      </w:pPr>
      <w:r>
        <w:rPr>
          <w:rFonts w:ascii="宋体" w:hAnsi="宋体" w:eastAsia="宋体"/>
          <w:b/>
          <w:sz w:val="24"/>
        </w:rPr>
        <w:t>典型组织架构。</w:t>
      </w:r>
      <w:r>
        <w:rPr>
          <w:rFonts w:ascii="宋体" w:hAnsi="宋体" w:eastAsia="宋体"/>
          <w:b w:val="0"/>
          <w:sz w:val="24"/>
        </w:rPr>
        <w:t xml:space="preserve"> 一个5-10人的文旅主理人团队可以采用以下架构：主理人（1人）——负责战略方向、品牌建设和关键决策；内容运营岗（1-2人）——负责内容策划和AIGC工具操盘，AI辅助完成内容生产和分发；客户运营岗（1-2人）——负责私域运营和客户关系管理，AI客服辅助处理常规互动；产品运营岗（1-2人）——负责产品设计和体验交付，AI辅助产品方案生成和效果分析；数据/行政岗（1人）——负责数据分析和运营支持，AI工具辅助报表生成和流程管理。</w:t>
      </w:r>
    </w:p>
    <w:p>
      <w:pPr>
        <w:spacing w:after="120" w:line="360" w:lineRule="exact"/>
        <w:jc w:val="both"/>
      </w:pPr>
      <w:r>
        <w:rPr>
          <w:rFonts w:ascii="宋体" w:hAnsi="宋体" w:eastAsia="宋体"/>
          <w:b w:val="0"/>
          <w:sz w:val="24"/>
        </w:rPr>
        <w:t>Çolak的研究探讨了AI对旅游业就业结构的影响，指出管理者和员工需要利用AI来减轻不利影响并提升效率[34]，这为"人+AI"混合团队的设计提供了理论依据。</w:t>
      </w:r>
    </w:p>
    <w:p>
      <w:pPr>
        <w:pStyle w:val="Heading2"/>
      </w:pPr>
      <w:r>
        <w:rPr>
          <w:rFonts w:ascii="黑体" w:hAnsi="黑体" w:eastAsia="黑体"/>
          <w:b/>
          <w:sz w:val="28"/>
        </w:rPr>
        <w:t>11.3 AI工具链的标准化与流程化</w:t>
      </w:r>
    </w:p>
    <w:p>
      <w:pPr>
        <w:spacing w:after="120" w:line="360" w:lineRule="exact"/>
        <w:jc w:val="both"/>
      </w:pPr>
      <w:r>
        <w:rPr>
          <w:rFonts w:ascii="宋体" w:hAnsi="宋体" w:eastAsia="宋体"/>
          <w:b w:val="0"/>
          <w:sz w:val="24"/>
        </w:rPr>
        <w:t>团队高效协作的前提是工具链的标准化和流程化。缺乏标准化的AI工具使用不仅无法提升效率，反而可能造成混乱。</w:t>
      </w:r>
    </w:p>
    <w:p>
      <w:pPr>
        <w:spacing w:after="120" w:line="360" w:lineRule="exact"/>
        <w:jc w:val="both"/>
      </w:pPr>
      <w:r>
        <w:rPr>
          <w:rFonts w:ascii="宋体" w:hAnsi="宋体" w:eastAsia="宋体"/>
          <w:b/>
          <w:sz w:val="24"/>
        </w:rPr>
        <w:t>工具链标准化。</w:t>
      </w:r>
      <w:r>
        <w:rPr>
          <w:rFonts w:ascii="宋体" w:hAnsi="宋体" w:eastAsia="宋体"/>
          <w:b w:val="0"/>
          <w:sz w:val="24"/>
        </w:rPr>
        <w:t xml:space="preserve"> 团队应统一选定各功能模块的AI工具：内容生产——统一使用同一AIGC平台（如文心一言或ChatGPT），确保内容风格的一致性；项目管理——统一使用项目管理工具（如飞书、Notion）+ AI助手进行任务分配和进度追踪；客户管理——统一使用CRM系统 + AI客服，确保客户信息的完整记录和及时响应；数据分析——统一使用BI工具 + AI分析助手，确保数据口径的一致性。</w:t>
      </w:r>
    </w:p>
    <w:p>
      <w:pPr>
        <w:spacing w:after="120" w:line="360" w:lineRule="exact"/>
        <w:jc w:val="both"/>
      </w:pPr>
      <w:r>
        <w:rPr>
          <w:rFonts w:ascii="宋体" w:hAnsi="宋体" w:eastAsia="宋体"/>
          <w:b/>
          <w:sz w:val="24"/>
        </w:rPr>
        <w:t>流程SOP化。</w:t>
      </w:r>
      <w:r>
        <w:rPr>
          <w:rFonts w:ascii="宋体" w:hAnsi="宋体" w:eastAsia="宋体"/>
          <w:b w:val="0"/>
          <w:sz w:val="24"/>
        </w:rPr>
        <w:t xml:space="preserve"> 将关键业务流程标准化为SOP（标准作业程序），并在SOP中嵌入AI工具使用节点。例如，内容发布SOP可以是：选题会（人）→ AI生成初稿（AI）→ 内容审核修改（人）→ AI多平台适配（AI）→ 排期发布（AI）→ 效果追踪分析（AI+人）。每个步骤明确执行人、使用工具、时间要求和质量标准。</w:t>
      </w:r>
    </w:p>
    <w:p>
      <w:pPr>
        <w:spacing w:after="120" w:line="360" w:lineRule="exact"/>
        <w:jc w:val="both"/>
      </w:pPr>
      <w:r>
        <w:rPr>
          <w:rFonts w:ascii="宋体" w:hAnsi="宋体" w:eastAsia="宋体"/>
          <w:b/>
          <w:sz w:val="24"/>
        </w:rPr>
        <w:t>工具使用培训。</w:t>
      </w:r>
      <w:r>
        <w:rPr>
          <w:rFonts w:ascii="宋体" w:hAnsi="宋体" w:eastAsia="宋体"/>
          <w:b w:val="0"/>
          <w:sz w:val="24"/>
        </w:rPr>
        <w:t xml:space="preserve"> AI工具的有效使用需要特定技能，团队应定期开展AI工具培训：基础培训——提示词工程基础、AIGC工具操作、AI客服配置等；进阶培训——数据分析工具使用、多智能体协同配置、AI辅助决策方法等；案例分享——团队成员分享AI工具使用的成功案例和踩坑经验。</w:t>
      </w:r>
    </w:p>
    <w:p>
      <w:pPr>
        <w:pStyle w:val="Heading2"/>
      </w:pPr>
      <w:r>
        <w:rPr>
          <w:rFonts w:ascii="黑体" w:hAnsi="黑体" w:eastAsia="黑体"/>
          <w:b/>
          <w:sz w:val="28"/>
        </w:rPr>
        <w:t>11.4 团队数智化能力培养体系</w:t>
      </w:r>
    </w:p>
    <w:p>
      <w:pPr>
        <w:spacing w:after="120" w:line="360" w:lineRule="exact"/>
        <w:jc w:val="both"/>
      </w:pPr>
      <w:r>
        <w:rPr>
          <w:rFonts w:ascii="宋体" w:hAnsi="宋体" w:eastAsia="宋体"/>
          <w:b w:val="0"/>
          <w:sz w:val="24"/>
        </w:rPr>
        <w:t>团队的数智化能力是AI时代文旅组织的核心竞争力。需要建立系统化的能力培养体系。</w:t>
      </w:r>
    </w:p>
    <w:p>
      <w:pPr>
        <w:spacing w:after="120" w:line="360" w:lineRule="exact"/>
        <w:jc w:val="both"/>
      </w:pPr>
      <w:r>
        <w:rPr>
          <w:rFonts w:ascii="宋体" w:hAnsi="宋体" w:eastAsia="宋体"/>
          <w:b/>
          <w:sz w:val="24"/>
        </w:rPr>
        <w:t>能力分层模型。</w:t>
      </w:r>
      <w:r>
        <w:rPr>
          <w:rFonts w:ascii="宋体" w:hAnsi="宋体" w:eastAsia="宋体"/>
          <w:b w:val="0"/>
          <w:sz w:val="24"/>
        </w:rPr>
        <w:t xml:space="preserve"> 将团队数智化能力分为三个层次：基础层——AI工具的基本操作能力（如使用AI生成文案、操作BI看板、配置AI客服规则）；应用层——将AI工具与业务场景结合的能力（如根据营销目标设计AI内容策略、根据数据洞察优化运营方案）；创新层——利用AI创造新价值的能力（如开发新的AI赋能产品、设计新的智能体应用场景）。</w:t>
      </w:r>
    </w:p>
    <w:p>
      <w:pPr>
        <w:spacing w:after="120" w:line="360" w:lineRule="exact"/>
        <w:jc w:val="both"/>
      </w:pPr>
      <w:r>
        <w:rPr>
          <w:rFonts w:ascii="宋体" w:hAnsi="宋体" w:eastAsia="宋体"/>
          <w:b/>
          <w:sz w:val="24"/>
        </w:rPr>
        <w:t>培养路径。</w:t>
      </w:r>
      <w:r>
        <w:rPr>
          <w:rFonts w:ascii="宋体" w:hAnsi="宋体" w:eastAsia="宋体"/>
          <w:b w:val="0"/>
          <w:sz w:val="24"/>
        </w:rPr>
        <w:t xml:space="preserve"> 基础层能力通过"培训+实操"获得——集中培训后安排实操任务，在真实业务中练习；应用层能力通过"项目+复盘"获得——在具体项目中应用AI工具，定期复盘总结经验；创新层能力通过"探索+分享"获得——鼓励团队成员探索AI新工具和新用法，定期内部分享。</w:t>
      </w:r>
    </w:p>
    <w:p>
      <w:pPr>
        <w:spacing w:after="120" w:line="360" w:lineRule="exact"/>
        <w:jc w:val="both"/>
      </w:pPr>
      <w:r>
        <w:rPr>
          <w:rFonts w:ascii="宋体" w:hAnsi="宋体" w:eastAsia="宋体"/>
          <w:b/>
          <w:sz w:val="24"/>
        </w:rPr>
        <w:t>能力评估。</w:t>
      </w:r>
      <w:r>
        <w:rPr>
          <w:rFonts w:ascii="宋体" w:hAnsi="宋体" w:eastAsia="宋体"/>
          <w:b w:val="0"/>
          <w:sz w:val="24"/>
        </w:rPr>
        <w:t xml:space="preserve"> 建立数智化能力评估矩阵，定期评估团队成员各层次的能力水平，识别短板并制定针对性提升计划。Sridevi和Ganesh Babu提出的AGILE框架为AI增强工作场所的课程重新设计提供了参考[35]，可以作为团队能力培养体系设计的借鉴。</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能力层次</w:t>
            </w:r>
          </w:p>
        </w:tc>
        <w:tc>
          <w:tcPr>
            <w:tcW w:type="dxa" w:w="2160"/>
            <w:shd w:fill="1F4E79"/>
          </w:tcPr>
          <w:p>
            <w:r/>
            <w:r>
              <w:rPr>
                <w:rFonts w:ascii="宋体" w:hAnsi="宋体" w:eastAsia="宋体"/>
                <w:b/>
                <w:color w:val="FFFFFF"/>
                <w:sz w:val="20"/>
              </w:rPr>
              <w:t>核心技能</w:t>
            </w:r>
          </w:p>
        </w:tc>
        <w:tc>
          <w:tcPr>
            <w:tcW w:type="dxa" w:w="2160"/>
            <w:shd w:fill="1F4E79"/>
          </w:tcPr>
          <w:p>
            <w:r/>
            <w:r>
              <w:rPr>
                <w:rFonts w:ascii="宋体" w:hAnsi="宋体" w:eastAsia="宋体"/>
                <w:b/>
                <w:color w:val="FFFFFF"/>
                <w:sz w:val="20"/>
              </w:rPr>
              <w:t>培养方式</w:t>
            </w:r>
          </w:p>
        </w:tc>
        <w:tc>
          <w:tcPr>
            <w:tcW w:type="dxa" w:w="2160"/>
            <w:shd w:fill="1F4E79"/>
          </w:tcPr>
          <w:p>
            <w:r/>
            <w:r>
              <w:rPr>
                <w:rFonts w:ascii="宋体" w:hAnsi="宋体" w:eastAsia="宋体"/>
                <w:b/>
                <w:color w:val="FFFFFF"/>
                <w:sz w:val="20"/>
              </w:rPr>
              <w:t>评估指标</w:t>
            </w:r>
          </w:p>
        </w:tc>
      </w:tr>
      <w:tr>
        <w:tc>
          <w:tcPr>
            <w:tcW w:type="dxa" w:w="2160"/>
            <w:shd w:fill="F2F2F2"/>
          </w:tcPr>
          <w:p>
            <w:r/>
            <w:r>
              <w:rPr>
                <w:rFonts w:ascii="宋体" w:hAnsi="宋体" w:eastAsia="宋体"/>
                <w:b w:val="0"/>
                <w:sz w:val="20"/>
              </w:rPr>
              <w:t>基础层</w:t>
            </w:r>
          </w:p>
        </w:tc>
        <w:tc>
          <w:tcPr>
            <w:tcW w:type="dxa" w:w="2160"/>
            <w:shd w:fill="F2F2F2"/>
          </w:tcPr>
          <w:p>
            <w:r/>
            <w:r>
              <w:rPr>
                <w:rFonts w:ascii="宋体" w:hAnsi="宋体" w:eastAsia="宋体"/>
                <w:b w:val="0"/>
                <w:sz w:val="20"/>
              </w:rPr>
              <w:t>AI工具操作</w:t>
            </w:r>
          </w:p>
        </w:tc>
        <w:tc>
          <w:tcPr>
            <w:tcW w:type="dxa" w:w="2160"/>
            <w:shd w:fill="F2F2F2"/>
          </w:tcPr>
          <w:p>
            <w:r/>
            <w:r>
              <w:rPr>
                <w:rFonts w:ascii="宋体" w:hAnsi="宋体" w:eastAsia="宋体"/>
                <w:b w:val="0"/>
                <w:sz w:val="20"/>
              </w:rPr>
              <w:t>培训+实操</w:t>
            </w:r>
          </w:p>
        </w:tc>
        <w:tc>
          <w:tcPr>
            <w:tcW w:type="dxa" w:w="2160"/>
            <w:shd w:fill="F2F2F2"/>
          </w:tcPr>
          <w:p>
            <w:r/>
            <w:r>
              <w:rPr>
                <w:rFonts w:ascii="宋体" w:hAnsi="宋体" w:eastAsia="宋体"/>
                <w:b w:val="0"/>
                <w:sz w:val="20"/>
              </w:rPr>
              <w:t>工具使用熟练度</w:t>
            </w:r>
          </w:p>
        </w:tc>
      </w:tr>
      <w:tr>
        <w:tc>
          <w:tcPr>
            <w:tcW w:type="dxa" w:w="2160"/>
          </w:tcPr>
          <w:p>
            <w:r/>
            <w:r>
              <w:rPr>
                <w:rFonts w:ascii="宋体" w:hAnsi="宋体" w:eastAsia="宋体"/>
                <w:b w:val="0"/>
                <w:sz w:val="20"/>
              </w:rPr>
              <w:t>应用层</w:t>
            </w:r>
          </w:p>
        </w:tc>
        <w:tc>
          <w:tcPr>
            <w:tcW w:type="dxa" w:w="2160"/>
          </w:tcPr>
          <w:p>
            <w:r/>
            <w:r>
              <w:rPr>
                <w:rFonts w:ascii="宋体" w:hAnsi="宋体" w:eastAsia="宋体"/>
                <w:b w:val="0"/>
                <w:sz w:val="20"/>
              </w:rPr>
              <w:t>业务场景结合</w:t>
            </w:r>
          </w:p>
        </w:tc>
        <w:tc>
          <w:tcPr>
            <w:tcW w:type="dxa" w:w="2160"/>
          </w:tcPr>
          <w:p>
            <w:r/>
            <w:r>
              <w:rPr>
                <w:rFonts w:ascii="宋体" w:hAnsi="宋体" w:eastAsia="宋体"/>
                <w:b w:val="0"/>
                <w:sz w:val="20"/>
              </w:rPr>
              <w:t>项目+复盘</w:t>
            </w:r>
          </w:p>
        </w:tc>
        <w:tc>
          <w:tcPr>
            <w:tcW w:type="dxa" w:w="2160"/>
          </w:tcPr>
          <w:p>
            <w:r/>
            <w:r>
              <w:rPr>
                <w:rFonts w:ascii="宋体" w:hAnsi="宋体" w:eastAsia="宋体"/>
                <w:b w:val="0"/>
                <w:sz w:val="20"/>
              </w:rPr>
              <w:t>问题解决效率</w:t>
            </w:r>
          </w:p>
        </w:tc>
      </w:tr>
      <w:tr>
        <w:tc>
          <w:tcPr>
            <w:tcW w:type="dxa" w:w="2160"/>
            <w:shd w:fill="F2F2F2"/>
          </w:tcPr>
          <w:p>
            <w:r/>
            <w:r>
              <w:rPr>
                <w:rFonts w:ascii="宋体" w:hAnsi="宋体" w:eastAsia="宋体"/>
                <w:b w:val="0"/>
                <w:sz w:val="20"/>
              </w:rPr>
              <w:t>创新层</w:t>
            </w:r>
          </w:p>
        </w:tc>
        <w:tc>
          <w:tcPr>
            <w:tcW w:type="dxa" w:w="2160"/>
            <w:shd w:fill="F2F2F2"/>
          </w:tcPr>
          <w:p>
            <w:r/>
            <w:r>
              <w:rPr>
                <w:rFonts w:ascii="宋体" w:hAnsi="宋体" w:eastAsia="宋体"/>
                <w:b w:val="0"/>
                <w:sz w:val="20"/>
              </w:rPr>
              <w:t>创造新价值</w:t>
            </w:r>
          </w:p>
        </w:tc>
        <w:tc>
          <w:tcPr>
            <w:tcW w:type="dxa" w:w="2160"/>
            <w:shd w:fill="F2F2F2"/>
          </w:tcPr>
          <w:p>
            <w:r/>
            <w:r>
              <w:rPr>
                <w:rFonts w:ascii="宋体" w:hAnsi="宋体" w:eastAsia="宋体"/>
                <w:b w:val="0"/>
                <w:sz w:val="20"/>
              </w:rPr>
              <w:t>探索+分享</w:t>
            </w:r>
          </w:p>
        </w:tc>
        <w:tc>
          <w:tcPr>
            <w:tcW w:type="dxa" w:w="2160"/>
            <w:shd w:fill="F2F2F2"/>
          </w:tcPr>
          <w:p>
            <w:r/>
            <w:r>
              <w:rPr>
                <w:rFonts w:ascii="宋体" w:hAnsi="宋体" w:eastAsia="宋体"/>
                <w:b w:val="0"/>
                <w:sz w:val="20"/>
              </w:rPr>
              <w:t>创新成果数量</w:t>
            </w:r>
          </w:p>
        </w:tc>
      </w:tr>
    </w:tbl>
    <w:p>
      <w:pPr>
        <w:pStyle w:val="Heading2"/>
      </w:pPr>
      <w:r>
        <w:rPr>
          <w:rFonts w:ascii="黑体" w:hAnsi="黑体" w:eastAsia="黑体"/>
          <w:b/>
          <w:sz w:val="28"/>
        </w:rPr>
        <w:t>11.5 从主理人到企业家：领导力升级</w:t>
      </w:r>
    </w:p>
    <w:p>
      <w:pPr>
        <w:spacing w:after="120" w:line="360" w:lineRule="exact"/>
        <w:jc w:val="both"/>
      </w:pPr>
      <w:r>
        <w:rPr>
          <w:rFonts w:ascii="宋体" w:hAnsi="宋体" w:eastAsia="宋体"/>
          <w:b w:val="0"/>
          <w:sz w:val="24"/>
        </w:rPr>
        <w:t>业务规模化和团队成长要求主理人完成从"个体贡献者"到"组织领导者"的角色转变。这一转变是文旅主理人升级之路中最具挑战性的环节。</w:t>
      </w:r>
    </w:p>
    <w:p>
      <w:pPr>
        <w:spacing w:after="120" w:line="360" w:lineRule="exact"/>
        <w:jc w:val="both"/>
      </w:pPr>
      <w:r>
        <w:rPr>
          <w:rFonts w:ascii="宋体" w:hAnsi="宋体" w:eastAsia="宋体"/>
          <w:b/>
          <w:sz w:val="24"/>
        </w:rPr>
        <w:t>领导力转变的核心。</w:t>
      </w:r>
      <w:r>
        <w:rPr>
          <w:rFonts w:ascii="宋体" w:hAnsi="宋体" w:eastAsia="宋体"/>
          <w:b w:val="0"/>
          <w:sz w:val="24"/>
        </w:rPr>
        <w:t xml:space="preserve"> 从"做事"到"用人"——从亲自完成工作转向通过他人完成工作；从"战术思维"到"战略思维"——从关注日常运营细节转向思考长期方向和竞争策略；从"个人品牌"到"组织品牌"——从依赖个人影响力转向建设组织能力和品牌资产；从"直觉决策"到"系统决策"——从凭借个人经验决策转向建立数据驱动的决策机制。</w:t>
      </w:r>
    </w:p>
    <w:p>
      <w:pPr>
        <w:spacing w:after="120" w:line="360" w:lineRule="exact"/>
        <w:jc w:val="both"/>
      </w:pPr>
      <w:r>
        <w:rPr>
          <w:rFonts w:ascii="宋体" w:hAnsi="宋体" w:eastAsia="宋体"/>
          <w:b/>
          <w:sz w:val="24"/>
        </w:rPr>
        <w:t>授权与信任。</w:t>
      </w:r>
      <w:r>
        <w:rPr>
          <w:rFonts w:ascii="宋体" w:hAnsi="宋体" w:eastAsia="宋体"/>
          <w:b w:val="0"/>
          <w:sz w:val="24"/>
        </w:rPr>
        <w:t xml:space="preserve"> 有效的授权是从主理人到企业家转变的关键。主理人需要学会将非核心工作授权给团队成员，同时建立信任和问责机制。AI工具在这一过程中扮演重要角色——通过数据看板和AI监控工具，主理人可以实时了解团队工作进展和关键指标，无需事必躬亲也能保持对业务的掌控。</w:t>
      </w:r>
    </w:p>
    <w:p>
      <w:pPr>
        <w:spacing w:after="120" w:line="360" w:lineRule="exact"/>
        <w:jc w:val="both"/>
      </w:pPr>
      <w:r>
        <w:rPr>
          <w:rFonts w:ascii="宋体" w:hAnsi="宋体" w:eastAsia="宋体"/>
          <w:b/>
          <w:sz w:val="24"/>
        </w:rPr>
        <w:t>文化建设。</w:t>
      </w:r>
      <w:r>
        <w:rPr>
          <w:rFonts w:ascii="宋体" w:hAnsi="宋体" w:eastAsia="宋体"/>
          <w:b w:val="0"/>
          <w:sz w:val="24"/>
        </w:rPr>
        <w:t xml:space="preserve"> 随着团队成长，组织文化成为凝聚力的核心。主理人需要有意塑造团队文化：鼓励AI工具使用的"技术友好"文化——团队成员乐于尝试新工具、分享使用心得；数据驱动的"实事求是"文化——决策基于数据而非权威或直觉；持续学习的"成长型思维"文化——面对变化和挑战时保持学习和适应的态度。</w:t>
      </w:r>
    </w:p>
    <w:p>
      <w:pPr>
        <w:spacing w:after="120"/>
        <w:ind w:left="567"/>
      </w:pPr>
      <w:r>
        <w:rPr>
          <w:rFonts w:ascii="楷体" w:hAnsi="楷体" w:eastAsia="楷体"/>
          <w:b/>
          <w:color w:val="555555"/>
          <w:sz w:val="22"/>
        </w:rPr>
        <w:t>知识卡片</w:t>
      </w:r>
      <w:r>
        <w:rPr>
          <w:rFonts w:ascii="楷体" w:hAnsi="楷体" w:eastAsia="楷体"/>
          <w:b w:val="0"/>
          <w:color w:val="555555"/>
          <w:sz w:val="22"/>
        </w:rPr>
        <w:t>：主理人→企业家的领导力升维路径——做事（个人贡献者）→管事（运营管理者）→用人（团队领导者）→谋局（战略决策者）→造境（组织文化建设者）。每次升维都意味着放弃一部分"舒适区"的工作，投入更高维度的责任。</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[34] Çolak O. The impact of artificial intelligence on the employment structure of the tourism industry: An interview with ChatGPT[J]. İktisadi ve İdari Bilimler Dergisi, 2023, 5(2): 1347642.</w:t>
      </w:r>
    </w:p>
    <w:p>
      <w:pPr>
        <w:spacing w:after="120" w:line="360" w:lineRule="exact"/>
        <w:jc w:val="both"/>
      </w:pPr>
      <w:r>
        <w:rPr>
          <w:rFonts w:ascii="宋体" w:hAnsi="宋体" w:eastAsia="宋体"/>
          <w:b w:val="0"/>
          <w:sz w:val="24"/>
        </w:rPr>
        <w:t>[35] Sridevi S, Ganesh Babu A. Redesigning the curricula of tourism education: an AGILE framework for AI-augmented workplaces[J]. Journal of Management, 2026, 13(1): 10334.</w:t>
      </w:r>
    </w:p>
    <w:p>
      <w:r>
        <w:br w:type="page"/>
      </w:r>
    </w:p>
    <w:p>
      <w:pPr>
        <w:pStyle w:val="Heading1"/>
      </w:pPr>
      <w:r>
        <w:rPr>
          <w:rFonts w:ascii="黑体" w:hAnsi="黑体" w:eastAsia="黑体"/>
          <w:b/>
          <w:color w:val="1F4E79"/>
          <w:sz w:val="32"/>
        </w:rPr>
        <w:t>第 12 章  面向未来的文旅主理人生态</w:t>
      </w:r>
    </w:p>
    <w:p>
      <w:pPr>
        <w:pStyle w:val="Heading2"/>
      </w:pPr>
      <w:r>
        <w:rPr>
          <w:rFonts w:ascii="黑体" w:hAnsi="黑体" w:eastAsia="黑体"/>
          <w:b/>
          <w:sz w:val="28"/>
        </w:rPr>
        <w:t>12.1 文旅主理人生态系统的构成与演化</w:t>
      </w:r>
    </w:p>
    <w:p>
      <w:pPr>
        <w:spacing w:after="120" w:line="360" w:lineRule="exact"/>
        <w:jc w:val="both"/>
      </w:pPr>
      <w:r>
        <w:rPr>
          <w:rFonts w:ascii="宋体" w:hAnsi="宋体" w:eastAsia="宋体"/>
          <w:b w:val="0"/>
          <w:sz w:val="24"/>
        </w:rPr>
        <w:t>文旅主理人不是孤立存在的个体，而是嵌入在一个多层次生态系统中的参与者。理解这个生态系统的结构和演化趋势，有助于主理人找到自身的生态位和发展方向。</w:t>
      </w:r>
    </w:p>
    <w:p>
      <w:pPr>
        <w:spacing w:after="120" w:line="360" w:lineRule="exact"/>
        <w:jc w:val="both"/>
      </w:pPr>
      <w:r>
        <w:rPr>
          <w:rFonts w:ascii="宋体" w:hAnsi="宋体" w:eastAsia="宋体"/>
          <w:b/>
          <w:sz w:val="24"/>
        </w:rPr>
        <w:t>生态系统的四层结构。</w:t>
      </w:r>
      <w:r>
        <w:rPr>
          <w:rFonts w:ascii="宋体" w:hAnsi="宋体" w:eastAsia="宋体"/>
          <w:b w:val="0"/>
          <w:sz w:val="24"/>
        </w:rPr>
        <w:t xml:space="preserve"> 核心层是主理人个体及其团队，负责具体文旅项目的策划和运营；平台层包括内容平台（小红书、抖音等）、交易平台（携程、美团等）和AI工具平台（各类SaaS工具），提供流量、工具和基础设施；资源层包括目的地的自然和文化资源、供应商网络和本地社区，为主理人提供产品和服务的物质基础；环境层包括政策法规、技术趋势、宏观经济和消费文化，影响整个生态系统的发展方向。</w:t>
      </w:r>
    </w:p>
    <w:p>
      <w:pPr>
        <w:spacing w:after="120" w:line="360" w:lineRule="exact"/>
        <w:jc w:val="both"/>
      </w:pPr>
      <w:r>
        <w:rPr>
          <w:rFonts w:ascii="宋体" w:hAnsi="宋体" w:eastAsia="宋体"/>
          <w:b/>
          <w:sz w:val="24"/>
        </w:rPr>
        <w:t>生态演化趋势。</w:t>
      </w:r>
      <w:r>
        <w:rPr>
          <w:rFonts w:ascii="宋体" w:hAnsi="宋体" w:eastAsia="宋体"/>
          <w:b w:val="0"/>
          <w:sz w:val="24"/>
        </w:rPr>
        <w:t xml:space="preserve"> 当前文旅主理人生态系统呈现三个显著演化趋势。一是"去中心化"——从少数大型文旅企业主导的集中式供给，向大量个性化主理人分布式供给转变。AI工具降低了创业门槛，使更多个体能够成为文旅供给者。二是"智能化"——AI从辅助工具进化为基础设施，深度嵌入生态系统的各层。从内容生产到客户服务、从流量分配到交易撮合，AI都在重塑生态规则。三是"融合化"——文旅与其他产业的边界日益模糊，教育、科技、娱乐、零售等产业与文旅深度融合，催生跨界新物种。</w:t>
      </w:r>
    </w:p>
    <w:p>
      <w:pPr>
        <w:spacing w:after="120"/>
        <w:ind w:left="567"/>
      </w:pPr>
      <w:r>
        <w:rPr>
          <w:rFonts w:ascii="楷体" w:hAnsi="楷体" w:eastAsia="楷体"/>
          <w:b/>
          <w:color w:val="555555"/>
          <w:sz w:val="22"/>
        </w:rPr>
        <w:t>知识卡片</w:t>
      </w:r>
      <w:r>
        <w:rPr>
          <w:rFonts w:ascii="楷体" w:hAnsi="楷体" w:eastAsia="楷体"/>
          <w:b w:val="0"/>
          <w:color w:val="555555"/>
          <w:sz w:val="22"/>
        </w:rPr>
        <w:t>：生态系统中的"生态位"概念。每个主理人在生态系统中都有自己的生态位——特定的目标客群、特定的价值主张和特定的资源组合。找到并巩固自己的生态位，比盲目扩张更重要。生态位越独特，竞争越少，生存越稳定。</w:t>
      </w:r>
    </w:p>
    <w:p>
      <w:pPr>
        <w:pStyle w:val="Heading2"/>
      </w:pPr>
      <w:r>
        <w:rPr>
          <w:rFonts w:ascii="黑体" w:hAnsi="黑体" w:eastAsia="黑体"/>
          <w:b/>
          <w:sz w:val="28"/>
        </w:rPr>
        <w:t>12.2 平台经济与主理人共生模式</w:t>
      </w:r>
    </w:p>
    <w:p>
      <w:pPr>
        <w:spacing w:after="120" w:line="360" w:lineRule="exact"/>
        <w:jc w:val="both"/>
      </w:pPr>
      <w:r>
        <w:rPr>
          <w:rFonts w:ascii="宋体" w:hAnsi="宋体" w:eastAsia="宋体"/>
          <w:b w:val="0"/>
          <w:sz w:val="24"/>
        </w:rPr>
        <w:t>平台与主理人的关系是文旅生态中最关键的博弈关系。理解这一关系的本质，有助于主理人制定更明智的平台策略。</w:t>
      </w:r>
    </w:p>
    <w:p>
      <w:pPr>
        <w:spacing w:after="120" w:line="360" w:lineRule="exact"/>
        <w:jc w:val="both"/>
      </w:pPr>
      <w:r>
        <w:rPr>
          <w:rFonts w:ascii="宋体" w:hAnsi="宋体" w:eastAsia="宋体"/>
          <w:b/>
          <w:sz w:val="24"/>
        </w:rPr>
        <w:t>平台的价值捕获机制。</w:t>
      </w:r>
      <w:r>
        <w:rPr>
          <w:rFonts w:ascii="宋体" w:hAnsi="宋体" w:eastAsia="宋体"/>
          <w:b w:val="0"/>
          <w:sz w:val="24"/>
        </w:rPr>
        <w:t xml:space="preserve"> 平台通过三种方式从主理人创造的价值中获取收益：流量分发权——平台算法决定哪些主理人获得更多曝光，主理人需要适应平台规则或付费购买流量；交易佣金——通过平台完成的交易需支付佣金，平台有动力引导更多交易在平台内完成；数据资产——平台积累的用户行为数据具有战略价值，但主理人通常无法获取完整数据。</w:t>
      </w:r>
    </w:p>
    <w:p>
      <w:pPr>
        <w:spacing w:after="120" w:line="360" w:lineRule="exact"/>
        <w:jc w:val="both"/>
      </w:pPr>
      <w:r>
        <w:rPr>
          <w:rFonts w:ascii="宋体" w:hAnsi="宋体" w:eastAsia="宋体"/>
          <w:b/>
          <w:sz w:val="24"/>
        </w:rPr>
        <w:t>主理人的平台策略。</w:t>
      </w:r>
      <w:r>
        <w:rPr>
          <w:rFonts w:ascii="宋体" w:hAnsi="宋体" w:eastAsia="宋体"/>
          <w:b w:val="0"/>
          <w:sz w:val="24"/>
        </w:rPr>
        <w:t xml:space="preserve"> 面对平台的强势地位，主理人应采取"多平台布局+私域沉淀"的策略：多平台布局——在3-5个平台同步运营，避免单一平台依赖，根据各平台的用户特征和算法偏好进行差异化内容适配；私域沉淀——将平台流量引导至私域（企业微信、社群、小程序），建立不依赖平台的自主用户资产；品牌驱动——以个人品牌而非平台流量作为长期竞争力，使用户"因为主理人而来"而非"因为平台推荐而来"。</w:t>
      </w:r>
    </w:p>
    <w:p>
      <w:pPr>
        <w:spacing w:after="120" w:line="360" w:lineRule="exact"/>
        <w:jc w:val="both"/>
      </w:pPr>
      <w:r>
        <w:rPr>
          <w:rFonts w:ascii="宋体" w:hAnsi="宋体" w:eastAsia="宋体"/>
          <w:b/>
          <w:sz w:val="24"/>
        </w:rPr>
        <w:t>共生模式的未来。</w:t>
      </w:r>
      <w:r>
        <w:rPr>
          <w:rFonts w:ascii="宋体" w:hAnsi="宋体" w:eastAsia="宋体"/>
          <w:b w:val="0"/>
          <w:sz w:val="24"/>
        </w:rPr>
        <w:t xml:space="preserve"> 随着AI技术的发展，平台与主理人的关系可能出现新的变化。AI搜索引擎的崛起可能削弱传统内容平台的流量分发权——用户直接向AI询问推荐，而非在平台上浏览。这为主理人提供了绕过平台、直达用户的新通道。GEO策略的重要性因此上升，主理人需要确保品牌在AI生成推荐中获得曝光。</w:t>
      </w:r>
    </w:p>
    <w:p>
      <w:pPr>
        <w:pStyle w:val="Heading2"/>
      </w:pPr>
      <w:r>
        <w:rPr>
          <w:rFonts w:ascii="黑体" w:hAnsi="黑体" w:eastAsia="黑体"/>
          <w:b/>
          <w:sz w:val="28"/>
        </w:rPr>
        <w:t>12.3 政策红利与产业扶持路径</w:t>
      </w:r>
    </w:p>
    <w:p>
      <w:pPr>
        <w:spacing w:after="120" w:line="360" w:lineRule="exact"/>
        <w:jc w:val="both"/>
      </w:pPr>
      <w:r>
        <w:rPr>
          <w:rFonts w:ascii="宋体" w:hAnsi="宋体" w:eastAsia="宋体"/>
          <w:b w:val="0"/>
          <w:sz w:val="24"/>
        </w:rPr>
        <w:t>政策环境是文旅主理人生态的重要外部因素。近年来，国家和地方政府出台了一系列支持文旅产业数字化和创新创业的政策，主理人应积极了解和利用这些政策红利。</w:t>
      </w:r>
    </w:p>
    <w:p>
      <w:pPr>
        <w:spacing w:after="120" w:line="360" w:lineRule="exact"/>
        <w:jc w:val="both"/>
      </w:pPr>
      <w:r>
        <w:rPr>
          <w:rFonts w:ascii="宋体" w:hAnsi="宋体" w:eastAsia="宋体"/>
          <w:b/>
          <w:sz w:val="24"/>
        </w:rPr>
        <w:t>国家级政策方向。</w:t>
      </w:r>
      <w:r>
        <w:rPr>
          <w:rFonts w:ascii="宋体" w:hAnsi="宋体" w:eastAsia="宋体"/>
          <w:b w:val="0"/>
          <w:sz w:val="24"/>
        </w:rPr>
        <w:t xml:space="preserve"> "十四五"规划明确提出推动文化和旅游融合发展，促进智慧旅游发展。文化和旅游部多次发文鼓励数字技术在文旅领域的应用，支持新业态发展。此外，国家大力推动乡村振兴战略，文旅主理人在乡村地区的创业项目可以享受相关扶持政策。</w:t>
      </w:r>
    </w:p>
    <w:p>
      <w:pPr>
        <w:spacing w:after="120" w:line="360" w:lineRule="exact"/>
        <w:jc w:val="both"/>
      </w:pPr>
      <w:r>
        <w:rPr>
          <w:rFonts w:ascii="宋体" w:hAnsi="宋体" w:eastAsia="宋体"/>
          <w:b/>
          <w:sz w:val="24"/>
        </w:rPr>
        <w:t>地方性扶持措施。</w:t>
      </w:r>
      <w:r>
        <w:rPr>
          <w:rFonts w:ascii="宋体" w:hAnsi="宋体" w:eastAsia="宋体"/>
          <w:b w:val="0"/>
          <w:sz w:val="24"/>
        </w:rPr>
        <w:t xml:space="preserve"> 各地政府针对文旅创新创业的具体扶持措施包括：创业补贴——对符合条件的文旅创业项目给予一次性创业补贴；税收优惠——小微企业税收减免政策普遍适用于初创期文旅主理人；场地支持——部分地区的文创园区、旅游示范区提供优惠租金或免租期；培训资源——政府主导的创业培训和数字技能培训项目，主理人可以免费或低价参加。</w:t>
      </w:r>
    </w:p>
    <w:p>
      <w:pPr>
        <w:spacing w:after="120" w:line="360" w:lineRule="exact"/>
        <w:jc w:val="both"/>
      </w:pPr>
      <w:r>
        <w:rPr>
          <w:rFonts w:ascii="宋体" w:hAnsi="宋体" w:eastAsia="宋体"/>
          <w:b/>
          <w:sz w:val="24"/>
        </w:rPr>
        <w:t>主理人的政策利用策略。</w:t>
      </w:r>
      <w:r>
        <w:rPr>
          <w:rFonts w:ascii="宋体" w:hAnsi="宋体" w:eastAsia="宋体"/>
          <w:b w:val="0"/>
          <w:sz w:val="24"/>
        </w:rPr>
        <w:t xml:space="preserve"> 主动关注——定期查看当地文旅部门、人社部门和科技部门的政策发布；精准匹配——根据自身业务类型和发展阶段，筛选适合的政策进行申报；合规经营——政策扶持通常要求合规经营资质，主理人应提前完善工商注册、税务登记等基础合规要求；长期规划——将政策红利纳入长期经营规划，不依赖政策但善用政策。</w:t>
      </w:r>
    </w:p>
    <w:p>
      <w:pPr>
        <w:pStyle w:val="Heading2"/>
      </w:pPr>
      <w:r>
        <w:rPr>
          <w:rFonts w:ascii="黑体" w:hAnsi="黑体" w:eastAsia="黑体"/>
          <w:b/>
          <w:sz w:val="28"/>
        </w:rPr>
        <w:t>12.4 全球视野：国际文旅主理人发展趋势</w:t>
      </w:r>
    </w:p>
    <w:p>
      <w:pPr>
        <w:spacing w:after="120" w:line="360" w:lineRule="exact"/>
        <w:jc w:val="both"/>
      </w:pPr>
      <w:r>
        <w:rPr>
          <w:rFonts w:ascii="宋体" w:hAnsi="宋体" w:eastAsia="宋体"/>
          <w:b w:val="0"/>
          <w:sz w:val="24"/>
        </w:rPr>
        <w:t>国际文旅产业的实践为国内主理人提供了有价值的参考。通过对比分析国际趋势，可以发现未来的发展方向和机会。</w:t>
      </w:r>
    </w:p>
    <w:p>
      <w:pPr>
        <w:spacing w:after="120" w:line="360" w:lineRule="exact"/>
        <w:jc w:val="both"/>
      </w:pPr>
      <w:r>
        <w:rPr>
          <w:rFonts w:ascii="宋体" w:hAnsi="宋体" w:eastAsia="宋体"/>
          <w:b/>
          <w:sz w:val="24"/>
        </w:rPr>
        <w:t>趋势一：体验经济的深度化。</w:t>
      </w:r>
      <w:r>
        <w:rPr>
          <w:rFonts w:ascii="宋体" w:hAnsi="宋体" w:eastAsia="宋体"/>
          <w:b w:val="0"/>
          <w:sz w:val="24"/>
        </w:rPr>
        <w:t xml:space="preserve"> 国际文旅市场已从"观光旅游"全面转向"体验旅游"。Airbnb Experiences平台的成功表明，游客愿意为由当地人主导的深度文化体验付费。这一趋势在国内也在加速，主理人提供的个性化体验产品正在替代传统的标准化旅游产品。Bronzin等学者的研究将旅游体验阶段重新细分，指出AI带来了增强的个性化用户体验[36]。</w:t>
      </w:r>
    </w:p>
    <w:p>
      <w:pPr>
        <w:spacing w:after="120" w:line="360" w:lineRule="exact"/>
        <w:jc w:val="both"/>
      </w:pPr>
      <w:r>
        <w:rPr>
          <w:rFonts w:ascii="宋体" w:hAnsi="宋体" w:eastAsia="宋体"/>
          <w:b/>
          <w:sz w:val="24"/>
        </w:rPr>
        <w:t>趋势二：可持续旅游的主流化。</w:t>
      </w:r>
      <w:r>
        <w:rPr>
          <w:rFonts w:ascii="宋体" w:hAnsi="宋体" w:eastAsia="宋体"/>
          <w:b w:val="0"/>
          <w:sz w:val="24"/>
        </w:rPr>
        <w:t xml:space="preserve"> 全球范围内，游客对旅游的环保和社会影响日益关注。可持续旅游从"小众选择"变为"主流期望"。主理人在产品设计中的可持续性考量（减少一次性用品、支持本地社区、保护文化遗产）不仅是社会责任，也是竞争力来源。</w:t>
      </w:r>
    </w:p>
    <w:p>
      <w:pPr>
        <w:spacing w:after="120" w:line="360" w:lineRule="exact"/>
        <w:jc w:val="both"/>
      </w:pPr>
      <w:r>
        <w:rPr>
          <w:rFonts w:ascii="宋体" w:hAnsi="宋体" w:eastAsia="宋体"/>
          <w:b/>
          <w:sz w:val="24"/>
        </w:rPr>
        <w:t>趋势三：数字游民的规模化。</w:t>
      </w:r>
      <w:r>
        <w:rPr>
          <w:rFonts w:ascii="宋体" w:hAnsi="宋体" w:eastAsia="宋体"/>
          <w:b w:val="0"/>
          <w:sz w:val="24"/>
        </w:rPr>
        <w:t xml:space="preserve"> 2025年"数字游民"入选中国年度十大流行语，这一群体的快速增长正在创造新的文旅需求。全球多国推出"数字游民签证"，争夺这一人群。为数字游民提供"工作+旅行"一体化服务成为文旅新赛道。Gusti等学者的研究描绘了巴厘岛数字游民旅游的社区驱动发展模式[37]。</w:t>
      </w:r>
    </w:p>
    <w:p>
      <w:pPr>
        <w:spacing w:after="120" w:line="360" w:lineRule="exact"/>
        <w:jc w:val="both"/>
      </w:pPr>
      <w:r>
        <w:rPr>
          <w:rFonts w:ascii="宋体" w:hAnsi="宋体" w:eastAsia="宋体"/>
          <w:b/>
          <w:sz w:val="24"/>
        </w:rPr>
        <w:t>趋势四：AI原生旅游产品。</w:t>
      </w:r>
      <w:r>
        <w:rPr>
          <w:rFonts w:ascii="宋体" w:hAnsi="宋体" w:eastAsia="宋体"/>
          <w:b w:val="0"/>
          <w:sz w:val="24"/>
        </w:rPr>
        <w:t xml:space="preserve"> 随着AI技术的成熟，"AI原生"——从设计之初就以AI为核心——的旅游产品开始出现。例如，AI根据用户实时情绪和偏好动态调整行程的智能旅行伴侣、基于AI生成的沉浸式文化体验、由AI驱动的故事化景区导览等。这些产品不是"在传统产品上叠加AI"，而是"以AI为核心重新设计产品"。</w:t>
      </w:r>
    </w:p>
    <w:p>
      <w:pPr>
        <w:pStyle w:val="Heading2"/>
      </w:pPr>
      <w:r>
        <w:rPr>
          <w:rFonts w:ascii="黑体" w:hAnsi="黑体" w:eastAsia="黑体"/>
          <w:b/>
          <w:sz w:val="28"/>
        </w:rPr>
        <w:t>12.5 面向2030：文旅主理人的未来图景</w:t>
      </w:r>
    </w:p>
    <w:p>
      <w:pPr>
        <w:spacing w:after="120" w:line="360" w:lineRule="exact"/>
        <w:jc w:val="both"/>
      </w:pPr>
      <w:r>
        <w:rPr>
          <w:rFonts w:ascii="宋体" w:hAnsi="宋体" w:eastAsia="宋体"/>
          <w:b w:val="0"/>
          <w:sz w:val="24"/>
        </w:rPr>
        <w:t>展望2030年，文旅主理人的生态将呈现以下图景。</w:t>
      </w:r>
    </w:p>
    <w:p>
      <w:pPr>
        <w:spacing w:after="120" w:line="360" w:lineRule="exact"/>
        <w:jc w:val="both"/>
      </w:pPr>
      <w:r>
        <w:rPr>
          <w:rFonts w:ascii="宋体" w:hAnsi="宋体" w:eastAsia="宋体"/>
          <w:b/>
          <w:sz w:val="24"/>
        </w:rPr>
        <w:t>个体层面</w:t>
      </w:r>
      <w:r>
        <w:rPr>
          <w:rFonts w:ascii="宋体" w:hAnsi="宋体" w:eastAsia="宋体"/>
          <w:b w:val="0"/>
          <w:sz w:val="24"/>
        </w:rPr>
        <w:t>，"AI赋能的超级主理人"将成为主流形态。每个主理人都有一个"AI团队"——内容智能体、客服智能体、数据智能体等——为其提供全方位运营支持。主理人的核心竞争力进一步聚焦于创意洞察、文化解读和关系建设等"人类独有价值"领域。</w:t>
      </w:r>
    </w:p>
    <w:p>
      <w:pPr>
        <w:spacing w:after="120" w:line="360" w:lineRule="exact"/>
        <w:jc w:val="both"/>
      </w:pPr>
      <w:r>
        <w:rPr>
          <w:rFonts w:ascii="宋体" w:hAnsi="宋体" w:eastAsia="宋体"/>
          <w:b/>
          <w:sz w:val="24"/>
        </w:rPr>
        <w:t>组织层面</w:t>
      </w:r>
      <w:r>
        <w:rPr>
          <w:rFonts w:ascii="宋体" w:hAnsi="宋体" w:eastAsia="宋体"/>
          <w:b w:val="0"/>
          <w:sz w:val="24"/>
        </w:rPr>
        <w:t>，"精锐+AI"的混合组织模式成为标准配置。5-10人团队借助AI工具链可以实现过去50人团队的产出能力。组织边界更加灵活，主理人之间的临时协作和项目制合作更加普遍。</w:t>
      </w:r>
    </w:p>
    <w:p>
      <w:pPr>
        <w:spacing w:after="120" w:line="360" w:lineRule="exact"/>
        <w:jc w:val="both"/>
      </w:pPr>
      <w:r>
        <w:rPr>
          <w:rFonts w:ascii="宋体" w:hAnsi="宋体" w:eastAsia="宋体"/>
          <w:b/>
          <w:sz w:val="24"/>
        </w:rPr>
        <w:t>产业层面</w:t>
      </w:r>
      <w:r>
        <w:rPr>
          <w:rFonts w:ascii="宋体" w:hAnsi="宋体" w:eastAsia="宋体"/>
          <w:b w:val="0"/>
          <w:sz w:val="24"/>
        </w:rPr>
        <w:t>，文旅供给从"集中式大型供给"向"分布式个性化供给"深度转变。大量主理人通过平台和AI工具直接触达游客，传统中介（旅行社、OTA）的角色从"分销商"转向"服务赋能者"。</w:t>
      </w:r>
    </w:p>
    <w:p>
      <w:pPr>
        <w:spacing w:after="120" w:line="360" w:lineRule="exact"/>
        <w:jc w:val="both"/>
      </w:pPr>
      <w:r>
        <w:rPr>
          <w:rFonts w:ascii="宋体" w:hAnsi="宋体" w:eastAsia="宋体"/>
          <w:b/>
          <w:sz w:val="24"/>
        </w:rPr>
        <w:t>技术层面</w:t>
      </w:r>
      <w:r>
        <w:rPr>
          <w:rFonts w:ascii="宋体" w:hAnsi="宋体" w:eastAsia="宋体"/>
          <w:b w:val="0"/>
          <w:sz w:val="24"/>
        </w:rPr>
        <w:t>，多模态AI（文本+图像+语音+视频的统一处理）、自主智能体（无需人工干预完成复杂任务）和空间计算（AR/VR/MR的普及）三大技术方向的成熟，将为主理人创造全新的产品形态和运营模式。</w:t>
      </w:r>
    </w:p>
    <w:p>
      <w:pPr>
        <w:spacing w:after="120" w:line="360" w:lineRule="exact"/>
        <w:jc w:val="both"/>
      </w:pPr>
      <w:r>
        <w:rPr>
          <w:rFonts w:ascii="宋体" w:hAnsi="宋体" w:eastAsia="宋体"/>
          <w:b w:val="0"/>
          <w:sz w:val="24"/>
        </w:rPr>
        <w:t>面对这一未来图景，文旅主理人的应对策略是：持续学习和适应新技术——AI工具的迭代速度不会放缓，主理人需要建立终身学习的习惯和机制；深耕文化内涵——技术越普及，文化深度越稀缺，主理人对在地文化的深度理解是不可替代的竞争力；构建协作网络——与同行、技术供应商、学术机构和政府建立良好的协作关系，在生态中找到并巩固自己的位置。</w:t>
      </w:r>
    </w:p>
    <w:p>
      <w:pPr>
        <w:spacing w:after="120"/>
        <w:ind w:left="567"/>
      </w:pPr>
      <w:r>
        <w:rPr>
          <w:rFonts w:ascii="楷体" w:hAnsi="楷体" w:eastAsia="楷体"/>
          <w:b/>
          <w:color w:val="555555"/>
          <w:sz w:val="22"/>
        </w:rPr>
        <w:t>知识卡片</w:t>
      </w:r>
      <w:r>
        <w:rPr>
          <w:rFonts w:ascii="楷体" w:hAnsi="楷体" w:eastAsia="楷体"/>
          <w:b w:val="0"/>
          <w:color w:val="555555"/>
          <w:sz w:val="22"/>
        </w:rPr>
        <w:t>：面向2030的主理人能力公式升级——从ACT-P的"AI赋能能力转型"进化为"AI原生价值创造"。区别在于：赋能模式是"人为主、AI为辅"，原生模式是"人机共生、共同创造"。这一转变不是主理人被AI替代，而是主理人与AI深度融合，创造出全新的价值形态。</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[36] Bronzin T, Prole B, Stipic A, et al. Artificial intelligence (AI) brings enhanced personalized user experience[C]. MIPRO, 2021: 9596938.</w:t>
      </w:r>
    </w:p>
    <w:p>
      <w:pPr>
        <w:spacing w:after="120" w:line="360" w:lineRule="exact"/>
        <w:jc w:val="both"/>
      </w:pPr>
      <w:r>
        <w:rPr>
          <w:rFonts w:ascii="宋体" w:hAnsi="宋体" w:eastAsia="宋体"/>
          <w:b w:val="0"/>
          <w:sz w:val="24"/>
        </w:rPr>
        <w:t>[37] Gusti K G, Marhaeni K E, Putrana I W, et al. A model of community-based development in digital nomad tourism in Intaran village Bali[C]. ASSEHR, 2021: 463-468.</w:t>
      </w:r>
    </w:p>
    <w:p>
      <w:r>
        <w:br w:type="page"/>
      </w:r>
    </w:p>
    <w:p>
      <w:pPr>
        <w:jc w:val="center"/>
      </w:pPr>
      <w:r>
        <w:rPr>
          <w:rFonts w:ascii="黑体" w:hAnsi="黑体" w:eastAsia="黑体"/>
          <w:b/>
          <w:color w:val="1F4E79"/>
          <w:sz w:val="44"/>
        </w:rPr>
        <w:t>附  录</w:t>
      </w:r>
    </w:p>
    <w:p/>
    <w:p>
      <w:pPr>
        <w:pStyle w:val="Heading1"/>
      </w:pPr>
      <w:r>
        <w:rPr>
          <w:rFonts w:ascii="黑体" w:hAnsi="黑体" w:eastAsia="黑体"/>
          <w:b/>
          <w:color w:val="1F4E79"/>
          <w:sz w:val="32"/>
        </w:rPr>
        <w:t>附录A 文旅主理人术语表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术语</w:t>
            </w:r>
          </w:p>
        </w:tc>
        <w:tc>
          <w:tcPr>
            <w:tcW w:type="dxa" w:w="2880"/>
            <w:shd w:fill="1F4E79"/>
          </w:tcPr>
          <w:p>
            <w:r/>
            <w:r>
              <w:rPr>
                <w:rFonts w:ascii="宋体" w:hAnsi="宋体" w:eastAsia="宋体"/>
                <w:b/>
                <w:color w:val="FFFFFF"/>
                <w:sz w:val="20"/>
              </w:rPr>
              <w:t>英文</w:t>
            </w:r>
          </w:p>
        </w:tc>
        <w:tc>
          <w:tcPr>
            <w:tcW w:type="dxa" w:w="2880"/>
            <w:shd w:fill="1F4E79"/>
          </w:tcPr>
          <w:p>
            <w:r/>
            <w:r>
              <w:rPr>
                <w:rFonts w:ascii="宋体" w:hAnsi="宋体" w:eastAsia="宋体"/>
                <w:b/>
                <w:color w:val="FFFFFF"/>
                <w:sz w:val="20"/>
              </w:rPr>
              <w:t>释义</w:t>
            </w:r>
          </w:p>
        </w:tc>
      </w:tr>
      <w:tr>
        <w:tc>
          <w:tcPr>
            <w:tcW w:type="dxa" w:w="2880"/>
            <w:shd w:fill="F2F2F2"/>
          </w:tcPr>
          <w:p>
            <w:r/>
            <w:r>
              <w:rPr>
                <w:rFonts w:ascii="宋体" w:hAnsi="宋体" w:eastAsia="宋体"/>
                <w:b w:val="0"/>
                <w:sz w:val="20"/>
              </w:rPr>
              <w:t>主理人</w:t>
            </w:r>
          </w:p>
        </w:tc>
        <w:tc>
          <w:tcPr>
            <w:tcW w:type="dxa" w:w="2880"/>
            <w:shd w:fill="F2F2F2"/>
          </w:tcPr>
          <w:p>
            <w:r/>
            <w:r>
              <w:rPr>
                <w:rFonts w:ascii="宋体" w:hAnsi="宋体" w:eastAsia="宋体"/>
                <w:b w:val="0"/>
                <w:sz w:val="20"/>
              </w:rPr>
              <w:t>Principal/Operator</w:t>
            </w:r>
          </w:p>
        </w:tc>
        <w:tc>
          <w:tcPr>
            <w:tcW w:type="dxa" w:w="2880"/>
            <w:shd w:fill="F2F2F2"/>
          </w:tcPr>
          <w:p>
            <w:r/>
            <w:r>
              <w:rPr>
                <w:rFonts w:ascii="宋体" w:hAnsi="宋体" w:eastAsia="宋体"/>
                <w:b w:val="0"/>
                <w:sz w:val="20"/>
              </w:rPr>
              <w:t>以个人品牌和创意洞察为核心竞争力，直接负责文旅项目策划运营的经营主体</w:t>
            </w:r>
          </w:p>
        </w:tc>
      </w:tr>
      <w:tr>
        <w:tc>
          <w:tcPr>
            <w:tcW w:type="dxa" w:w="2880"/>
          </w:tcPr>
          <w:p>
            <w:r/>
            <w:r>
              <w:rPr>
                <w:rFonts w:ascii="宋体" w:hAnsi="宋体" w:eastAsia="宋体"/>
                <w:b w:val="0"/>
                <w:sz w:val="20"/>
              </w:rPr>
              <w:t>AIGC</w:t>
            </w:r>
          </w:p>
        </w:tc>
        <w:tc>
          <w:tcPr>
            <w:tcW w:type="dxa" w:w="2880"/>
          </w:tcPr>
          <w:p>
            <w:r/>
            <w:r>
              <w:rPr>
                <w:rFonts w:ascii="宋体" w:hAnsi="宋体" w:eastAsia="宋体"/>
                <w:b w:val="0"/>
                <w:sz w:val="20"/>
              </w:rPr>
              <w:t>AI Generated Content</w:t>
            </w:r>
          </w:p>
        </w:tc>
        <w:tc>
          <w:tcPr>
            <w:tcW w:type="dxa" w:w="2880"/>
          </w:tcPr>
          <w:p>
            <w:r/>
            <w:r>
              <w:rPr>
                <w:rFonts w:ascii="宋体" w:hAnsi="宋体" w:eastAsia="宋体"/>
                <w:b w:val="0"/>
                <w:sz w:val="20"/>
              </w:rPr>
              <w:t>人工智能生成内容，涵盖文本、图像、音频、视频等多模态内容</w:t>
            </w:r>
          </w:p>
        </w:tc>
      </w:tr>
      <w:tr>
        <w:tc>
          <w:tcPr>
            <w:tcW w:type="dxa" w:w="2880"/>
            <w:shd w:fill="F2F2F2"/>
          </w:tcPr>
          <w:p>
            <w:r/>
            <w:r>
              <w:rPr>
                <w:rFonts w:ascii="宋体" w:hAnsi="宋体" w:eastAsia="宋体"/>
                <w:b w:val="0"/>
                <w:sz w:val="20"/>
              </w:rPr>
              <w:t>ACT-P模型</w:t>
            </w:r>
          </w:p>
        </w:tc>
        <w:tc>
          <w:tcPr>
            <w:tcW w:type="dxa" w:w="2880"/>
            <w:shd w:fill="F2F2F2"/>
          </w:tcPr>
          <w:p>
            <w:r/>
            <w:r>
              <w:rPr>
                <w:rFonts w:ascii="宋体" w:hAnsi="宋体" w:eastAsia="宋体"/>
                <w:b w:val="0"/>
                <w:sz w:val="20"/>
              </w:rPr>
              <w:t>AI-enabled Competency Transformation for Practitioners</w:t>
            </w:r>
          </w:p>
        </w:tc>
        <w:tc>
          <w:tcPr>
            <w:tcW w:type="dxa" w:w="2880"/>
            <w:shd w:fill="F2F2F2"/>
          </w:tcPr>
          <w:p>
            <w:r/>
            <w:r>
              <w:rPr>
                <w:rFonts w:ascii="宋体" w:hAnsi="宋体" w:eastAsia="宋体"/>
                <w:b w:val="0"/>
                <w:sz w:val="20"/>
              </w:rPr>
              <w:t>AI赋能主理人能力转型模型，含认知、能力、转型、进化四维度</w:t>
            </w:r>
          </w:p>
        </w:tc>
      </w:tr>
      <w:tr>
        <w:tc>
          <w:tcPr>
            <w:tcW w:type="dxa" w:w="2880"/>
          </w:tcPr>
          <w:p>
            <w:r/>
            <w:r>
              <w:rPr>
                <w:rFonts w:ascii="宋体" w:hAnsi="宋体" w:eastAsia="宋体"/>
                <w:b w:val="0"/>
                <w:sz w:val="20"/>
              </w:rPr>
              <w:t>GEO</w:t>
            </w:r>
          </w:p>
        </w:tc>
        <w:tc>
          <w:tcPr>
            <w:tcW w:type="dxa" w:w="2880"/>
          </w:tcPr>
          <w:p>
            <w:r/>
            <w:r>
              <w:rPr>
                <w:rFonts w:ascii="宋体" w:hAnsi="宋体" w:eastAsia="宋体"/>
                <w:b w:val="0"/>
                <w:sz w:val="20"/>
              </w:rPr>
              <w:t>Generative Engine Optimization</w:t>
            </w:r>
          </w:p>
        </w:tc>
        <w:tc>
          <w:tcPr>
            <w:tcW w:type="dxa" w:w="2880"/>
          </w:tcPr>
          <w:p>
            <w:r/>
            <w:r>
              <w:rPr>
                <w:rFonts w:ascii="宋体" w:hAnsi="宋体" w:eastAsia="宋体"/>
                <w:b w:val="0"/>
                <w:sz w:val="20"/>
              </w:rPr>
              <w:t>生成引擎优化，优化品牌在AI搜索结果中的曝光度</w:t>
            </w:r>
          </w:p>
        </w:tc>
      </w:tr>
      <w:tr>
        <w:tc>
          <w:tcPr>
            <w:tcW w:type="dxa" w:w="2880"/>
            <w:shd w:fill="F2F2F2"/>
          </w:tcPr>
          <w:p>
            <w:r/>
            <w:r>
              <w:rPr>
                <w:rFonts w:ascii="宋体" w:hAnsi="宋体" w:eastAsia="宋体"/>
                <w:b w:val="0"/>
                <w:sz w:val="20"/>
              </w:rPr>
              <w:t>MVP</w:t>
            </w:r>
          </w:p>
        </w:tc>
        <w:tc>
          <w:tcPr>
            <w:tcW w:type="dxa" w:w="2880"/>
            <w:shd w:fill="F2F2F2"/>
          </w:tcPr>
          <w:p>
            <w:r/>
            <w:r>
              <w:rPr>
                <w:rFonts w:ascii="宋体" w:hAnsi="宋体" w:eastAsia="宋体"/>
                <w:b w:val="0"/>
                <w:sz w:val="20"/>
              </w:rPr>
              <w:t>Minimum Viable Product</w:t>
            </w:r>
          </w:p>
        </w:tc>
        <w:tc>
          <w:tcPr>
            <w:tcW w:type="dxa" w:w="2880"/>
            <w:shd w:fill="F2F2F2"/>
          </w:tcPr>
          <w:p>
            <w:r/>
            <w:r>
              <w:rPr>
                <w:rFonts w:ascii="宋体" w:hAnsi="宋体" w:eastAsia="宋体"/>
                <w:b w:val="0"/>
                <w:sz w:val="20"/>
              </w:rPr>
              <w:t>最小可行产品，用最低成本验证核心假设的产品版本</w:t>
            </w:r>
          </w:p>
        </w:tc>
      </w:tr>
      <w:tr>
        <w:tc>
          <w:tcPr>
            <w:tcW w:type="dxa" w:w="2880"/>
          </w:tcPr>
          <w:p>
            <w:r/>
            <w:r>
              <w:rPr>
                <w:rFonts w:ascii="宋体" w:hAnsi="宋体" w:eastAsia="宋体"/>
                <w:b w:val="0"/>
                <w:sz w:val="20"/>
              </w:rPr>
              <w:t>智能体</w:t>
            </w:r>
          </w:p>
        </w:tc>
        <w:tc>
          <w:tcPr>
            <w:tcW w:type="dxa" w:w="2880"/>
          </w:tcPr>
          <w:p>
            <w:r/>
            <w:r>
              <w:rPr>
                <w:rFonts w:ascii="宋体" w:hAnsi="宋体" w:eastAsia="宋体"/>
                <w:b w:val="0"/>
                <w:sz w:val="20"/>
              </w:rPr>
              <w:t>AI Agent</w:t>
            </w:r>
          </w:p>
        </w:tc>
        <w:tc>
          <w:tcPr>
            <w:tcW w:type="dxa" w:w="2880"/>
          </w:tcPr>
          <w:p>
            <w:r/>
            <w:r>
              <w:rPr>
                <w:rFonts w:ascii="宋体" w:hAnsi="宋体" w:eastAsia="宋体"/>
                <w:b w:val="0"/>
                <w:sz w:val="20"/>
              </w:rPr>
              <w:t>能自主感知环境、理解任务、规划行动并执行操作的AI系统</w:t>
            </w:r>
          </w:p>
        </w:tc>
      </w:tr>
      <w:tr>
        <w:tc>
          <w:tcPr>
            <w:tcW w:type="dxa" w:w="2880"/>
            <w:shd w:fill="F2F2F2"/>
          </w:tcPr>
          <w:p>
            <w:r/>
            <w:r>
              <w:rPr>
                <w:rFonts w:ascii="宋体" w:hAnsi="宋体" w:eastAsia="宋体"/>
                <w:b w:val="0"/>
                <w:sz w:val="20"/>
              </w:rPr>
              <w:t>多智能体协同</w:t>
            </w:r>
          </w:p>
        </w:tc>
        <w:tc>
          <w:tcPr>
            <w:tcW w:type="dxa" w:w="2880"/>
            <w:shd w:fill="F2F2F2"/>
          </w:tcPr>
          <w:p>
            <w:r/>
            <w:r>
              <w:rPr>
                <w:rFonts w:ascii="宋体" w:hAnsi="宋体" w:eastAsia="宋体"/>
                <w:b w:val="0"/>
                <w:sz w:val="20"/>
              </w:rPr>
              <w:t>Multi-Agent System</w:t>
            </w:r>
          </w:p>
        </w:tc>
        <w:tc>
          <w:tcPr>
            <w:tcW w:type="dxa" w:w="2880"/>
            <w:shd w:fill="F2F2F2"/>
          </w:tcPr>
          <w:p>
            <w:r/>
            <w:r>
              <w:rPr>
                <w:rFonts w:ascii="宋体" w:hAnsi="宋体" w:eastAsia="宋体"/>
                <w:b w:val="0"/>
                <w:sz w:val="20"/>
              </w:rPr>
              <w:t>多个不同功能的智能体协作完成复杂任务的架构</w:t>
            </w:r>
          </w:p>
        </w:tc>
      </w:tr>
      <w:tr>
        <w:tc>
          <w:tcPr>
            <w:tcW w:type="dxa" w:w="2880"/>
          </w:tcPr>
          <w:p>
            <w:r/>
            <w:r>
              <w:rPr>
                <w:rFonts w:ascii="宋体" w:hAnsi="宋体" w:eastAsia="宋体"/>
                <w:b w:val="0"/>
                <w:sz w:val="20"/>
              </w:rPr>
              <w:t>提示词工程</w:t>
            </w:r>
          </w:p>
        </w:tc>
        <w:tc>
          <w:tcPr>
            <w:tcW w:type="dxa" w:w="2880"/>
          </w:tcPr>
          <w:p>
            <w:r/>
            <w:r>
              <w:rPr>
                <w:rFonts w:ascii="宋体" w:hAnsi="宋体" w:eastAsia="宋体"/>
                <w:b w:val="0"/>
                <w:sz w:val="20"/>
              </w:rPr>
              <w:t>Prompt Engineering</w:t>
            </w:r>
          </w:p>
        </w:tc>
        <w:tc>
          <w:tcPr>
            <w:tcW w:type="dxa" w:w="2880"/>
          </w:tcPr>
          <w:p>
            <w:r/>
            <w:r>
              <w:rPr>
                <w:rFonts w:ascii="宋体" w:hAnsi="宋体" w:eastAsia="宋体"/>
                <w:b w:val="0"/>
                <w:sz w:val="20"/>
              </w:rPr>
              <w:t>通过精确指令设计让AI生成高质量内容的技能</w:t>
            </w:r>
          </w:p>
        </w:tc>
      </w:tr>
      <w:tr>
        <w:tc>
          <w:tcPr>
            <w:tcW w:type="dxa" w:w="2880"/>
            <w:shd w:fill="F2F2F2"/>
          </w:tcPr>
          <w:p>
            <w:r/>
            <w:r>
              <w:rPr>
                <w:rFonts w:ascii="宋体" w:hAnsi="宋体" w:eastAsia="宋体"/>
                <w:b w:val="0"/>
                <w:sz w:val="20"/>
              </w:rPr>
              <w:t>一人公司</w:t>
            </w:r>
          </w:p>
        </w:tc>
        <w:tc>
          <w:tcPr>
            <w:tcW w:type="dxa" w:w="2880"/>
            <w:shd w:fill="F2F2F2"/>
          </w:tcPr>
          <w:p>
            <w:r/>
            <w:r>
              <w:rPr>
                <w:rFonts w:ascii="宋体" w:hAnsi="宋体" w:eastAsia="宋体"/>
                <w:b w:val="0"/>
                <w:sz w:val="20"/>
              </w:rPr>
              <w:t>One-Person Company</w:t>
            </w:r>
          </w:p>
        </w:tc>
        <w:tc>
          <w:tcPr>
            <w:tcW w:type="dxa" w:w="2880"/>
            <w:shd w:fill="F2F2F2"/>
          </w:tcPr>
          <w:p>
            <w:r/>
            <w:r>
              <w:rPr>
                <w:rFonts w:ascii="宋体" w:hAnsi="宋体" w:eastAsia="宋体"/>
                <w:b w:val="0"/>
                <w:sz w:val="20"/>
              </w:rPr>
              <w:t>由一人独立运营、通过技术工具放大能力的商业模式</w:t>
            </w:r>
          </w:p>
        </w:tc>
      </w:tr>
      <w:tr>
        <w:tc>
          <w:tcPr>
            <w:tcW w:type="dxa" w:w="2880"/>
          </w:tcPr>
          <w:p>
            <w:r/>
            <w:r>
              <w:rPr>
                <w:rFonts w:ascii="宋体" w:hAnsi="宋体" w:eastAsia="宋体"/>
                <w:b w:val="0"/>
                <w:sz w:val="20"/>
              </w:rPr>
              <w:t>私域流量</w:t>
            </w:r>
          </w:p>
        </w:tc>
        <w:tc>
          <w:tcPr>
            <w:tcW w:type="dxa" w:w="2880"/>
          </w:tcPr>
          <w:p>
            <w:r/>
            <w:r>
              <w:rPr>
                <w:rFonts w:ascii="宋体" w:hAnsi="宋体" w:eastAsia="宋体"/>
                <w:b w:val="0"/>
                <w:sz w:val="20"/>
              </w:rPr>
              <w:t>Private Domain Traffic</w:t>
            </w:r>
          </w:p>
        </w:tc>
        <w:tc>
          <w:tcPr>
            <w:tcW w:type="dxa" w:w="2880"/>
          </w:tcPr>
          <w:p>
            <w:r/>
            <w:r>
              <w:rPr>
                <w:rFonts w:ascii="宋体" w:hAnsi="宋体" w:eastAsia="宋体"/>
                <w:b w:val="0"/>
                <w:sz w:val="20"/>
              </w:rPr>
              <w:t>可自主触达、无需付费即可反复使用的用户流量</w:t>
            </w:r>
          </w:p>
        </w:tc>
      </w:tr>
      <w:tr>
        <w:tc>
          <w:tcPr>
            <w:tcW w:type="dxa" w:w="2880"/>
            <w:shd w:fill="F2F2F2"/>
          </w:tcPr>
          <w:p>
            <w:r/>
            <w:r>
              <w:rPr>
                <w:rFonts w:ascii="宋体" w:hAnsi="宋体" w:eastAsia="宋体"/>
                <w:b w:val="0"/>
                <w:sz w:val="20"/>
              </w:rPr>
              <w:t>RFM模型</w:t>
            </w:r>
          </w:p>
        </w:tc>
        <w:tc>
          <w:tcPr>
            <w:tcW w:type="dxa" w:w="2880"/>
            <w:shd w:fill="F2F2F2"/>
          </w:tcPr>
          <w:p>
            <w:r/>
            <w:r>
              <w:rPr>
                <w:rFonts w:ascii="宋体" w:hAnsi="宋体" w:eastAsia="宋体"/>
                <w:b w:val="0"/>
                <w:sz w:val="20"/>
              </w:rPr>
              <w:t>Recency-Frequency-Monetary</w:t>
            </w:r>
          </w:p>
        </w:tc>
        <w:tc>
          <w:tcPr>
            <w:tcW w:type="dxa" w:w="2880"/>
            <w:shd w:fill="F2F2F2"/>
          </w:tcPr>
          <w:p>
            <w:r/>
            <w:r>
              <w:rPr>
                <w:rFonts w:ascii="宋体" w:hAnsi="宋体" w:eastAsia="宋体"/>
                <w:b w:val="0"/>
                <w:sz w:val="20"/>
              </w:rPr>
              <w:t>用户分层模型，基于最近消费、频率和金额三个维度</w:t>
            </w:r>
          </w:p>
        </w:tc>
      </w:tr>
      <w:tr>
        <w:tc>
          <w:tcPr>
            <w:tcW w:type="dxa" w:w="2880"/>
          </w:tcPr>
          <w:p>
            <w:r/>
            <w:r>
              <w:rPr>
                <w:rFonts w:ascii="宋体" w:hAnsi="宋体" w:eastAsia="宋体"/>
                <w:b w:val="0"/>
                <w:sz w:val="20"/>
              </w:rPr>
              <w:t>NPS</w:t>
            </w:r>
          </w:p>
        </w:tc>
        <w:tc>
          <w:tcPr>
            <w:tcW w:type="dxa" w:w="2880"/>
          </w:tcPr>
          <w:p>
            <w:r/>
            <w:r>
              <w:rPr>
                <w:rFonts w:ascii="宋体" w:hAnsi="宋体" w:eastAsia="宋体"/>
                <w:b w:val="0"/>
                <w:sz w:val="20"/>
              </w:rPr>
              <w:t>Net Promoter Score</w:t>
            </w:r>
          </w:p>
        </w:tc>
        <w:tc>
          <w:tcPr>
            <w:tcW w:type="dxa" w:w="2880"/>
          </w:tcPr>
          <w:p>
            <w:r/>
            <w:r>
              <w:rPr>
                <w:rFonts w:ascii="宋体" w:hAnsi="宋体" w:eastAsia="宋体"/>
                <w:b w:val="0"/>
                <w:sz w:val="20"/>
              </w:rPr>
              <w:t>净推荐值，衡量用户推荐意愿的指标</w:t>
            </w:r>
          </w:p>
        </w:tc>
      </w:tr>
      <w:tr>
        <w:tc>
          <w:tcPr>
            <w:tcW w:type="dxa" w:w="2880"/>
            <w:shd w:fill="F2F2F2"/>
          </w:tcPr>
          <w:p>
            <w:r/>
            <w:r>
              <w:rPr>
                <w:rFonts w:ascii="宋体" w:hAnsi="宋体" w:eastAsia="宋体"/>
                <w:b w:val="0"/>
                <w:sz w:val="20"/>
              </w:rPr>
              <w:t>LTV</w:t>
            </w:r>
          </w:p>
        </w:tc>
        <w:tc>
          <w:tcPr>
            <w:tcW w:type="dxa" w:w="2880"/>
            <w:shd w:fill="F2F2F2"/>
          </w:tcPr>
          <w:p>
            <w:r/>
            <w:r>
              <w:rPr>
                <w:rFonts w:ascii="宋体" w:hAnsi="宋体" w:eastAsia="宋体"/>
                <w:b w:val="0"/>
                <w:sz w:val="20"/>
              </w:rPr>
              <w:t>Lifetime Value</w:t>
            </w:r>
          </w:p>
        </w:tc>
        <w:tc>
          <w:tcPr>
            <w:tcW w:type="dxa" w:w="2880"/>
            <w:shd w:fill="F2F2F2"/>
          </w:tcPr>
          <w:p>
            <w:r/>
            <w:r>
              <w:rPr>
                <w:rFonts w:ascii="宋体" w:hAnsi="宋体" w:eastAsia="宋体"/>
                <w:b w:val="0"/>
                <w:sz w:val="20"/>
              </w:rPr>
              <w:t>用户终身价值，用户在全生命周期内创造的总收入</w:t>
            </w:r>
          </w:p>
        </w:tc>
      </w:tr>
      <w:tr>
        <w:tc>
          <w:tcPr>
            <w:tcW w:type="dxa" w:w="2880"/>
          </w:tcPr>
          <w:p>
            <w:r/>
            <w:r>
              <w:rPr>
                <w:rFonts w:ascii="宋体" w:hAnsi="宋体" w:eastAsia="宋体"/>
                <w:b w:val="0"/>
                <w:sz w:val="20"/>
              </w:rPr>
              <w:t>CAC</w:t>
            </w:r>
          </w:p>
        </w:tc>
        <w:tc>
          <w:tcPr>
            <w:tcW w:type="dxa" w:w="2880"/>
          </w:tcPr>
          <w:p>
            <w:r/>
            <w:r>
              <w:rPr>
                <w:rFonts w:ascii="宋体" w:hAnsi="宋体" w:eastAsia="宋体"/>
                <w:b w:val="0"/>
                <w:sz w:val="20"/>
              </w:rPr>
              <w:t>Customer Acquisition Cost</w:t>
            </w:r>
          </w:p>
        </w:tc>
        <w:tc>
          <w:tcPr>
            <w:tcW w:type="dxa" w:w="2880"/>
          </w:tcPr>
          <w:p>
            <w:r/>
            <w:r>
              <w:rPr>
                <w:rFonts w:ascii="宋体" w:hAnsi="宋体" w:eastAsia="宋体"/>
                <w:b w:val="0"/>
                <w:sz w:val="20"/>
              </w:rPr>
              <w:t>获客成本，获取一个付费用户的平均成本</w:t>
            </w:r>
          </w:p>
        </w:tc>
      </w:tr>
      <w:tr>
        <w:tc>
          <w:tcPr>
            <w:tcW w:type="dxa" w:w="2880"/>
            <w:shd w:fill="F2F2F2"/>
          </w:tcPr>
          <w:p>
            <w:r/>
            <w:r>
              <w:rPr>
                <w:rFonts w:ascii="宋体" w:hAnsi="宋体" w:eastAsia="宋体"/>
                <w:b w:val="0"/>
                <w:sz w:val="20"/>
              </w:rPr>
              <w:t>ROI</w:t>
            </w:r>
          </w:p>
        </w:tc>
        <w:tc>
          <w:tcPr>
            <w:tcW w:type="dxa" w:w="2880"/>
            <w:shd w:fill="F2F2F2"/>
          </w:tcPr>
          <w:p>
            <w:r/>
            <w:r>
              <w:rPr>
                <w:rFonts w:ascii="宋体" w:hAnsi="宋体" w:eastAsia="宋体"/>
                <w:b w:val="0"/>
                <w:sz w:val="20"/>
              </w:rPr>
              <w:t>Return on Investment</w:t>
            </w:r>
          </w:p>
        </w:tc>
        <w:tc>
          <w:tcPr>
            <w:tcW w:type="dxa" w:w="2880"/>
            <w:shd w:fill="F2F2F2"/>
          </w:tcPr>
          <w:p>
            <w:r/>
            <w:r>
              <w:rPr>
                <w:rFonts w:ascii="宋体" w:hAnsi="宋体" w:eastAsia="宋体"/>
                <w:b w:val="0"/>
                <w:sz w:val="20"/>
              </w:rPr>
              <w:t>投资回报率，营销投入与产出的比值</w:t>
            </w:r>
          </w:p>
        </w:tc>
      </w:tr>
      <w:tr>
        <w:tc>
          <w:tcPr>
            <w:tcW w:type="dxa" w:w="2880"/>
          </w:tcPr>
          <w:p>
            <w:r/>
            <w:r>
              <w:rPr>
                <w:rFonts w:ascii="宋体" w:hAnsi="宋体" w:eastAsia="宋体"/>
                <w:b w:val="0"/>
                <w:sz w:val="20"/>
              </w:rPr>
              <w:t>数字人</w:t>
            </w:r>
          </w:p>
        </w:tc>
        <w:tc>
          <w:tcPr>
            <w:tcW w:type="dxa" w:w="2880"/>
          </w:tcPr>
          <w:p>
            <w:r/>
            <w:r>
              <w:rPr>
                <w:rFonts w:ascii="宋体" w:hAnsi="宋体" w:eastAsia="宋体"/>
                <w:b w:val="0"/>
                <w:sz w:val="20"/>
              </w:rPr>
              <w:t>AI Digital Human</w:t>
            </w:r>
          </w:p>
        </w:tc>
        <w:tc>
          <w:tcPr>
            <w:tcW w:type="dxa" w:w="2880"/>
          </w:tcPr>
          <w:p>
            <w:r/>
            <w:r>
              <w:rPr>
                <w:rFonts w:ascii="宋体" w:hAnsi="宋体" w:eastAsia="宋体"/>
                <w:b w:val="0"/>
                <w:sz w:val="20"/>
              </w:rPr>
              <w:t>AI驱动的虚拟形象，可用于品牌代言、智能导览等场景</w:t>
            </w:r>
          </w:p>
        </w:tc>
      </w:tr>
      <w:tr>
        <w:tc>
          <w:tcPr>
            <w:tcW w:type="dxa" w:w="2880"/>
            <w:shd w:fill="F2F2F2"/>
          </w:tcPr>
          <w:p>
            <w:r/>
            <w:r>
              <w:rPr>
                <w:rFonts w:ascii="宋体" w:hAnsi="宋体" w:eastAsia="宋体"/>
                <w:b w:val="0"/>
                <w:sz w:val="20"/>
              </w:rPr>
              <w:t>数字游民</w:t>
            </w:r>
          </w:p>
        </w:tc>
        <w:tc>
          <w:tcPr>
            <w:tcW w:type="dxa" w:w="2880"/>
            <w:shd w:fill="F2F2F2"/>
          </w:tcPr>
          <w:p>
            <w:r/>
            <w:r>
              <w:rPr>
                <w:rFonts w:ascii="宋体" w:hAnsi="宋体" w:eastAsia="宋体"/>
                <w:b w:val="0"/>
                <w:sz w:val="20"/>
              </w:rPr>
              <w:t>Digital Nomad</w:t>
            </w:r>
          </w:p>
        </w:tc>
        <w:tc>
          <w:tcPr>
            <w:tcW w:type="dxa" w:w="2880"/>
            <w:shd w:fill="F2F2F2"/>
          </w:tcPr>
          <w:p>
            <w:r/>
            <w:r>
              <w:rPr>
                <w:rFonts w:ascii="宋体" w:hAnsi="宋体" w:eastAsia="宋体"/>
                <w:b w:val="0"/>
                <w:sz w:val="20"/>
              </w:rPr>
              <w:t>利用网络远程工作、边旅行边工作的人群</w:t>
            </w:r>
          </w:p>
        </w:tc>
      </w:tr>
      <w:tr>
        <w:tc>
          <w:tcPr>
            <w:tcW w:type="dxa" w:w="2880"/>
          </w:tcPr>
          <w:p>
            <w:r/>
            <w:r>
              <w:rPr>
                <w:rFonts w:ascii="宋体" w:hAnsi="宋体" w:eastAsia="宋体"/>
                <w:b w:val="0"/>
                <w:sz w:val="20"/>
              </w:rPr>
              <w:t>体验经济</w:t>
            </w:r>
          </w:p>
        </w:tc>
        <w:tc>
          <w:tcPr>
            <w:tcW w:type="dxa" w:w="2880"/>
          </w:tcPr>
          <w:p>
            <w:r/>
            <w:r>
              <w:rPr>
                <w:rFonts w:ascii="宋体" w:hAnsi="宋体" w:eastAsia="宋体"/>
                <w:b w:val="0"/>
                <w:sz w:val="20"/>
              </w:rPr>
              <w:t>Experience Economy</w:t>
            </w:r>
          </w:p>
        </w:tc>
        <w:tc>
          <w:tcPr>
            <w:tcW w:type="dxa" w:w="2880"/>
          </w:tcPr>
          <w:p>
            <w:r/>
            <w:r>
              <w:rPr>
                <w:rFonts w:ascii="宋体" w:hAnsi="宋体" w:eastAsia="宋体"/>
                <w:b w:val="0"/>
                <w:sz w:val="20"/>
              </w:rPr>
              <w:t>以创造 memorable experience 为核心的经济形态</w:t>
            </w:r>
          </w:p>
        </w:tc>
      </w:tr>
      <w:tr>
        <w:tc>
          <w:tcPr>
            <w:tcW w:type="dxa" w:w="2880"/>
            <w:shd w:fill="F2F2F2"/>
          </w:tcPr>
          <w:p>
            <w:r/>
            <w:r>
              <w:rPr>
                <w:rFonts w:ascii="宋体" w:hAnsi="宋体" w:eastAsia="宋体"/>
                <w:b w:val="0"/>
                <w:sz w:val="20"/>
              </w:rPr>
              <w:t>创作者经济</w:t>
            </w:r>
          </w:p>
        </w:tc>
        <w:tc>
          <w:tcPr>
            <w:tcW w:type="dxa" w:w="2880"/>
            <w:shd w:fill="F2F2F2"/>
          </w:tcPr>
          <w:p>
            <w:r/>
            <w:r>
              <w:rPr>
                <w:rFonts w:ascii="宋体" w:hAnsi="宋体" w:eastAsia="宋体"/>
                <w:b w:val="0"/>
                <w:sz w:val="20"/>
              </w:rPr>
              <w:t>Creator Economy</w:t>
            </w:r>
          </w:p>
        </w:tc>
        <w:tc>
          <w:tcPr>
            <w:tcW w:type="dxa" w:w="2880"/>
            <w:shd w:fill="F2F2F2"/>
          </w:tcPr>
          <w:p>
            <w:r/>
            <w:r>
              <w:rPr>
                <w:rFonts w:ascii="宋体" w:hAnsi="宋体" w:eastAsia="宋体"/>
                <w:b w:val="0"/>
                <w:sz w:val="20"/>
              </w:rPr>
              <w:t>内容创作者通过数字平台直接变现的经济模式</w:t>
            </w:r>
          </w:p>
        </w:tc>
      </w:tr>
      <w:tr>
        <w:tc>
          <w:tcPr>
            <w:tcW w:type="dxa" w:w="2880"/>
          </w:tcPr>
          <w:p>
            <w:r/>
            <w:r>
              <w:rPr>
                <w:rFonts w:ascii="宋体" w:hAnsi="宋体" w:eastAsia="宋体"/>
                <w:b w:val="0"/>
                <w:sz w:val="20"/>
              </w:rPr>
              <w:t>精益创业</w:t>
            </w:r>
          </w:p>
        </w:tc>
        <w:tc>
          <w:tcPr>
            <w:tcW w:type="dxa" w:w="2880"/>
          </w:tcPr>
          <w:p>
            <w:r/>
            <w:r>
              <w:rPr>
                <w:rFonts w:ascii="宋体" w:hAnsi="宋体" w:eastAsia="宋体"/>
                <w:b w:val="0"/>
                <w:sz w:val="20"/>
              </w:rPr>
              <w:t>Lean Startup</w:t>
            </w:r>
          </w:p>
        </w:tc>
        <w:tc>
          <w:tcPr>
            <w:tcW w:type="dxa" w:w="2880"/>
          </w:tcPr>
          <w:p>
            <w:r/>
            <w:r>
              <w:rPr>
                <w:rFonts w:ascii="宋体" w:hAnsi="宋体" w:eastAsia="宋体"/>
                <w:b w:val="0"/>
                <w:sz w:val="20"/>
              </w:rPr>
              <w:t>通过构建-测量-学习循环快速验证商业假设的方法论</w:t>
            </w:r>
          </w:p>
        </w:tc>
      </w:tr>
      <w:tr>
        <w:tc>
          <w:tcPr>
            <w:tcW w:type="dxa" w:w="2880"/>
            <w:shd w:fill="F2F2F2"/>
          </w:tcPr>
          <w:p>
            <w:r/>
            <w:r>
              <w:rPr>
                <w:rFonts w:ascii="宋体" w:hAnsi="宋体" w:eastAsia="宋体"/>
                <w:b w:val="0"/>
                <w:sz w:val="20"/>
              </w:rPr>
              <w:t>商业模式画布</w:t>
            </w:r>
          </w:p>
        </w:tc>
        <w:tc>
          <w:tcPr>
            <w:tcW w:type="dxa" w:w="2880"/>
            <w:shd w:fill="F2F2F2"/>
          </w:tcPr>
          <w:p>
            <w:r/>
            <w:r>
              <w:rPr>
                <w:rFonts w:ascii="宋体" w:hAnsi="宋体" w:eastAsia="宋体"/>
                <w:b w:val="0"/>
                <w:sz w:val="20"/>
              </w:rPr>
              <w:t>Business Model Canvas</w:t>
            </w:r>
          </w:p>
        </w:tc>
        <w:tc>
          <w:tcPr>
            <w:tcW w:type="dxa" w:w="2880"/>
            <w:shd w:fill="F2F2F2"/>
          </w:tcPr>
          <w:p>
            <w:r/>
            <w:r>
              <w:rPr>
                <w:rFonts w:ascii="宋体" w:hAnsi="宋体" w:eastAsia="宋体"/>
                <w:b w:val="0"/>
                <w:sz w:val="20"/>
              </w:rPr>
              <w:t>描述商业模式九个要素的可视化工具</w:t>
            </w:r>
          </w:p>
        </w:tc>
      </w:tr>
      <w:tr>
        <w:tc>
          <w:tcPr>
            <w:tcW w:type="dxa" w:w="2880"/>
          </w:tcPr>
          <w:p>
            <w:r/>
            <w:r>
              <w:rPr>
                <w:rFonts w:ascii="宋体" w:hAnsi="宋体" w:eastAsia="宋体"/>
                <w:b w:val="0"/>
                <w:sz w:val="20"/>
              </w:rPr>
              <w:t>SaaS</w:t>
            </w:r>
          </w:p>
        </w:tc>
        <w:tc>
          <w:tcPr>
            <w:tcW w:type="dxa" w:w="2880"/>
          </w:tcPr>
          <w:p>
            <w:r/>
            <w:r>
              <w:rPr>
                <w:rFonts w:ascii="宋体" w:hAnsi="宋体" w:eastAsia="宋体"/>
                <w:b w:val="0"/>
                <w:sz w:val="20"/>
              </w:rPr>
              <w:t>Software as a Service</w:t>
            </w:r>
          </w:p>
        </w:tc>
        <w:tc>
          <w:tcPr>
            <w:tcW w:type="dxa" w:w="2880"/>
          </w:tcPr>
          <w:p>
            <w:r/>
            <w:r>
              <w:rPr>
                <w:rFonts w:ascii="宋体" w:hAnsi="宋体" w:eastAsia="宋体"/>
                <w:b w:val="0"/>
                <w:sz w:val="20"/>
              </w:rPr>
              <w:t>软件即服务，通过云端订阅提供软件服务</w:t>
            </w:r>
          </w:p>
        </w:tc>
      </w:tr>
      <w:tr>
        <w:tc>
          <w:tcPr>
            <w:tcW w:type="dxa" w:w="2880"/>
            <w:shd w:fill="F2F2F2"/>
          </w:tcPr>
          <w:p>
            <w:r/>
            <w:r>
              <w:rPr>
                <w:rFonts w:ascii="宋体" w:hAnsi="宋体" w:eastAsia="宋体"/>
                <w:b w:val="0"/>
                <w:sz w:val="20"/>
              </w:rPr>
              <w:t>BI</w:t>
            </w:r>
          </w:p>
        </w:tc>
        <w:tc>
          <w:tcPr>
            <w:tcW w:type="dxa" w:w="2880"/>
            <w:shd w:fill="F2F2F2"/>
          </w:tcPr>
          <w:p>
            <w:r/>
            <w:r>
              <w:rPr>
                <w:rFonts w:ascii="宋体" w:hAnsi="宋体" w:eastAsia="宋体"/>
                <w:b w:val="0"/>
                <w:sz w:val="20"/>
              </w:rPr>
              <w:t>Business Intelligence</w:t>
            </w:r>
          </w:p>
        </w:tc>
        <w:tc>
          <w:tcPr>
            <w:tcW w:type="dxa" w:w="2880"/>
            <w:shd w:fill="F2F2F2"/>
          </w:tcPr>
          <w:p>
            <w:r/>
            <w:r>
              <w:rPr>
                <w:rFonts w:ascii="宋体" w:hAnsi="宋体" w:eastAsia="宋体"/>
                <w:b w:val="0"/>
                <w:sz w:val="20"/>
              </w:rPr>
              <w:t>商业智能，数据采集、分析和可视化的工具体系</w:t>
            </w:r>
          </w:p>
        </w:tc>
      </w:tr>
      <w:tr>
        <w:tc>
          <w:tcPr>
            <w:tcW w:type="dxa" w:w="2880"/>
          </w:tcPr>
          <w:p>
            <w:r/>
            <w:r>
              <w:rPr>
                <w:rFonts w:ascii="宋体" w:hAnsi="宋体" w:eastAsia="宋体"/>
                <w:b w:val="0"/>
                <w:sz w:val="20"/>
              </w:rPr>
              <w:t>SOP</w:t>
            </w:r>
          </w:p>
        </w:tc>
        <w:tc>
          <w:tcPr>
            <w:tcW w:type="dxa" w:w="2880"/>
          </w:tcPr>
          <w:p>
            <w:r/>
            <w:r>
              <w:rPr>
                <w:rFonts w:ascii="宋体" w:hAnsi="宋体" w:eastAsia="宋体"/>
                <w:b w:val="0"/>
                <w:sz w:val="20"/>
              </w:rPr>
              <w:t>Standard Operating Procedure</w:t>
            </w:r>
          </w:p>
        </w:tc>
        <w:tc>
          <w:tcPr>
            <w:tcW w:type="dxa" w:w="2880"/>
          </w:tcPr>
          <w:p>
            <w:r/>
            <w:r>
              <w:rPr>
                <w:rFonts w:ascii="宋体" w:hAnsi="宋体" w:eastAsia="宋体"/>
                <w:b w:val="0"/>
                <w:sz w:val="20"/>
              </w:rPr>
              <w:t>标准作业程序，规范业务流程的文档化操作指南</w:t>
            </w:r>
          </w:p>
        </w:tc>
      </w:tr>
      <w:tr>
        <w:tc>
          <w:tcPr>
            <w:tcW w:type="dxa" w:w="2880"/>
            <w:shd w:fill="F2F2F2"/>
          </w:tcPr>
          <w:p>
            <w:r/>
            <w:r>
              <w:rPr>
                <w:rFonts w:ascii="宋体" w:hAnsi="宋体" w:eastAsia="宋体"/>
                <w:b w:val="0"/>
                <w:sz w:val="20"/>
              </w:rPr>
              <w:t>UGC</w:t>
            </w:r>
          </w:p>
        </w:tc>
        <w:tc>
          <w:tcPr>
            <w:tcW w:type="dxa" w:w="2880"/>
            <w:shd w:fill="F2F2F2"/>
          </w:tcPr>
          <w:p>
            <w:r/>
            <w:r>
              <w:rPr>
                <w:rFonts w:ascii="宋体" w:hAnsi="宋体" w:eastAsia="宋体"/>
                <w:b w:val="0"/>
                <w:sz w:val="20"/>
              </w:rPr>
              <w:t>User Generated Content</w:t>
            </w:r>
          </w:p>
        </w:tc>
        <w:tc>
          <w:tcPr>
            <w:tcW w:type="dxa" w:w="2880"/>
            <w:shd w:fill="F2F2F2"/>
          </w:tcPr>
          <w:p>
            <w:r/>
            <w:r>
              <w:rPr>
                <w:rFonts w:ascii="宋体" w:hAnsi="宋体" w:eastAsia="宋体"/>
                <w:b w:val="0"/>
                <w:sz w:val="20"/>
              </w:rPr>
              <w:t>用户生成内容，用户自主创作的传播内容</w:t>
            </w:r>
          </w:p>
        </w:tc>
      </w:tr>
      <w:tr>
        <w:tc>
          <w:tcPr>
            <w:tcW w:type="dxa" w:w="2880"/>
          </w:tcPr>
          <w:p>
            <w:r/>
            <w:r>
              <w:rPr>
                <w:rFonts w:ascii="宋体" w:hAnsi="宋体" w:eastAsia="宋体"/>
                <w:b w:val="0"/>
                <w:sz w:val="20"/>
              </w:rPr>
              <w:t>智慧旅游</w:t>
            </w:r>
          </w:p>
        </w:tc>
        <w:tc>
          <w:tcPr>
            <w:tcW w:type="dxa" w:w="2880"/>
          </w:tcPr>
          <w:p>
            <w:r/>
            <w:r>
              <w:rPr>
                <w:rFonts w:ascii="宋体" w:hAnsi="宋体" w:eastAsia="宋体"/>
                <w:b w:val="0"/>
                <w:sz w:val="20"/>
              </w:rPr>
              <w:t>Smart Tourism</w:t>
            </w:r>
          </w:p>
        </w:tc>
        <w:tc>
          <w:tcPr>
            <w:tcW w:type="dxa" w:w="2880"/>
          </w:tcPr>
          <w:p>
            <w:r/>
            <w:r>
              <w:rPr>
                <w:rFonts w:ascii="宋体" w:hAnsi="宋体" w:eastAsia="宋体"/>
                <w:b w:val="0"/>
                <w:sz w:val="20"/>
              </w:rPr>
              <w:t>利用ICT技术实现旅游目的地、产业和游客三方智能化</w:t>
            </w:r>
          </w:p>
        </w:tc>
      </w:tr>
      <w:tr>
        <w:tc>
          <w:tcPr>
            <w:tcW w:type="dxa" w:w="2880"/>
            <w:shd w:fill="F2F2F2"/>
          </w:tcPr>
          <w:p>
            <w:r/>
            <w:r>
              <w:rPr>
                <w:rFonts w:ascii="宋体" w:hAnsi="宋体" w:eastAsia="宋体"/>
                <w:b w:val="0"/>
                <w:sz w:val="20"/>
              </w:rPr>
              <w:t>数字孪生</w:t>
            </w:r>
          </w:p>
        </w:tc>
        <w:tc>
          <w:tcPr>
            <w:tcW w:type="dxa" w:w="2880"/>
            <w:shd w:fill="F2F2F2"/>
          </w:tcPr>
          <w:p>
            <w:r/>
            <w:r>
              <w:rPr>
                <w:rFonts w:ascii="宋体" w:hAnsi="宋体" w:eastAsia="宋体"/>
                <w:b w:val="0"/>
                <w:sz w:val="20"/>
              </w:rPr>
              <w:t>Digital Twin</w:t>
            </w:r>
          </w:p>
        </w:tc>
        <w:tc>
          <w:tcPr>
            <w:tcW w:type="dxa" w:w="2880"/>
            <w:shd w:fill="F2F2F2"/>
          </w:tcPr>
          <w:p>
            <w:r/>
            <w:r>
              <w:rPr>
                <w:rFonts w:ascii="宋体" w:hAnsi="宋体" w:eastAsia="宋体"/>
                <w:b w:val="0"/>
                <w:sz w:val="20"/>
              </w:rPr>
              <w:t>物理实体的数字化镜像，用于模拟和优化</w:t>
            </w:r>
          </w:p>
        </w:tc>
      </w:tr>
      <w:tr>
        <w:tc>
          <w:tcPr>
            <w:tcW w:type="dxa" w:w="2880"/>
          </w:tcPr>
          <w:p>
            <w:r/>
            <w:r>
              <w:rPr>
                <w:rFonts w:ascii="宋体" w:hAnsi="宋体" w:eastAsia="宋体"/>
                <w:b w:val="0"/>
                <w:sz w:val="20"/>
              </w:rPr>
              <w:t>情感分析</w:t>
            </w:r>
          </w:p>
        </w:tc>
        <w:tc>
          <w:tcPr>
            <w:tcW w:type="dxa" w:w="2880"/>
          </w:tcPr>
          <w:p>
            <w:r/>
            <w:r>
              <w:rPr>
                <w:rFonts w:ascii="宋体" w:hAnsi="宋体" w:eastAsia="宋体"/>
                <w:b w:val="0"/>
                <w:sz w:val="20"/>
              </w:rPr>
              <w:t>Sentiment Analysis</w:t>
            </w:r>
          </w:p>
        </w:tc>
        <w:tc>
          <w:tcPr>
            <w:tcW w:type="dxa" w:w="2880"/>
          </w:tcPr>
          <w:p>
            <w:r/>
            <w:r>
              <w:rPr>
                <w:rFonts w:ascii="宋体" w:hAnsi="宋体" w:eastAsia="宋体"/>
                <w:b w:val="0"/>
                <w:sz w:val="20"/>
              </w:rPr>
              <w:t>利用NLP技术自动识别文本情感倾向的方法</w:t>
            </w:r>
          </w:p>
        </w:tc>
      </w:tr>
      <w:tr>
        <w:tc>
          <w:tcPr>
            <w:tcW w:type="dxa" w:w="2880"/>
            <w:shd w:fill="F2F2F2"/>
          </w:tcPr>
          <w:p>
            <w:r/>
            <w:r>
              <w:rPr>
                <w:rFonts w:ascii="宋体" w:hAnsi="宋体" w:eastAsia="宋体"/>
                <w:b w:val="0"/>
                <w:sz w:val="20"/>
              </w:rPr>
              <w:t>A/B测试</w:t>
            </w:r>
          </w:p>
        </w:tc>
        <w:tc>
          <w:tcPr>
            <w:tcW w:type="dxa" w:w="2880"/>
            <w:shd w:fill="F2F2F2"/>
          </w:tcPr>
          <w:p>
            <w:r/>
            <w:r>
              <w:rPr>
                <w:rFonts w:ascii="宋体" w:hAnsi="宋体" w:eastAsia="宋体"/>
                <w:b w:val="0"/>
                <w:sz w:val="20"/>
              </w:rPr>
              <w:t>A/B Testing</w:t>
            </w:r>
          </w:p>
        </w:tc>
        <w:tc>
          <w:tcPr>
            <w:tcW w:type="dxa" w:w="2880"/>
            <w:shd w:fill="F2F2F2"/>
          </w:tcPr>
          <w:p>
            <w:r/>
            <w:r>
              <w:rPr>
                <w:rFonts w:ascii="宋体" w:hAnsi="宋体" w:eastAsia="宋体"/>
                <w:b w:val="0"/>
                <w:sz w:val="20"/>
              </w:rPr>
              <w:t>对比两个版本效果以选择最优方案的实验方法</w:t>
            </w:r>
          </w:p>
        </w:tc>
      </w:tr>
      <w:tr>
        <w:tc>
          <w:tcPr>
            <w:tcW w:type="dxa" w:w="2880"/>
          </w:tcPr>
          <w:p>
            <w:r/>
            <w:r>
              <w:rPr>
                <w:rFonts w:ascii="宋体" w:hAnsi="宋体" w:eastAsia="宋体"/>
                <w:b w:val="0"/>
                <w:sz w:val="20"/>
              </w:rPr>
              <w:t>归因分析</w:t>
            </w:r>
          </w:p>
        </w:tc>
        <w:tc>
          <w:tcPr>
            <w:tcW w:type="dxa" w:w="2880"/>
          </w:tcPr>
          <w:p>
            <w:r/>
            <w:r>
              <w:rPr>
                <w:rFonts w:ascii="宋体" w:hAnsi="宋体" w:eastAsia="宋体"/>
                <w:b w:val="0"/>
                <w:sz w:val="20"/>
              </w:rPr>
              <w:t>Attribution Analysis</w:t>
            </w:r>
          </w:p>
        </w:tc>
        <w:tc>
          <w:tcPr>
            <w:tcW w:type="dxa" w:w="2880"/>
          </w:tcPr>
          <w:p>
            <w:r/>
            <w:r>
              <w:rPr>
                <w:rFonts w:ascii="宋体" w:hAnsi="宋体" w:eastAsia="宋体"/>
                <w:b w:val="0"/>
                <w:sz w:val="20"/>
              </w:rPr>
              <w:t>分析各渠道对转化结果的贡献权重的方法</w:t>
            </w:r>
          </w:p>
        </w:tc>
      </w:tr>
    </w:tbl>
    <w:p>
      <w:r>
        <w:br w:type="page"/>
      </w:r>
    </w:p>
    <w:p>
      <w:pPr>
        <w:pStyle w:val="Heading1"/>
      </w:pPr>
      <w:r>
        <w:rPr>
          <w:rFonts w:ascii="黑体" w:hAnsi="黑体" w:eastAsia="黑体"/>
          <w:b/>
          <w:color w:val="1F4E79"/>
          <w:sz w:val="32"/>
        </w:rPr>
        <w:t>附录B AI工具与平台速查表</w:t>
      </w:r>
    </w:p>
    <w:p>
      <w:pPr>
        <w:pStyle w:val="Heading2"/>
      </w:pPr>
      <w:r>
        <w:rPr>
          <w:rFonts w:ascii="黑体" w:hAnsi="黑体" w:eastAsia="黑体"/>
          <w:b/>
          <w:sz w:val="28"/>
        </w:rPr>
        <w:t>AIGC内容生成工具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ChatGPT/Claude</w:t>
            </w:r>
          </w:p>
        </w:tc>
        <w:tc>
          <w:tcPr>
            <w:tcW w:type="dxa" w:w="1728"/>
            <w:shd w:fill="F2F2F2"/>
          </w:tcPr>
          <w:p>
            <w:r/>
            <w:r>
              <w:rPr>
                <w:rFonts w:ascii="宋体" w:hAnsi="宋体" w:eastAsia="宋体"/>
                <w:b w:val="0"/>
                <w:sz w:val="20"/>
              </w:rPr>
              <w:t>文本生成、对话</w:t>
            </w:r>
          </w:p>
        </w:tc>
        <w:tc>
          <w:tcPr>
            <w:tcW w:type="dxa" w:w="1728"/>
            <w:shd w:fill="F2F2F2"/>
          </w:tcPr>
          <w:p>
            <w:r/>
            <w:r>
              <w:rPr>
                <w:rFonts w:ascii="宋体" w:hAnsi="宋体" w:eastAsia="宋体"/>
                <w:b w:val="0"/>
                <w:sz w:val="20"/>
              </w:rPr>
              <w:t>文案创作、策略规划</w:t>
            </w:r>
          </w:p>
        </w:tc>
        <w:tc>
          <w:tcPr>
            <w:tcW w:type="dxa" w:w="1728"/>
            <w:shd w:fill="F2F2F2"/>
          </w:tcPr>
          <w:p>
            <w:r/>
            <w:r>
              <w:rPr>
                <w:rFonts w:ascii="宋体" w:hAnsi="宋体" w:eastAsia="宋体"/>
                <w:b w:val="0"/>
                <w:sz w:val="20"/>
              </w:rPr>
              <w:t>免费/$20/月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文心一言</w:t>
            </w:r>
          </w:p>
        </w:tc>
        <w:tc>
          <w:tcPr>
            <w:tcW w:type="dxa" w:w="1728"/>
          </w:tcPr>
          <w:p>
            <w:r/>
            <w:r>
              <w:rPr>
                <w:rFonts w:ascii="宋体" w:hAnsi="宋体" w:eastAsia="宋体"/>
                <w:b w:val="0"/>
                <w:sz w:val="20"/>
              </w:rPr>
              <w:t>中文文本生成</w:t>
            </w:r>
          </w:p>
        </w:tc>
        <w:tc>
          <w:tcPr>
            <w:tcW w:type="dxa" w:w="1728"/>
          </w:tcPr>
          <w:p>
            <w:r/>
            <w:r>
              <w:rPr>
                <w:rFonts w:ascii="宋体" w:hAnsi="宋体" w:eastAsia="宋体"/>
                <w:b w:val="0"/>
                <w:sz w:val="20"/>
              </w:rPr>
              <w:t>中文种草文案、品牌故事</w:t>
            </w:r>
          </w:p>
        </w:tc>
        <w:tc>
          <w:tcPr>
            <w:tcW w:type="dxa" w:w="1728"/>
          </w:tcPr>
          <w:p>
            <w:r/>
            <w:r>
              <w:rPr>
                <w:rFonts w:ascii="宋体" w:hAnsi="宋体" w:eastAsia="宋体"/>
                <w:b w:val="0"/>
                <w:sz w:val="20"/>
              </w:rPr>
              <w:t>免费/会员制</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Midjourney</w:t>
            </w:r>
          </w:p>
        </w:tc>
        <w:tc>
          <w:tcPr>
            <w:tcW w:type="dxa" w:w="1728"/>
            <w:shd w:fill="F2F2F2"/>
          </w:tcPr>
          <w:p>
            <w:r/>
            <w:r>
              <w:rPr>
                <w:rFonts w:ascii="宋体" w:hAnsi="宋体" w:eastAsia="宋体"/>
                <w:b w:val="0"/>
                <w:sz w:val="20"/>
              </w:rPr>
              <w:t>AI图像生成</w:t>
            </w:r>
          </w:p>
        </w:tc>
        <w:tc>
          <w:tcPr>
            <w:tcW w:type="dxa" w:w="1728"/>
            <w:shd w:fill="F2F2F2"/>
          </w:tcPr>
          <w:p>
            <w:r/>
            <w:r>
              <w:rPr>
                <w:rFonts w:ascii="宋体" w:hAnsi="宋体" w:eastAsia="宋体"/>
                <w:b w:val="0"/>
                <w:sz w:val="20"/>
              </w:rPr>
              <w:t>宣传海报、视觉概念图</w:t>
            </w:r>
          </w:p>
        </w:tc>
        <w:tc>
          <w:tcPr>
            <w:tcW w:type="dxa" w:w="1728"/>
            <w:shd w:fill="F2F2F2"/>
          </w:tcPr>
          <w:p>
            <w:r/>
            <w:r>
              <w:rPr>
                <w:rFonts w:ascii="宋体" w:hAnsi="宋体" w:eastAsia="宋体"/>
                <w:b w:val="0"/>
                <w:sz w:val="20"/>
              </w:rPr>
              <w:t>$10-30/月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Stable Diffusion</w:t>
            </w:r>
          </w:p>
        </w:tc>
        <w:tc>
          <w:tcPr>
            <w:tcW w:type="dxa" w:w="1728"/>
          </w:tcPr>
          <w:p>
            <w:r/>
            <w:r>
              <w:rPr>
                <w:rFonts w:ascii="宋体" w:hAnsi="宋体" w:eastAsia="宋体"/>
                <w:b w:val="0"/>
                <w:sz w:val="20"/>
              </w:rPr>
              <w:t>开源AI图像生成</w:t>
            </w:r>
          </w:p>
        </w:tc>
        <w:tc>
          <w:tcPr>
            <w:tcW w:type="dxa" w:w="1728"/>
          </w:tcPr>
          <w:p>
            <w:r/>
            <w:r>
              <w:rPr>
                <w:rFonts w:ascii="宋体" w:hAnsi="宋体" w:eastAsia="宋体"/>
                <w:b w:val="0"/>
                <w:sz w:val="20"/>
              </w:rPr>
              <w:t>批量图片生成、风格定制</w:t>
            </w:r>
          </w:p>
        </w:tc>
        <w:tc>
          <w:tcPr>
            <w:tcW w:type="dxa" w:w="1728"/>
          </w:tcPr>
          <w:p>
            <w:r/>
            <w:r>
              <w:rPr>
                <w:rFonts w:ascii="宋体" w:hAnsi="宋体" w:eastAsia="宋体"/>
                <w:b w:val="0"/>
                <w:sz w:val="20"/>
              </w:rPr>
              <w:t>免费/自部署</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可灵</w:t>
            </w:r>
          </w:p>
        </w:tc>
        <w:tc>
          <w:tcPr>
            <w:tcW w:type="dxa" w:w="1728"/>
            <w:shd w:fill="F2F2F2"/>
          </w:tcPr>
          <w:p>
            <w:r/>
            <w:r>
              <w:rPr>
                <w:rFonts w:ascii="宋体" w:hAnsi="宋体" w:eastAsia="宋体"/>
                <w:b w:val="0"/>
                <w:sz w:val="20"/>
              </w:rPr>
              <w:t>AI视频生成</w:t>
            </w:r>
          </w:p>
        </w:tc>
        <w:tc>
          <w:tcPr>
            <w:tcW w:type="dxa" w:w="1728"/>
            <w:shd w:fill="F2F2F2"/>
          </w:tcPr>
          <w:p>
            <w:r/>
            <w:r>
              <w:rPr>
                <w:rFonts w:ascii="宋体" w:hAnsi="宋体" w:eastAsia="宋体"/>
                <w:b w:val="0"/>
                <w:sz w:val="20"/>
              </w:rPr>
              <w:t>短视频内容、宣传短片</w:t>
            </w:r>
          </w:p>
        </w:tc>
        <w:tc>
          <w:tcPr>
            <w:tcW w:type="dxa" w:w="1728"/>
            <w:shd w:fill="F2F2F2"/>
          </w:tcPr>
          <w:p>
            <w:r/>
            <w:r>
              <w:rPr>
                <w:rFonts w:ascii="宋体" w:hAnsi="宋体" w:eastAsia="宋体"/>
                <w:b w:val="0"/>
                <w:sz w:val="20"/>
              </w:rPr>
              <w:t>免费/会员制</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Runway</w:t>
            </w:r>
          </w:p>
        </w:tc>
        <w:tc>
          <w:tcPr>
            <w:tcW w:type="dxa" w:w="1728"/>
          </w:tcPr>
          <w:p>
            <w:r/>
            <w:r>
              <w:rPr>
                <w:rFonts w:ascii="宋体" w:hAnsi="宋体" w:eastAsia="宋体"/>
                <w:b w:val="0"/>
                <w:sz w:val="20"/>
              </w:rPr>
              <w:t>AI视频编辑</w:t>
            </w:r>
          </w:p>
        </w:tc>
        <w:tc>
          <w:tcPr>
            <w:tcW w:type="dxa" w:w="1728"/>
          </w:tcPr>
          <w:p>
            <w:r/>
            <w:r>
              <w:rPr>
                <w:rFonts w:ascii="宋体" w:hAnsi="宋体" w:eastAsia="宋体"/>
                <w:b w:val="0"/>
                <w:sz w:val="20"/>
              </w:rPr>
              <w:t>视频特效、动态内容</w:t>
            </w:r>
          </w:p>
        </w:tc>
        <w:tc>
          <w:tcPr>
            <w:tcW w:type="dxa" w:w="1728"/>
          </w:tcPr>
          <w:p>
            <w:r/>
            <w:r>
              <w:rPr>
                <w:rFonts w:ascii="宋体" w:hAnsi="宋体" w:eastAsia="宋体"/>
                <w:b w:val="0"/>
                <w:sz w:val="20"/>
              </w:rPr>
              <w:t>免费/$15/月</w:t>
            </w:r>
          </w:p>
        </w:tc>
        <w:tc>
          <w:tcPr>
            <w:tcW w:type="dxa" w:w="1728"/>
          </w:tcPr>
          <w:p>
            <w:r/>
            <w:r>
              <w:rPr>
                <w:rFonts w:ascii="宋体" w:hAnsi="宋体" w:eastAsia="宋体"/>
                <w:b w:val="0"/>
                <w:sz w:val="20"/>
              </w:rPr>
              <w:t>★★★★</w:t>
            </w:r>
          </w:p>
        </w:tc>
      </w:tr>
    </w:tbl>
    <w:p>
      <w:pPr>
        <w:pStyle w:val="Heading2"/>
      </w:pPr>
      <w:r>
        <w:rPr>
          <w:rFonts w:ascii="黑体" w:hAnsi="黑体" w:eastAsia="黑体"/>
          <w:b/>
          <w:sz w:val="28"/>
        </w:rPr>
        <w:t>AI营销与社交媒体工具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蝉妈妈/飞瓜</w:t>
            </w:r>
          </w:p>
        </w:tc>
        <w:tc>
          <w:tcPr>
            <w:tcW w:type="dxa" w:w="1728"/>
            <w:shd w:fill="F2F2F2"/>
          </w:tcPr>
          <w:p>
            <w:r/>
            <w:r>
              <w:rPr>
                <w:rFonts w:ascii="宋体" w:hAnsi="宋体" w:eastAsia="宋体"/>
                <w:b w:val="0"/>
                <w:sz w:val="20"/>
              </w:rPr>
              <w:t>社交媒体数据分析</w:t>
            </w:r>
          </w:p>
        </w:tc>
        <w:tc>
          <w:tcPr>
            <w:tcW w:type="dxa" w:w="1728"/>
            <w:shd w:fill="F2F2F2"/>
          </w:tcPr>
          <w:p>
            <w:r/>
            <w:r>
              <w:rPr>
                <w:rFonts w:ascii="宋体" w:hAnsi="宋体" w:eastAsia="宋体"/>
                <w:b w:val="0"/>
                <w:sz w:val="20"/>
              </w:rPr>
              <w:t>抖音/小红书数据分析</w:t>
            </w:r>
          </w:p>
        </w:tc>
        <w:tc>
          <w:tcPr>
            <w:tcW w:type="dxa" w:w="1728"/>
            <w:shd w:fill="F2F2F2"/>
          </w:tcPr>
          <w:p>
            <w:r/>
            <w:r>
              <w:rPr>
                <w:rFonts w:ascii="宋体" w:hAnsi="宋体" w:eastAsia="宋体"/>
                <w:b w:val="0"/>
                <w:sz w:val="20"/>
              </w:rPr>
              <w:t>300-2000/月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新榜</w:t>
            </w:r>
          </w:p>
        </w:tc>
        <w:tc>
          <w:tcPr>
            <w:tcW w:type="dxa" w:w="1728"/>
          </w:tcPr>
          <w:p>
            <w:r/>
            <w:r>
              <w:rPr>
                <w:rFonts w:ascii="宋体" w:hAnsi="宋体" w:eastAsia="宋体"/>
                <w:b w:val="0"/>
                <w:sz w:val="20"/>
              </w:rPr>
              <w:t>内容数据监测</w:t>
            </w:r>
          </w:p>
        </w:tc>
        <w:tc>
          <w:tcPr>
            <w:tcW w:type="dxa" w:w="1728"/>
          </w:tcPr>
          <w:p>
            <w:r/>
            <w:r>
              <w:rPr>
                <w:rFonts w:ascii="宋体" w:hAnsi="宋体" w:eastAsia="宋体"/>
                <w:b w:val="0"/>
                <w:sz w:val="20"/>
              </w:rPr>
              <w:t>多平台内容效果追踪</w:t>
            </w:r>
          </w:p>
        </w:tc>
        <w:tc>
          <w:tcPr>
            <w:tcW w:type="dxa" w:w="1728"/>
          </w:tcPr>
          <w:p>
            <w:r/>
            <w:r>
              <w:rPr>
                <w:rFonts w:ascii="宋体" w:hAnsi="宋体" w:eastAsia="宋体"/>
                <w:b w:val="0"/>
                <w:sz w:val="20"/>
              </w:rPr>
              <w:t>500-3000/月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企业微信+AI客服</w:t>
            </w:r>
          </w:p>
        </w:tc>
        <w:tc>
          <w:tcPr>
            <w:tcW w:type="dxa" w:w="1728"/>
            <w:shd w:fill="F2F2F2"/>
          </w:tcPr>
          <w:p>
            <w:r/>
            <w:r>
              <w:rPr>
                <w:rFonts w:ascii="宋体" w:hAnsi="宋体" w:eastAsia="宋体"/>
                <w:b w:val="0"/>
                <w:sz w:val="20"/>
              </w:rPr>
              <w:t>私域运营+智能客服</w:t>
            </w:r>
          </w:p>
        </w:tc>
        <w:tc>
          <w:tcPr>
            <w:tcW w:type="dxa" w:w="1728"/>
            <w:shd w:fill="F2F2F2"/>
          </w:tcPr>
          <w:p>
            <w:r/>
            <w:r>
              <w:rPr>
                <w:rFonts w:ascii="宋体" w:hAnsi="宋体" w:eastAsia="宋体"/>
                <w:b w:val="0"/>
                <w:sz w:val="20"/>
              </w:rPr>
              <w:t>社群管理、客户服务</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Coze/Dify</w:t>
            </w:r>
          </w:p>
        </w:tc>
        <w:tc>
          <w:tcPr>
            <w:tcW w:type="dxa" w:w="1728"/>
          </w:tcPr>
          <w:p>
            <w:r/>
            <w:r>
              <w:rPr>
                <w:rFonts w:ascii="宋体" w:hAnsi="宋体" w:eastAsia="宋体"/>
                <w:b w:val="0"/>
                <w:sz w:val="20"/>
              </w:rPr>
              <w:t>智能体构建平台</w:t>
            </w:r>
          </w:p>
        </w:tc>
        <w:tc>
          <w:tcPr>
            <w:tcW w:type="dxa" w:w="1728"/>
          </w:tcPr>
          <w:p>
            <w:r/>
            <w:r>
              <w:rPr>
                <w:rFonts w:ascii="宋体" w:hAnsi="宋体" w:eastAsia="宋体"/>
                <w:b w:val="0"/>
                <w:sz w:val="20"/>
              </w:rPr>
              <w:t>客服机器人、内容智能体</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bl>
    <w:p>
      <w:pPr>
        <w:pStyle w:val="Heading2"/>
      </w:pPr>
      <w:r>
        <w:rPr>
          <w:rFonts w:ascii="黑体" w:hAnsi="黑体" w:eastAsia="黑体"/>
          <w:b/>
          <w:sz w:val="28"/>
        </w:rPr>
        <w:t>数据分析与BI工具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Excel/WPS表格</w:t>
            </w:r>
          </w:p>
        </w:tc>
        <w:tc>
          <w:tcPr>
            <w:tcW w:type="dxa" w:w="1728"/>
            <w:shd w:fill="F2F2F2"/>
          </w:tcPr>
          <w:p>
            <w:r/>
            <w:r>
              <w:rPr>
                <w:rFonts w:ascii="宋体" w:hAnsi="宋体" w:eastAsia="宋体"/>
                <w:b w:val="0"/>
                <w:sz w:val="20"/>
              </w:rPr>
              <w:t>基础数据分析</w:t>
            </w:r>
          </w:p>
        </w:tc>
        <w:tc>
          <w:tcPr>
            <w:tcW w:type="dxa" w:w="1728"/>
            <w:shd w:fill="F2F2F2"/>
          </w:tcPr>
          <w:p>
            <w:r/>
            <w:r>
              <w:rPr>
                <w:rFonts w:ascii="宋体" w:hAnsi="宋体" w:eastAsia="宋体"/>
                <w:b w:val="0"/>
                <w:sz w:val="20"/>
              </w:rPr>
              <w:t>初创主理人数据管理</w:t>
            </w:r>
          </w:p>
        </w:tc>
        <w:tc>
          <w:tcPr>
            <w:tcW w:type="dxa" w:w="1728"/>
            <w:shd w:fill="F2F2F2"/>
          </w:tcPr>
          <w:p>
            <w:r/>
            <w:r>
              <w:rPr>
                <w:rFonts w:ascii="宋体" w:hAnsi="宋体" w:eastAsia="宋体"/>
                <w:b w:val="0"/>
                <w:sz w:val="20"/>
              </w:rPr>
              <w:t>免费/Office</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帆软BI</w:t>
            </w:r>
          </w:p>
        </w:tc>
        <w:tc>
          <w:tcPr>
            <w:tcW w:type="dxa" w:w="1728"/>
          </w:tcPr>
          <w:p>
            <w:r/>
            <w:r>
              <w:rPr>
                <w:rFonts w:ascii="宋体" w:hAnsi="宋体" w:eastAsia="宋体"/>
                <w:b w:val="0"/>
                <w:sz w:val="20"/>
              </w:rPr>
              <w:t>数据可视化看板</w:t>
            </w:r>
          </w:p>
        </w:tc>
        <w:tc>
          <w:tcPr>
            <w:tcW w:type="dxa" w:w="1728"/>
          </w:tcPr>
          <w:p>
            <w:r/>
            <w:r>
              <w:rPr>
                <w:rFonts w:ascii="宋体" w:hAnsi="宋体" w:eastAsia="宋体"/>
                <w:b w:val="0"/>
                <w:sz w:val="20"/>
              </w:rPr>
              <w:t>多源数据整合分析</w:t>
            </w:r>
          </w:p>
        </w:tc>
        <w:tc>
          <w:tcPr>
            <w:tcW w:type="dxa" w:w="1728"/>
          </w:tcPr>
          <w:p>
            <w:r/>
            <w:r>
              <w:rPr>
                <w:rFonts w:ascii="宋体" w:hAnsi="宋体" w:eastAsia="宋体"/>
                <w:b w:val="0"/>
                <w:sz w:val="20"/>
              </w:rPr>
              <w:t>社区版免费/企业版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Metabase</w:t>
            </w:r>
          </w:p>
        </w:tc>
        <w:tc>
          <w:tcPr>
            <w:tcW w:type="dxa" w:w="1728"/>
            <w:shd w:fill="F2F2F2"/>
          </w:tcPr>
          <w:p>
            <w:r/>
            <w:r>
              <w:rPr>
                <w:rFonts w:ascii="宋体" w:hAnsi="宋体" w:eastAsia="宋体"/>
                <w:b w:val="0"/>
                <w:sz w:val="20"/>
              </w:rPr>
              <w:t>开源BI工具</w:t>
            </w:r>
          </w:p>
        </w:tc>
        <w:tc>
          <w:tcPr>
            <w:tcW w:type="dxa" w:w="1728"/>
            <w:shd w:fill="F2F2F2"/>
          </w:tcPr>
          <w:p>
            <w:r/>
            <w:r>
              <w:rPr>
                <w:rFonts w:ascii="宋体" w:hAnsi="宋体" w:eastAsia="宋体"/>
                <w:b w:val="0"/>
                <w:sz w:val="20"/>
              </w:rPr>
              <w:t>数据查询与可视化</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DataEase</w:t>
            </w:r>
          </w:p>
        </w:tc>
        <w:tc>
          <w:tcPr>
            <w:tcW w:type="dxa" w:w="1728"/>
          </w:tcPr>
          <w:p>
            <w:r/>
            <w:r>
              <w:rPr>
                <w:rFonts w:ascii="宋体" w:hAnsi="宋体" w:eastAsia="宋体"/>
                <w:b w:val="0"/>
                <w:sz w:val="20"/>
              </w:rPr>
              <w:t>国产开源BI</w:t>
            </w:r>
          </w:p>
        </w:tc>
        <w:tc>
          <w:tcPr>
            <w:tcW w:type="dxa" w:w="1728"/>
          </w:tcPr>
          <w:p>
            <w:r/>
            <w:r>
              <w:rPr>
                <w:rFonts w:ascii="宋体" w:hAnsi="宋体" w:eastAsia="宋体"/>
                <w:b w:val="0"/>
                <w:sz w:val="20"/>
              </w:rPr>
              <w:t>数据可视化大屏</w:t>
            </w:r>
          </w:p>
        </w:tc>
        <w:tc>
          <w:tcPr>
            <w:tcW w:type="dxa" w:w="1728"/>
          </w:tcPr>
          <w:p>
            <w:r/>
            <w:r>
              <w:rPr>
                <w:rFonts w:ascii="宋体" w:hAnsi="宋体" w:eastAsia="宋体"/>
                <w:b w:val="0"/>
                <w:sz w:val="20"/>
              </w:rPr>
              <w:t>免费/企业版</w:t>
            </w:r>
          </w:p>
        </w:tc>
        <w:tc>
          <w:tcPr>
            <w:tcW w:type="dxa" w:w="1728"/>
          </w:tcPr>
          <w:p>
            <w:r/>
            <w:r>
              <w:rPr>
                <w:rFonts w:ascii="宋体" w:hAnsi="宋体" w:eastAsia="宋体"/>
                <w:b w:val="0"/>
                <w:sz w:val="20"/>
              </w:rPr>
              <w:t>★★★★</w:t>
            </w:r>
          </w:p>
        </w:tc>
      </w:tr>
    </w:tbl>
    <w:p>
      <w:pPr>
        <w:pStyle w:val="Heading2"/>
      </w:pPr>
      <w:r>
        <w:rPr>
          <w:rFonts w:ascii="黑体" w:hAnsi="黑体" w:eastAsia="黑体"/>
          <w:b/>
          <w:sz w:val="28"/>
        </w:rPr>
        <w:t>智能体开发平台</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平台名称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Coze (扣子)</w:t>
            </w:r>
          </w:p>
        </w:tc>
        <w:tc>
          <w:tcPr>
            <w:tcW w:type="dxa" w:w="1728"/>
            <w:shd w:fill="F2F2F2"/>
          </w:tcPr>
          <w:p>
            <w:r/>
            <w:r>
              <w:rPr>
                <w:rFonts w:ascii="宋体" w:hAnsi="宋体" w:eastAsia="宋体"/>
                <w:b w:val="0"/>
                <w:sz w:val="20"/>
              </w:rPr>
              <w:t>智能体构建与发布</w:t>
            </w:r>
          </w:p>
        </w:tc>
        <w:tc>
          <w:tcPr>
            <w:tcW w:type="dxa" w:w="1728"/>
            <w:shd w:fill="F2F2F2"/>
          </w:tcPr>
          <w:p>
            <w:r/>
            <w:r>
              <w:rPr>
                <w:rFonts w:ascii="宋体" w:hAnsi="宋体" w:eastAsia="宋体"/>
                <w:b w:val="0"/>
                <w:sz w:val="20"/>
              </w:rPr>
              <w:t>客服机器人、内容助手</w:t>
            </w:r>
          </w:p>
        </w:tc>
        <w:tc>
          <w:tcPr>
            <w:tcW w:type="dxa" w:w="1728"/>
            <w:shd w:fill="F2F2F2"/>
          </w:tcPr>
          <w:p>
            <w:r/>
            <w:r>
              <w:rPr>
                <w:rFonts w:ascii="宋体" w:hAnsi="宋体" w:eastAsia="宋体"/>
                <w:b w:val="0"/>
                <w:sz w:val="20"/>
              </w:rPr>
              <w:t>免费/付费</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Dify</w:t>
            </w:r>
          </w:p>
        </w:tc>
        <w:tc>
          <w:tcPr>
            <w:tcW w:type="dxa" w:w="1728"/>
          </w:tcPr>
          <w:p>
            <w:r/>
            <w:r>
              <w:rPr>
                <w:rFonts w:ascii="宋体" w:hAnsi="宋体" w:eastAsia="宋体"/>
                <w:b w:val="0"/>
                <w:sz w:val="20"/>
              </w:rPr>
              <w:t>开源LLM应用开发</w:t>
            </w:r>
          </w:p>
        </w:tc>
        <w:tc>
          <w:tcPr>
            <w:tcW w:type="dxa" w:w="1728"/>
          </w:tcPr>
          <w:p>
            <w:r/>
            <w:r>
              <w:rPr>
                <w:rFonts w:ascii="宋体" w:hAnsi="宋体" w:eastAsia="宋体"/>
                <w:b w:val="0"/>
                <w:sz w:val="20"/>
              </w:rPr>
              <w:t>定制化AI应用</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FastGPT</w:t>
            </w:r>
          </w:p>
        </w:tc>
        <w:tc>
          <w:tcPr>
            <w:tcW w:type="dxa" w:w="1728"/>
            <w:shd w:fill="F2F2F2"/>
          </w:tcPr>
          <w:p>
            <w:r/>
            <w:r>
              <w:rPr>
                <w:rFonts w:ascii="宋体" w:hAnsi="宋体" w:eastAsia="宋体"/>
                <w:b w:val="0"/>
                <w:sz w:val="20"/>
              </w:rPr>
              <w:t>知识库问答系统</w:t>
            </w:r>
          </w:p>
        </w:tc>
        <w:tc>
          <w:tcPr>
            <w:tcW w:type="dxa" w:w="1728"/>
            <w:shd w:fill="F2F2F2"/>
          </w:tcPr>
          <w:p>
            <w:r/>
            <w:r>
              <w:rPr>
                <w:rFonts w:ascii="宋体" w:hAnsi="宋体" w:eastAsia="宋体"/>
                <w:b w:val="0"/>
                <w:sz w:val="20"/>
              </w:rPr>
              <w:t>基于知识库的AI客服</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AutoGen</w:t>
            </w:r>
          </w:p>
        </w:tc>
        <w:tc>
          <w:tcPr>
            <w:tcW w:type="dxa" w:w="1728"/>
          </w:tcPr>
          <w:p>
            <w:r/>
            <w:r>
              <w:rPr>
                <w:rFonts w:ascii="宋体" w:hAnsi="宋体" w:eastAsia="宋体"/>
                <w:b w:val="0"/>
                <w:sz w:val="20"/>
              </w:rPr>
              <w:t>多智能体框架</w:t>
            </w:r>
          </w:p>
        </w:tc>
        <w:tc>
          <w:tcPr>
            <w:tcW w:type="dxa" w:w="1728"/>
          </w:tcPr>
          <w:p>
            <w:r/>
            <w:r>
              <w:rPr>
                <w:rFonts w:ascii="宋体" w:hAnsi="宋体" w:eastAsia="宋体"/>
                <w:b w:val="0"/>
                <w:sz w:val="20"/>
              </w:rPr>
              <w:t>多Agent协同开发</w:t>
            </w:r>
          </w:p>
        </w:tc>
        <w:tc>
          <w:tcPr>
            <w:tcW w:type="dxa" w:w="1728"/>
          </w:tcPr>
          <w:p>
            <w:r/>
            <w:r>
              <w:rPr>
                <w:rFonts w:ascii="宋体" w:hAnsi="宋体" w:eastAsia="宋体"/>
                <w:b w:val="0"/>
                <w:sz w:val="20"/>
              </w:rPr>
              <w:t>免费/开源</w:t>
            </w:r>
          </w:p>
        </w:tc>
        <w:tc>
          <w:tcPr>
            <w:tcW w:type="dxa" w:w="1728"/>
          </w:tcPr>
          <w:p>
            <w:r/>
            <w:r>
              <w:rPr>
                <w:rFonts w:ascii="宋体" w:hAnsi="宋体" w:eastAsia="宋体"/>
                <w:b w:val="0"/>
                <w:sz w:val="20"/>
              </w:rPr>
              <w:t>★★★</w:t>
            </w:r>
          </w:p>
        </w:tc>
      </w:tr>
    </w:tbl>
    <w:p>
      <w:pPr>
        <w:pStyle w:val="Heading2"/>
      </w:pPr>
      <w:r>
        <w:rPr>
          <w:rFonts w:ascii="黑体" w:hAnsi="黑体" w:eastAsia="黑体"/>
          <w:b/>
          <w:sz w:val="28"/>
        </w:rPr>
        <w:t>项目管理与协作工具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飞书</w:t>
            </w:r>
          </w:p>
        </w:tc>
        <w:tc>
          <w:tcPr>
            <w:tcW w:type="dxa" w:w="1728"/>
            <w:shd w:fill="F2F2F2"/>
          </w:tcPr>
          <w:p>
            <w:r/>
            <w:r>
              <w:rPr>
                <w:rFonts w:ascii="宋体" w:hAnsi="宋体" w:eastAsia="宋体"/>
                <w:b w:val="0"/>
                <w:sz w:val="20"/>
              </w:rPr>
              <w:t>团队协作+AI助手</w:t>
            </w:r>
          </w:p>
        </w:tc>
        <w:tc>
          <w:tcPr>
            <w:tcW w:type="dxa" w:w="1728"/>
            <w:shd w:fill="F2F2F2"/>
          </w:tcPr>
          <w:p>
            <w:r/>
            <w:r>
              <w:rPr>
                <w:rFonts w:ascii="宋体" w:hAnsi="宋体" w:eastAsia="宋体"/>
                <w:b w:val="0"/>
                <w:sz w:val="20"/>
              </w:rPr>
              <w:t>团队沟通、文档协作</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Notion</w:t>
            </w:r>
          </w:p>
        </w:tc>
        <w:tc>
          <w:tcPr>
            <w:tcW w:type="dxa" w:w="1728"/>
          </w:tcPr>
          <w:p>
            <w:r/>
            <w:r>
              <w:rPr>
                <w:rFonts w:ascii="宋体" w:hAnsi="宋体" w:eastAsia="宋体"/>
                <w:b w:val="0"/>
                <w:sz w:val="20"/>
              </w:rPr>
              <w:t>知识管理+AI</w:t>
            </w:r>
          </w:p>
        </w:tc>
        <w:tc>
          <w:tcPr>
            <w:tcW w:type="dxa" w:w="1728"/>
          </w:tcPr>
          <w:p>
            <w:r/>
            <w:r>
              <w:rPr>
                <w:rFonts w:ascii="宋体" w:hAnsi="宋体" w:eastAsia="宋体"/>
                <w:b w:val="0"/>
                <w:sz w:val="20"/>
              </w:rPr>
              <w:t>项目管理、知识库</w:t>
            </w:r>
          </w:p>
        </w:tc>
        <w:tc>
          <w:tcPr>
            <w:tcW w:type="dxa" w:w="1728"/>
          </w:tcPr>
          <w:p>
            <w:r/>
            <w:r>
              <w:rPr>
                <w:rFonts w:ascii="宋体" w:hAnsi="宋体" w:eastAsia="宋体"/>
                <w:b w:val="0"/>
                <w:sz w:val="20"/>
              </w:rPr>
              <w:t>免费/$10/月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钉钉</w:t>
            </w:r>
          </w:p>
        </w:tc>
        <w:tc>
          <w:tcPr>
            <w:tcW w:type="dxa" w:w="1728"/>
            <w:shd w:fill="F2F2F2"/>
          </w:tcPr>
          <w:p>
            <w:r/>
            <w:r>
              <w:rPr>
                <w:rFonts w:ascii="宋体" w:hAnsi="宋体" w:eastAsia="宋体"/>
                <w:b w:val="0"/>
                <w:sz w:val="20"/>
              </w:rPr>
              <w:t>企业协作</w:t>
            </w:r>
          </w:p>
        </w:tc>
        <w:tc>
          <w:tcPr>
            <w:tcW w:type="dxa" w:w="1728"/>
            <w:shd w:fill="F2F2F2"/>
          </w:tcPr>
          <w:p>
            <w:r/>
            <w:r>
              <w:rPr>
                <w:rFonts w:ascii="宋体" w:hAnsi="宋体" w:eastAsia="宋体"/>
                <w:b w:val="0"/>
                <w:sz w:val="20"/>
              </w:rPr>
              <w:t>考勤、审批、沟通</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bl>
    <w:p>
      <w:r>
        <w:br w:type="page"/>
      </w:r>
    </w:p>
    <w:p>
      <w:pPr>
        <w:pStyle w:val="Heading1"/>
      </w:pPr>
      <w:r>
        <w:rPr>
          <w:rFonts w:ascii="黑体" w:hAnsi="黑体" w:eastAsia="黑体"/>
          <w:b/>
          <w:color w:val="1F4E79"/>
          <w:sz w:val="32"/>
        </w:rPr>
        <w:t>附录C 文旅主理人案例库</w:t>
      </w:r>
    </w:p>
    <w:p>
      <w:pPr>
        <w:pStyle w:val="Heading2"/>
      </w:pPr>
      <w:r>
        <w:rPr>
          <w:rFonts w:ascii="黑体" w:hAnsi="黑体" w:eastAsia="黑体"/>
          <w:b/>
          <w:sz w:val="28"/>
        </w:rPr>
        <w:t>国内案例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w:t>
            </w:r>
          </w:p>
        </w:tc>
        <w:tc>
          <w:tcPr>
            <w:tcW w:type="dxa" w:w="1440"/>
            <w:shd w:fill="F2F2F2"/>
          </w:tcPr>
          <w:p>
            <w:r/>
            <w:r>
              <w:rPr>
                <w:rFonts w:ascii="宋体" w:hAnsi="宋体" w:eastAsia="宋体"/>
                <w:b w:val="0"/>
                <w:sz w:val="20"/>
              </w:rPr>
              <w:t>屯堡文化深度体验</w:t>
            </w:r>
          </w:p>
        </w:tc>
        <w:tc>
          <w:tcPr>
            <w:tcW w:type="dxa" w:w="1440"/>
            <w:shd w:fill="F2F2F2"/>
          </w:tcPr>
          <w:p>
            <w:r/>
            <w:r>
              <w:rPr>
                <w:rFonts w:ascii="宋体" w:hAnsi="宋体" w:eastAsia="宋体"/>
                <w:b w:val="0"/>
                <w:sz w:val="20"/>
              </w:rPr>
              <w:t>贵州安顺</w:t>
            </w:r>
          </w:p>
        </w:tc>
        <w:tc>
          <w:tcPr>
            <w:tcW w:type="dxa" w:w="1440"/>
            <w:shd w:fill="F2F2F2"/>
          </w:tcPr>
          <w:p>
            <w:r/>
            <w:r>
              <w:rPr>
                <w:rFonts w:ascii="宋体" w:hAnsi="宋体" w:eastAsia="宋体"/>
                <w:b w:val="0"/>
                <w:sz w:val="20"/>
              </w:rPr>
              <w:t>文化体验</w:t>
            </w:r>
          </w:p>
        </w:tc>
        <w:tc>
          <w:tcPr>
            <w:tcW w:type="dxa" w:w="1440"/>
            <w:shd w:fill="F2F2F2"/>
          </w:tcPr>
          <w:p>
            <w:r/>
            <w:r>
              <w:rPr>
                <w:rFonts w:ascii="宋体" w:hAnsi="宋体" w:eastAsia="宋体"/>
                <w:b w:val="0"/>
                <w:sz w:val="20"/>
              </w:rPr>
              <w:t>AIGC内容种草+AI客服</w:t>
            </w:r>
          </w:p>
        </w:tc>
        <w:tc>
          <w:tcPr>
            <w:tcW w:type="dxa" w:w="1440"/>
            <w:shd w:fill="F2F2F2"/>
          </w:tcPr>
          <w:p>
            <w:r/>
            <w:r>
              <w:rPr>
                <w:rFonts w:ascii="宋体" w:hAnsi="宋体" w:eastAsia="宋体"/>
                <w:b w:val="0"/>
                <w:sz w:val="20"/>
              </w:rPr>
              <w:t>90天验证模式，月收2.5万</w:t>
            </w:r>
          </w:p>
        </w:tc>
      </w:tr>
      <w:tr>
        <w:tc>
          <w:tcPr>
            <w:tcW w:type="dxa" w:w="1440"/>
          </w:tcPr>
          <w:p>
            <w:r/>
            <w:r>
              <w:rPr>
                <w:rFonts w:ascii="宋体" w:hAnsi="宋体" w:eastAsia="宋体"/>
                <w:b w:val="0"/>
                <w:sz w:val="20"/>
              </w:rPr>
              <w:t>2</w:t>
            </w:r>
          </w:p>
        </w:tc>
        <w:tc>
          <w:tcPr>
            <w:tcW w:type="dxa" w:w="1440"/>
          </w:tcPr>
          <w:p>
            <w:r/>
            <w:r>
              <w:rPr>
                <w:rFonts w:ascii="宋体" w:hAnsi="宋体" w:eastAsia="宋体"/>
                <w:b w:val="0"/>
                <w:sz w:val="20"/>
              </w:rPr>
              <w:t>云台山IP形象升级</w:t>
            </w:r>
          </w:p>
        </w:tc>
        <w:tc>
          <w:tcPr>
            <w:tcW w:type="dxa" w:w="1440"/>
          </w:tcPr>
          <w:p>
            <w:r/>
            <w:r>
              <w:rPr>
                <w:rFonts w:ascii="宋体" w:hAnsi="宋体" w:eastAsia="宋体"/>
                <w:b w:val="0"/>
                <w:sz w:val="20"/>
              </w:rPr>
              <w:t>河南焦作</w:t>
            </w:r>
          </w:p>
        </w:tc>
        <w:tc>
          <w:tcPr>
            <w:tcW w:type="dxa" w:w="1440"/>
          </w:tcPr>
          <w:p>
            <w:r/>
            <w:r>
              <w:rPr>
                <w:rFonts w:ascii="宋体" w:hAnsi="宋体" w:eastAsia="宋体"/>
                <w:b w:val="0"/>
                <w:sz w:val="20"/>
              </w:rPr>
              <w:t>IP设计</w:t>
            </w:r>
          </w:p>
        </w:tc>
        <w:tc>
          <w:tcPr>
            <w:tcW w:type="dxa" w:w="1440"/>
          </w:tcPr>
          <w:p>
            <w:r/>
            <w:r>
              <w:rPr>
                <w:rFonts w:ascii="宋体" w:hAnsi="宋体" w:eastAsia="宋体"/>
                <w:b w:val="0"/>
                <w:sz w:val="20"/>
              </w:rPr>
              <w:t>AIGC文本生成图像迭代设计</w:t>
            </w:r>
          </w:p>
        </w:tc>
        <w:tc>
          <w:tcPr>
            <w:tcW w:type="dxa" w:w="1440"/>
          </w:tcPr>
          <w:p>
            <w:r/>
            <w:r>
              <w:rPr>
                <w:rFonts w:ascii="宋体" w:hAnsi="宋体" w:eastAsia="宋体"/>
                <w:b w:val="0"/>
                <w:sz w:val="20"/>
              </w:rPr>
              <w:t>IP形象焕新，品牌提升</w:t>
            </w:r>
          </w:p>
        </w:tc>
      </w:tr>
      <w:tr>
        <w:tc>
          <w:tcPr>
            <w:tcW w:type="dxa" w:w="1440"/>
            <w:shd w:fill="F2F2F2"/>
          </w:tcPr>
          <w:p>
            <w:r/>
            <w:r>
              <w:rPr>
                <w:rFonts w:ascii="宋体" w:hAnsi="宋体" w:eastAsia="宋体"/>
                <w:b w:val="0"/>
                <w:sz w:val="20"/>
              </w:rPr>
              <w:t>3</w:t>
            </w:r>
          </w:p>
        </w:tc>
        <w:tc>
          <w:tcPr>
            <w:tcW w:type="dxa" w:w="1440"/>
            <w:shd w:fill="F2F2F2"/>
          </w:tcPr>
          <w:p>
            <w:r/>
            <w:r>
              <w:rPr>
                <w:rFonts w:ascii="宋体" w:hAnsi="宋体" w:eastAsia="宋体"/>
                <w:b w:val="0"/>
                <w:sz w:val="20"/>
              </w:rPr>
              <w:t>蜀南竹海文创定制</w:t>
            </w:r>
          </w:p>
        </w:tc>
        <w:tc>
          <w:tcPr>
            <w:tcW w:type="dxa" w:w="1440"/>
            <w:shd w:fill="F2F2F2"/>
          </w:tcPr>
          <w:p>
            <w:r/>
            <w:r>
              <w:rPr>
                <w:rFonts w:ascii="宋体" w:hAnsi="宋体" w:eastAsia="宋体"/>
                <w:b w:val="0"/>
                <w:sz w:val="20"/>
              </w:rPr>
              <w:t>四川宜宾</w:t>
            </w:r>
          </w:p>
        </w:tc>
        <w:tc>
          <w:tcPr>
            <w:tcW w:type="dxa" w:w="1440"/>
            <w:shd w:fill="F2F2F2"/>
          </w:tcPr>
          <w:p>
            <w:r/>
            <w:r>
              <w:rPr>
                <w:rFonts w:ascii="宋体" w:hAnsi="宋体" w:eastAsia="宋体"/>
                <w:b w:val="0"/>
                <w:sz w:val="20"/>
              </w:rPr>
              <w:t>文创产品</w:t>
            </w:r>
          </w:p>
        </w:tc>
        <w:tc>
          <w:tcPr>
            <w:tcW w:type="dxa" w:w="1440"/>
            <w:shd w:fill="F2F2F2"/>
          </w:tcPr>
          <w:p>
            <w:r/>
            <w:r>
              <w:rPr>
                <w:rFonts w:ascii="宋体" w:hAnsi="宋体" w:eastAsia="宋体"/>
                <w:b w:val="0"/>
                <w:sz w:val="20"/>
              </w:rPr>
              <w:t>AIGC+情感分析个性化定制</w:t>
            </w:r>
          </w:p>
        </w:tc>
        <w:tc>
          <w:tcPr>
            <w:tcW w:type="dxa" w:w="1440"/>
            <w:shd w:fill="F2F2F2"/>
          </w:tcPr>
          <w:p>
            <w:r/>
            <w:r>
              <w:rPr>
                <w:rFonts w:ascii="宋体" w:hAnsi="宋体" w:eastAsia="宋体"/>
                <w:b w:val="0"/>
                <w:sz w:val="20"/>
              </w:rPr>
              <w:t>产品差异化，销量提升</w:t>
            </w:r>
          </w:p>
        </w:tc>
      </w:tr>
      <w:tr>
        <w:tc>
          <w:tcPr>
            <w:tcW w:type="dxa" w:w="1440"/>
          </w:tcPr>
          <w:p>
            <w:r/>
            <w:r>
              <w:rPr>
                <w:rFonts w:ascii="宋体" w:hAnsi="宋体" w:eastAsia="宋体"/>
                <w:b w:val="0"/>
                <w:sz w:val="20"/>
              </w:rPr>
              <w:t>4</w:t>
            </w:r>
          </w:p>
        </w:tc>
        <w:tc>
          <w:tcPr>
            <w:tcW w:type="dxa" w:w="1440"/>
          </w:tcPr>
          <w:p>
            <w:r/>
            <w:r>
              <w:rPr>
                <w:rFonts w:ascii="宋体" w:hAnsi="宋体" w:eastAsia="宋体"/>
                <w:b w:val="0"/>
                <w:sz w:val="20"/>
              </w:rPr>
              <w:t>呼伦贝尔虚拟数字人</w:t>
            </w:r>
          </w:p>
        </w:tc>
        <w:tc>
          <w:tcPr>
            <w:tcW w:type="dxa" w:w="1440"/>
          </w:tcPr>
          <w:p>
            <w:r/>
            <w:r>
              <w:rPr>
                <w:rFonts w:ascii="宋体" w:hAnsi="宋体" w:eastAsia="宋体"/>
                <w:b w:val="0"/>
                <w:sz w:val="20"/>
              </w:rPr>
              <w:t>内蒙古</w:t>
            </w:r>
          </w:p>
        </w:tc>
        <w:tc>
          <w:tcPr>
            <w:tcW w:type="dxa" w:w="1440"/>
          </w:tcPr>
          <w:p>
            <w:r/>
            <w:r>
              <w:rPr>
                <w:rFonts w:ascii="宋体" w:hAnsi="宋体" w:eastAsia="宋体"/>
                <w:b w:val="0"/>
                <w:sz w:val="20"/>
              </w:rPr>
              <w:t>数字人</w:t>
            </w:r>
          </w:p>
        </w:tc>
        <w:tc>
          <w:tcPr>
            <w:tcW w:type="dxa" w:w="1440"/>
          </w:tcPr>
          <w:p>
            <w:r/>
            <w:r>
              <w:rPr>
                <w:rFonts w:ascii="宋体" w:hAnsi="宋体" w:eastAsia="宋体"/>
                <w:b w:val="0"/>
                <w:sz w:val="20"/>
              </w:rPr>
              <w:t>AI数字人"呼伦""贝尔"</w:t>
            </w:r>
          </w:p>
        </w:tc>
        <w:tc>
          <w:tcPr>
            <w:tcW w:type="dxa" w:w="1440"/>
          </w:tcPr>
          <w:p>
            <w:r/>
            <w:r>
              <w:rPr>
                <w:rFonts w:ascii="宋体" w:hAnsi="宋体" w:eastAsia="宋体"/>
                <w:b w:val="0"/>
                <w:sz w:val="20"/>
              </w:rPr>
              <w:t>品牌代言，智慧体验</w:t>
            </w:r>
          </w:p>
        </w:tc>
      </w:tr>
      <w:tr>
        <w:tc>
          <w:tcPr>
            <w:tcW w:type="dxa" w:w="1440"/>
            <w:shd w:fill="F2F2F2"/>
          </w:tcPr>
          <w:p>
            <w:r/>
            <w:r>
              <w:rPr>
                <w:rFonts w:ascii="宋体" w:hAnsi="宋体" w:eastAsia="宋体"/>
                <w:b w:val="0"/>
                <w:sz w:val="20"/>
              </w:rPr>
              <w:t>5</w:t>
            </w:r>
          </w:p>
        </w:tc>
        <w:tc>
          <w:tcPr>
            <w:tcW w:type="dxa" w:w="1440"/>
            <w:shd w:fill="F2F2F2"/>
          </w:tcPr>
          <w:p>
            <w:r/>
            <w:r>
              <w:rPr>
                <w:rFonts w:ascii="宋体" w:hAnsi="宋体" w:eastAsia="宋体"/>
                <w:b w:val="0"/>
                <w:sz w:val="20"/>
              </w:rPr>
              <w:t>广西云AI+文旅短视频</w:t>
            </w:r>
          </w:p>
        </w:tc>
        <w:tc>
          <w:tcPr>
            <w:tcW w:type="dxa" w:w="1440"/>
            <w:shd w:fill="F2F2F2"/>
          </w:tcPr>
          <w:p>
            <w:r/>
            <w:r>
              <w:rPr>
                <w:rFonts w:ascii="宋体" w:hAnsi="宋体" w:eastAsia="宋体"/>
                <w:b w:val="0"/>
                <w:sz w:val="20"/>
              </w:rPr>
              <w:t>广西</w:t>
            </w:r>
          </w:p>
        </w:tc>
        <w:tc>
          <w:tcPr>
            <w:tcW w:type="dxa" w:w="1440"/>
            <w:shd w:fill="F2F2F2"/>
          </w:tcPr>
          <w:p>
            <w:r/>
            <w:r>
              <w:rPr>
                <w:rFonts w:ascii="宋体" w:hAnsi="宋体" w:eastAsia="宋体"/>
                <w:b w:val="0"/>
                <w:sz w:val="20"/>
              </w:rPr>
              <w:t>内容传播</w:t>
            </w:r>
          </w:p>
        </w:tc>
        <w:tc>
          <w:tcPr>
            <w:tcW w:type="dxa" w:w="1440"/>
            <w:shd w:fill="F2F2F2"/>
          </w:tcPr>
          <w:p>
            <w:r/>
            <w:r>
              <w:rPr>
                <w:rFonts w:ascii="宋体" w:hAnsi="宋体" w:eastAsia="宋体"/>
                <w:b w:val="0"/>
                <w:sz w:val="20"/>
              </w:rPr>
              <w:t>AIGC驱动区域文旅传播</w:t>
            </w:r>
          </w:p>
        </w:tc>
        <w:tc>
          <w:tcPr>
            <w:tcW w:type="dxa" w:w="1440"/>
            <w:shd w:fill="F2F2F2"/>
          </w:tcPr>
          <w:p>
            <w:r/>
            <w:r>
              <w:rPr>
                <w:rFonts w:ascii="宋体" w:hAnsi="宋体" w:eastAsia="宋体"/>
                <w:b w:val="0"/>
                <w:sz w:val="20"/>
              </w:rPr>
              <w:t>品牌出圈，区域推广</w:t>
            </w:r>
          </w:p>
        </w:tc>
      </w:tr>
      <w:tr>
        <w:tc>
          <w:tcPr>
            <w:tcW w:type="dxa" w:w="1440"/>
          </w:tcPr>
          <w:p>
            <w:r/>
            <w:r>
              <w:rPr>
                <w:rFonts w:ascii="宋体" w:hAnsi="宋体" w:eastAsia="宋体"/>
                <w:b w:val="0"/>
                <w:sz w:val="20"/>
              </w:rPr>
              <w:t>6</w:t>
            </w:r>
          </w:p>
        </w:tc>
        <w:tc>
          <w:tcPr>
            <w:tcW w:type="dxa" w:w="1440"/>
          </w:tcPr>
          <w:p>
            <w:r/>
            <w:r>
              <w:rPr>
                <w:rFonts w:ascii="宋体" w:hAnsi="宋体" w:eastAsia="宋体"/>
                <w:b w:val="0"/>
                <w:sz w:val="20"/>
              </w:rPr>
              <w:t>星球花园</w:t>
            </w:r>
          </w:p>
        </w:tc>
        <w:tc>
          <w:tcPr>
            <w:tcW w:type="dxa" w:w="1440"/>
          </w:tcPr>
          <w:p>
            <w:r/>
            <w:r>
              <w:rPr>
                <w:rFonts w:ascii="宋体" w:hAnsi="宋体" w:eastAsia="宋体"/>
                <w:b w:val="0"/>
                <w:sz w:val="20"/>
              </w:rPr>
              <w:t>安徽合肥</w:t>
            </w:r>
          </w:p>
        </w:tc>
        <w:tc>
          <w:tcPr>
            <w:tcW w:type="dxa" w:w="1440"/>
          </w:tcPr>
          <w:p>
            <w:r/>
            <w:r>
              <w:rPr>
                <w:rFonts w:ascii="宋体" w:hAnsi="宋体" w:eastAsia="宋体"/>
                <w:b w:val="0"/>
                <w:sz w:val="20"/>
              </w:rPr>
              <w:t>综合花园</w:t>
            </w:r>
          </w:p>
        </w:tc>
        <w:tc>
          <w:tcPr>
            <w:tcW w:type="dxa" w:w="1440"/>
          </w:tcPr>
          <w:p>
            <w:r/>
            <w:r>
              <w:rPr>
                <w:rFonts w:ascii="宋体" w:hAnsi="宋体" w:eastAsia="宋体"/>
                <w:b w:val="0"/>
                <w:sz w:val="20"/>
              </w:rPr>
              <w:t>社交媒体内容矩阵运营</w:t>
            </w:r>
          </w:p>
        </w:tc>
        <w:tc>
          <w:tcPr>
            <w:tcW w:type="dxa" w:w="1440"/>
          </w:tcPr>
          <w:p>
            <w:r/>
            <w:r>
              <w:rPr>
                <w:rFonts w:ascii="宋体" w:hAnsi="宋体" w:eastAsia="宋体"/>
                <w:b w:val="0"/>
                <w:sz w:val="20"/>
              </w:rPr>
              <w:t>年游览20万+人次</w:t>
            </w:r>
          </w:p>
        </w:tc>
      </w:tr>
      <w:tr>
        <w:tc>
          <w:tcPr>
            <w:tcW w:type="dxa" w:w="1440"/>
            <w:shd w:fill="F2F2F2"/>
          </w:tcPr>
          <w:p>
            <w:r/>
            <w:r>
              <w:rPr>
                <w:rFonts w:ascii="宋体" w:hAnsi="宋体" w:eastAsia="宋体"/>
                <w:b w:val="0"/>
                <w:sz w:val="20"/>
              </w:rPr>
              <w:t>7</w:t>
            </w:r>
          </w:p>
        </w:tc>
        <w:tc>
          <w:tcPr>
            <w:tcW w:type="dxa" w:w="1440"/>
            <w:shd w:fill="F2F2F2"/>
          </w:tcPr>
          <w:p>
            <w:r/>
            <w:r>
              <w:rPr>
                <w:rFonts w:ascii="宋体" w:hAnsi="宋体" w:eastAsia="宋体"/>
                <w:b w:val="0"/>
                <w:sz w:val="20"/>
              </w:rPr>
              <w:t>某茶园民宿AIGC营销</w:t>
            </w:r>
          </w:p>
        </w:tc>
        <w:tc>
          <w:tcPr>
            <w:tcW w:type="dxa" w:w="1440"/>
            <w:shd w:fill="F2F2F2"/>
          </w:tcPr>
          <w:p>
            <w:r/>
            <w:r>
              <w:rPr>
                <w:rFonts w:ascii="宋体" w:hAnsi="宋体" w:eastAsia="宋体"/>
                <w:b w:val="0"/>
                <w:sz w:val="20"/>
              </w:rPr>
              <w:t>浙江</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AI季节海报+种草文案</w:t>
            </w:r>
          </w:p>
        </w:tc>
        <w:tc>
          <w:tcPr>
            <w:tcW w:type="dxa" w:w="1440"/>
            <w:shd w:fill="F2F2F2"/>
          </w:tcPr>
          <w:p>
            <w:r/>
            <w:r>
              <w:rPr>
                <w:rFonts w:ascii="宋体" w:hAnsi="宋体" w:eastAsia="宋体"/>
                <w:b w:val="0"/>
                <w:sz w:val="20"/>
              </w:rPr>
              <w:t>内容效率提升20倍</w:t>
            </w:r>
          </w:p>
        </w:tc>
      </w:tr>
      <w:tr>
        <w:tc>
          <w:tcPr>
            <w:tcW w:type="dxa" w:w="1440"/>
          </w:tcPr>
          <w:p>
            <w:r/>
            <w:r>
              <w:rPr>
                <w:rFonts w:ascii="宋体" w:hAnsi="宋体" w:eastAsia="宋体"/>
                <w:b w:val="0"/>
                <w:sz w:val="20"/>
              </w:rPr>
              <w:t>8</w:t>
            </w:r>
          </w:p>
        </w:tc>
        <w:tc>
          <w:tcPr>
            <w:tcW w:type="dxa" w:w="1440"/>
          </w:tcPr>
          <w:p>
            <w:r/>
            <w:r>
              <w:rPr>
                <w:rFonts w:ascii="宋体" w:hAnsi="宋体" w:eastAsia="宋体"/>
                <w:b w:val="0"/>
                <w:sz w:val="20"/>
              </w:rPr>
              <w:t>某古镇AR沉浸导览</w:t>
            </w:r>
          </w:p>
        </w:tc>
        <w:tc>
          <w:tcPr>
            <w:tcW w:type="dxa" w:w="1440"/>
          </w:tcPr>
          <w:p>
            <w:r/>
            <w:r>
              <w:rPr>
                <w:rFonts w:ascii="宋体" w:hAnsi="宋体" w:eastAsia="宋体"/>
                <w:b w:val="0"/>
                <w:sz w:val="20"/>
              </w:rPr>
              <w:t>江苏</w:t>
            </w:r>
          </w:p>
        </w:tc>
        <w:tc>
          <w:tcPr>
            <w:tcW w:type="dxa" w:w="1440"/>
          </w:tcPr>
          <w:p>
            <w:r/>
            <w:r>
              <w:rPr>
                <w:rFonts w:ascii="宋体" w:hAnsi="宋体" w:eastAsia="宋体"/>
                <w:b w:val="0"/>
                <w:sz w:val="20"/>
              </w:rPr>
              <w:t>景区</w:t>
            </w:r>
          </w:p>
        </w:tc>
        <w:tc>
          <w:tcPr>
            <w:tcW w:type="dxa" w:w="1440"/>
          </w:tcPr>
          <w:p>
            <w:r/>
            <w:r>
              <w:rPr>
                <w:rFonts w:ascii="宋体" w:hAnsi="宋体" w:eastAsia="宋体"/>
                <w:b w:val="0"/>
                <w:sz w:val="20"/>
              </w:rPr>
              <w:t>AIGC多语言导览+AR重现</w:t>
            </w:r>
          </w:p>
        </w:tc>
        <w:tc>
          <w:tcPr>
            <w:tcW w:type="dxa" w:w="1440"/>
          </w:tcPr>
          <w:p>
            <w:r/>
            <w:r>
              <w:rPr>
                <w:rFonts w:ascii="宋体" w:hAnsi="宋体" w:eastAsia="宋体"/>
                <w:b w:val="0"/>
                <w:sz w:val="20"/>
              </w:rPr>
              <w:t>停留时间延长40%</w:t>
            </w:r>
          </w:p>
        </w:tc>
      </w:tr>
      <w:tr>
        <w:tc>
          <w:tcPr>
            <w:tcW w:type="dxa" w:w="1440"/>
            <w:shd w:fill="F2F2F2"/>
          </w:tcPr>
          <w:p>
            <w:r/>
            <w:r>
              <w:rPr>
                <w:rFonts w:ascii="宋体" w:hAnsi="宋体" w:eastAsia="宋体"/>
                <w:b w:val="0"/>
                <w:sz w:val="20"/>
              </w:rPr>
              <w:t>9</w:t>
            </w:r>
          </w:p>
        </w:tc>
        <w:tc>
          <w:tcPr>
            <w:tcW w:type="dxa" w:w="1440"/>
            <w:shd w:fill="F2F2F2"/>
          </w:tcPr>
          <w:p>
            <w:r/>
            <w:r>
              <w:rPr>
                <w:rFonts w:ascii="宋体" w:hAnsi="宋体" w:eastAsia="宋体"/>
                <w:b w:val="0"/>
                <w:sz w:val="20"/>
              </w:rPr>
              <w:t>某精品民宿AI定价</w:t>
            </w:r>
          </w:p>
        </w:tc>
        <w:tc>
          <w:tcPr>
            <w:tcW w:type="dxa" w:w="1440"/>
            <w:shd w:fill="F2F2F2"/>
          </w:tcPr>
          <w:p>
            <w:r/>
            <w:r>
              <w:rPr>
                <w:rFonts w:ascii="宋体" w:hAnsi="宋体" w:eastAsia="宋体"/>
                <w:b w:val="0"/>
                <w:sz w:val="20"/>
              </w:rPr>
              <w:t>云南</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AI动态定价系统</w:t>
            </w:r>
          </w:p>
        </w:tc>
        <w:tc>
          <w:tcPr>
            <w:tcW w:type="dxa" w:w="1440"/>
            <w:shd w:fill="F2F2F2"/>
          </w:tcPr>
          <w:p>
            <w:r/>
            <w:r>
              <w:rPr>
                <w:rFonts w:ascii="宋体" w:hAnsi="宋体" w:eastAsia="宋体"/>
                <w:b w:val="0"/>
                <w:sz w:val="20"/>
              </w:rPr>
              <w:t>RevPAR提升22%</w:t>
            </w:r>
          </w:p>
        </w:tc>
      </w:tr>
      <w:tr>
        <w:tc>
          <w:tcPr>
            <w:tcW w:type="dxa" w:w="1440"/>
          </w:tcPr>
          <w:p>
            <w:r/>
            <w:r>
              <w:rPr>
                <w:rFonts w:ascii="宋体" w:hAnsi="宋体" w:eastAsia="宋体"/>
                <w:b w:val="0"/>
                <w:sz w:val="20"/>
              </w:rPr>
              <w:t>10</w:t>
            </w:r>
          </w:p>
        </w:tc>
        <w:tc>
          <w:tcPr>
            <w:tcW w:type="dxa" w:w="1440"/>
          </w:tcPr>
          <w:p>
            <w:r/>
            <w:r>
              <w:rPr>
                <w:rFonts w:ascii="宋体" w:hAnsi="宋体" w:eastAsia="宋体"/>
                <w:b w:val="0"/>
                <w:sz w:val="20"/>
              </w:rPr>
              <w:t>某体验项目私域闭环</w:t>
            </w:r>
          </w:p>
        </w:tc>
        <w:tc>
          <w:tcPr>
            <w:tcW w:type="dxa" w:w="1440"/>
          </w:tcPr>
          <w:p>
            <w:r/>
            <w:r>
              <w:rPr>
                <w:rFonts w:ascii="宋体" w:hAnsi="宋体" w:eastAsia="宋体"/>
                <w:b w:val="0"/>
                <w:sz w:val="20"/>
              </w:rPr>
              <w:t>全国</w:t>
            </w:r>
          </w:p>
        </w:tc>
        <w:tc>
          <w:tcPr>
            <w:tcW w:type="dxa" w:w="1440"/>
          </w:tcPr>
          <w:p>
            <w:r/>
            <w:r>
              <w:rPr>
                <w:rFonts w:ascii="宋体" w:hAnsi="宋体" w:eastAsia="宋体"/>
                <w:b w:val="0"/>
                <w:sz w:val="20"/>
              </w:rPr>
              <w:t>私域运营</w:t>
            </w:r>
          </w:p>
        </w:tc>
        <w:tc>
          <w:tcPr>
            <w:tcW w:type="dxa" w:w="1440"/>
          </w:tcPr>
          <w:p>
            <w:r/>
            <w:r>
              <w:rPr>
                <w:rFonts w:ascii="宋体" w:hAnsi="宋体" w:eastAsia="宋体"/>
                <w:b w:val="0"/>
                <w:sz w:val="20"/>
              </w:rPr>
              <w:t>企微+AI客服+AIGC推送</w:t>
            </w:r>
          </w:p>
        </w:tc>
        <w:tc>
          <w:tcPr>
            <w:tcW w:type="dxa" w:w="1440"/>
          </w:tcPr>
          <w:p>
            <w:r/>
            <w:r>
              <w:rPr>
                <w:rFonts w:ascii="宋体" w:hAnsi="宋体" w:eastAsia="宋体"/>
                <w:b w:val="0"/>
                <w:sz w:val="20"/>
              </w:rPr>
              <w:t>6月积累3000+用户</w:t>
            </w:r>
          </w:p>
        </w:tc>
      </w:tr>
    </w:tbl>
    <w:p>
      <w:pPr>
        <w:pStyle w:val="Heading2"/>
      </w:pPr>
      <w:r>
        <w:rPr>
          <w:rFonts w:ascii="黑体" w:hAnsi="黑体" w:eastAsia="黑体"/>
          <w:b/>
          <w:sz w:val="28"/>
        </w:rPr>
        <w:t>国际案例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国家/地区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11</w:t>
            </w:r>
          </w:p>
        </w:tc>
        <w:tc>
          <w:tcPr>
            <w:tcW w:type="dxa" w:w="1440"/>
            <w:shd w:fill="F2F2F2"/>
          </w:tcPr>
          <w:p>
            <w:r/>
            <w:r>
              <w:rPr>
                <w:rFonts w:ascii="宋体" w:hAnsi="宋体" w:eastAsia="宋体"/>
                <w:b w:val="0"/>
                <w:sz w:val="20"/>
              </w:rPr>
              <w:t>Airbnb Experiences</w:t>
            </w:r>
          </w:p>
        </w:tc>
        <w:tc>
          <w:tcPr>
            <w:tcW w:type="dxa" w:w="1440"/>
            <w:shd w:fill="F2F2F2"/>
          </w:tcPr>
          <w:p>
            <w:r/>
            <w:r>
              <w:rPr>
                <w:rFonts w:ascii="宋体" w:hAnsi="宋体" w:eastAsia="宋体"/>
                <w:b w:val="0"/>
                <w:sz w:val="20"/>
              </w:rPr>
              <w:t>全球</w:t>
            </w:r>
          </w:p>
        </w:tc>
        <w:tc>
          <w:tcPr>
            <w:tcW w:type="dxa" w:w="1440"/>
            <w:shd w:fill="F2F2F2"/>
          </w:tcPr>
          <w:p>
            <w:r/>
            <w:r>
              <w:rPr>
                <w:rFonts w:ascii="宋体" w:hAnsi="宋体" w:eastAsia="宋体"/>
                <w:b w:val="0"/>
                <w:sz w:val="20"/>
              </w:rPr>
              <w:t>体验平台</w:t>
            </w:r>
          </w:p>
        </w:tc>
        <w:tc>
          <w:tcPr>
            <w:tcW w:type="dxa" w:w="1440"/>
            <w:shd w:fill="F2F2F2"/>
          </w:tcPr>
          <w:p>
            <w:r/>
            <w:r>
              <w:rPr>
                <w:rFonts w:ascii="宋体" w:hAnsi="宋体" w:eastAsia="宋体"/>
                <w:b w:val="0"/>
                <w:sz w:val="20"/>
              </w:rPr>
              <w:t>本地人主导的个性化体验</w:t>
            </w:r>
          </w:p>
        </w:tc>
        <w:tc>
          <w:tcPr>
            <w:tcW w:type="dxa" w:w="1440"/>
            <w:shd w:fill="F2F2F2"/>
          </w:tcPr>
          <w:p>
            <w:r/>
            <w:r>
              <w:rPr>
                <w:rFonts w:ascii="宋体" w:hAnsi="宋体" w:eastAsia="宋体"/>
                <w:b w:val="0"/>
                <w:sz w:val="20"/>
              </w:rPr>
              <w:t>体验经济标杆平台</w:t>
            </w:r>
          </w:p>
        </w:tc>
      </w:tr>
      <w:tr>
        <w:tc>
          <w:tcPr>
            <w:tcW w:type="dxa" w:w="1440"/>
          </w:tcPr>
          <w:p>
            <w:r/>
            <w:r>
              <w:rPr>
                <w:rFonts w:ascii="宋体" w:hAnsi="宋体" w:eastAsia="宋体"/>
                <w:b w:val="0"/>
                <w:sz w:val="20"/>
              </w:rPr>
              <w:t>12</w:t>
            </w:r>
          </w:p>
        </w:tc>
        <w:tc>
          <w:tcPr>
            <w:tcW w:type="dxa" w:w="1440"/>
          </w:tcPr>
          <w:p>
            <w:r/>
            <w:r>
              <w:rPr>
                <w:rFonts w:ascii="宋体" w:hAnsi="宋体" w:eastAsia="宋体"/>
                <w:b w:val="0"/>
                <w:sz w:val="20"/>
              </w:rPr>
              <w:t>巴厘岛数字游民社区</w:t>
            </w:r>
          </w:p>
        </w:tc>
        <w:tc>
          <w:tcPr>
            <w:tcW w:type="dxa" w:w="1440"/>
          </w:tcPr>
          <w:p>
            <w:r/>
            <w:r>
              <w:rPr>
                <w:rFonts w:ascii="宋体" w:hAnsi="宋体" w:eastAsia="宋体"/>
                <w:b w:val="0"/>
                <w:sz w:val="20"/>
              </w:rPr>
              <w:t>印尼</w:t>
            </w:r>
          </w:p>
        </w:tc>
        <w:tc>
          <w:tcPr>
            <w:tcW w:type="dxa" w:w="1440"/>
          </w:tcPr>
          <w:p>
            <w:r/>
            <w:r>
              <w:rPr>
                <w:rFonts w:ascii="宋体" w:hAnsi="宋体" w:eastAsia="宋体"/>
                <w:b w:val="0"/>
                <w:sz w:val="20"/>
              </w:rPr>
              <w:t>社区旅游</w:t>
            </w:r>
          </w:p>
        </w:tc>
        <w:tc>
          <w:tcPr>
            <w:tcW w:type="dxa" w:w="1440"/>
          </w:tcPr>
          <w:p>
            <w:r/>
            <w:r>
              <w:rPr>
                <w:rFonts w:ascii="宋体" w:hAnsi="宋体" w:eastAsia="宋体"/>
                <w:b w:val="0"/>
                <w:sz w:val="20"/>
              </w:rPr>
              <w:t>在线业务+创业协同</w:t>
            </w:r>
          </w:p>
        </w:tc>
        <w:tc>
          <w:tcPr>
            <w:tcW w:type="dxa" w:w="1440"/>
          </w:tcPr>
          <w:p>
            <w:r/>
            <w:r>
              <w:rPr>
                <w:rFonts w:ascii="宋体" w:hAnsi="宋体" w:eastAsia="宋体"/>
                <w:b w:val="0"/>
                <w:sz w:val="20"/>
              </w:rPr>
              <w:t>社区驱动发展模式</w:t>
            </w:r>
          </w:p>
        </w:tc>
      </w:tr>
      <w:tr>
        <w:tc>
          <w:tcPr>
            <w:tcW w:type="dxa" w:w="1440"/>
            <w:shd w:fill="F2F2F2"/>
          </w:tcPr>
          <w:p>
            <w:r/>
            <w:r>
              <w:rPr>
                <w:rFonts w:ascii="宋体" w:hAnsi="宋体" w:eastAsia="宋体"/>
                <w:b w:val="0"/>
                <w:sz w:val="20"/>
              </w:rPr>
              <w:t>13</w:t>
            </w:r>
          </w:p>
        </w:tc>
        <w:tc>
          <w:tcPr>
            <w:tcW w:type="dxa" w:w="1440"/>
            <w:shd w:fill="F2F2F2"/>
          </w:tcPr>
          <w:p>
            <w:r/>
            <w:r>
              <w:rPr>
                <w:rFonts w:ascii="宋体" w:hAnsi="宋体" w:eastAsia="宋体"/>
                <w:b w:val="0"/>
                <w:sz w:val="20"/>
              </w:rPr>
              <w:t>敦煌研究院AI修复</w:t>
            </w:r>
          </w:p>
        </w:tc>
        <w:tc>
          <w:tcPr>
            <w:tcW w:type="dxa" w:w="1440"/>
            <w:shd w:fill="F2F2F2"/>
          </w:tcPr>
          <w:p>
            <w:r/>
            <w:r>
              <w:rPr>
                <w:rFonts w:ascii="宋体" w:hAnsi="宋体" w:eastAsia="宋体"/>
                <w:b w:val="0"/>
                <w:sz w:val="20"/>
              </w:rPr>
              <w:t>中国</w:t>
            </w:r>
          </w:p>
        </w:tc>
        <w:tc>
          <w:tcPr>
            <w:tcW w:type="dxa" w:w="1440"/>
            <w:shd w:fill="F2F2F2"/>
          </w:tcPr>
          <w:p>
            <w:r/>
            <w:r>
              <w:rPr>
                <w:rFonts w:ascii="宋体" w:hAnsi="宋体" w:eastAsia="宋体"/>
                <w:b w:val="0"/>
                <w:sz w:val="20"/>
              </w:rPr>
              <w:t>文化遗产</w:t>
            </w:r>
          </w:p>
        </w:tc>
        <w:tc>
          <w:tcPr>
            <w:tcW w:type="dxa" w:w="1440"/>
            <w:shd w:fill="F2F2F2"/>
          </w:tcPr>
          <w:p>
            <w:r/>
            <w:r>
              <w:rPr>
                <w:rFonts w:ascii="宋体" w:hAnsi="宋体" w:eastAsia="宋体"/>
                <w:b w:val="0"/>
                <w:sz w:val="20"/>
              </w:rPr>
              <w:t>AI辅助壁画修复数字化</w:t>
            </w:r>
          </w:p>
        </w:tc>
        <w:tc>
          <w:tcPr>
            <w:tcW w:type="dxa" w:w="1440"/>
            <w:shd w:fill="F2F2F2"/>
          </w:tcPr>
          <w:p>
            <w:r/>
            <w:r>
              <w:rPr>
                <w:rFonts w:ascii="宋体" w:hAnsi="宋体" w:eastAsia="宋体"/>
                <w:b w:val="0"/>
                <w:sz w:val="20"/>
              </w:rPr>
              <w:t>保护与展示双赢</w:t>
            </w:r>
          </w:p>
        </w:tc>
      </w:tr>
      <w:tr>
        <w:tc>
          <w:tcPr>
            <w:tcW w:type="dxa" w:w="1440"/>
          </w:tcPr>
          <w:p>
            <w:r/>
            <w:r>
              <w:rPr>
                <w:rFonts w:ascii="宋体" w:hAnsi="宋体" w:eastAsia="宋体"/>
                <w:b w:val="0"/>
                <w:sz w:val="20"/>
              </w:rPr>
              <w:t>14</w:t>
            </w:r>
          </w:p>
        </w:tc>
        <w:tc>
          <w:tcPr>
            <w:tcW w:type="dxa" w:w="1440"/>
          </w:tcPr>
          <w:p>
            <w:r/>
            <w:r>
              <w:rPr>
                <w:rFonts w:ascii="宋体" w:hAnsi="宋体" w:eastAsia="宋体"/>
                <w:b w:val="0"/>
                <w:sz w:val="20"/>
              </w:rPr>
              <w:t>某欧洲城市AI旅游</w:t>
            </w:r>
          </w:p>
        </w:tc>
        <w:tc>
          <w:tcPr>
            <w:tcW w:type="dxa" w:w="1440"/>
          </w:tcPr>
          <w:p>
            <w:r/>
            <w:r>
              <w:rPr>
                <w:rFonts w:ascii="宋体" w:hAnsi="宋体" w:eastAsia="宋体"/>
                <w:b w:val="0"/>
                <w:sz w:val="20"/>
              </w:rPr>
              <w:t>欧洲</w:t>
            </w:r>
          </w:p>
        </w:tc>
        <w:tc>
          <w:tcPr>
            <w:tcW w:type="dxa" w:w="1440"/>
          </w:tcPr>
          <w:p>
            <w:r/>
            <w:r>
              <w:rPr>
                <w:rFonts w:ascii="宋体" w:hAnsi="宋体" w:eastAsia="宋体"/>
                <w:b w:val="0"/>
                <w:sz w:val="20"/>
              </w:rPr>
              <w:t>智慧旅游</w:t>
            </w:r>
          </w:p>
        </w:tc>
        <w:tc>
          <w:tcPr>
            <w:tcW w:type="dxa" w:w="1440"/>
          </w:tcPr>
          <w:p>
            <w:r/>
            <w:r>
              <w:rPr>
                <w:rFonts w:ascii="宋体" w:hAnsi="宋体" w:eastAsia="宋体"/>
                <w:b w:val="0"/>
                <w:sz w:val="20"/>
              </w:rPr>
              <w:t>AI聊天机器人+个性化推荐</w:t>
            </w:r>
          </w:p>
        </w:tc>
        <w:tc>
          <w:tcPr>
            <w:tcW w:type="dxa" w:w="1440"/>
          </w:tcPr>
          <w:p>
            <w:r/>
            <w:r>
              <w:rPr>
                <w:rFonts w:ascii="宋体" w:hAnsi="宋体" w:eastAsia="宋体"/>
                <w:b w:val="0"/>
                <w:sz w:val="20"/>
              </w:rPr>
              <w:t>服务效率提升</w:t>
            </w:r>
          </w:p>
        </w:tc>
      </w:tr>
      <w:tr>
        <w:tc>
          <w:tcPr>
            <w:tcW w:type="dxa" w:w="1440"/>
            <w:shd w:fill="F2F2F2"/>
          </w:tcPr>
          <w:p>
            <w:r/>
            <w:r>
              <w:rPr>
                <w:rFonts w:ascii="宋体" w:hAnsi="宋体" w:eastAsia="宋体"/>
                <w:b w:val="0"/>
                <w:sz w:val="20"/>
              </w:rPr>
              <w:t>15</w:t>
            </w:r>
          </w:p>
        </w:tc>
        <w:tc>
          <w:tcPr>
            <w:tcW w:type="dxa" w:w="1440"/>
            <w:shd w:fill="F2F2F2"/>
          </w:tcPr>
          <w:p>
            <w:r/>
            <w:r>
              <w:rPr>
                <w:rFonts w:ascii="宋体" w:hAnsi="宋体" w:eastAsia="宋体"/>
                <w:b w:val="0"/>
                <w:sz w:val="20"/>
              </w:rPr>
              <w:t>印度旅游AI转型</w:t>
            </w:r>
          </w:p>
        </w:tc>
        <w:tc>
          <w:tcPr>
            <w:tcW w:type="dxa" w:w="1440"/>
            <w:shd w:fill="F2F2F2"/>
          </w:tcPr>
          <w:p>
            <w:r/>
            <w:r>
              <w:rPr>
                <w:rFonts w:ascii="宋体" w:hAnsi="宋体" w:eastAsia="宋体"/>
                <w:b w:val="0"/>
                <w:sz w:val="20"/>
              </w:rPr>
              <w:t>印度</w:t>
            </w:r>
          </w:p>
        </w:tc>
        <w:tc>
          <w:tcPr>
            <w:tcW w:type="dxa" w:w="1440"/>
            <w:shd w:fill="F2F2F2"/>
          </w:tcPr>
          <w:p>
            <w:r/>
            <w:r>
              <w:rPr>
                <w:rFonts w:ascii="宋体" w:hAnsi="宋体" w:eastAsia="宋体"/>
                <w:b w:val="0"/>
                <w:sz w:val="20"/>
              </w:rPr>
              <w:t>行业转型</w:t>
            </w:r>
          </w:p>
        </w:tc>
        <w:tc>
          <w:tcPr>
            <w:tcW w:type="dxa" w:w="1440"/>
            <w:shd w:fill="F2F2F2"/>
          </w:tcPr>
          <w:p>
            <w:r/>
            <w:r>
              <w:rPr>
                <w:rFonts w:ascii="宋体" w:hAnsi="宋体" w:eastAsia="宋体"/>
                <w:b w:val="0"/>
                <w:sz w:val="20"/>
              </w:rPr>
              <w:t>AI优化劳动力管理</w:t>
            </w:r>
          </w:p>
        </w:tc>
        <w:tc>
          <w:tcPr>
            <w:tcW w:type="dxa" w:w="1440"/>
            <w:shd w:fill="F2F2F2"/>
          </w:tcPr>
          <w:p>
            <w:r/>
            <w:r>
              <w:rPr>
                <w:rFonts w:ascii="宋体" w:hAnsi="宋体" w:eastAsia="宋体"/>
                <w:b w:val="0"/>
                <w:sz w:val="20"/>
              </w:rPr>
              <w:t>游客体验增强</w:t>
            </w:r>
          </w:p>
        </w:tc>
      </w:tr>
    </w:tbl>
    <w:p>
      <w:pPr>
        <w:pStyle w:val="Heading2"/>
      </w:pPr>
      <w:r>
        <w:rPr>
          <w:rFonts w:ascii="黑体" w:hAnsi="黑体" w:eastAsia="黑体"/>
          <w:b/>
          <w:sz w:val="28"/>
        </w:rPr>
        <w:t>按主理人类型分类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类型</w:t>
            </w:r>
          </w:p>
        </w:tc>
        <w:tc>
          <w:tcPr>
            <w:tcW w:type="dxa" w:w="2160"/>
            <w:shd w:fill="1F4E79"/>
          </w:tcPr>
          <w:p>
            <w:r/>
            <w:r>
              <w:rPr>
                <w:rFonts w:ascii="宋体" w:hAnsi="宋体" w:eastAsia="宋体"/>
                <w:b/>
                <w:color w:val="FFFFFF"/>
                <w:sz w:val="20"/>
              </w:rPr>
              <w:t>代表案例</w:t>
            </w:r>
          </w:p>
        </w:tc>
        <w:tc>
          <w:tcPr>
            <w:tcW w:type="dxa" w:w="2160"/>
            <w:shd w:fill="1F4E79"/>
          </w:tcPr>
          <w:p>
            <w:r/>
            <w:r>
              <w:rPr>
                <w:rFonts w:ascii="宋体" w:hAnsi="宋体" w:eastAsia="宋体"/>
                <w:b/>
                <w:color w:val="FFFFFF"/>
                <w:sz w:val="20"/>
              </w:rPr>
              <w:t>核心特征</w:t>
            </w:r>
          </w:p>
        </w:tc>
        <w:tc>
          <w:tcPr>
            <w:tcW w:type="dxa" w:w="2160"/>
            <w:shd w:fill="1F4E79"/>
          </w:tcPr>
          <w:p>
            <w:r/>
            <w:r>
              <w:rPr>
                <w:rFonts w:ascii="宋体" w:hAnsi="宋体" w:eastAsia="宋体"/>
                <w:b/>
                <w:color w:val="FFFFFF"/>
                <w:sz w:val="20"/>
              </w:rPr>
              <w:t>AI工具组合</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屯堡文化体验</w:t>
            </w:r>
          </w:p>
        </w:tc>
        <w:tc>
          <w:tcPr>
            <w:tcW w:type="dxa" w:w="2160"/>
            <w:shd w:fill="F2F2F2"/>
          </w:tcPr>
          <w:p>
            <w:r/>
            <w:r>
              <w:rPr>
                <w:rFonts w:ascii="宋体" w:hAnsi="宋体" w:eastAsia="宋体"/>
                <w:b w:val="0"/>
                <w:sz w:val="20"/>
              </w:rPr>
              <w:t>深度文化解读+体验设计</w:t>
            </w:r>
          </w:p>
        </w:tc>
        <w:tc>
          <w:tcPr>
            <w:tcW w:type="dxa" w:w="2160"/>
            <w:shd w:fill="F2F2F2"/>
          </w:tcPr>
          <w:p>
            <w:r/>
            <w:r>
              <w:rPr>
                <w:rFonts w:ascii="宋体" w:hAnsi="宋体" w:eastAsia="宋体"/>
                <w:b w:val="0"/>
                <w:sz w:val="20"/>
              </w:rPr>
              <w:t>AIGC文案+AI客服+私域工具</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茶园民宿/精品民宿</w:t>
            </w:r>
          </w:p>
        </w:tc>
        <w:tc>
          <w:tcPr>
            <w:tcW w:type="dxa" w:w="2160"/>
          </w:tcPr>
          <w:p>
            <w:r/>
            <w:r>
              <w:rPr>
                <w:rFonts w:ascii="宋体" w:hAnsi="宋体" w:eastAsia="宋体"/>
                <w:b w:val="0"/>
                <w:sz w:val="20"/>
              </w:rPr>
              <w:t>空间经营+生活方式品牌</w:t>
            </w:r>
          </w:p>
        </w:tc>
        <w:tc>
          <w:tcPr>
            <w:tcW w:type="dxa" w:w="2160"/>
          </w:tcPr>
          <w:p>
            <w:r/>
            <w:r>
              <w:rPr>
                <w:rFonts w:ascii="宋体" w:hAnsi="宋体" w:eastAsia="宋体"/>
                <w:b w:val="0"/>
                <w:sz w:val="20"/>
              </w:rPr>
              <w:t>AI定价+AIGC营销+智能客服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云台山IP/星球花园</w:t>
            </w:r>
          </w:p>
        </w:tc>
        <w:tc>
          <w:tcPr>
            <w:tcW w:type="dxa" w:w="2160"/>
            <w:shd w:fill="F2F2F2"/>
          </w:tcPr>
          <w:p>
            <w:r/>
            <w:r>
              <w:rPr>
                <w:rFonts w:ascii="宋体" w:hAnsi="宋体" w:eastAsia="宋体"/>
                <w:b w:val="0"/>
                <w:sz w:val="20"/>
              </w:rPr>
              <w:t>个人品牌+内容矩阵</w:t>
            </w:r>
          </w:p>
        </w:tc>
        <w:tc>
          <w:tcPr>
            <w:tcW w:type="dxa" w:w="2160"/>
            <w:shd w:fill="F2F2F2"/>
          </w:tcPr>
          <w:p>
            <w:r/>
            <w:r>
              <w:rPr>
                <w:rFonts w:ascii="宋体" w:hAnsi="宋体" w:eastAsia="宋体"/>
                <w:b w:val="0"/>
                <w:sz w:val="20"/>
              </w:rPr>
              <w:t>AIGC图像+短视频AI+社群管理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蜀南竹海文创</w:t>
            </w:r>
          </w:p>
        </w:tc>
        <w:tc>
          <w:tcPr>
            <w:tcW w:type="dxa" w:w="2160"/>
          </w:tcPr>
          <w:p>
            <w:r/>
            <w:r>
              <w:rPr>
                <w:rFonts w:ascii="宋体" w:hAnsi="宋体" w:eastAsia="宋体"/>
                <w:b w:val="0"/>
                <w:sz w:val="20"/>
              </w:rPr>
              <w:t>文化资源转化+产品开发</w:t>
            </w:r>
          </w:p>
        </w:tc>
        <w:tc>
          <w:tcPr>
            <w:tcW w:type="dxa" w:w="2160"/>
          </w:tcPr>
          <w:p>
            <w:r/>
            <w:r>
              <w:rPr>
                <w:rFonts w:ascii="宋体" w:hAnsi="宋体" w:eastAsia="宋体"/>
                <w:b w:val="0"/>
                <w:sz w:val="20"/>
              </w:rPr>
              <w:t>AIGC设计+情感分析+定制平台</w:t>
            </w:r>
          </w:p>
        </w:tc>
      </w:tr>
      <w:tr>
        <w:tc>
          <w:tcPr>
            <w:tcW w:type="dxa" w:w="2160"/>
            <w:shd w:fill="F2F2F2"/>
          </w:tcPr>
          <w:p>
            <w:r/>
            <w:r>
              <w:rPr>
                <w:rFonts w:ascii="宋体" w:hAnsi="宋体" w:eastAsia="宋体"/>
                <w:b w:val="0"/>
                <w:sz w:val="20"/>
              </w:rPr>
              <w:t>生态型主理人</w:t>
            </w:r>
          </w:p>
        </w:tc>
        <w:tc>
          <w:tcPr>
            <w:tcW w:type="dxa" w:w="2160"/>
            <w:shd w:fill="F2F2F2"/>
          </w:tcPr>
          <w:p>
            <w:r/>
            <w:r>
              <w:rPr>
                <w:rFonts w:ascii="宋体" w:hAnsi="宋体" w:eastAsia="宋体"/>
                <w:b w:val="0"/>
                <w:sz w:val="20"/>
              </w:rPr>
              <w:t>Airbnb/广西云</w:t>
            </w:r>
          </w:p>
        </w:tc>
        <w:tc>
          <w:tcPr>
            <w:tcW w:type="dxa" w:w="2160"/>
            <w:shd w:fill="F2F2F2"/>
          </w:tcPr>
          <w:p>
            <w:r/>
            <w:r>
              <w:rPr>
                <w:rFonts w:ascii="宋体" w:hAnsi="宋体" w:eastAsia="宋体"/>
                <w:b w:val="0"/>
                <w:sz w:val="20"/>
              </w:rPr>
              <w:t>平台运营+生态构建</w:t>
            </w:r>
          </w:p>
        </w:tc>
        <w:tc>
          <w:tcPr>
            <w:tcW w:type="dxa" w:w="2160"/>
            <w:shd w:fill="F2F2F2"/>
          </w:tcPr>
          <w:p>
            <w:r/>
            <w:r>
              <w:rPr>
                <w:rFonts w:ascii="宋体" w:hAnsi="宋体" w:eastAsia="宋体"/>
                <w:b w:val="0"/>
                <w:sz w:val="20"/>
              </w:rPr>
              <w:t>AI推荐+数据分析+多智能体</w:t>
            </w:r>
          </w:p>
        </w:tc>
      </w:tr>
    </w:tbl>
    <w:p>
      <w:r>
        <w:br w:type="page"/>
      </w:r>
    </w:p>
    <w:p>
      <w:pPr>
        <w:pStyle w:val="Heading1"/>
      </w:pPr>
      <w:r>
        <w:rPr>
          <w:rFonts w:ascii="黑体" w:hAnsi="黑体" w:eastAsia="黑体"/>
          <w:b/>
          <w:color w:val="1F4E79"/>
          <w:sz w:val="32"/>
        </w:rPr>
        <w:t>附录D ACT-P能力自评量表与升级路径模板</w:t>
      </w:r>
    </w:p>
    <w:p>
      <w:pPr>
        <w:pStyle w:val="Heading2"/>
      </w:pPr>
      <w:r>
        <w:rPr>
          <w:rFonts w:ascii="黑体" w:hAnsi="黑体" w:eastAsia="黑体"/>
          <w:b/>
          <w:sz w:val="28"/>
        </w:rPr>
        <w:t>ACT-P四维自评量表</w:t>
      </w:r>
    </w:p>
    <w:p>
      <w:pPr>
        <w:pStyle w:val="Heading3"/>
      </w:pPr>
      <w:r>
        <w:rPr>
          <w:rFonts w:ascii="黑体" w:hAnsi="黑体" w:eastAsia="黑体"/>
          <w:b/>
          <w:sz w:val="26"/>
        </w:rPr>
        <w:t>A维度：AI认知与思维升级（1-5分）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AI能力边界认知</w:t>
            </w:r>
          </w:p>
        </w:tc>
        <w:tc>
          <w:tcPr>
            <w:tcW w:type="dxa" w:w="1728"/>
            <w:shd w:fill="F2F2F2"/>
          </w:tcPr>
          <w:p>
            <w:r/>
            <w:r>
              <w:rPr>
                <w:rFonts w:ascii="宋体" w:hAnsi="宋体" w:eastAsia="宋体"/>
                <w:b w:val="0"/>
                <w:sz w:val="20"/>
              </w:rPr>
              <w:t>不了解AI能做什么</w:t>
            </w:r>
          </w:p>
        </w:tc>
        <w:tc>
          <w:tcPr>
            <w:tcW w:type="dxa" w:w="1728"/>
            <w:shd w:fill="F2F2F2"/>
          </w:tcPr>
          <w:p>
            <w:r/>
            <w:r>
              <w:rPr>
                <w:rFonts w:ascii="宋体" w:hAnsi="宋体" w:eastAsia="宋体"/>
                <w:b w:val="0"/>
                <w:sz w:val="20"/>
              </w:rPr>
              <w:t>知道基本能力但模糊</w:t>
            </w:r>
          </w:p>
        </w:tc>
        <w:tc>
          <w:tcPr>
            <w:tcW w:type="dxa" w:w="1728"/>
            <w:shd w:fill="F2F2F2"/>
          </w:tcPr>
          <w:p>
            <w:r/>
            <w:r>
              <w:rPr>
                <w:rFonts w:ascii="宋体" w:hAnsi="宋体" w:eastAsia="宋体"/>
                <w:b w:val="0"/>
                <w:sz w:val="20"/>
              </w:rPr>
              <w:t>清晰掌握能力边界与局限</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人机协作思维</w:t>
            </w:r>
          </w:p>
        </w:tc>
        <w:tc>
          <w:tcPr>
            <w:tcW w:type="dxa" w:w="1728"/>
          </w:tcPr>
          <w:p>
            <w:r/>
            <w:r>
              <w:rPr>
                <w:rFonts w:ascii="宋体" w:hAnsi="宋体" w:eastAsia="宋体"/>
                <w:b w:val="0"/>
                <w:sz w:val="20"/>
              </w:rPr>
              <w:t>认为AI是工具或威胁</w:t>
            </w:r>
          </w:p>
        </w:tc>
        <w:tc>
          <w:tcPr>
            <w:tcW w:type="dxa" w:w="1728"/>
          </w:tcPr>
          <w:p>
            <w:r/>
            <w:r>
              <w:rPr>
                <w:rFonts w:ascii="宋体" w:hAnsi="宋体" w:eastAsia="宋体"/>
                <w:b w:val="0"/>
                <w:sz w:val="20"/>
              </w:rPr>
              <w:t>知道可以协作但不会分工</w:t>
            </w:r>
          </w:p>
        </w:tc>
        <w:tc>
          <w:tcPr>
            <w:tcW w:type="dxa" w:w="1728"/>
          </w:tcPr>
          <w:p>
            <w:r/>
            <w:r>
              <w:rPr>
                <w:rFonts w:ascii="宋体" w:hAnsi="宋体" w:eastAsia="宋体"/>
                <w:b w:val="0"/>
                <w:sz w:val="20"/>
              </w:rPr>
              <w:t>熟练拆解任务为人机各擅其长</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AI优先决策习惯</w:t>
            </w:r>
          </w:p>
        </w:tc>
        <w:tc>
          <w:tcPr>
            <w:tcW w:type="dxa" w:w="1728"/>
            <w:shd w:fill="F2F2F2"/>
          </w:tcPr>
          <w:p>
            <w:r/>
            <w:r>
              <w:rPr>
                <w:rFonts w:ascii="宋体" w:hAnsi="宋体" w:eastAsia="宋体"/>
                <w:b w:val="0"/>
                <w:sz w:val="20"/>
              </w:rPr>
              <w:t>遇事先人工处理</w:t>
            </w:r>
          </w:p>
        </w:tc>
        <w:tc>
          <w:tcPr>
            <w:tcW w:type="dxa" w:w="1728"/>
            <w:shd w:fill="F2F2F2"/>
          </w:tcPr>
          <w:p>
            <w:r/>
            <w:r>
              <w:rPr>
                <w:rFonts w:ascii="宋体" w:hAnsi="宋体" w:eastAsia="宋体"/>
                <w:b w:val="0"/>
                <w:sz w:val="20"/>
              </w:rPr>
              <w:t>偶尔想到用AI辅助</w:t>
            </w:r>
          </w:p>
        </w:tc>
        <w:tc>
          <w:tcPr>
            <w:tcW w:type="dxa" w:w="1728"/>
            <w:shd w:fill="F2F2F2"/>
          </w:tcPr>
          <w:p>
            <w:r/>
            <w:r>
              <w:rPr>
                <w:rFonts w:ascii="宋体" w:hAnsi="宋体" w:eastAsia="宋体"/>
                <w:b w:val="0"/>
                <w:sz w:val="20"/>
              </w:rPr>
              <w:t>每个任务先问AI能否解决</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技术趋势敏感度</w:t>
            </w:r>
          </w:p>
        </w:tc>
        <w:tc>
          <w:tcPr>
            <w:tcW w:type="dxa" w:w="1728"/>
          </w:tcPr>
          <w:p>
            <w:r/>
            <w:r>
              <w:rPr>
                <w:rFonts w:ascii="宋体" w:hAnsi="宋体" w:eastAsia="宋体"/>
                <w:b w:val="0"/>
                <w:sz w:val="20"/>
              </w:rPr>
              <w:t>不关注AI技术发展</w:t>
            </w:r>
          </w:p>
        </w:tc>
        <w:tc>
          <w:tcPr>
            <w:tcW w:type="dxa" w:w="1728"/>
          </w:tcPr>
          <w:p>
            <w:r/>
            <w:r>
              <w:rPr>
                <w:rFonts w:ascii="宋体" w:hAnsi="宋体" w:eastAsia="宋体"/>
                <w:b w:val="0"/>
                <w:sz w:val="20"/>
              </w:rPr>
              <w:t>偶尔看到新闻了解</w:t>
            </w:r>
          </w:p>
        </w:tc>
        <w:tc>
          <w:tcPr>
            <w:tcW w:type="dxa" w:w="1728"/>
          </w:tcPr>
          <w:p>
            <w:r/>
            <w:r>
              <w:rPr>
                <w:rFonts w:ascii="宋体" w:hAnsi="宋体" w:eastAsia="宋体"/>
                <w:b w:val="0"/>
                <w:sz w:val="20"/>
              </w:rPr>
              <w:t>主动跟踪新技术和新工具</w:t>
            </w:r>
          </w:p>
        </w:tc>
        <w:tc>
          <w:tcPr>
            <w:tcW w:type="dxa" w:w="1728"/>
          </w:tcPr>
          <w:p>
            <w:r/>
            <w:r>
              <w:rPr>
                <w:rFonts w:ascii="宋体" w:hAnsi="宋体" w:eastAsia="宋体"/>
                <w:b w:val="0"/>
                <w:sz w:val="20"/>
              </w:rPr>
              <w:t>___</w:t>
            </w:r>
          </w:p>
        </w:tc>
      </w:tr>
    </w:tbl>
    <w:p>
      <w:pPr>
        <w:spacing w:after="120" w:line="360" w:lineRule="exact"/>
        <w:jc w:val="both"/>
      </w:pPr>
      <w:r>
        <w:rPr>
          <w:rFonts w:ascii="宋体" w:hAnsi="宋体" w:eastAsia="宋体"/>
          <w:b w:val="0"/>
          <w:sz w:val="24"/>
        </w:rPr>
        <w:t>A维度总分：___ / 20</w:t>
      </w:r>
    </w:p>
    <w:p>
      <w:pPr>
        <w:pStyle w:val="Heading3"/>
      </w:pPr>
      <w:r>
        <w:rPr>
          <w:rFonts w:ascii="黑体" w:hAnsi="黑体" w:eastAsia="黑体"/>
          <w:b/>
          <w:sz w:val="26"/>
        </w:rPr>
        <w:t>C维度：AI技术能力与工具应用（1-5分）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提示词工程</w:t>
            </w:r>
          </w:p>
        </w:tc>
        <w:tc>
          <w:tcPr>
            <w:tcW w:type="dxa" w:w="1728"/>
            <w:shd w:fill="F2F2F2"/>
          </w:tcPr>
          <w:p>
            <w:r/>
            <w:r>
              <w:rPr>
                <w:rFonts w:ascii="宋体" w:hAnsi="宋体" w:eastAsia="宋体"/>
                <w:b w:val="0"/>
                <w:sz w:val="20"/>
              </w:rPr>
              <w:t>不会写提示词</w:t>
            </w:r>
          </w:p>
        </w:tc>
        <w:tc>
          <w:tcPr>
            <w:tcW w:type="dxa" w:w="1728"/>
            <w:shd w:fill="F2F2F2"/>
          </w:tcPr>
          <w:p>
            <w:r/>
            <w:r>
              <w:rPr>
                <w:rFonts w:ascii="宋体" w:hAnsi="宋体" w:eastAsia="宋体"/>
                <w:b w:val="0"/>
                <w:sz w:val="20"/>
              </w:rPr>
              <w:t>能写基本提示词</w:t>
            </w:r>
          </w:p>
        </w:tc>
        <w:tc>
          <w:tcPr>
            <w:tcW w:type="dxa" w:w="1728"/>
            <w:shd w:fill="F2F2F2"/>
          </w:tcPr>
          <w:p>
            <w:r/>
            <w:r>
              <w:rPr>
                <w:rFonts w:ascii="宋体" w:hAnsi="宋体" w:eastAsia="宋体"/>
                <w:b w:val="0"/>
                <w:sz w:val="20"/>
              </w:rPr>
              <w:t>精通结构化提示词模板</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AIGC文案生成</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偶尔使用但不满意</w:t>
            </w:r>
          </w:p>
        </w:tc>
        <w:tc>
          <w:tcPr>
            <w:tcW w:type="dxa" w:w="1728"/>
          </w:tcPr>
          <w:p>
            <w:r/>
            <w:r>
              <w:rPr>
                <w:rFonts w:ascii="宋体" w:hAnsi="宋体" w:eastAsia="宋体"/>
                <w:b w:val="0"/>
                <w:sz w:val="20"/>
              </w:rPr>
              <w:t>系统化使用并质量管控</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AI图像/视频生成</w:t>
            </w:r>
          </w:p>
        </w:tc>
        <w:tc>
          <w:tcPr>
            <w:tcW w:type="dxa" w:w="1728"/>
            <w:shd w:fill="F2F2F2"/>
          </w:tcPr>
          <w:p>
            <w:r/>
            <w:r>
              <w:rPr>
                <w:rFonts w:ascii="宋体" w:hAnsi="宋体" w:eastAsia="宋体"/>
                <w:b w:val="0"/>
                <w:sz w:val="20"/>
              </w:rPr>
              <w:t>不使用</w:t>
            </w:r>
          </w:p>
        </w:tc>
        <w:tc>
          <w:tcPr>
            <w:tcW w:type="dxa" w:w="1728"/>
            <w:shd w:fill="F2F2F2"/>
          </w:tcPr>
          <w:p>
            <w:r/>
            <w:r>
              <w:rPr>
                <w:rFonts w:ascii="宋体" w:hAnsi="宋体" w:eastAsia="宋体"/>
                <w:b w:val="0"/>
                <w:sz w:val="20"/>
              </w:rPr>
              <w:t>尝试过但效果一般</w:t>
            </w:r>
          </w:p>
        </w:tc>
        <w:tc>
          <w:tcPr>
            <w:tcW w:type="dxa" w:w="1728"/>
            <w:shd w:fill="F2F2F2"/>
          </w:tcPr>
          <w:p>
            <w:r/>
            <w:r>
              <w:rPr>
                <w:rFonts w:ascii="宋体" w:hAnsi="宋体" w:eastAsia="宋体"/>
                <w:b w:val="0"/>
                <w:sz w:val="20"/>
              </w:rPr>
              <w:t>熟练生成多形态视觉内容</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数据分析工具</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使用Excel基础分析</w:t>
            </w:r>
          </w:p>
        </w:tc>
        <w:tc>
          <w:tcPr>
            <w:tcW w:type="dxa" w:w="1728"/>
          </w:tcPr>
          <w:p>
            <w:r/>
            <w:r>
              <w:rPr>
                <w:rFonts w:ascii="宋体" w:hAnsi="宋体" w:eastAsia="宋体"/>
                <w:b w:val="0"/>
                <w:sz w:val="20"/>
              </w:rPr>
              <w:t>熟练使用BI工具+AI分析</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智能体部署</w:t>
            </w:r>
          </w:p>
        </w:tc>
        <w:tc>
          <w:tcPr>
            <w:tcW w:type="dxa" w:w="1728"/>
            <w:shd w:fill="F2F2F2"/>
          </w:tcPr>
          <w:p>
            <w:r/>
            <w:r>
              <w:rPr>
                <w:rFonts w:ascii="宋体" w:hAnsi="宋体" w:eastAsia="宋体"/>
                <w:b w:val="0"/>
                <w:sz w:val="20"/>
              </w:rPr>
              <w:t>不了解</w:t>
            </w:r>
          </w:p>
        </w:tc>
        <w:tc>
          <w:tcPr>
            <w:tcW w:type="dxa" w:w="1728"/>
            <w:shd w:fill="F2F2F2"/>
          </w:tcPr>
          <w:p>
            <w:r/>
            <w:r>
              <w:rPr>
                <w:rFonts w:ascii="宋体" w:hAnsi="宋体" w:eastAsia="宋体"/>
                <w:b w:val="0"/>
                <w:sz w:val="20"/>
              </w:rPr>
              <w:t>知道概念但未部署</w:t>
            </w:r>
          </w:p>
        </w:tc>
        <w:tc>
          <w:tcPr>
            <w:tcW w:type="dxa" w:w="1728"/>
            <w:shd w:fill="F2F2F2"/>
          </w:tcPr>
          <w:p>
            <w:r/>
            <w:r>
              <w:rPr>
                <w:rFonts w:ascii="宋体" w:hAnsi="宋体" w:eastAsia="宋体"/>
                <w:b w:val="0"/>
                <w:sz w:val="20"/>
              </w:rPr>
              <w:t>已部署客服/内容智能体</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C维度总分：___ / 25</w:t>
      </w:r>
    </w:p>
    <w:p>
      <w:pPr>
        <w:pStyle w:val="Heading3"/>
      </w:pPr>
      <w:r>
        <w:rPr>
          <w:rFonts w:ascii="黑体" w:hAnsi="黑体" w:eastAsia="黑体"/>
          <w:b/>
          <w:sz w:val="26"/>
        </w:rPr>
        <w:t>T维度：商业模式与运营转型（1-5分）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价值主张个性化</w:t>
            </w:r>
          </w:p>
        </w:tc>
        <w:tc>
          <w:tcPr>
            <w:tcW w:type="dxa" w:w="1728"/>
            <w:shd w:fill="F2F2F2"/>
          </w:tcPr>
          <w:p>
            <w:r/>
            <w:r>
              <w:rPr>
                <w:rFonts w:ascii="宋体" w:hAnsi="宋体" w:eastAsia="宋体"/>
                <w:b w:val="0"/>
                <w:sz w:val="20"/>
              </w:rPr>
              <w:t>标准化产品</w:t>
            </w:r>
          </w:p>
        </w:tc>
        <w:tc>
          <w:tcPr>
            <w:tcW w:type="dxa" w:w="1728"/>
            <w:shd w:fill="F2F2F2"/>
          </w:tcPr>
          <w:p>
            <w:r/>
            <w:r>
              <w:rPr>
                <w:rFonts w:ascii="宋体" w:hAnsi="宋体" w:eastAsia="宋体"/>
                <w:b w:val="0"/>
                <w:sz w:val="20"/>
              </w:rPr>
              <w:t>部分个性化</w:t>
            </w:r>
          </w:p>
        </w:tc>
        <w:tc>
          <w:tcPr>
            <w:tcW w:type="dxa" w:w="1728"/>
            <w:shd w:fill="F2F2F2"/>
          </w:tcPr>
          <w:p>
            <w:r/>
            <w:r>
              <w:rPr>
                <w:rFonts w:ascii="宋体" w:hAnsi="宋体" w:eastAsia="宋体"/>
                <w:b w:val="0"/>
                <w:sz w:val="20"/>
              </w:rPr>
              <w:t>AI驱动千人千面体验</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渠道多元化</w:t>
            </w:r>
          </w:p>
        </w:tc>
        <w:tc>
          <w:tcPr>
            <w:tcW w:type="dxa" w:w="1728"/>
          </w:tcPr>
          <w:p>
            <w:r/>
            <w:r>
              <w:rPr>
                <w:rFonts w:ascii="宋体" w:hAnsi="宋体" w:eastAsia="宋体"/>
                <w:b w:val="0"/>
                <w:sz w:val="20"/>
              </w:rPr>
              <w:t>单一渠道</w:t>
            </w:r>
          </w:p>
        </w:tc>
        <w:tc>
          <w:tcPr>
            <w:tcW w:type="dxa" w:w="1728"/>
          </w:tcPr>
          <w:p>
            <w:r/>
            <w:r>
              <w:rPr>
                <w:rFonts w:ascii="宋体" w:hAnsi="宋体" w:eastAsia="宋体"/>
                <w:b w:val="0"/>
                <w:sz w:val="20"/>
              </w:rPr>
              <w:t>2-3个平台</w:t>
            </w:r>
          </w:p>
        </w:tc>
        <w:tc>
          <w:tcPr>
            <w:tcW w:type="dxa" w:w="1728"/>
          </w:tcPr>
          <w:p>
            <w:r/>
            <w:r>
              <w:rPr>
                <w:rFonts w:ascii="宋体" w:hAnsi="宋体" w:eastAsia="宋体"/>
                <w:b w:val="0"/>
                <w:sz w:val="20"/>
              </w:rPr>
              <w:t>多平台矩阵+GEO+私域</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收入结构</w:t>
            </w:r>
          </w:p>
        </w:tc>
        <w:tc>
          <w:tcPr>
            <w:tcW w:type="dxa" w:w="1728"/>
            <w:shd w:fill="F2F2F2"/>
          </w:tcPr>
          <w:p>
            <w:r/>
            <w:r>
              <w:rPr>
                <w:rFonts w:ascii="宋体" w:hAnsi="宋体" w:eastAsia="宋体"/>
                <w:b w:val="0"/>
                <w:sz w:val="20"/>
              </w:rPr>
              <w:t>单一收入来源</w:t>
            </w:r>
          </w:p>
        </w:tc>
        <w:tc>
          <w:tcPr>
            <w:tcW w:type="dxa" w:w="1728"/>
            <w:shd w:fill="F2F2F2"/>
          </w:tcPr>
          <w:p>
            <w:r/>
            <w:r>
              <w:rPr>
                <w:rFonts w:ascii="宋体" w:hAnsi="宋体" w:eastAsia="宋体"/>
                <w:b w:val="0"/>
                <w:sz w:val="20"/>
              </w:rPr>
              <w:t>2-3种收入</w:t>
            </w:r>
          </w:p>
        </w:tc>
        <w:tc>
          <w:tcPr>
            <w:tcW w:type="dxa" w:w="1728"/>
            <w:shd w:fill="F2F2F2"/>
          </w:tcPr>
          <w:p>
            <w:r/>
            <w:r>
              <w:rPr>
                <w:rFonts w:ascii="宋体" w:hAnsi="宋体" w:eastAsia="宋体"/>
                <w:b w:val="0"/>
                <w:sz w:val="20"/>
              </w:rPr>
              <w:t>多元化收入（体验+内容+IP）</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运营自动化</w:t>
            </w:r>
          </w:p>
        </w:tc>
        <w:tc>
          <w:tcPr>
            <w:tcW w:type="dxa" w:w="1728"/>
          </w:tcPr>
          <w:p>
            <w:r/>
            <w:r>
              <w:rPr>
                <w:rFonts w:ascii="宋体" w:hAnsi="宋体" w:eastAsia="宋体"/>
                <w:b w:val="0"/>
                <w:sz w:val="20"/>
              </w:rPr>
              <w:t>全人工运营</w:t>
            </w:r>
          </w:p>
        </w:tc>
        <w:tc>
          <w:tcPr>
            <w:tcW w:type="dxa" w:w="1728"/>
          </w:tcPr>
          <w:p>
            <w:r/>
            <w:r>
              <w:rPr>
                <w:rFonts w:ascii="宋体" w:hAnsi="宋体" w:eastAsia="宋体"/>
                <w:b w:val="0"/>
                <w:sz w:val="20"/>
              </w:rPr>
              <w:t>部分使用工具</w:t>
            </w:r>
          </w:p>
        </w:tc>
        <w:tc>
          <w:tcPr>
            <w:tcW w:type="dxa" w:w="1728"/>
          </w:tcPr>
          <w:p>
            <w:r/>
            <w:r>
              <w:rPr>
                <w:rFonts w:ascii="宋体" w:hAnsi="宋体" w:eastAsia="宋体"/>
                <w:b w:val="0"/>
                <w:sz w:val="20"/>
              </w:rPr>
              <w:t>系统化AI自动化流程</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数据驱动决策</w:t>
            </w:r>
          </w:p>
        </w:tc>
        <w:tc>
          <w:tcPr>
            <w:tcW w:type="dxa" w:w="1728"/>
            <w:shd w:fill="F2F2F2"/>
          </w:tcPr>
          <w:p>
            <w:r/>
            <w:r>
              <w:rPr>
                <w:rFonts w:ascii="宋体" w:hAnsi="宋体" w:eastAsia="宋体"/>
                <w:b w:val="0"/>
                <w:sz w:val="20"/>
              </w:rPr>
              <w:t>凭直觉决策</w:t>
            </w:r>
          </w:p>
        </w:tc>
        <w:tc>
          <w:tcPr>
            <w:tcW w:type="dxa" w:w="1728"/>
            <w:shd w:fill="F2F2F2"/>
          </w:tcPr>
          <w:p>
            <w:r/>
            <w:r>
              <w:rPr>
                <w:rFonts w:ascii="宋体" w:hAnsi="宋体" w:eastAsia="宋体"/>
                <w:b w:val="0"/>
                <w:sz w:val="20"/>
              </w:rPr>
              <w:t>偶尔看数据</w:t>
            </w:r>
          </w:p>
        </w:tc>
        <w:tc>
          <w:tcPr>
            <w:tcW w:type="dxa" w:w="1728"/>
            <w:shd w:fill="F2F2F2"/>
          </w:tcPr>
          <w:p>
            <w:r/>
            <w:r>
              <w:rPr>
                <w:rFonts w:ascii="宋体" w:hAnsi="宋体" w:eastAsia="宋体"/>
                <w:b w:val="0"/>
                <w:sz w:val="20"/>
              </w:rPr>
              <w:t>系统化数据驱动决策</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T维度总分：___ / 25</w:t>
      </w:r>
    </w:p>
    <w:p>
      <w:pPr>
        <w:pStyle w:val="Heading3"/>
      </w:pPr>
      <w:r>
        <w:rPr>
          <w:rFonts w:ascii="黑体" w:hAnsi="黑体" w:eastAsia="黑体"/>
          <w:b/>
          <w:sz w:val="26"/>
        </w:rPr>
        <w:t>P维度：持续成长与生态进化（1-5分）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个人品牌</w:t>
            </w:r>
          </w:p>
        </w:tc>
        <w:tc>
          <w:tcPr>
            <w:tcW w:type="dxa" w:w="1728"/>
            <w:shd w:fill="F2F2F2"/>
          </w:tcPr>
          <w:p>
            <w:r/>
            <w:r>
              <w:rPr>
                <w:rFonts w:ascii="宋体" w:hAnsi="宋体" w:eastAsia="宋体"/>
                <w:b w:val="0"/>
                <w:sz w:val="20"/>
              </w:rPr>
              <w:t>无个人品牌</w:t>
            </w:r>
          </w:p>
        </w:tc>
        <w:tc>
          <w:tcPr>
            <w:tcW w:type="dxa" w:w="1728"/>
            <w:shd w:fill="F2F2F2"/>
          </w:tcPr>
          <w:p>
            <w:r/>
            <w:r>
              <w:rPr>
                <w:rFonts w:ascii="宋体" w:hAnsi="宋体" w:eastAsia="宋体"/>
                <w:b w:val="0"/>
                <w:sz w:val="20"/>
              </w:rPr>
              <w:t>有一定知名度</w:t>
            </w:r>
          </w:p>
        </w:tc>
        <w:tc>
          <w:tcPr>
            <w:tcW w:type="dxa" w:w="1728"/>
            <w:shd w:fill="F2F2F2"/>
          </w:tcPr>
          <w:p>
            <w:r/>
            <w:r>
              <w:rPr>
                <w:rFonts w:ascii="宋体" w:hAnsi="宋体" w:eastAsia="宋体"/>
                <w:b w:val="0"/>
                <w:sz w:val="20"/>
              </w:rPr>
              <w:t>有明确品牌定位和影响力</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内容持续输出</w:t>
            </w:r>
          </w:p>
        </w:tc>
        <w:tc>
          <w:tcPr>
            <w:tcW w:type="dxa" w:w="1728"/>
          </w:tcPr>
          <w:p>
            <w:r/>
            <w:r>
              <w:rPr>
                <w:rFonts w:ascii="宋体" w:hAnsi="宋体" w:eastAsia="宋体"/>
                <w:b w:val="0"/>
                <w:sz w:val="20"/>
              </w:rPr>
              <w:t>不定期</w:t>
            </w:r>
          </w:p>
        </w:tc>
        <w:tc>
          <w:tcPr>
            <w:tcW w:type="dxa" w:w="1728"/>
          </w:tcPr>
          <w:p>
            <w:r/>
            <w:r>
              <w:rPr>
                <w:rFonts w:ascii="宋体" w:hAnsi="宋体" w:eastAsia="宋体"/>
                <w:b w:val="0"/>
                <w:sz w:val="20"/>
              </w:rPr>
              <w:t>每周1-2条</w:t>
            </w:r>
          </w:p>
        </w:tc>
        <w:tc>
          <w:tcPr>
            <w:tcW w:type="dxa" w:w="1728"/>
          </w:tcPr>
          <w:p>
            <w:r/>
            <w:r>
              <w:rPr>
                <w:rFonts w:ascii="宋体" w:hAnsi="宋体" w:eastAsia="宋体"/>
                <w:b w:val="0"/>
                <w:sz w:val="20"/>
              </w:rPr>
              <w:t>每日稳定输出+矩阵运营</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团队AI素养</w:t>
            </w:r>
          </w:p>
        </w:tc>
        <w:tc>
          <w:tcPr>
            <w:tcW w:type="dxa" w:w="1728"/>
            <w:shd w:fill="F2F2F2"/>
          </w:tcPr>
          <w:p>
            <w:r/>
            <w:r>
              <w:rPr>
                <w:rFonts w:ascii="宋体" w:hAnsi="宋体" w:eastAsia="宋体"/>
                <w:b w:val="0"/>
                <w:sz w:val="20"/>
              </w:rPr>
              <w:t>无团队/不使用</w:t>
            </w:r>
          </w:p>
        </w:tc>
        <w:tc>
          <w:tcPr>
            <w:tcW w:type="dxa" w:w="1728"/>
            <w:shd w:fill="F2F2F2"/>
          </w:tcPr>
          <w:p>
            <w:r/>
            <w:r>
              <w:rPr>
                <w:rFonts w:ascii="宋体" w:hAnsi="宋体" w:eastAsia="宋体"/>
                <w:b w:val="0"/>
                <w:sz w:val="20"/>
              </w:rPr>
              <w:t>部分成员使用</w:t>
            </w:r>
          </w:p>
        </w:tc>
        <w:tc>
          <w:tcPr>
            <w:tcW w:type="dxa" w:w="1728"/>
            <w:shd w:fill="F2F2F2"/>
          </w:tcPr>
          <w:p>
            <w:r/>
            <w:r>
              <w:rPr>
                <w:rFonts w:ascii="宋体" w:hAnsi="宋体" w:eastAsia="宋体"/>
                <w:b w:val="0"/>
                <w:sz w:val="20"/>
              </w:rPr>
              <w:t>团队系统化使用AI工具</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生态协作</w:t>
            </w:r>
          </w:p>
        </w:tc>
        <w:tc>
          <w:tcPr>
            <w:tcW w:type="dxa" w:w="1728"/>
          </w:tcPr>
          <w:p>
            <w:r/>
            <w:r>
              <w:rPr>
                <w:rFonts w:ascii="宋体" w:hAnsi="宋体" w:eastAsia="宋体"/>
                <w:b w:val="0"/>
                <w:sz w:val="20"/>
              </w:rPr>
              <w:t>独立运营</w:t>
            </w:r>
          </w:p>
        </w:tc>
        <w:tc>
          <w:tcPr>
            <w:tcW w:type="dxa" w:w="1728"/>
          </w:tcPr>
          <w:p>
            <w:r/>
            <w:r>
              <w:rPr>
                <w:rFonts w:ascii="宋体" w:hAnsi="宋体" w:eastAsia="宋体"/>
                <w:b w:val="0"/>
                <w:sz w:val="20"/>
              </w:rPr>
              <w:t>有少量合作</w:t>
            </w:r>
          </w:p>
        </w:tc>
        <w:tc>
          <w:tcPr>
            <w:tcW w:type="dxa" w:w="1728"/>
          </w:tcPr>
          <w:p>
            <w:r/>
            <w:r>
              <w:rPr>
                <w:rFonts w:ascii="宋体" w:hAnsi="宋体" w:eastAsia="宋体"/>
                <w:b w:val="0"/>
                <w:sz w:val="20"/>
              </w:rPr>
              <w:t>深度融入行业生态网络</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学习迭代频率</w:t>
            </w:r>
          </w:p>
        </w:tc>
        <w:tc>
          <w:tcPr>
            <w:tcW w:type="dxa" w:w="1728"/>
            <w:shd w:fill="F2F2F2"/>
          </w:tcPr>
          <w:p>
            <w:r/>
            <w:r>
              <w:rPr>
                <w:rFonts w:ascii="宋体" w:hAnsi="宋体" w:eastAsia="宋体"/>
                <w:b w:val="0"/>
                <w:sz w:val="20"/>
              </w:rPr>
              <w:t>很少学习</w:t>
            </w:r>
          </w:p>
        </w:tc>
        <w:tc>
          <w:tcPr>
            <w:tcW w:type="dxa" w:w="1728"/>
            <w:shd w:fill="F2F2F2"/>
          </w:tcPr>
          <w:p>
            <w:r/>
            <w:r>
              <w:rPr>
                <w:rFonts w:ascii="宋体" w:hAnsi="宋体" w:eastAsia="宋体"/>
                <w:b w:val="0"/>
                <w:sz w:val="20"/>
              </w:rPr>
              <w:t>偶尔学习新工具</w:t>
            </w:r>
          </w:p>
        </w:tc>
        <w:tc>
          <w:tcPr>
            <w:tcW w:type="dxa" w:w="1728"/>
            <w:shd w:fill="F2F2F2"/>
          </w:tcPr>
          <w:p>
            <w:r/>
            <w:r>
              <w:rPr>
                <w:rFonts w:ascii="宋体" w:hAnsi="宋体" w:eastAsia="宋体"/>
                <w:b w:val="0"/>
                <w:sz w:val="20"/>
              </w:rPr>
              <w:t>持续学习+定期复盘升级</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P维度总分：___ / 25</w:t>
      </w:r>
    </w:p>
    <w:p>
      <w:pPr>
        <w:pStyle w:val="Heading2"/>
      </w:pPr>
      <w:r>
        <w:rPr>
          <w:rFonts w:ascii="黑体" w:hAnsi="黑体" w:eastAsia="黑体"/>
          <w:b/>
          <w:sz w:val="28"/>
        </w:rPr>
        <w:t>总分解读</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总分范围</w:t>
            </w:r>
          </w:p>
        </w:tc>
        <w:tc>
          <w:tcPr>
            <w:tcW w:type="dxa" w:w="2880"/>
            <w:shd w:fill="1F4E79"/>
          </w:tcPr>
          <w:p>
            <w:r/>
            <w:r>
              <w:rPr>
                <w:rFonts w:ascii="宋体" w:hAnsi="宋体" w:eastAsia="宋体"/>
                <w:b/>
                <w:color w:val="FFFFFF"/>
                <w:sz w:val="20"/>
              </w:rPr>
              <w:t>等级</w:t>
            </w:r>
          </w:p>
        </w:tc>
        <w:tc>
          <w:tcPr>
            <w:tcW w:type="dxa" w:w="2880"/>
            <w:shd w:fill="1F4E79"/>
          </w:tcPr>
          <w:p>
            <w:r/>
            <w:r>
              <w:rPr>
                <w:rFonts w:ascii="宋体" w:hAnsi="宋体" w:eastAsia="宋体"/>
                <w:b/>
                <w:color w:val="FFFFFF"/>
                <w:sz w:val="20"/>
              </w:rPr>
              <w:t>解读</w:t>
            </w:r>
          </w:p>
        </w:tc>
      </w:tr>
      <w:tr>
        <w:tc>
          <w:tcPr>
            <w:tcW w:type="dxa" w:w="2880"/>
            <w:shd w:fill="F2F2F2"/>
          </w:tcPr>
          <w:p>
            <w:r/>
            <w:r>
              <w:rPr>
                <w:rFonts w:ascii="宋体" w:hAnsi="宋体" w:eastAsia="宋体"/>
                <w:b w:val="0"/>
                <w:sz w:val="20"/>
              </w:rPr>
              <w:t>80-95</w:t>
            </w:r>
          </w:p>
        </w:tc>
        <w:tc>
          <w:tcPr>
            <w:tcW w:type="dxa" w:w="2880"/>
            <w:shd w:fill="F2F2F2"/>
          </w:tcPr>
          <w:p>
            <w:r/>
            <w:r>
              <w:rPr>
                <w:rFonts w:ascii="宋体" w:hAnsi="宋体" w:eastAsia="宋体"/>
                <w:b w:val="0"/>
                <w:sz w:val="20"/>
              </w:rPr>
              <w:t>卓越型</w:t>
            </w:r>
          </w:p>
        </w:tc>
        <w:tc>
          <w:tcPr>
            <w:tcW w:type="dxa" w:w="2880"/>
            <w:shd w:fill="F2F2F2"/>
          </w:tcPr>
          <w:p>
            <w:r/>
            <w:r>
              <w:rPr>
                <w:rFonts w:ascii="宋体" w:hAnsi="宋体" w:eastAsia="宋体"/>
                <w:b w:val="0"/>
                <w:sz w:val="20"/>
              </w:rPr>
              <w:t>已建立AI驱动的完整运营体系，持续保持领先</w:t>
            </w:r>
          </w:p>
        </w:tc>
      </w:tr>
      <w:tr>
        <w:tc>
          <w:tcPr>
            <w:tcW w:type="dxa" w:w="2880"/>
          </w:tcPr>
          <w:p>
            <w:r/>
            <w:r>
              <w:rPr>
                <w:rFonts w:ascii="宋体" w:hAnsi="宋体" w:eastAsia="宋体"/>
                <w:b w:val="0"/>
                <w:sz w:val="20"/>
              </w:rPr>
              <w:t>60-79</w:t>
            </w:r>
          </w:p>
        </w:tc>
        <w:tc>
          <w:tcPr>
            <w:tcW w:type="dxa" w:w="2880"/>
          </w:tcPr>
          <w:p>
            <w:r/>
            <w:r>
              <w:rPr>
                <w:rFonts w:ascii="宋体" w:hAnsi="宋体" w:eastAsia="宋体"/>
                <w:b w:val="0"/>
                <w:sz w:val="20"/>
              </w:rPr>
              <w:t>成长型</w:t>
            </w:r>
          </w:p>
        </w:tc>
        <w:tc>
          <w:tcPr>
            <w:tcW w:type="dxa" w:w="2880"/>
          </w:tcPr>
          <w:p>
            <w:r/>
            <w:r>
              <w:rPr>
                <w:rFonts w:ascii="宋体" w:hAnsi="宋体" w:eastAsia="宋体"/>
                <w:b w:val="0"/>
                <w:sz w:val="20"/>
              </w:rPr>
              <w:t>具备较好的AI基础，需要在薄弱维度深化</w:t>
            </w:r>
          </w:p>
        </w:tc>
      </w:tr>
      <w:tr>
        <w:tc>
          <w:tcPr>
            <w:tcW w:type="dxa" w:w="2880"/>
            <w:shd w:fill="F2F2F2"/>
          </w:tcPr>
          <w:p>
            <w:r/>
            <w:r>
              <w:rPr>
                <w:rFonts w:ascii="宋体" w:hAnsi="宋体" w:eastAsia="宋体"/>
                <w:b w:val="0"/>
                <w:sz w:val="20"/>
              </w:rPr>
              <w:t>40-59</w:t>
            </w:r>
          </w:p>
        </w:tc>
        <w:tc>
          <w:tcPr>
            <w:tcW w:type="dxa" w:w="2880"/>
            <w:shd w:fill="F2F2F2"/>
          </w:tcPr>
          <w:p>
            <w:r/>
            <w:r>
              <w:rPr>
                <w:rFonts w:ascii="宋体" w:hAnsi="宋体" w:eastAsia="宋体"/>
                <w:b w:val="0"/>
                <w:sz w:val="20"/>
              </w:rPr>
              <w:t>起步型</w:t>
            </w:r>
          </w:p>
        </w:tc>
        <w:tc>
          <w:tcPr>
            <w:tcW w:type="dxa" w:w="2880"/>
            <w:shd w:fill="F2F2F2"/>
          </w:tcPr>
          <w:p>
            <w:r/>
            <w:r>
              <w:rPr>
                <w:rFonts w:ascii="宋体" w:hAnsi="宋体" w:eastAsia="宋体"/>
                <w:b w:val="0"/>
                <w:sz w:val="20"/>
              </w:rPr>
              <w:t>初步使用AI工具，需要系统化能力建设</w:t>
            </w:r>
          </w:p>
        </w:tc>
      </w:tr>
      <w:tr>
        <w:tc>
          <w:tcPr>
            <w:tcW w:type="dxa" w:w="2880"/>
          </w:tcPr>
          <w:p>
            <w:r/>
            <w:r>
              <w:rPr>
                <w:rFonts w:ascii="宋体" w:hAnsi="宋体" w:eastAsia="宋体"/>
                <w:b w:val="0"/>
                <w:sz w:val="20"/>
              </w:rPr>
              <w:t>20-39</w:t>
            </w:r>
          </w:p>
        </w:tc>
        <w:tc>
          <w:tcPr>
            <w:tcW w:type="dxa" w:w="2880"/>
          </w:tcPr>
          <w:p>
            <w:r/>
            <w:r>
              <w:rPr>
                <w:rFonts w:ascii="宋体" w:hAnsi="宋体" w:eastAsia="宋体"/>
                <w:b w:val="0"/>
                <w:sz w:val="20"/>
              </w:rPr>
              <w:t>探索型</w:t>
            </w:r>
          </w:p>
        </w:tc>
        <w:tc>
          <w:tcPr>
            <w:tcW w:type="dxa" w:w="2880"/>
          </w:tcPr>
          <w:p>
            <w:r/>
            <w:r>
              <w:rPr>
                <w:rFonts w:ascii="宋体" w:hAnsi="宋体" w:eastAsia="宋体"/>
                <w:b w:val="0"/>
                <w:sz w:val="20"/>
              </w:rPr>
              <w:t>刚接触AI工具，建议从A维度和C维度入手</w:t>
            </w:r>
          </w:p>
        </w:tc>
      </w:tr>
    </w:tbl>
    <w:p>
      <w:pPr>
        <w:pStyle w:val="Heading2"/>
      </w:pPr>
      <w:r>
        <w:rPr>
          <w:rFonts w:ascii="黑体" w:hAnsi="黑体" w:eastAsia="黑体"/>
          <w:b/>
          <w:sz w:val="28"/>
        </w:rPr>
        <w:t>90天升级路径模板</w:t>
      </w:r>
    </w:p>
    <w:p>
      <w:pPr>
        <w:pStyle w:val="Heading3"/>
      </w:pPr>
      <w:r>
        <w:rPr>
          <w:rFonts w:ascii="黑体" w:hAnsi="黑体" w:eastAsia="黑体"/>
          <w:b/>
          <w:sz w:val="26"/>
        </w:rPr>
        <w:t>第1-30天：瓶颈维度突破</w:t>
      </w:r>
    </w:p>
    <w:p>
      <w:pPr>
        <w:pStyle w:val="ListBullet"/>
      </w:pPr>
      <w:r>
        <w:rPr>
          <w:rFonts w:ascii="宋体" w:hAnsi="宋体" w:eastAsia="宋体"/>
          <w:b w:val="0"/>
          <w:sz w:val="24"/>
        </w:rPr>
        <w:t>目标维度：___（选择自评最低的维度）</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第31-60天：能力深化与应用</w:t>
      </w:r>
    </w:p>
    <w:p>
      <w:pPr>
        <w:pStyle w:val="ListBullet"/>
      </w:pPr>
      <w:r>
        <w:rPr>
          <w:rFonts w:ascii="宋体" w:hAnsi="宋体" w:eastAsia="宋体"/>
          <w:b w:val="0"/>
          <w:sz w:val="24"/>
        </w:rPr>
        <w:t>目标维度：___</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第61-90天：效果验证与迭代</w:t>
      </w:r>
    </w:p>
    <w:p>
      <w:pPr>
        <w:pStyle w:val="ListBullet"/>
      </w:pPr>
      <w:r>
        <w:rPr>
          <w:rFonts w:ascii="宋体" w:hAnsi="宋体" w:eastAsia="宋体"/>
          <w:b w:val="0"/>
          <w:sz w:val="24"/>
        </w:rPr>
        <w:t>复盘要点：___</w:t>
      </w:r>
    </w:p>
    <w:p>
      <w:pPr>
        <w:pStyle w:val="ListBullet"/>
      </w:pPr>
      <w:r>
        <w:rPr>
          <w:rFonts w:ascii="宋体" w:hAnsi="宋体" w:eastAsia="宋体"/>
          <w:b w:val="0"/>
          <w:sz w:val="24"/>
        </w:rPr>
        <w:t>调整方向：___</w:t>
      </w:r>
    </w:p>
    <w:p>
      <w:pPr>
        <w:pStyle w:val="ListBullet"/>
      </w:pPr>
      <w:r>
        <w:rPr>
          <w:rFonts w:ascii="宋体" w:hAnsi="宋体" w:eastAsia="宋体"/>
          <w:b w:val="0"/>
          <w:sz w:val="24"/>
        </w:rPr>
        <w:t>下轮重点：___</w:t>
      </w:r>
    </w:p>
    <w:p>
      <w:r>
        <w:br w:type="page"/>
      </w:r>
    </w:p>
    <w:p>
      <w:pPr>
        <w:pStyle w:val="Heading1"/>
      </w:pPr>
      <w:r>
        <w:rPr>
          <w:rFonts w:ascii="黑体" w:hAnsi="黑体" w:eastAsia="黑体"/>
          <w:b/>
          <w:color w:val="1F4E79"/>
          <w:sz w:val="32"/>
        </w:rPr>
        <w:t>附录E 教学大纲与实验方案</w:t>
      </w:r>
    </w:p>
    <w:p>
      <w:pPr>
        <w:pStyle w:val="Heading2"/>
      </w:pPr>
      <w:r>
        <w:rPr>
          <w:rFonts w:ascii="黑体" w:hAnsi="黑体" w:eastAsia="黑体"/>
          <w:b/>
          <w:sz w:val="28"/>
        </w:rPr>
        <w:t>课程基本信息</w:t>
      </w:r>
    </w:p>
    <w:tbl>
      <w:tblPr>
        <w:tblStyle w:val="TableGrid"/>
        <w:tblW w:type="auto" w:w="0"/>
        <w:jc w:val="center"/>
        <w:tblLook w:firstColumn="1" w:firstRow="1" w:lastColumn="0" w:lastRow="0" w:noHBand="0" w:noVBand="1" w:val="04A0"/>
      </w:tblPr>
      <w:tblGrid>
        <w:gridCol w:w="4320"/>
        <w:gridCol w:w="4320"/>
      </w:tblGrid>
      <w:tr>
        <w:tc>
          <w:tcPr>
            <w:tcW w:type="dxa" w:w="4320"/>
            <w:shd w:fill="1F4E79"/>
          </w:tcPr>
          <w:p>
            <w:r/>
            <w:r>
              <w:rPr>
                <w:rFonts w:ascii="宋体" w:hAnsi="宋体" w:eastAsia="宋体"/>
                <w:b/>
                <w:color w:val="FFFFFF"/>
                <w:sz w:val="20"/>
              </w:rPr>
              <w:t>项目</w:t>
            </w:r>
          </w:p>
        </w:tc>
        <w:tc>
          <w:tcPr>
            <w:tcW w:type="dxa" w:w="4320"/>
            <w:shd w:fill="1F4E79"/>
          </w:tcPr>
          <w:p>
            <w:r/>
            <w:r>
              <w:rPr>
                <w:rFonts w:ascii="宋体" w:hAnsi="宋体" w:eastAsia="宋体"/>
                <w:b/>
                <w:color w:val="FFFFFF"/>
                <w:sz w:val="20"/>
              </w:rPr>
              <w:t>内容</w:t>
            </w:r>
          </w:p>
        </w:tc>
      </w:tr>
      <w:tr>
        <w:tc>
          <w:tcPr>
            <w:tcW w:type="dxa" w:w="4320"/>
            <w:shd w:fill="F2F2F2"/>
          </w:tcPr>
          <w:p>
            <w:r/>
            <w:r>
              <w:rPr>
                <w:rFonts w:ascii="宋体" w:hAnsi="宋体" w:eastAsia="宋体"/>
                <w:b w:val="0"/>
                <w:sz w:val="20"/>
              </w:rPr>
              <w:t>课程名称</w:t>
            </w:r>
          </w:p>
        </w:tc>
        <w:tc>
          <w:tcPr>
            <w:tcW w:type="dxa" w:w="4320"/>
            <w:shd w:fill="F2F2F2"/>
          </w:tcPr>
          <w:p>
            <w:r/>
            <w:r>
              <w:rPr>
                <w:rFonts w:ascii="宋体" w:hAnsi="宋体" w:eastAsia="宋体"/>
                <w:b w:val="0"/>
                <w:sz w:val="20"/>
              </w:rPr>
              <w:t>AI时代的文旅主理人打造升级之路</w:t>
            </w:r>
          </w:p>
        </w:tc>
      </w:tr>
      <w:tr>
        <w:tc>
          <w:tcPr>
            <w:tcW w:type="dxa" w:w="4320"/>
          </w:tcPr>
          <w:p>
            <w:r/>
            <w:r>
              <w:rPr>
                <w:rFonts w:ascii="宋体" w:hAnsi="宋体" w:eastAsia="宋体"/>
                <w:b w:val="0"/>
                <w:sz w:val="20"/>
              </w:rPr>
              <w:t>适用专业</w:t>
            </w:r>
          </w:p>
        </w:tc>
        <w:tc>
          <w:tcPr>
            <w:tcW w:type="dxa" w:w="4320"/>
          </w:tcPr>
          <w:p>
            <w:r/>
            <w:r>
              <w:rPr>
                <w:rFonts w:ascii="宋体" w:hAnsi="宋体" w:eastAsia="宋体"/>
                <w:b w:val="0"/>
                <w:sz w:val="20"/>
              </w:rPr>
              <w:t>旅游管理、文化产业管理、数字文旅</w:t>
            </w:r>
          </w:p>
        </w:tc>
      </w:tr>
      <w:tr>
        <w:tc>
          <w:tcPr>
            <w:tcW w:type="dxa" w:w="4320"/>
            <w:shd w:fill="F2F2F2"/>
          </w:tcPr>
          <w:p>
            <w:r/>
            <w:r>
              <w:rPr>
                <w:rFonts w:ascii="宋体" w:hAnsi="宋体" w:eastAsia="宋体"/>
                <w:b w:val="0"/>
                <w:sz w:val="20"/>
              </w:rPr>
              <w:t>课程性质</w:t>
            </w:r>
          </w:p>
        </w:tc>
        <w:tc>
          <w:tcPr>
            <w:tcW w:type="dxa" w:w="4320"/>
            <w:shd w:fill="F2F2F2"/>
          </w:tcPr>
          <w:p>
            <w:r/>
            <w:r>
              <w:rPr>
                <w:rFonts w:ascii="宋体" w:hAnsi="宋体" w:eastAsia="宋体"/>
                <w:b w:val="0"/>
                <w:sz w:val="20"/>
              </w:rPr>
              <w:t>专业选修课/实训课</w:t>
            </w:r>
          </w:p>
        </w:tc>
      </w:tr>
      <w:tr>
        <w:tc>
          <w:tcPr>
            <w:tcW w:type="dxa" w:w="4320"/>
          </w:tcPr>
          <w:p>
            <w:r/>
            <w:r>
              <w:rPr>
                <w:rFonts w:ascii="宋体" w:hAnsi="宋体" w:eastAsia="宋体"/>
                <w:b w:val="0"/>
                <w:sz w:val="20"/>
              </w:rPr>
              <w:t>总学时</w:t>
            </w:r>
          </w:p>
        </w:tc>
        <w:tc>
          <w:tcPr>
            <w:tcW w:type="dxa" w:w="4320"/>
          </w:tcPr>
          <w:p>
            <w:r/>
            <w:r>
              <w:rPr>
                <w:rFonts w:ascii="宋体" w:hAnsi="宋体" w:eastAsia="宋体"/>
                <w:b w:val="0"/>
                <w:sz w:val="20"/>
              </w:rPr>
              <w:t>48学时（理论24学时+实训24学时）</w:t>
            </w:r>
          </w:p>
        </w:tc>
      </w:tr>
      <w:tr>
        <w:tc>
          <w:tcPr>
            <w:tcW w:type="dxa" w:w="4320"/>
            <w:shd w:fill="F2F2F2"/>
          </w:tcPr>
          <w:p>
            <w:r/>
            <w:r>
              <w:rPr>
                <w:rFonts w:ascii="宋体" w:hAnsi="宋体" w:eastAsia="宋体"/>
                <w:b w:val="0"/>
                <w:sz w:val="20"/>
              </w:rPr>
              <w:t>学分</w:t>
            </w:r>
          </w:p>
        </w:tc>
        <w:tc>
          <w:tcPr>
            <w:tcW w:type="dxa" w:w="4320"/>
            <w:shd w:fill="F2F2F2"/>
          </w:tcPr>
          <w:p>
            <w:r/>
            <w:r>
              <w:rPr>
                <w:rFonts w:ascii="宋体" w:hAnsi="宋体" w:eastAsia="宋体"/>
                <w:b w:val="0"/>
                <w:sz w:val="20"/>
              </w:rPr>
              <w:t>3学分</w:t>
            </w:r>
          </w:p>
        </w:tc>
      </w:tr>
      <w:tr>
        <w:tc>
          <w:tcPr>
            <w:tcW w:type="dxa" w:w="4320"/>
          </w:tcPr>
          <w:p>
            <w:r/>
            <w:r>
              <w:rPr>
                <w:rFonts w:ascii="宋体" w:hAnsi="宋体" w:eastAsia="宋体"/>
                <w:b w:val="0"/>
                <w:sz w:val="20"/>
              </w:rPr>
              <w:t>先修课程</w:t>
            </w:r>
          </w:p>
        </w:tc>
        <w:tc>
          <w:tcPr>
            <w:tcW w:type="dxa" w:w="4320"/>
          </w:tcPr>
          <w:p>
            <w:r/>
            <w:r>
              <w:rPr>
                <w:rFonts w:ascii="宋体" w:hAnsi="宋体" w:eastAsia="宋体"/>
                <w:b w:val="0"/>
                <w:sz w:val="20"/>
              </w:rPr>
              <w:t>旅游学概论、数字营销基础</w:t>
            </w:r>
          </w:p>
        </w:tc>
      </w:tr>
    </w:tbl>
    <w:p>
      <w:pPr>
        <w:pStyle w:val="Heading2"/>
      </w:pPr>
      <w:r>
        <w:rPr>
          <w:rFonts w:ascii="黑体" w:hAnsi="黑体" w:eastAsia="黑体"/>
          <w:b/>
          <w:sz w:val="28"/>
        </w:rPr>
        <w:t>教学目标</w:t>
      </w:r>
    </w:p>
    <w:p>
      <w:pPr>
        <w:pStyle w:val="ListNumber"/>
      </w:pPr>
      <w:r>
        <w:rPr>
          <w:rFonts w:ascii="宋体" w:hAnsi="宋体" w:eastAsia="宋体"/>
          <w:b w:val="0"/>
          <w:sz w:val="24"/>
        </w:rPr>
        <w:t>理解AI技术对文旅产业的变革性影响和主理人模式的兴起</w:t>
      </w:r>
    </w:p>
    <w:p>
      <w:pPr>
        <w:pStyle w:val="ListNumber"/>
      </w:pPr>
      <w:r>
        <w:rPr>
          <w:rFonts w:ascii="宋体" w:hAnsi="宋体" w:eastAsia="宋体"/>
          <w:b w:val="0"/>
          <w:sz w:val="24"/>
        </w:rPr>
        <w:t>掌握ACT-P能力模型，能进行自我评估和升级规划</w:t>
      </w:r>
    </w:p>
    <w:p>
      <w:pPr>
        <w:pStyle w:val="ListNumber"/>
      </w:pPr>
      <w:r>
        <w:rPr>
          <w:rFonts w:ascii="宋体" w:hAnsi="宋体" w:eastAsia="宋体"/>
          <w:b w:val="0"/>
          <w:sz w:val="24"/>
        </w:rPr>
        <w:t>熟练使用AIGC工具进行文旅内容创作和营销推广</w:t>
      </w:r>
    </w:p>
    <w:p>
      <w:pPr>
        <w:pStyle w:val="ListNumber"/>
      </w:pPr>
      <w:r>
        <w:rPr>
          <w:rFonts w:ascii="宋体" w:hAnsi="宋体" w:eastAsia="宋体"/>
          <w:b w:val="0"/>
          <w:sz w:val="24"/>
        </w:rPr>
        <w:t>具备利用AI工具进行数据分析和运营决策的能力</w:t>
      </w:r>
    </w:p>
    <w:p>
      <w:pPr>
        <w:pStyle w:val="ListNumber"/>
      </w:pPr>
      <w:r>
        <w:rPr>
          <w:rFonts w:ascii="宋体" w:hAnsi="宋体" w:eastAsia="宋体"/>
          <w:b w:val="0"/>
          <w:sz w:val="24"/>
        </w:rPr>
        <w:t>能够设计AI赋能的文旅商业模式并完成MVP验证</w:t>
      </w:r>
    </w:p>
    <w:p>
      <w:pPr>
        <w:pStyle w:val="Heading2"/>
      </w:pPr>
      <w:r>
        <w:rPr>
          <w:rFonts w:ascii="黑体" w:hAnsi="黑体" w:eastAsia="黑体"/>
          <w:b/>
          <w:sz w:val="28"/>
        </w:rPr>
        <w:t>教学进度安排</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周次</w:t>
            </w:r>
          </w:p>
        </w:tc>
        <w:tc>
          <w:tcPr>
            <w:tcW w:type="dxa" w:w="2160"/>
            <w:shd w:fill="1F4E79"/>
          </w:tcPr>
          <w:p>
            <w:r/>
            <w:r>
              <w:rPr>
                <w:rFonts w:ascii="宋体" w:hAnsi="宋体" w:eastAsia="宋体"/>
                <w:b/>
                <w:color w:val="FFFFFF"/>
                <w:sz w:val="20"/>
              </w:rPr>
              <w:t>理论内容</w:t>
            </w:r>
          </w:p>
        </w:tc>
        <w:tc>
          <w:tcPr>
            <w:tcW w:type="dxa" w:w="2160"/>
            <w:shd w:fill="1F4E79"/>
          </w:tcPr>
          <w:p>
            <w:r/>
            <w:r>
              <w:rPr>
                <w:rFonts w:ascii="宋体" w:hAnsi="宋体" w:eastAsia="宋体"/>
                <w:b/>
                <w:color w:val="FFFFFF"/>
                <w:sz w:val="20"/>
              </w:rPr>
              <w:t>实训内容</w:t>
            </w:r>
          </w:p>
        </w:tc>
        <w:tc>
          <w:tcPr>
            <w:tcW w:type="dxa" w:w="2160"/>
            <w:shd w:fill="1F4E79"/>
          </w:tcPr>
          <w:p>
            <w:r/>
            <w:r>
              <w:rPr>
                <w:rFonts w:ascii="宋体" w:hAnsi="宋体" w:eastAsia="宋体"/>
                <w:b/>
                <w:color w:val="FFFFFF"/>
                <w:sz w:val="20"/>
              </w:rPr>
              <w:t>学时</w:t>
            </w:r>
          </w:p>
        </w:tc>
      </w:tr>
      <w:tr>
        <w:tc>
          <w:tcPr>
            <w:tcW w:type="dxa" w:w="2160"/>
            <w:shd w:fill="F2F2F2"/>
          </w:tcPr>
          <w:p>
            <w:r/>
            <w:r>
              <w:rPr>
                <w:rFonts w:ascii="宋体" w:hAnsi="宋体" w:eastAsia="宋体"/>
                <w:b w:val="0"/>
                <w:sz w:val="20"/>
              </w:rPr>
              <w:t>1</w:t>
            </w:r>
          </w:p>
        </w:tc>
        <w:tc>
          <w:tcPr>
            <w:tcW w:type="dxa" w:w="2160"/>
            <w:shd w:fill="F2F2F2"/>
          </w:tcPr>
          <w:p>
            <w:r/>
            <w:r>
              <w:rPr>
                <w:rFonts w:ascii="宋体" w:hAnsi="宋体" w:eastAsia="宋体"/>
                <w:b w:val="0"/>
                <w:sz w:val="20"/>
              </w:rPr>
              <w:t>第1章 AI时代的文旅产业变革</w:t>
            </w:r>
          </w:p>
        </w:tc>
        <w:tc>
          <w:tcPr>
            <w:tcW w:type="dxa" w:w="2160"/>
            <w:shd w:fill="F2F2F2"/>
          </w:tcPr>
          <w:p>
            <w:r/>
            <w:r>
              <w:rPr>
                <w:rFonts w:ascii="宋体" w:hAnsi="宋体" w:eastAsia="宋体"/>
                <w:b w:val="0"/>
                <w:sz w:val="20"/>
              </w:rPr>
              <w:t>行业调研：AI在文旅中的应用现状</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2</w:t>
            </w:r>
          </w:p>
        </w:tc>
        <w:tc>
          <w:tcPr>
            <w:tcW w:type="dxa" w:w="2160"/>
          </w:tcPr>
          <w:p>
            <w:r/>
            <w:r>
              <w:rPr>
                <w:rFonts w:ascii="宋体" w:hAnsi="宋体" w:eastAsia="宋体"/>
                <w:b w:val="0"/>
                <w:sz w:val="20"/>
              </w:rPr>
              <w:t>第2章 主理人角色重构与身份转型</w:t>
            </w:r>
          </w:p>
        </w:tc>
        <w:tc>
          <w:tcPr>
            <w:tcW w:type="dxa" w:w="2160"/>
          </w:tcPr>
          <w:p>
            <w:r/>
            <w:r>
              <w:rPr>
                <w:rFonts w:ascii="宋体" w:hAnsi="宋体" w:eastAsia="宋体"/>
                <w:b w:val="0"/>
                <w:sz w:val="20"/>
              </w:rPr>
              <w:t>案例分析：典型主理人画像研究</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3</w:t>
            </w:r>
          </w:p>
        </w:tc>
        <w:tc>
          <w:tcPr>
            <w:tcW w:type="dxa" w:w="2160"/>
            <w:shd w:fill="F2F2F2"/>
          </w:tcPr>
          <w:p>
            <w:r/>
            <w:r>
              <w:rPr>
                <w:rFonts w:ascii="宋体" w:hAnsi="宋体" w:eastAsia="宋体"/>
                <w:b w:val="0"/>
                <w:sz w:val="20"/>
              </w:rPr>
              <w:t>第3章 ACT-P能力框架</w:t>
            </w:r>
          </w:p>
        </w:tc>
        <w:tc>
          <w:tcPr>
            <w:tcW w:type="dxa" w:w="2160"/>
            <w:shd w:fill="F2F2F2"/>
          </w:tcPr>
          <w:p>
            <w:r/>
            <w:r>
              <w:rPr>
                <w:rFonts w:ascii="宋体" w:hAnsi="宋体" w:eastAsia="宋体"/>
                <w:b w:val="0"/>
                <w:sz w:val="20"/>
              </w:rPr>
              <w:t>ACT-P自评与升级路径规划</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4</w:t>
            </w:r>
          </w:p>
        </w:tc>
        <w:tc>
          <w:tcPr>
            <w:tcW w:type="dxa" w:w="2160"/>
          </w:tcPr>
          <w:p>
            <w:r/>
            <w:r>
              <w:rPr>
                <w:rFonts w:ascii="宋体" w:hAnsi="宋体" w:eastAsia="宋体"/>
                <w:b w:val="0"/>
                <w:sz w:val="20"/>
              </w:rPr>
              <w:t>第4章 AIGC内容创作（上）</w:t>
            </w:r>
          </w:p>
        </w:tc>
        <w:tc>
          <w:tcPr>
            <w:tcW w:type="dxa" w:w="2160"/>
          </w:tcPr>
          <w:p>
            <w:r/>
            <w:r>
              <w:rPr>
                <w:rFonts w:ascii="宋体" w:hAnsi="宋体" w:eastAsia="宋体"/>
                <w:b w:val="0"/>
                <w:sz w:val="20"/>
              </w:rPr>
              <w:t>提示词工程实操与文案生成</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5</w:t>
            </w:r>
          </w:p>
        </w:tc>
        <w:tc>
          <w:tcPr>
            <w:tcW w:type="dxa" w:w="2160"/>
            <w:shd w:fill="F2F2F2"/>
          </w:tcPr>
          <w:p>
            <w:r/>
            <w:r>
              <w:rPr>
                <w:rFonts w:ascii="宋体" w:hAnsi="宋体" w:eastAsia="宋体"/>
                <w:b w:val="0"/>
                <w:sz w:val="20"/>
              </w:rPr>
              <w:t>第4章 AIGC内容创作（下）</w:t>
            </w:r>
          </w:p>
        </w:tc>
        <w:tc>
          <w:tcPr>
            <w:tcW w:type="dxa" w:w="2160"/>
            <w:shd w:fill="F2F2F2"/>
          </w:tcPr>
          <w:p>
            <w:r/>
            <w:r>
              <w:rPr>
                <w:rFonts w:ascii="宋体" w:hAnsi="宋体" w:eastAsia="宋体"/>
                <w:b w:val="0"/>
                <w:sz w:val="20"/>
              </w:rPr>
              <w:t>AI图像生成与视觉内容制作</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6</w:t>
            </w:r>
          </w:p>
        </w:tc>
        <w:tc>
          <w:tcPr>
            <w:tcW w:type="dxa" w:w="2160"/>
          </w:tcPr>
          <w:p>
            <w:r/>
            <w:r>
              <w:rPr>
                <w:rFonts w:ascii="宋体" w:hAnsi="宋体" w:eastAsia="宋体"/>
                <w:b w:val="0"/>
                <w:sz w:val="20"/>
              </w:rPr>
              <w:t>第5章 AI精准营销与GEO</w:t>
            </w:r>
          </w:p>
        </w:tc>
        <w:tc>
          <w:tcPr>
            <w:tcW w:type="dxa" w:w="2160"/>
          </w:tcPr>
          <w:p>
            <w:r/>
            <w:r>
              <w:rPr>
                <w:rFonts w:ascii="宋体" w:hAnsi="宋体" w:eastAsia="宋体"/>
                <w:b w:val="0"/>
                <w:sz w:val="20"/>
              </w:rPr>
              <w:t>社交媒体矩阵规划与AI内容分发</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7</w:t>
            </w:r>
          </w:p>
        </w:tc>
        <w:tc>
          <w:tcPr>
            <w:tcW w:type="dxa" w:w="2160"/>
            <w:shd w:fill="F2F2F2"/>
          </w:tcPr>
          <w:p>
            <w:r/>
            <w:r>
              <w:rPr>
                <w:rFonts w:ascii="宋体" w:hAnsi="宋体" w:eastAsia="宋体"/>
                <w:b w:val="0"/>
                <w:sz w:val="20"/>
              </w:rPr>
              <w:t>第5章 私域流量与用户增长</w:t>
            </w:r>
          </w:p>
        </w:tc>
        <w:tc>
          <w:tcPr>
            <w:tcW w:type="dxa" w:w="2160"/>
            <w:shd w:fill="F2F2F2"/>
          </w:tcPr>
          <w:p>
            <w:r/>
            <w:r>
              <w:rPr>
                <w:rFonts w:ascii="宋体" w:hAnsi="宋体" w:eastAsia="宋体"/>
                <w:b w:val="0"/>
                <w:sz w:val="20"/>
              </w:rPr>
              <w:t>企业微信+AI客服部署实操</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8</w:t>
            </w:r>
          </w:p>
        </w:tc>
        <w:tc>
          <w:tcPr>
            <w:tcW w:type="dxa" w:w="2160"/>
          </w:tcPr>
          <w:p>
            <w:r/>
            <w:r>
              <w:rPr>
                <w:rFonts w:ascii="宋体" w:hAnsi="宋体" w:eastAsia="宋体"/>
                <w:b w:val="0"/>
                <w:sz w:val="20"/>
              </w:rPr>
              <w:t>第6章 数据智能与运营决策</w:t>
            </w:r>
          </w:p>
        </w:tc>
        <w:tc>
          <w:tcPr>
            <w:tcW w:type="dxa" w:w="2160"/>
          </w:tcPr>
          <w:p>
            <w:r/>
            <w:r>
              <w:rPr>
                <w:rFonts w:ascii="宋体" w:hAnsi="宋体" w:eastAsia="宋体"/>
                <w:b w:val="0"/>
                <w:sz w:val="20"/>
              </w:rPr>
              <w:t>BI工具使用与数据分析实操</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9</w:t>
            </w:r>
          </w:p>
        </w:tc>
        <w:tc>
          <w:tcPr>
            <w:tcW w:type="dxa" w:w="2160"/>
            <w:shd w:fill="F2F2F2"/>
          </w:tcPr>
          <w:p>
            <w:r/>
            <w:r>
              <w:rPr>
                <w:rFonts w:ascii="宋体" w:hAnsi="宋体" w:eastAsia="宋体"/>
                <w:b w:val="0"/>
                <w:sz w:val="20"/>
              </w:rPr>
              <w:t>第7章 文旅商业模式创新</w:t>
            </w:r>
          </w:p>
        </w:tc>
        <w:tc>
          <w:tcPr>
            <w:tcW w:type="dxa" w:w="2160"/>
            <w:shd w:fill="F2F2F2"/>
          </w:tcPr>
          <w:p>
            <w:r/>
            <w:r>
              <w:rPr>
                <w:rFonts w:ascii="宋体" w:hAnsi="宋体" w:eastAsia="宋体"/>
                <w:b w:val="0"/>
                <w:sz w:val="20"/>
              </w:rPr>
              <w:t>商业模式画布AI化迭代</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10</w:t>
            </w:r>
          </w:p>
        </w:tc>
        <w:tc>
          <w:tcPr>
            <w:tcW w:type="dxa" w:w="2160"/>
          </w:tcPr>
          <w:p>
            <w:r/>
            <w:r>
              <w:rPr>
                <w:rFonts w:ascii="宋体" w:hAnsi="宋体" w:eastAsia="宋体"/>
                <w:b w:val="0"/>
                <w:sz w:val="20"/>
              </w:rPr>
              <w:t>第8章 智能体赋能精益运营</w:t>
            </w:r>
          </w:p>
        </w:tc>
        <w:tc>
          <w:tcPr>
            <w:tcW w:type="dxa" w:w="2160"/>
          </w:tcPr>
          <w:p>
            <w:r/>
            <w:r>
              <w:rPr>
                <w:rFonts w:ascii="宋体" w:hAnsi="宋体" w:eastAsia="宋体"/>
                <w:b w:val="0"/>
                <w:sz w:val="20"/>
              </w:rPr>
              <w:t>智能体构建平台实操（Coze/Dify）</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11</w:t>
            </w:r>
          </w:p>
        </w:tc>
        <w:tc>
          <w:tcPr>
            <w:tcW w:type="dxa" w:w="2160"/>
            <w:shd w:fill="F2F2F2"/>
          </w:tcPr>
          <w:p>
            <w:r/>
            <w:r>
              <w:rPr>
                <w:rFonts w:ascii="宋体" w:hAnsi="宋体" w:eastAsia="宋体"/>
                <w:b w:val="0"/>
                <w:sz w:val="20"/>
              </w:rPr>
              <w:t>第9-10章 个人品牌与创业实战</w:t>
            </w:r>
          </w:p>
        </w:tc>
        <w:tc>
          <w:tcPr>
            <w:tcW w:type="dxa" w:w="2160"/>
            <w:shd w:fill="F2F2F2"/>
          </w:tcPr>
          <w:p>
            <w:r/>
            <w:r>
              <w:rPr>
                <w:rFonts w:ascii="宋体" w:hAnsi="宋体" w:eastAsia="宋体"/>
                <w:b w:val="0"/>
                <w:sz w:val="20"/>
              </w:rPr>
              <w:t>MVP设计与冷启动方案制定</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12</w:t>
            </w:r>
          </w:p>
        </w:tc>
        <w:tc>
          <w:tcPr>
            <w:tcW w:type="dxa" w:w="2160"/>
          </w:tcPr>
          <w:p>
            <w:r/>
            <w:r>
              <w:rPr>
                <w:rFonts w:ascii="宋体" w:hAnsi="宋体" w:eastAsia="宋体"/>
                <w:b w:val="0"/>
                <w:sz w:val="20"/>
              </w:rPr>
              <w:t>第11-12章 团队升级与未来展望</w:t>
            </w:r>
          </w:p>
        </w:tc>
        <w:tc>
          <w:tcPr>
            <w:tcW w:type="dxa" w:w="2160"/>
          </w:tcPr>
          <w:p>
            <w:r/>
            <w:r>
              <w:rPr>
                <w:rFonts w:ascii="宋体" w:hAnsi="宋体" w:eastAsia="宋体"/>
                <w:b w:val="0"/>
                <w:sz w:val="20"/>
              </w:rPr>
              <w:t>期末项目展示与答辩</w:t>
            </w:r>
          </w:p>
        </w:tc>
        <w:tc>
          <w:tcPr>
            <w:tcW w:type="dxa" w:w="2160"/>
          </w:tcPr>
          <w:p>
            <w:r/>
            <w:r>
              <w:rPr>
                <w:rFonts w:ascii="宋体" w:hAnsi="宋体" w:eastAsia="宋体"/>
                <w:b w:val="0"/>
                <w:sz w:val="20"/>
              </w:rPr>
              <w:t>4</w:t>
            </w:r>
          </w:p>
        </w:tc>
      </w:tr>
    </w:tbl>
    <w:p>
      <w:pPr>
        <w:pStyle w:val="Heading2"/>
      </w:pPr>
      <w:r>
        <w:rPr>
          <w:rFonts w:ascii="黑体" w:hAnsi="黑体" w:eastAsia="黑体"/>
          <w:b/>
          <w:sz w:val="28"/>
        </w:rPr>
        <w:t>考核方式</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考核项目</w:t>
            </w:r>
          </w:p>
        </w:tc>
        <w:tc>
          <w:tcPr>
            <w:tcW w:type="dxa" w:w="2880"/>
            <w:shd w:fill="1F4E79"/>
          </w:tcPr>
          <w:p>
            <w:r/>
            <w:r>
              <w:rPr>
                <w:rFonts w:ascii="宋体" w:hAnsi="宋体" w:eastAsia="宋体"/>
                <w:b/>
                <w:color w:val="FFFFFF"/>
                <w:sz w:val="20"/>
              </w:rPr>
              <w:t>占比</w:t>
            </w:r>
          </w:p>
        </w:tc>
        <w:tc>
          <w:tcPr>
            <w:tcW w:type="dxa" w:w="2880"/>
            <w:shd w:fill="1F4E79"/>
          </w:tcPr>
          <w:p>
            <w:r/>
            <w:r>
              <w:rPr>
                <w:rFonts w:ascii="宋体" w:hAnsi="宋体" w:eastAsia="宋体"/>
                <w:b/>
                <w:color w:val="FFFFFF"/>
                <w:sz w:val="20"/>
              </w:rPr>
              <w:t>内容</w:t>
            </w:r>
          </w:p>
        </w:tc>
      </w:tr>
      <w:tr>
        <w:tc>
          <w:tcPr>
            <w:tcW w:type="dxa" w:w="2880"/>
            <w:shd w:fill="F2F2F2"/>
          </w:tcPr>
          <w:p>
            <w:r/>
            <w:r>
              <w:rPr>
                <w:rFonts w:ascii="宋体" w:hAnsi="宋体" w:eastAsia="宋体"/>
                <w:b w:val="0"/>
                <w:sz w:val="20"/>
              </w:rPr>
              <w:t>平时表现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出勤、课堂参与、实训完成度</w:t>
            </w:r>
          </w:p>
        </w:tc>
      </w:tr>
      <w:tr>
        <w:tc>
          <w:tcPr>
            <w:tcW w:type="dxa" w:w="2880"/>
          </w:tcPr>
          <w:p>
            <w:r/>
            <w:r>
              <w:rPr>
                <w:rFonts w:ascii="宋体" w:hAnsi="宋体" w:eastAsia="宋体"/>
                <w:b w:val="0"/>
                <w:sz w:val="20"/>
              </w:rPr>
              <w:t>个人作业</w:t>
            </w:r>
          </w:p>
        </w:tc>
        <w:tc>
          <w:tcPr>
            <w:tcW w:type="dxa" w:w="2880"/>
          </w:tcPr>
          <w:p>
            <w:r/>
            <w:r>
              <w:rPr>
                <w:rFonts w:ascii="宋体" w:hAnsi="宋体" w:eastAsia="宋体"/>
                <w:b w:val="0"/>
                <w:sz w:val="20"/>
              </w:rPr>
              <w:t>30%</w:t>
            </w:r>
          </w:p>
        </w:tc>
        <w:tc>
          <w:tcPr>
            <w:tcW w:type="dxa" w:w="2880"/>
          </w:tcPr>
          <w:p>
            <w:r/>
            <w:r>
              <w:rPr>
                <w:rFonts w:ascii="宋体" w:hAnsi="宋体" w:eastAsia="宋体"/>
                <w:b w:val="0"/>
                <w:sz w:val="20"/>
              </w:rPr>
              <w:t>ACT-P自评报告+AIGC内容作品集</w:t>
            </w:r>
          </w:p>
        </w:tc>
      </w:tr>
      <w:tr>
        <w:tc>
          <w:tcPr>
            <w:tcW w:type="dxa" w:w="2880"/>
            <w:shd w:fill="F2F2F2"/>
          </w:tcPr>
          <w:p>
            <w:r/>
            <w:r>
              <w:rPr>
                <w:rFonts w:ascii="宋体" w:hAnsi="宋体" w:eastAsia="宋体"/>
                <w:b w:val="0"/>
                <w:sz w:val="20"/>
              </w:rPr>
              <w:t>期末项目</w:t>
            </w:r>
          </w:p>
        </w:tc>
        <w:tc>
          <w:tcPr>
            <w:tcW w:type="dxa" w:w="2880"/>
            <w:shd w:fill="F2F2F2"/>
          </w:tcPr>
          <w:p>
            <w:r/>
            <w:r>
              <w:rPr>
                <w:rFonts w:ascii="宋体" w:hAnsi="宋体" w:eastAsia="宋体"/>
                <w:b w:val="0"/>
                <w:sz w:val="20"/>
              </w:rPr>
              <w:t>50%</w:t>
            </w:r>
          </w:p>
        </w:tc>
        <w:tc>
          <w:tcPr>
            <w:tcW w:type="dxa" w:w="2880"/>
            <w:shd w:fill="F2F2F2"/>
          </w:tcPr>
          <w:p>
            <w:r/>
            <w:r>
              <w:rPr>
                <w:rFonts w:ascii="宋体" w:hAnsi="宋体" w:eastAsia="宋体"/>
                <w:b w:val="0"/>
                <w:sz w:val="20"/>
              </w:rPr>
              <w:t>文旅主理人AI创业方案（含MVP设计、商业模式画布、90天计划）</w:t>
            </w:r>
          </w:p>
        </w:tc>
      </w:tr>
    </w:tbl>
    <w:p>
      <w:pPr>
        <w:pStyle w:val="Heading2"/>
      </w:pPr>
      <w:r>
        <w:rPr>
          <w:rFonts w:ascii="黑体" w:hAnsi="黑体" w:eastAsia="黑体"/>
          <w:b/>
          <w:sz w:val="28"/>
        </w:rPr>
        <w:t>推荐教材与参考书目</w:t>
      </w:r>
    </w:p>
    <w:p>
      <w:pPr>
        <w:pStyle w:val="ListNumber"/>
      </w:pPr>
      <w:r>
        <w:rPr>
          <w:rFonts w:ascii="宋体" w:hAnsi="宋体" w:eastAsia="宋体"/>
          <w:b w:val="0"/>
          <w:sz w:val="24"/>
        </w:rPr>
        <w:t>本教材：《AI时代的文旅主理人打造升级之路》</w:t>
      </w:r>
    </w:p>
    <w:p>
      <w:pPr>
        <w:pStyle w:val="ListNumber"/>
      </w:pPr>
      <w:r>
        <w:rPr>
          <w:rFonts w:ascii="宋体" w:hAnsi="宋体" w:eastAsia="宋体"/>
          <w:b w:val="0"/>
          <w:sz w:val="24"/>
        </w:rPr>
        <w:t>Gretzel U, et al. Smart tourism: foundations and developments. Electronic Markets, 2015.</w:t>
      </w:r>
    </w:p>
    <w:p>
      <w:pPr>
        <w:pStyle w:val="ListNumber"/>
      </w:pPr>
      <w:r>
        <w:rPr>
          <w:rFonts w:ascii="宋体" w:hAnsi="宋体" w:eastAsia="宋体"/>
          <w:b w:val="0"/>
          <w:sz w:val="24"/>
        </w:rPr>
        <w:t>Tussyadiah I. A review of research into automation in tourism. Annals of Tourism Research, 2020.</w:t>
      </w:r>
    </w:p>
    <w:p>
      <w:pPr>
        <w:pStyle w:val="ListNumber"/>
      </w:pPr>
      <w:r>
        <w:rPr>
          <w:rFonts w:ascii="宋体" w:hAnsi="宋体" w:eastAsia="宋体"/>
          <w:b w:val="0"/>
          <w:sz w:val="24"/>
        </w:rPr>
        <w:t>Kanbach D K, et al. The GenAI is out of the bottle. Review of Managerial Science, 2023.</w:t>
      </w:r>
    </w:p>
    <w:p>
      <w:r>
        <w:br w:type="page"/>
      </w:r>
    </w:p>
    <w:p>
      <w:pPr>
        <w:pStyle w:val="Heading1"/>
      </w:pPr>
      <w:r>
        <w:rPr>
          <w:rFonts w:ascii="黑体" w:hAnsi="黑体" w:eastAsia="黑体"/>
          <w:b/>
          <w:color w:val="1F4E79"/>
          <w:sz w:val="32"/>
        </w:rPr>
        <w:t>附录F 文旅主理人实训项目设计</w:t>
      </w:r>
    </w:p>
    <w:p>
      <w:pPr>
        <w:pStyle w:val="Heading2"/>
      </w:pPr>
      <w:r>
        <w:rPr>
          <w:rFonts w:ascii="黑体" w:hAnsi="黑体" w:eastAsia="黑体"/>
          <w:b/>
          <w:sz w:val="28"/>
        </w:rPr>
        <w:t>实训项目一：AIGC内容工坊——从零搭建内容矩阵</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学生以文旅目的地/项目为对象，利用AIGC工具在两周内搭建完整的内容矩阵，包含至少3个平台的15条内容。</w:t>
      </w:r>
    </w:p>
    <w:p>
      <w:pPr>
        <w:pStyle w:val="Heading3"/>
      </w:pPr>
      <w:r>
        <w:rPr>
          <w:rFonts w:ascii="黑体" w:hAnsi="黑体" w:eastAsia="黑体"/>
          <w:b/>
          <w:sz w:val="26"/>
        </w:rPr>
        <w:t>任务描述</w:t>
      </w:r>
    </w:p>
    <w:p>
      <w:pPr>
        <w:pStyle w:val="ListNumber"/>
      </w:pPr>
      <w:r>
        <w:rPr>
          <w:rFonts w:ascii="宋体" w:hAnsi="宋体" w:eastAsia="宋体"/>
          <w:b w:val="0"/>
          <w:sz w:val="24"/>
        </w:rPr>
        <w:t>选择一个文旅目的地或项目（可为真实项目或虚拟设定）</w:t>
      </w:r>
    </w:p>
    <w:p>
      <w:pPr>
        <w:pStyle w:val="ListNumber"/>
      </w:pPr>
      <w:r>
        <w:rPr>
          <w:rFonts w:ascii="宋体" w:hAnsi="宋体" w:eastAsia="宋体"/>
          <w:b w:val="0"/>
          <w:sz w:val="24"/>
        </w:rPr>
        <w:t>确定品牌定位和目标受众</w:t>
      </w:r>
    </w:p>
    <w:p>
      <w:pPr>
        <w:pStyle w:val="ListNumber"/>
      </w:pPr>
      <w:r>
        <w:rPr>
          <w:rFonts w:ascii="宋体" w:hAnsi="宋体" w:eastAsia="宋体"/>
          <w:b w:val="0"/>
          <w:sz w:val="24"/>
        </w:rPr>
        <w:t>使用AI工具生成内容矩阵规划（主题分类、平台分配、发布节奏）</w:t>
      </w:r>
    </w:p>
    <w:p>
      <w:pPr>
        <w:pStyle w:val="ListNumber"/>
      </w:pPr>
      <w:r>
        <w:rPr>
          <w:rFonts w:ascii="宋体" w:hAnsi="宋体" w:eastAsia="宋体"/>
          <w:b w:val="0"/>
          <w:sz w:val="24"/>
        </w:rPr>
        <w:t>使用AIGC工具生产以下内容：</w:t>
      </w:r>
    </w:p>
    <w:p>
      <w:pPr>
        <w:spacing w:after="120" w:line="360" w:lineRule="exact"/>
        <w:jc w:val="both"/>
      </w:pPr>
      <w:r>
        <w:rPr>
          <w:rFonts w:ascii="宋体" w:hAnsi="宋体" w:eastAsia="宋体"/>
          <w:b w:val="0"/>
          <w:sz w:val="24"/>
        </w:rPr>
        <w:t xml:space="preserve">   - 小红书种草图文 × 5（含AI生成文案+配图）</w:t>
      </w:r>
    </w:p>
    <w:p>
      <w:pPr>
        <w:spacing w:after="120" w:line="360" w:lineRule="exact"/>
        <w:jc w:val="both"/>
      </w:pPr>
      <w:r>
        <w:rPr>
          <w:rFonts w:ascii="宋体" w:hAnsi="宋体" w:eastAsia="宋体"/>
          <w:b w:val="0"/>
          <w:sz w:val="24"/>
        </w:rPr>
        <w:t xml:space="preserve">   - 抖音短视频脚本 × 5（含AI生成画面描述）</w:t>
      </w:r>
    </w:p>
    <w:p>
      <w:pPr>
        <w:spacing w:after="120" w:line="360" w:lineRule="exact"/>
        <w:jc w:val="both"/>
      </w:pPr>
      <w:r>
        <w:rPr>
          <w:rFonts w:ascii="宋体" w:hAnsi="宋体" w:eastAsia="宋体"/>
          <w:b w:val="0"/>
          <w:sz w:val="24"/>
        </w:rPr>
        <w:t xml:space="preserve">   - 微信公众号长文 × 5（含AI辅助配图）</w:t>
      </w:r>
    </w:p>
    <w:p>
      <w:pPr>
        <w:pStyle w:val="ListNumber"/>
      </w:pPr>
      <w:r>
        <w:rPr>
          <w:rFonts w:ascii="宋体" w:hAnsi="宋体" w:eastAsia="宋体"/>
          <w:b w:val="0"/>
          <w:sz w:val="24"/>
        </w:rPr>
        <w:t>所有内容需通过"三审制"质量检查</w:t>
      </w:r>
    </w:p>
    <w:p>
      <w:pPr>
        <w:pStyle w:val="Heading3"/>
      </w:pPr>
      <w:r>
        <w:rPr>
          <w:rFonts w:ascii="黑体" w:hAnsi="黑体" w:eastAsia="黑体"/>
          <w:b/>
          <w:sz w:val="26"/>
        </w:rPr>
        <w:t>交付物</w:t>
      </w:r>
    </w:p>
    <w:p>
      <w:pPr>
        <w:pStyle w:val="ListBullet"/>
      </w:pPr>
      <w:r>
        <w:rPr>
          <w:rFonts w:ascii="宋体" w:hAnsi="宋体" w:eastAsia="宋体"/>
          <w:b w:val="0"/>
          <w:sz w:val="24"/>
        </w:rPr>
        <w:t>内容矩阵规划表（Excel）</w:t>
      </w:r>
    </w:p>
    <w:p>
      <w:pPr>
        <w:pStyle w:val="ListBullet"/>
      </w:pPr>
      <w:r>
        <w:rPr>
          <w:rFonts w:ascii="宋体" w:hAnsi="宋体" w:eastAsia="宋体"/>
          <w:b w:val="0"/>
          <w:sz w:val="24"/>
        </w:rPr>
        <w:t>15条内容成品（按平台分类整理）</w:t>
      </w:r>
    </w:p>
    <w:p>
      <w:pPr>
        <w:pStyle w:val="ListBullet"/>
      </w:pPr>
      <w:r>
        <w:rPr>
          <w:rFonts w:ascii="宋体" w:hAnsi="宋体" w:eastAsia="宋体"/>
          <w:b w:val="0"/>
          <w:sz w:val="24"/>
        </w:rPr>
        <w:t>AIGC提示词记录文档</w:t>
      </w:r>
    </w:p>
    <w:p>
      <w:pPr>
        <w:pStyle w:val="ListBullet"/>
      </w:pPr>
      <w:r>
        <w:rPr>
          <w:rFonts w:ascii="宋体" w:hAnsi="宋体" w:eastAsia="宋体"/>
          <w:b w:val="0"/>
          <w:sz w:val="24"/>
        </w:rPr>
        <w:t>效果模拟分析报告（预期互动率、目标受众匹配度）</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内容质量</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文案可读性、视觉吸引力、信息准确性</w:t>
            </w:r>
          </w:p>
        </w:tc>
      </w:tr>
      <w:tr>
        <w:tc>
          <w:tcPr>
            <w:tcW w:type="dxa" w:w="2880"/>
          </w:tcPr>
          <w:p>
            <w:r/>
            <w:r>
              <w:rPr>
                <w:rFonts w:ascii="宋体" w:hAnsi="宋体" w:eastAsia="宋体"/>
                <w:b w:val="0"/>
                <w:sz w:val="20"/>
              </w:rPr>
              <w:t>品牌一致性</w:t>
            </w:r>
          </w:p>
        </w:tc>
        <w:tc>
          <w:tcPr>
            <w:tcW w:type="dxa" w:w="2880"/>
          </w:tcPr>
          <w:p>
            <w:r/>
            <w:r>
              <w:rPr>
                <w:rFonts w:ascii="宋体" w:hAnsi="宋体" w:eastAsia="宋体"/>
                <w:b w:val="0"/>
                <w:sz w:val="20"/>
              </w:rPr>
              <w:t>20%</w:t>
            </w:r>
          </w:p>
        </w:tc>
        <w:tc>
          <w:tcPr>
            <w:tcW w:type="dxa" w:w="2880"/>
          </w:tcPr>
          <w:p>
            <w:r/>
            <w:r>
              <w:rPr>
                <w:rFonts w:ascii="宋体" w:hAnsi="宋体" w:eastAsia="宋体"/>
                <w:b w:val="0"/>
                <w:sz w:val="20"/>
              </w:rPr>
              <w:t>内容风格统一、品牌调性明确</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25%</w:t>
            </w:r>
          </w:p>
        </w:tc>
        <w:tc>
          <w:tcPr>
            <w:tcW w:type="dxa" w:w="2880"/>
            <w:shd w:fill="F2F2F2"/>
          </w:tcPr>
          <w:p>
            <w:r/>
            <w:r>
              <w:rPr>
                <w:rFonts w:ascii="宋体" w:hAnsi="宋体" w:eastAsia="宋体"/>
                <w:b w:val="0"/>
                <w:sz w:val="20"/>
              </w:rPr>
              <w:t>提示词质量、工具使用熟练度</w:t>
            </w:r>
          </w:p>
        </w:tc>
      </w:tr>
      <w:tr>
        <w:tc>
          <w:tcPr>
            <w:tcW w:type="dxa" w:w="2880"/>
          </w:tcPr>
          <w:p>
            <w:r/>
            <w:r>
              <w:rPr>
                <w:rFonts w:ascii="宋体" w:hAnsi="宋体" w:eastAsia="宋体"/>
                <w:b w:val="0"/>
                <w:sz w:val="20"/>
              </w:rPr>
              <w:t>多平台适配</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各平台版本差异化和适配性</w:t>
            </w:r>
          </w:p>
        </w:tc>
      </w:tr>
      <w:tr>
        <w:tc>
          <w:tcPr>
            <w:tcW w:type="dxa" w:w="2880"/>
            <w:shd w:fill="F2F2F2"/>
          </w:tcPr>
          <w:p>
            <w:r/>
            <w:r>
              <w:rPr>
                <w:rFonts w:ascii="宋体" w:hAnsi="宋体" w:eastAsia="宋体"/>
                <w:b w:val="0"/>
                <w:sz w:val="20"/>
              </w:rPr>
              <w:t>质量管控</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三审制执行记录完整</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实训项目二：智能体部署——构建AI运营助手</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学生使用智能体构建平台（Coze或Dify），为指定文旅场景部署一个功能完整的AI智能体。</w:t>
      </w:r>
    </w:p>
    <w:p>
      <w:pPr>
        <w:pStyle w:val="Heading3"/>
      </w:pPr>
      <w:r>
        <w:rPr>
          <w:rFonts w:ascii="黑体" w:hAnsi="黑体" w:eastAsia="黑体"/>
          <w:b/>
          <w:sz w:val="26"/>
        </w:rPr>
        <w:t>任务描述</w:t>
      </w:r>
    </w:p>
    <w:p>
      <w:pPr>
        <w:pStyle w:val="ListNumber"/>
      </w:pPr>
      <w:r>
        <w:rPr>
          <w:rFonts w:ascii="宋体" w:hAnsi="宋体" w:eastAsia="宋体"/>
          <w:b w:val="0"/>
          <w:sz w:val="24"/>
        </w:rPr>
        <w:t>选择应用场景（客服智能体/内容智能体/导览智能体）</w:t>
      </w:r>
    </w:p>
    <w:p>
      <w:pPr>
        <w:pStyle w:val="ListNumber"/>
      </w:pPr>
      <w:r>
        <w:rPr>
          <w:rFonts w:ascii="宋体" w:hAnsi="宋体" w:eastAsia="宋体"/>
          <w:b w:val="0"/>
          <w:sz w:val="24"/>
        </w:rPr>
        <w:t>设计智能体的功能流程和知识库</w:t>
      </w:r>
    </w:p>
    <w:p>
      <w:pPr>
        <w:pStyle w:val="ListNumber"/>
      </w:pPr>
      <w:r>
        <w:rPr>
          <w:rFonts w:ascii="宋体" w:hAnsi="宋体" w:eastAsia="宋体"/>
          <w:b w:val="0"/>
          <w:sz w:val="24"/>
        </w:rPr>
        <w:t>在Coze或Dify平台上完成智能体构建：</w:t>
      </w:r>
    </w:p>
    <w:p>
      <w:pPr>
        <w:spacing w:after="120" w:line="360" w:lineRule="exact"/>
        <w:jc w:val="both"/>
      </w:pPr>
      <w:r>
        <w:rPr>
          <w:rFonts w:ascii="宋体" w:hAnsi="宋体" w:eastAsia="宋体"/>
          <w:b w:val="0"/>
          <w:sz w:val="24"/>
        </w:rPr>
        <w:t xml:space="preserve">   - 配置角色设定和系统提示词</w:t>
      </w:r>
    </w:p>
    <w:p>
      <w:pPr>
        <w:spacing w:after="120" w:line="360" w:lineRule="exact"/>
        <w:jc w:val="both"/>
      </w:pPr>
      <w:r>
        <w:rPr>
          <w:rFonts w:ascii="宋体" w:hAnsi="宋体" w:eastAsia="宋体"/>
          <w:b w:val="0"/>
          <w:sz w:val="24"/>
        </w:rPr>
        <w:t xml:space="preserve">   - 上传知识库文档（产品信息、FAQ、当地旅游信息等）</w:t>
      </w:r>
    </w:p>
    <w:p>
      <w:pPr>
        <w:spacing w:after="120" w:line="360" w:lineRule="exact"/>
        <w:jc w:val="both"/>
      </w:pPr>
      <w:r>
        <w:rPr>
          <w:rFonts w:ascii="宋体" w:hAnsi="宋体" w:eastAsia="宋体"/>
          <w:b w:val="0"/>
          <w:sz w:val="24"/>
        </w:rPr>
        <w:t xml:space="preserve">   - 设置工作流和工具调用</w:t>
      </w:r>
    </w:p>
    <w:p>
      <w:pPr>
        <w:spacing w:after="120" w:line="360" w:lineRule="exact"/>
        <w:jc w:val="both"/>
      </w:pPr>
      <w:r>
        <w:rPr>
          <w:rFonts w:ascii="宋体" w:hAnsi="宋体" w:eastAsia="宋体"/>
          <w:b w:val="0"/>
          <w:sz w:val="24"/>
        </w:rPr>
        <w:t xml:space="preserve">   - 进行多轮测试和优化</w:t>
      </w:r>
    </w:p>
    <w:p>
      <w:pPr>
        <w:pStyle w:val="ListNumber"/>
      </w:pPr>
      <w:r>
        <w:rPr>
          <w:rFonts w:ascii="宋体" w:hAnsi="宋体" w:eastAsia="宋体"/>
          <w:b w:val="0"/>
          <w:sz w:val="24"/>
        </w:rPr>
        <w:t>部署到至少一个渠道（网页/微信/小程序）</w:t>
      </w:r>
    </w:p>
    <w:p>
      <w:pPr>
        <w:pStyle w:val="Heading3"/>
      </w:pPr>
      <w:r>
        <w:rPr>
          <w:rFonts w:ascii="黑体" w:hAnsi="黑体" w:eastAsia="黑体"/>
          <w:b/>
          <w:sz w:val="26"/>
        </w:rPr>
        <w:t>交付物</w:t>
      </w:r>
    </w:p>
    <w:p>
      <w:pPr>
        <w:pStyle w:val="ListBullet"/>
      </w:pPr>
      <w:r>
        <w:rPr>
          <w:rFonts w:ascii="宋体" w:hAnsi="宋体" w:eastAsia="宋体"/>
          <w:b w:val="0"/>
          <w:sz w:val="24"/>
        </w:rPr>
        <w:t>智能体设计文档（功能需求、流程图、知识库结构）</w:t>
      </w:r>
    </w:p>
    <w:p>
      <w:pPr>
        <w:pStyle w:val="ListBullet"/>
      </w:pPr>
      <w:r>
        <w:rPr>
          <w:rFonts w:ascii="宋体" w:hAnsi="宋体" w:eastAsia="宋体"/>
          <w:b w:val="0"/>
          <w:sz w:val="24"/>
        </w:rPr>
        <w:t>已部署的智能体（可在线访问测试）</w:t>
      </w:r>
    </w:p>
    <w:p>
      <w:pPr>
        <w:pStyle w:val="ListBullet"/>
      </w:pPr>
      <w:r>
        <w:rPr>
          <w:rFonts w:ascii="宋体" w:hAnsi="宋体" w:eastAsia="宋体"/>
          <w:b w:val="0"/>
          <w:sz w:val="24"/>
        </w:rPr>
        <w:t>测试报告（10组测试对话记录及优化记录）</w:t>
      </w:r>
    </w:p>
    <w:p>
      <w:pPr>
        <w:pStyle w:val="ListBullet"/>
      </w:pPr>
      <w:r>
        <w:rPr>
          <w:rFonts w:ascii="宋体" w:hAnsi="宋体" w:eastAsia="宋体"/>
          <w:b w:val="0"/>
          <w:sz w:val="24"/>
        </w:rPr>
        <w:t>使用说明文档</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功能完整性</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覆盖核心场景、流程闭环</w:t>
            </w:r>
          </w:p>
        </w:tc>
      </w:tr>
      <w:tr>
        <w:tc>
          <w:tcPr>
            <w:tcW w:type="dxa" w:w="2880"/>
          </w:tcPr>
          <w:p>
            <w:r/>
            <w:r>
              <w:rPr>
                <w:rFonts w:ascii="宋体" w:hAnsi="宋体" w:eastAsia="宋体"/>
                <w:b w:val="0"/>
                <w:sz w:val="20"/>
              </w:rPr>
              <w:t>交互质量</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回答准确性、对话自然度</w:t>
            </w:r>
          </w:p>
        </w:tc>
      </w:tr>
      <w:tr>
        <w:tc>
          <w:tcPr>
            <w:tcW w:type="dxa" w:w="2880"/>
            <w:shd w:fill="F2F2F2"/>
          </w:tcPr>
          <w:p>
            <w:r/>
            <w:r>
              <w:rPr>
                <w:rFonts w:ascii="宋体" w:hAnsi="宋体" w:eastAsia="宋体"/>
                <w:b w:val="0"/>
                <w:sz w:val="20"/>
              </w:rPr>
              <w:t>知识库质量</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信息完整、检索精准</w:t>
            </w:r>
          </w:p>
        </w:tc>
      </w:tr>
      <w:tr>
        <w:tc>
          <w:tcPr>
            <w:tcW w:type="dxa" w:w="2880"/>
          </w:tcPr>
          <w:p>
            <w:r/>
            <w:r>
              <w:rPr>
                <w:rFonts w:ascii="宋体" w:hAnsi="宋体" w:eastAsia="宋体"/>
                <w:b w:val="0"/>
                <w:sz w:val="20"/>
              </w:rPr>
              <w:t>部署可用性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实际可访问、用户体验良好</w:t>
            </w:r>
          </w:p>
        </w:tc>
      </w:tr>
      <w:tr>
        <w:tc>
          <w:tcPr>
            <w:tcW w:type="dxa" w:w="2880"/>
            <w:shd w:fill="F2F2F2"/>
          </w:tcPr>
          <w:p>
            <w:r/>
            <w:r>
              <w:rPr>
                <w:rFonts w:ascii="宋体" w:hAnsi="宋体" w:eastAsia="宋体"/>
                <w:b w:val="0"/>
                <w:sz w:val="20"/>
              </w:rPr>
              <w:t>文档规范</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设计文档和说明文档完整清晰</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实训项目三：文旅主理人创业方案——从0到1完整规划</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学生作为文旅主理人，完成一份完整的AI赋能创业方案，并进行模拟路演。</w:t>
      </w:r>
    </w:p>
    <w:p>
      <w:pPr>
        <w:pStyle w:val="Heading3"/>
      </w:pPr>
      <w:r>
        <w:rPr>
          <w:rFonts w:ascii="黑体" w:hAnsi="黑体" w:eastAsia="黑体"/>
          <w:b/>
          <w:sz w:val="26"/>
        </w:rPr>
        <w:t>任务描述</w:t>
      </w:r>
    </w:p>
    <w:p>
      <w:pPr>
        <w:pStyle w:val="ListNumber"/>
      </w:pPr>
      <w:r>
        <w:rPr>
          <w:rFonts w:ascii="宋体" w:hAnsi="宋体" w:eastAsia="宋体"/>
          <w:b w:val="0"/>
          <w:sz w:val="24"/>
        </w:rPr>
        <w:t>发现机会：选定文旅创业方向，完成市场分析和竞品调研</w:t>
      </w:r>
    </w:p>
    <w:p>
      <w:pPr>
        <w:pStyle w:val="ListNumber"/>
      </w:pPr>
      <w:r>
        <w:rPr>
          <w:rFonts w:ascii="宋体" w:hAnsi="宋体" w:eastAsia="宋体"/>
          <w:b w:val="0"/>
          <w:sz w:val="24"/>
        </w:rPr>
        <w:t>产品设计：设计核心产品/体验，完成MVP方案</w:t>
      </w:r>
    </w:p>
    <w:p>
      <w:pPr>
        <w:pStyle w:val="ListNumber"/>
      </w:pPr>
      <w:r>
        <w:rPr>
          <w:rFonts w:ascii="宋体" w:hAnsi="宋体" w:eastAsia="宋体"/>
          <w:b w:val="0"/>
          <w:sz w:val="24"/>
        </w:rPr>
        <w:t>商业模式：完成AI化迭代的商业模式画布</w:t>
      </w:r>
    </w:p>
    <w:p>
      <w:pPr>
        <w:pStyle w:val="ListNumber"/>
      </w:pPr>
      <w:r>
        <w:rPr>
          <w:rFonts w:ascii="宋体" w:hAnsi="宋体" w:eastAsia="宋体"/>
          <w:b w:val="0"/>
          <w:sz w:val="24"/>
        </w:rPr>
        <w:t>营销策略：制定冷启动方案和90天增长计划</w:t>
      </w:r>
    </w:p>
    <w:p>
      <w:pPr>
        <w:pStyle w:val="ListNumber"/>
      </w:pPr>
      <w:r>
        <w:rPr>
          <w:rFonts w:ascii="宋体" w:hAnsi="宋体" w:eastAsia="宋体"/>
          <w:b w:val="0"/>
          <w:sz w:val="24"/>
        </w:rPr>
        <w:t>运营规划：设计AI工具链和智能化运营流程</w:t>
      </w:r>
    </w:p>
    <w:p>
      <w:pPr>
        <w:pStyle w:val="ListNumber"/>
      </w:pPr>
      <w:r>
        <w:rPr>
          <w:rFonts w:ascii="宋体" w:hAnsi="宋体" w:eastAsia="宋体"/>
          <w:b w:val="0"/>
          <w:sz w:val="24"/>
        </w:rPr>
        <w:t>财务测算：预估启动成本、收入模型和盈亏平衡点</w:t>
      </w:r>
    </w:p>
    <w:p>
      <w:pPr>
        <w:pStyle w:val="Heading3"/>
      </w:pPr>
      <w:r>
        <w:rPr>
          <w:rFonts w:ascii="黑体" w:hAnsi="黑体" w:eastAsia="黑体"/>
          <w:b/>
          <w:sz w:val="26"/>
        </w:rPr>
        <w:t>交付物</w:t>
      </w:r>
    </w:p>
    <w:p>
      <w:pPr>
        <w:pStyle w:val="ListBullet"/>
      </w:pPr>
      <w:r>
        <w:rPr>
          <w:rFonts w:ascii="宋体" w:hAnsi="宋体" w:eastAsia="宋体"/>
          <w:b w:val="0"/>
          <w:sz w:val="24"/>
        </w:rPr>
        <w:t>创业方案书（5000-8000字，含以上6个模块）</w:t>
      </w:r>
    </w:p>
    <w:p>
      <w:pPr>
        <w:pStyle w:val="ListBullet"/>
      </w:pPr>
      <w:r>
        <w:rPr>
          <w:rFonts w:ascii="宋体" w:hAnsi="宋体" w:eastAsia="宋体"/>
          <w:b w:val="0"/>
          <w:sz w:val="24"/>
        </w:rPr>
        <w:t>商业模式画布（AI化迭代版）</w:t>
      </w:r>
    </w:p>
    <w:p>
      <w:pPr>
        <w:pStyle w:val="ListBullet"/>
      </w:pPr>
      <w:r>
        <w:rPr>
          <w:rFonts w:ascii="宋体" w:hAnsi="宋体" w:eastAsia="宋体"/>
          <w:b w:val="0"/>
          <w:sz w:val="24"/>
        </w:rPr>
        <w:t>90天行动计划表</w:t>
      </w:r>
    </w:p>
    <w:p>
      <w:pPr>
        <w:pStyle w:val="ListBullet"/>
      </w:pPr>
      <w:r>
        <w:rPr>
          <w:rFonts w:ascii="宋体" w:hAnsi="宋体" w:eastAsia="宋体"/>
          <w:b w:val="0"/>
          <w:sz w:val="24"/>
        </w:rPr>
        <w:t>财务测算表（Excel）</w:t>
      </w:r>
    </w:p>
    <w:p>
      <w:pPr>
        <w:pStyle w:val="ListBullet"/>
      </w:pPr>
      <w:r>
        <w:rPr>
          <w:rFonts w:ascii="宋体" w:hAnsi="宋体" w:eastAsia="宋体"/>
          <w:b w:val="0"/>
          <w:sz w:val="24"/>
        </w:rPr>
        <w:t>路演PPT（10分钟展示+5分钟答辩）</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市场洞察</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机会判断准确、需求分析深入</w:t>
            </w:r>
          </w:p>
        </w:tc>
      </w:tr>
      <w:tr>
        <w:tc>
          <w:tcPr>
            <w:tcW w:type="dxa" w:w="2880"/>
          </w:tcPr>
          <w:p>
            <w:r/>
            <w:r>
              <w:rPr>
                <w:rFonts w:ascii="宋体" w:hAnsi="宋体" w:eastAsia="宋体"/>
                <w:b w:val="0"/>
                <w:sz w:val="20"/>
              </w:rPr>
              <w:t>方案可行性</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产品设计合理、资源匹配现实</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工具选型合理、运营流程智能化</w:t>
            </w:r>
          </w:p>
        </w:tc>
      </w:tr>
      <w:tr>
        <w:tc>
          <w:tcPr>
            <w:tcW w:type="dxa" w:w="2880"/>
          </w:tcPr>
          <w:p>
            <w:r/>
            <w:r>
              <w:rPr>
                <w:rFonts w:ascii="宋体" w:hAnsi="宋体" w:eastAsia="宋体"/>
                <w:b w:val="0"/>
                <w:sz w:val="20"/>
              </w:rPr>
              <w:t>财务严谨性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成本收入测算合理、盈亏点可行</w:t>
            </w:r>
          </w:p>
        </w:tc>
      </w:tr>
      <w:tr>
        <w:tc>
          <w:tcPr>
            <w:tcW w:type="dxa" w:w="2880"/>
            <w:shd w:fill="F2F2F2"/>
          </w:tcPr>
          <w:p>
            <w:r/>
            <w:r>
              <w:rPr>
                <w:rFonts w:ascii="宋体" w:hAnsi="宋体" w:eastAsia="宋体"/>
                <w:b w:val="0"/>
                <w:sz w:val="20"/>
              </w:rPr>
              <w:t>路演表现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表达清晰、答辩应对得当</w:t>
            </w:r>
          </w:p>
        </w:tc>
      </w:tr>
    </w:tbl>
    <w:p>
      <w:r>
        <w:br w:type="page"/>
      </w:r>
    </w:p>
    <w:p>
      <w:pPr>
        <w:pStyle w:val="Heading1"/>
      </w:pPr>
      <w:r>
        <w:rPr>
          <w:rFonts w:ascii="黑体" w:hAnsi="黑体" w:eastAsia="黑体"/>
          <w:b/>
          <w:color w:val="1F4E79"/>
          <w:sz w:val="32"/>
        </w:rPr>
        <w:t>附录G 文旅主理人发展大事记</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时间</w:t>
            </w:r>
          </w:p>
        </w:tc>
        <w:tc>
          <w:tcPr>
            <w:tcW w:type="dxa" w:w="2880"/>
            <w:shd w:fill="1F4E79"/>
          </w:tcPr>
          <w:p>
            <w:r/>
            <w:r>
              <w:rPr>
                <w:rFonts w:ascii="宋体" w:hAnsi="宋体" w:eastAsia="宋体"/>
                <w:b/>
                <w:color w:val="FFFFFF"/>
                <w:sz w:val="20"/>
              </w:rPr>
              <w:t>事件</w:t>
            </w:r>
          </w:p>
        </w:tc>
        <w:tc>
          <w:tcPr>
            <w:tcW w:type="dxa" w:w="2880"/>
            <w:shd w:fill="1F4E79"/>
          </w:tcPr>
          <w:p>
            <w:r/>
            <w:r>
              <w:rPr>
                <w:rFonts w:ascii="宋体" w:hAnsi="宋体" w:eastAsia="宋体"/>
                <w:b/>
                <w:color w:val="FFFFFF"/>
                <w:sz w:val="20"/>
              </w:rPr>
              <w:t>意义</w:t>
            </w:r>
          </w:p>
        </w:tc>
      </w:tr>
      <w:tr>
        <w:tc>
          <w:tcPr>
            <w:tcW w:type="dxa" w:w="2880"/>
            <w:shd w:fill="F2F2F2"/>
          </w:tcPr>
          <w:p>
            <w:r/>
            <w:r>
              <w:rPr>
                <w:rFonts w:ascii="宋体" w:hAnsi="宋体" w:eastAsia="宋体"/>
                <w:b w:val="0"/>
                <w:sz w:val="20"/>
              </w:rPr>
              <w:t>2015年</w:t>
            </w:r>
          </w:p>
        </w:tc>
        <w:tc>
          <w:tcPr>
            <w:tcW w:type="dxa" w:w="2880"/>
            <w:shd w:fill="F2F2F2"/>
          </w:tcPr>
          <w:p>
            <w:r/>
            <w:r>
              <w:rPr>
                <w:rFonts w:ascii="宋体" w:hAnsi="宋体" w:eastAsia="宋体"/>
                <w:b w:val="0"/>
                <w:sz w:val="20"/>
              </w:rPr>
              <w:t>Gretzel等学者发表智慧旅游基础理论框架</w:t>
            </w:r>
          </w:p>
        </w:tc>
        <w:tc>
          <w:tcPr>
            <w:tcW w:type="dxa" w:w="2880"/>
            <w:shd w:fill="F2F2F2"/>
          </w:tcPr>
          <w:p>
            <w:r/>
            <w:r>
              <w:rPr>
                <w:rFonts w:ascii="宋体" w:hAnsi="宋体" w:eastAsia="宋体"/>
                <w:b w:val="0"/>
                <w:sz w:val="20"/>
              </w:rPr>
              <w:t>确立智慧旅游学术基础</w:t>
            </w:r>
          </w:p>
        </w:tc>
      </w:tr>
      <w:tr>
        <w:tc>
          <w:tcPr>
            <w:tcW w:type="dxa" w:w="2880"/>
          </w:tcPr>
          <w:p>
            <w:r/>
            <w:r>
              <w:rPr>
                <w:rFonts w:ascii="宋体" w:hAnsi="宋体" w:eastAsia="宋体"/>
                <w:b w:val="0"/>
                <w:sz w:val="20"/>
              </w:rPr>
              <w:t>2017年</w:t>
            </w:r>
          </w:p>
        </w:tc>
        <w:tc>
          <w:tcPr>
            <w:tcW w:type="dxa" w:w="2880"/>
          </w:tcPr>
          <w:p>
            <w:r/>
            <w:r>
              <w:rPr>
                <w:rFonts w:ascii="宋体" w:hAnsi="宋体" w:eastAsia="宋体"/>
                <w:b w:val="0"/>
                <w:sz w:val="20"/>
              </w:rPr>
              <w:t>国务院《新一代人工智能发展规划》发布</w:t>
            </w:r>
          </w:p>
        </w:tc>
        <w:tc>
          <w:tcPr>
            <w:tcW w:type="dxa" w:w="2880"/>
          </w:tcPr>
          <w:p>
            <w:r/>
            <w:r>
              <w:rPr>
                <w:rFonts w:ascii="宋体" w:hAnsi="宋体" w:eastAsia="宋体"/>
                <w:b w:val="0"/>
                <w:sz w:val="20"/>
              </w:rPr>
              <w:t>AI上升为国家战略</w:t>
            </w:r>
          </w:p>
        </w:tc>
      </w:tr>
      <w:tr>
        <w:tc>
          <w:tcPr>
            <w:tcW w:type="dxa" w:w="2880"/>
            <w:shd w:fill="F2F2F2"/>
          </w:tcPr>
          <w:p>
            <w:r/>
            <w:r>
              <w:rPr>
                <w:rFonts w:ascii="宋体" w:hAnsi="宋体" w:eastAsia="宋体"/>
                <w:b w:val="0"/>
                <w:sz w:val="20"/>
              </w:rPr>
              <w:t>2018年</w:t>
            </w:r>
          </w:p>
        </w:tc>
        <w:tc>
          <w:tcPr>
            <w:tcW w:type="dxa" w:w="2880"/>
            <w:shd w:fill="F2F2F2"/>
          </w:tcPr>
          <w:p>
            <w:r/>
            <w:r>
              <w:rPr>
                <w:rFonts w:ascii="宋体" w:hAnsi="宋体" w:eastAsia="宋体"/>
                <w:b w:val="0"/>
                <w:sz w:val="20"/>
              </w:rPr>
              <w:t>文化和旅游部组建</w:t>
            </w:r>
          </w:p>
        </w:tc>
        <w:tc>
          <w:tcPr>
            <w:tcW w:type="dxa" w:w="2880"/>
            <w:shd w:fill="F2F2F2"/>
          </w:tcPr>
          <w:p>
            <w:r/>
            <w:r>
              <w:rPr>
                <w:rFonts w:ascii="宋体" w:hAnsi="宋体" w:eastAsia="宋体"/>
                <w:b w:val="0"/>
                <w:sz w:val="20"/>
              </w:rPr>
              <w:t>文旅融合体制保障确立</w:t>
            </w:r>
          </w:p>
        </w:tc>
      </w:tr>
      <w:tr>
        <w:tc>
          <w:tcPr>
            <w:tcW w:type="dxa" w:w="2880"/>
          </w:tcPr>
          <w:p>
            <w:r/>
            <w:r>
              <w:rPr>
                <w:rFonts w:ascii="宋体" w:hAnsi="宋体" w:eastAsia="宋体"/>
                <w:b w:val="0"/>
                <w:sz w:val="20"/>
              </w:rPr>
              <w:t>2019年</w:t>
            </w:r>
          </w:p>
        </w:tc>
        <w:tc>
          <w:tcPr>
            <w:tcW w:type="dxa" w:w="2880"/>
          </w:tcPr>
          <w:p>
            <w:r/>
            <w:r>
              <w:rPr>
                <w:rFonts w:ascii="宋体" w:hAnsi="宋体" w:eastAsia="宋体"/>
                <w:b w:val="0"/>
                <w:sz w:val="20"/>
              </w:rPr>
              <w:t>Buhalis提出"环境智能旅游"概念</w:t>
            </w:r>
          </w:p>
        </w:tc>
        <w:tc>
          <w:tcPr>
            <w:tcW w:type="dxa" w:w="2880"/>
          </w:tcPr>
          <w:p>
            <w:r/>
            <w:r>
              <w:rPr>
                <w:rFonts w:ascii="宋体" w:hAnsi="宋体" w:eastAsia="宋体"/>
                <w:b w:val="0"/>
                <w:sz w:val="20"/>
              </w:rPr>
              <w:t>描绘AI与旅游深度融合图景</w:t>
            </w:r>
          </w:p>
        </w:tc>
      </w:tr>
      <w:tr>
        <w:tc>
          <w:tcPr>
            <w:tcW w:type="dxa" w:w="2880"/>
            <w:shd w:fill="F2F2F2"/>
          </w:tcPr>
          <w:p>
            <w:r/>
            <w:r>
              <w:rPr>
                <w:rFonts w:ascii="宋体" w:hAnsi="宋体" w:eastAsia="宋体"/>
                <w:b w:val="0"/>
                <w:sz w:val="20"/>
              </w:rPr>
              <w:t>2020年</w:t>
            </w:r>
          </w:p>
        </w:tc>
        <w:tc>
          <w:tcPr>
            <w:tcW w:type="dxa" w:w="2880"/>
            <w:shd w:fill="F2F2F2"/>
          </w:tcPr>
          <w:p>
            <w:r/>
            <w:r>
              <w:rPr>
                <w:rFonts w:ascii="宋体" w:hAnsi="宋体" w:eastAsia="宋体"/>
                <w:b w:val="0"/>
                <w:sz w:val="20"/>
              </w:rPr>
              <w:t>新冠疫情冲击文旅行业</w:t>
            </w:r>
          </w:p>
        </w:tc>
        <w:tc>
          <w:tcPr>
            <w:tcW w:type="dxa" w:w="2880"/>
            <w:shd w:fill="F2F2F2"/>
          </w:tcPr>
          <w:p>
            <w:r/>
            <w:r>
              <w:rPr>
                <w:rFonts w:ascii="宋体" w:hAnsi="宋体" w:eastAsia="宋体"/>
                <w:b w:val="0"/>
                <w:sz w:val="20"/>
              </w:rPr>
              <w:t>加速行业数字化转型意识</w:t>
            </w:r>
          </w:p>
        </w:tc>
      </w:tr>
      <w:tr>
        <w:tc>
          <w:tcPr>
            <w:tcW w:type="dxa" w:w="2880"/>
          </w:tcPr>
          <w:p>
            <w:r/>
            <w:r>
              <w:rPr>
                <w:rFonts w:ascii="宋体" w:hAnsi="宋体" w:eastAsia="宋体"/>
                <w:b w:val="0"/>
                <w:sz w:val="20"/>
              </w:rPr>
              <w:t>2021年</w:t>
            </w:r>
          </w:p>
        </w:tc>
        <w:tc>
          <w:tcPr>
            <w:tcW w:type="dxa" w:w="2880"/>
          </w:tcPr>
          <w:p>
            <w:r/>
            <w:r>
              <w:rPr>
                <w:rFonts w:ascii="宋体" w:hAnsi="宋体" w:eastAsia="宋体"/>
                <w:b w:val="0"/>
                <w:sz w:val="20"/>
              </w:rPr>
              <w:t>文旅部发布《"十四五"文化和旅游发展规划》</w:t>
            </w:r>
          </w:p>
        </w:tc>
        <w:tc>
          <w:tcPr>
            <w:tcW w:type="dxa" w:w="2880"/>
          </w:tcPr>
          <w:p>
            <w:r/>
            <w:r>
              <w:rPr>
                <w:rFonts w:ascii="宋体" w:hAnsi="宋体" w:eastAsia="宋体"/>
                <w:b w:val="0"/>
                <w:sz w:val="20"/>
              </w:rPr>
              <w:t>明确智慧旅游发展方向</w:t>
            </w:r>
          </w:p>
        </w:tc>
      </w:tr>
      <w:tr>
        <w:tc>
          <w:tcPr>
            <w:tcW w:type="dxa" w:w="2880"/>
            <w:shd w:fill="F2F2F2"/>
          </w:tcPr>
          <w:p>
            <w:r/>
            <w:r>
              <w:rPr>
                <w:rFonts w:ascii="宋体" w:hAnsi="宋体" w:eastAsia="宋体"/>
                <w:b w:val="0"/>
                <w:sz w:val="20"/>
              </w:rPr>
              <w:t>2022年11月</w:t>
            </w:r>
          </w:p>
        </w:tc>
        <w:tc>
          <w:tcPr>
            <w:tcW w:type="dxa" w:w="2880"/>
            <w:shd w:fill="F2F2F2"/>
          </w:tcPr>
          <w:p>
            <w:r/>
            <w:r>
              <w:rPr>
                <w:rFonts w:ascii="宋体" w:hAnsi="宋体" w:eastAsia="宋体"/>
                <w:b w:val="0"/>
                <w:sz w:val="20"/>
              </w:rPr>
              <w:t>ChatGPT发布</w:t>
            </w:r>
          </w:p>
        </w:tc>
        <w:tc>
          <w:tcPr>
            <w:tcW w:type="dxa" w:w="2880"/>
            <w:shd w:fill="F2F2F2"/>
          </w:tcPr>
          <w:p>
            <w:r/>
            <w:r>
              <w:rPr>
                <w:rFonts w:ascii="宋体" w:hAnsi="宋体" w:eastAsia="宋体"/>
                <w:b w:val="0"/>
                <w:sz w:val="20"/>
              </w:rPr>
              <w:t>生成式AI时代开启</w:t>
            </w:r>
          </w:p>
        </w:tc>
      </w:tr>
      <w:tr>
        <w:tc>
          <w:tcPr>
            <w:tcW w:type="dxa" w:w="2880"/>
          </w:tcPr>
          <w:p>
            <w:r/>
            <w:r>
              <w:rPr>
                <w:rFonts w:ascii="宋体" w:hAnsi="宋体" w:eastAsia="宋体"/>
                <w:b w:val="0"/>
                <w:sz w:val="20"/>
              </w:rPr>
              <w:t>2023年</w:t>
            </w:r>
          </w:p>
        </w:tc>
        <w:tc>
          <w:tcPr>
            <w:tcW w:type="dxa" w:w="2880"/>
          </w:tcPr>
          <w:p>
            <w:r/>
            <w:r>
              <w:rPr>
                <w:rFonts w:ascii="宋体" w:hAnsi="宋体" w:eastAsia="宋体"/>
                <w:b w:val="0"/>
                <w:sz w:val="20"/>
              </w:rPr>
              <w:t>AIGC工具在文旅领域大规模应用</w:t>
            </w:r>
          </w:p>
        </w:tc>
        <w:tc>
          <w:tcPr>
            <w:tcW w:type="dxa" w:w="2880"/>
          </w:tcPr>
          <w:p>
            <w:r/>
            <w:r>
              <w:rPr>
                <w:rFonts w:ascii="宋体" w:hAnsi="宋体" w:eastAsia="宋体"/>
                <w:b w:val="0"/>
                <w:sz w:val="20"/>
              </w:rPr>
              <w:t>内容生产范式发生根本变革</w:t>
            </w:r>
          </w:p>
        </w:tc>
      </w:tr>
      <w:tr>
        <w:tc>
          <w:tcPr>
            <w:tcW w:type="dxa" w:w="2880"/>
            <w:shd w:fill="F2F2F2"/>
          </w:tcPr>
          <w:p>
            <w:r/>
            <w:r>
              <w:rPr>
                <w:rFonts w:ascii="宋体" w:hAnsi="宋体" w:eastAsia="宋体"/>
                <w:b w:val="0"/>
                <w:sz w:val="20"/>
              </w:rPr>
              <w:t>2023年</w:t>
            </w:r>
          </w:p>
        </w:tc>
        <w:tc>
          <w:tcPr>
            <w:tcW w:type="dxa" w:w="2880"/>
            <w:shd w:fill="F2F2F2"/>
          </w:tcPr>
          <w:p>
            <w:r/>
            <w:r>
              <w:rPr>
                <w:rFonts w:ascii="宋体" w:hAnsi="宋体" w:eastAsia="宋体"/>
                <w:b w:val="0"/>
                <w:sz w:val="20"/>
              </w:rPr>
              <w:t>Kanbach等发表GenAI商业模式创新研究</w:t>
            </w:r>
          </w:p>
        </w:tc>
        <w:tc>
          <w:tcPr>
            <w:tcW w:type="dxa" w:w="2880"/>
            <w:shd w:fill="F2F2F2"/>
          </w:tcPr>
          <w:p>
            <w:r/>
            <w:r>
              <w:rPr>
                <w:rFonts w:ascii="宋体" w:hAnsi="宋体" w:eastAsia="宋体"/>
                <w:b w:val="0"/>
                <w:sz w:val="20"/>
              </w:rPr>
              <w:t>理论层面确立AI对商业模式的影响</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文旅部推进数字文化产业发展政策</w:t>
            </w:r>
          </w:p>
        </w:tc>
        <w:tc>
          <w:tcPr>
            <w:tcW w:type="dxa" w:w="2880"/>
          </w:tcPr>
          <w:p>
            <w:r/>
            <w:r>
              <w:rPr>
                <w:rFonts w:ascii="宋体" w:hAnsi="宋体" w:eastAsia="宋体"/>
                <w:b w:val="0"/>
                <w:sz w:val="20"/>
              </w:rPr>
              <w:t>政策红利持续释放</w:t>
            </w:r>
          </w:p>
        </w:tc>
      </w:tr>
      <w:tr>
        <w:tc>
          <w:tcPr>
            <w:tcW w:type="dxa" w:w="2880"/>
            <w:shd w:fill="F2F2F2"/>
          </w:tcPr>
          <w:p>
            <w:r/>
            <w:r>
              <w:rPr>
                <w:rFonts w:ascii="宋体" w:hAnsi="宋体" w:eastAsia="宋体"/>
                <w:b w:val="0"/>
                <w:sz w:val="20"/>
              </w:rPr>
              <w:t>2024年</w:t>
            </w:r>
          </w:p>
        </w:tc>
        <w:tc>
          <w:tcPr>
            <w:tcW w:type="dxa" w:w="2880"/>
            <w:shd w:fill="F2F2F2"/>
          </w:tcPr>
          <w:p>
            <w:r/>
            <w:r>
              <w:rPr>
                <w:rFonts w:ascii="宋体" w:hAnsi="宋体" w:eastAsia="宋体"/>
                <w:b w:val="0"/>
                <w:sz w:val="20"/>
              </w:rPr>
              <w:t>AI视频生成工具（Sora/可灵）成熟</w:t>
            </w:r>
          </w:p>
        </w:tc>
        <w:tc>
          <w:tcPr>
            <w:tcW w:type="dxa" w:w="2880"/>
            <w:shd w:fill="F2F2F2"/>
          </w:tcPr>
          <w:p>
            <w:r/>
            <w:r>
              <w:rPr>
                <w:rFonts w:ascii="宋体" w:hAnsi="宋体" w:eastAsia="宋体"/>
                <w:b w:val="0"/>
                <w:sz w:val="20"/>
              </w:rPr>
              <w:t>视觉内容生产门槛大幅降低</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文旅行业AIGC应用案例大量涌现</w:t>
            </w:r>
          </w:p>
        </w:tc>
        <w:tc>
          <w:tcPr>
            <w:tcW w:type="dxa" w:w="2880"/>
          </w:tcPr>
          <w:p>
            <w:r/>
            <w:r>
              <w:rPr>
                <w:rFonts w:ascii="宋体" w:hAnsi="宋体" w:eastAsia="宋体"/>
                <w:b w:val="0"/>
                <w:sz w:val="20"/>
              </w:rPr>
              <w:t>从概念验证走向规模化应用</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"数字游民"入选年度十大流行语</w:t>
            </w:r>
          </w:p>
        </w:tc>
        <w:tc>
          <w:tcPr>
            <w:tcW w:type="dxa" w:w="2880"/>
            <w:shd w:fill="F2F2F2"/>
          </w:tcPr>
          <w:p>
            <w:r/>
            <w:r>
              <w:rPr>
                <w:rFonts w:ascii="宋体" w:hAnsi="宋体" w:eastAsia="宋体"/>
                <w:b w:val="0"/>
                <w:sz w:val="20"/>
              </w:rPr>
              <w:t>新文旅消费群体规模化</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AI智能体（Agent）概念在文旅领域普及</w:t>
            </w:r>
          </w:p>
        </w:tc>
        <w:tc>
          <w:tcPr>
            <w:tcW w:type="dxa" w:w="2880"/>
          </w:tcPr>
          <w:p>
            <w:r/>
            <w:r>
              <w:rPr>
                <w:rFonts w:ascii="宋体" w:hAnsi="宋体" w:eastAsia="宋体"/>
                <w:b w:val="0"/>
                <w:sz w:val="20"/>
              </w:rPr>
              <w:t>"AI团队"模式开始落地</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GEO（生成引擎优化）概念兴起</w:t>
            </w:r>
          </w:p>
        </w:tc>
        <w:tc>
          <w:tcPr>
            <w:tcW w:type="dxa" w:w="2880"/>
            <w:shd w:fill="F2F2F2"/>
          </w:tcPr>
          <w:p>
            <w:r/>
            <w:r>
              <w:rPr>
                <w:rFonts w:ascii="宋体" w:hAnsi="宋体" w:eastAsia="宋体"/>
                <w:b w:val="0"/>
                <w:sz w:val="20"/>
              </w:rPr>
              <w:t>AI搜索成为新营销渠道</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多智能体协同框架（AutoGen/CrewAI）成熟</w:t>
            </w:r>
          </w:p>
        </w:tc>
        <w:tc>
          <w:tcPr>
            <w:tcW w:type="dxa" w:w="2880"/>
          </w:tcPr>
          <w:p>
            <w:r/>
            <w:r>
              <w:rPr>
                <w:rFonts w:ascii="宋体" w:hAnsi="宋体" w:eastAsia="宋体"/>
                <w:b w:val="0"/>
                <w:sz w:val="20"/>
              </w:rPr>
              <w:t>主理人可构建完整"AI团队"</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5G-A+AI赋能文旅数智化融合发展</w:t>
            </w:r>
          </w:p>
        </w:tc>
        <w:tc>
          <w:tcPr>
            <w:tcW w:type="dxa" w:w="2880"/>
            <w:shd w:fill="F2F2F2"/>
          </w:tcPr>
          <w:p>
            <w:r/>
            <w:r>
              <w:rPr>
                <w:rFonts w:ascii="宋体" w:hAnsi="宋体" w:eastAsia="宋体"/>
                <w:b w:val="0"/>
                <w:sz w:val="20"/>
              </w:rPr>
              <w:t>通信与AI协同赋能文旅</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文旅人才培养"四维能力模型"提出</w:t>
            </w:r>
          </w:p>
        </w:tc>
        <w:tc>
          <w:tcPr>
            <w:tcW w:type="dxa" w:w="2880"/>
          </w:tcPr>
          <w:p>
            <w:r/>
            <w:r>
              <w:rPr>
                <w:rFonts w:ascii="宋体" w:hAnsi="宋体" w:eastAsia="宋体"/>
                <w:b w:val="0"/>
                <w:sz w:val="20"/>
              </w:rPr>
              <w:t>人才培养体系系统化</w:t>
            </w:r>
          </w:p>
        </w:tc>
      </w:tr>
      <w:tr>
        <w:tc>
          <w:tcPr>
            <w:tcW w:type="dxa" w:w="2880"/>
            <w:shd w:fill="F2F2F2"/>
          </w:tcPr>
          <w:p>
            <w:r/>
            <w:r>
              <w:rPr>
                <w:rFonts w:ascii="宋体" w:hAnsi="宋体" w:eastAsia="宋体"/>
                <w:b w:val="0"/>
                <w:sz w:val="20"/>
              </w:rPr>
              <w:t>2026年</w:t>
            </w:r>
          </w:p>
        </w:tc>
        <w:tc>
          <w:tcPr>
            <w:tcW w:type="dxa" w:w="2880"/>
            <w:shd w:fill="F2F2F2"/>
          </w:tcPr>
          <w:p>
            <w:r/>
            <w:r>
              <w:rPr>
                <w:rFonts w:ascii="宋体" w:hAnsi="宋体" w:eastAsia="宋体"/>
                <w:b w:val="0"/>
                <w:sz w:val="20"/>
              </w:rPr>
              <w:t>AI赋能旅游教育改革研究深入</w:t>
            </w:r>
          </w:p>
        </w:tc>
        <w:tc>
          <w:tcPr>
            <w:tcW w:type="dxa" w:w="2880"/>
            <w:shd w:fill="F2F2F2"/>
          </w:tcPr>
          <w:p>
            <w:r/>
            <w:r>
              <w:rPr>
                <w:rFonts w:ascii="宋体" w:hAnsi="宋体" w:eastAsia="宋体"/>
                <w:b w:val="0"/>
                <w:sz w:val="20"/>
              </w:rPr>
              <w:t>教育层面回应产业AI化需求</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AI+文旅创业模式研究显著增加</w:t>
            </w:r>
          </w:p>
        </w:tc>
        <w:tc>
          <w:tcPr>
            <w:tcW w:type="dxa" w:w="2880"/>
          </w:tcPr>
          <w:p>
            <w:r/>
            <w:r>
              <w:rPr>
                <w:rFonts w:ascii="宋体" w:hAnsi="宋体" w:eastAsia="宋体"/>
                <w:b w:val="0"/>
                <w:sz w:val="20"/>
              </w:rPr>
              <w:t>学术界关注AI创业实践</w:t>
            </w:r>
          </w:p>
        </w:tc>
      </w:tr>
    </w:tbl>
    <w:p>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0"/>
      </w:rPr>
      <w:t xml:space="preserve">— </w:t>
    </w:r>
    <w:r>
      <w:rPr>
        <w:rFonts w:ascii="宋体" w:hAnsi="宋体"/>
        <w:sz w:val="20"/>
      </w:rPr>
      <w:fldChar w:fldCharType="begin"/>
      <w:instrText xml:space="preserve"> PAGE </w:instrText>
      <w:fldChar w:fldCharType="end"/>
    </w:r>
    <w:r>
      <w:rPr>
        <w:rFonts w:ascii="宋体" w:hAnsi="宋体" w:eastAsia="宋体"/>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20"/>
      </w:rPr>
      <w:t>AI时代的文旅主理人打造升级之路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