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color w:val="065A82"/>
          <w:sz w:val="64"/>
        </w:rPr>
        <w:t>AI文旅NPC设计与开发</w:t>
      </w:r>
    </w:p>
    <w:p>
      <w:pPr>
        <w:jc w:val="center"/>
      </w:pPr>
      <w:r>
        <w:rPr>
          <w:rFonts w:ascii="宋体" w:hAnsi="宋体" w:eastAsia="宋体"/>
          <w:color w:val="6B7280"/>
          <w:sz w:val="28"/>
        </w:rPr>
        <w:t>安顺学院旅游管理学院</w:t>
      </w:r>
    </w:p>
    <w:p>
      <w:r>
        <w:br w:type="page"/>
      </w:r>
    </w:p>
    <w:p>
      <w:pPr>
        <w:pStyle w:val="Heading1"/>
      </w:pPr>
      <w:r>
        <w:t>第 1 章  从 NPC 到 AI 文旅角色：概念重构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知识目标：学生能够掌握AI文旅NPC第1章的核心概念、理论框架与关键术语，理解其在数字文旅学科体系中的定位与作用。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1.1 NPC 的起源：游戏世界中的"非玩家角色"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"非玩家角色"（Non-Player Character，NPC）这一概念源于电子游戏。在早期角色扮演游戏（RPG）中，NPC 是被预设脚本驱动的虚拟人物，承担着剧情推进、任务发放、环境营造等辅助功能。从《龙与地下城》的桌面叙事到《魔兽世界》的虚拟世界，NPC 始终是构建沉浸式体验的关键构件。然而，传统 NPC 受限于有限状态机（FSM）和行为树（Behavior Tree），交互模式高度固化——"你问A，他答B"，一旦超出预设范围便陷入沉默或重复。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2010 年代后期，自然语言处理（NLP）技术的突破开始松动这一边界。基于深度学习的对话系统使得 NPC 能够理解更复杂的用户输入，但真正的范式转移发生在 2022 年大语言模型（LLM）爆发之后。GPT 系列模型展示出的涌现能力，让 NPC 从"背诵台词的角色"进化为"能够即兴对话的智能体"。</w:t>
      </w:r>
    </w:p>
    <w:p>
      <w:pPr>
        <w:pStyle w:val="Heading2"/>
      </w:pPr>
      <w:r>
        <w:t>1.2 AI Agent 的崛起：从工具到主体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AI Agent（人工智能体）是一种能够感知环境、自主决策并执行行动的智能系统。与传统 NPC 的关键区别在于：Agent 具有目标驱动性、记忆持续性和环境适应性。Russell 和 Norvig 在经典教材中定义的"理性智能体"框架——感知-推理-行动循环——在 LLM 时代获得了前所未有的实现可能。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2023 年，斯坦福大学 Park 等人发布的"生成式智能体"（Generative Agents）研究引起了广泛关注。25 个 AI Agent 在一个名为"Smallville"的虚拟小镇中自主生活、社交、组织活动，展现出令人惊讶的涌现社会行为。这一研究直接启发了文旅场景中"AI 居民"的构想——如果每个景区都有一个"活着的"AI 角色群体，游客的体验将发生怎样的质变？</w:t>
      </w:r>
    </w:p>
    <w:p>
      <w:pPr>
        <w:pStyle w:val="Heading2"/>
      </w:pPr>
      <w:r>
        <w:t>1.3 文旅 NPC 的定义与边界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本书将"文旅 NPC"定义为：部署于文化旅游场景中的智能角色，以虚拟数字人、实体机器人或混合形态存在，能够与游客进行自然语言交互、提供信息导览、承担叙事角色并塑造情感体验的 AI Agent 系统。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这一概念包含四个递进层次：</w:t>
      </w:r>
    </w:p>
    <w:p>
      <w:pPr>
        <w:pStyle w:val="ListBullet"/>
      </w:pPr>
      <w:r>
        <w:t>信息层：回答事实性问题（"这个建筑建于什么年代？"）</w:t>
      </w:r>
    </w:p>
    <w:p>
      <w:pPr>
        <w:pStyle w:val="ListBullet"/>
      </w:pPr>
      <w:r>
        <w:t>叙事层：讲述故事并引导情感（"让我带你回到 600 年前的那个秋天……"）</w:t>
      </w:r>
    </w:p>
    <w:p>
      <w:pPr>
        <w:pStyle w:val="ListBullet"/>
      </w:pPr>
      <w:r>
        <w:t>交互层：多轮对话、记忆游客偏好、主动发起话题</w:t>
      </w:r>
    </w:p>
    <w:p>
      <w:pPr>
        <w:pStyle w:val="ListBullet"/>
      </w:pPr>
      <w:r>
        <w:t>共创层：与游客共同创造独特的体验叙事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与景区传统导游、语音导览器、Chatbot 的本质区别在于其"角色性"——它不仅仅是信息传递者，更是体验的共同建构者。一个好的文旅 NPC 应当让游客产生"我在与一个有性格、有故事、有温度的存在对话"的感知。</w:t>
      </w:r>
    </w:p>
    <w:p>
      <w:pPr>
        <w:pStyle w:val="Heading2"/>
      </w:pPr>
      <w:r>
        <w:t>1.4 从 NPC 到 NICE 模型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本书提出 NICE 模型作为文旅 NPC 设计的核心框架：</w:t>
      </w:r>
    </w:p>
    <w:p>
      <w:pPr>
        <w:pStyle w:val="ListBullet"/>
      </w:pPr>
      <w:r>
        <w:t>Narrative Persona（叙事人格）：每个 NPC 应有清晰的角色设定、背景故事和价值立场</w:t>
      </w:r>
    </w:p>
    <w:p>
      <w:pPr>
        <w:pStyle w:val="ListBullet"/>
      </w:pPr>
      <w:r>
        <w:t>Intelligent Interaction（智能交互）：基于 LLM 的多模态理解与生成能力</w:t>
      </w:r>
    </w:p>
    <w:p>
      <w:pPr>
        <w:pStyle w:val="ListBullet"/>
      </w:pPr>
      <w:r>
        <w:t>Conversational Continuity（对话连续性）：跨会话记忆、情境感知和话题管理</w:t>
      </w:r>
    </w:p>
    <w:p>
      <w:pPr>
        <w:pStyle w:val="ListBullet"/>
      </w:pPr>
      <w:r>
        <w:t>Embodied Experience（具身体验）：通过数字人形象、语音、表情和肢体语言实现"在场感"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NICE 模型的四个维度不是线性递进关系，而是相互交织的整体：叙事人格为智能交互提供语境约束，对话连续性使具身体验形成连贯感知，而具身体验又反过来强化叙事人格的真实性。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知识卡片：文旅 NPC 的本质不是"更聪明的语音导览器"，而是"景区的数字化居民"。当游客进入景区，他们不是在"使用一个工具"，而是在"拜访一个人"。这一认知转换是理解本章内容的关键。</w:t>
      </w:r>
    </w:p>
    <w:p>
      <w:pPr>
        <w:pStyle w:val="Heading2"/>
      </w:pPr>
      <w:r>
        <w:t>1.5 全球文旅 NPC 发展现状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截至 2025 年，文旅 NPC 已在全球范围内呈现多点开花态势：</w:t>
      </w:r>
    </w:p>
    <w:p>
      <w:pPr>
        <w:pStyle w:val="ListBullet"/>
      </w:pPr>
      <w:r>
        <w:t>呼伦贝尔推出"呼伦""贝尔"两位 AI 数字人，承担文旅宣传和导览任务</w:t>
      </w:r>
    </w:p>
    <w:p>
      <w:pPr>
        <w:pStyle w:val="ListBullet"/>
      </w:pPr>
      <w:r>
        <w:t>滕王阁景区推出数字人"王勃"，以诗人身份与游客对话</w:t>
      </w:r>
    </w:p>
    <w:p>
      <w:pPr>
        <w:pStyle w:val="ListBullet"/>
      </w:pPr>
      <w:r>
        <w:t>故宫推出"数字故宫"导览 AI，融合知识图谱与自然语言交互</w:t>
      </w:r>
    </w:p>
    <w:p>
      <w:pPr>
        <w:pStyle w:val="ListBullet"/>
      </w:pPr>
      <w:r>
        <w:t>日本 teamLab 的沉浸式数字艺术空间中的 AI 引导角色</w:t>
      </w:r>
    </w:p>
    <w:p>
      <w:pPr>
        <w:pStyle w:val="ListBullet"/>
      </w:pPr>
      <w:r>
        <w:t>希腊雅典卫城推出"Athena"AR 虚拟导游，基于历史考证复原古代雅典娜形象</w:t>
      </w:r>
    </w:p>
    <w:p>
      <w:pPr>
        <w:pStyle w:val="ListBullet"/>
      </w:pPr>
      <w:r>
        <w:t>韩国景福宫推出"AI 守门将"，结合历史知识问答与互动拍照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这些案例共同指向一个趋势：文旅 NPC 正在从"锦上添花的营销噱头"转变为"体验升级的核心组件"。但同时也暴露出当前阶段的普遍问题——角色深度不足、知识覆盖有限、跨语言能力薄弱、长期运营机制缺失——这些正是本书后续章节要逐一解决的问题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简答题：简述AI文旅NPC第1章涉及的核心概念及其相互关系。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1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[1] Park J, et al. Generative Agents: Interactive Simulacra of Human Behavior[C]. UIST, 2023.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[2] Tussyadiah I P. A review of research into automation in tourism[J]. Annals of Tourism Research, 2020, 83: 102883.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[3] 从非玩家角色到人工智能体：虚拟现实媒介的叙事变迁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2025.</w:t>
      </w:r>
    </w:p>
    <w:p>
      <w:r>
        <w:br w:type="page"/>
      </w:r>
    </w:p>
    <w:p>
      <w:pPr>
        <w:pStyle w:val="Heading1"/>
      </w:pPr>
      <w:r>
        <w:t>第 2 章  虚拟数字人与具身智能演进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知识目标：学生能够掌握AI文旅NPC第2章的核心概念、理论框架与关键术语，理解其在数字文旅学科体系中的定位与作用。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2.1 虚拟数字人技术简史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虚拟数字人（Digital Human / Virtual Human）是指通过计算机图形学、动作捕捉、语音合成等技术创建的具有人类外观和行为特征的数字化身。其发展经历了三个关键阶段：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第一阶段（1980s-2000s）：CGI 时代的雏形。 1985 年，Max Headroom 作为首个计算机生成的主持人形象出现在电视荧幕上。2001 年《最终幻想：灵魂深处》中的 Aki Ross 首次尝试了照片级真实感的数字人渲染。这一阶段的数字人由专业动画师手工制作，成本极高，主要用于影视和游戏。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第二阶段（2010s-2020）：实时渲染与动捕融合。 Epic Games 的 MetaHuman Creator 让高质量数字人创作从"好莱坞专属"走向"中小团队可用"。基于 iPhone 的 Face ID 深度摄像头让面部捕捉平民化。虚拟偶像"初音未来""洛天依"证明了数字人作为文化产品的商业可行性。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第三阶段（2022-至今）：AI 驱动的智能数字人。 大语言模型和扩散模型（Diffusion Models）的突破，使数字人从"好看的皮囊"进化为"有趣的灵魂"。HeyGen、Synthesia、D-ID 等平台实现了文本驱动的数字人视频生成，而 Character.AI、Replika 则探索了数字人的情感陪伴能力。文旅场景中，数字人"王勃""呼伦""贝儿"等开始承担导览、讲解、互动角色。</w:t>
      </w:r>
    </w:p>
    <w:p>
      <w:pPr>
        <w:pStyle w:val="Heading2"/>
      </w:pPr>
      <w:r>
        <w:t>2.2 数字人技术栈：从渲染到推理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一个完整的文旅 NPC 数字人系统包含以下核心技术栈：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75"/>
        <w:gridCol w:w="2075"/>
        <w:gridCol w:w="2075"/>
        <w:gridCol w:w="2075"/>
      </w:tblGrid>
      <w:tr>
        <w:tc>
          <w:tcPr>
            <w:tcW w:type="dxa" w:w="2075"/>
          </w:tcPr>
          <w:p>
            <w:r>
              <w:rPr>
                <w:b/>
                <w:sz w:val="20"/>
              </w:rPr>
              <w:t>层级</w:t>
            </w:r>
          </w:p>
        </w:tc>
        <w:tc>
          <w:tcPr>
            <w:tcW w:type="dxa" w:w="2075"/>
          </w:tcPr>
          <w:p>
            <w:r>
              <w:rPr>
                <w:b/>
                <w:sz w:val="20"/>
              </w:rPr>
              <w:t>技术</w:t>
            </w:r>
          </w:p>
        </w:tc>
        <w:tc>
          <w:tcPr>
            <w:tcW w:type="dxa" w:w="2075"/>
          </w:tcPr>
          <w:p>
            <w:r>
              <w:rPr>
                <w:b/>
                <w:sz w:val="20"/>
              </w:rPr>
              <w:t>代表性方案</w:t>
            </w:r>
          </w:p>
        </w:tc>
        <w:tc>
          <w:tcPr>
            <w:tcW w:type="dxa" w:w="2075"/>
          </w:tcPr>
          <w:p>
            <w:r>
              <w:rPr>
                <w:b/>
                <w:sz w:val="20"/>
              </w:rPr>
              <w:t>文旅应用要点</w:t>
            </w:r>
          </w:p>
        </w:tc>
      </w:tr>
      <w:tr>
        <w:tc>
          <w:tcPr>
            <w:tcW w:type="dxa" w:w="2075"/>
          </w:tcPr>
          <w:p>
            <w:r>
              <w:t>外观层</w:t>
            </w:r>
          </w:p>
        </w:tc>
        <w:tc>
          <w:tcPr>
            <w:tcW w:type="dxa" w:w="2075"/>
          </w:tcPr>
          <w:p>
            <w:r>
              <w:t>3D 建模/渲染</w:t>
            </w:r>
          </w:p>
        </w:tc>
        <w:tc>
          <w:tcPr>
            <w:tcW w:type="dxa" w:w="2075"/>
          </w:tcPr>
          <w:p>
            <w:r>
              <w:t>MetaHuman, Character Creator, NeRF</w:t>
            </w:r>
          </w:p>
        </w:tc>
        <w:tc>
          <w:tcPr>
            <w:tcW w:type="dxa" w:w="2075"/>
          </w:tcPr>
          <w:p>
            <w:r>
              <w:t>历史人物还原、民族服饰精度</w:t>
            </w:r>
          </w:p>
        </w:tc>
      </w:tr>
      <w:tr>
        <w:tc>
          <w:tcPr>
            <w:tcW w:type="dxa" w:w="2075"/>
          </w:tcPr>
          <w:p>
            <w:r>
              <w:t>动画层</w:t>
            </w:r>
          </w:p>
        </w:tc>
        <w:tc>
          <w:tcPr>
            <w:tcW w:type="dxa" w:w="2075"/>
          </w:tcPr>
          <w:p>
            <w:r>
              <w:t>口型同步/表情驱动</w:t>
            </w:r>
          </w:p>
        </w:tc>
        <w:tc>
          <w:tcPr>
            <w:tcW w:type="dxa" w:w="2075"/>
          </w:tcPr>
          <w:p>
            <w:r>
              <w:t>Audio2Face, Live Link Face</w:t>
            </w:r>
          </w:p>
        </w:tc>
        <w:tc>
          <w:tcPr>
            <w:tcW w:type="dxa" w:w="2075"/>
          </w:tcPr>
          <w:p>
            <w:r>
              <w:t>方言口型适配、情感表情库</w:t>
            </w:r>
          </w:p>
        </w:tc>
      </w:tr>
      <w:tr>
        <w:tc>
          <w:tcPr>
            <w:tcW w:type="dxa" w:w="2075"/>
          </w:tcPr>
          <w:p>
            <w:r>
              <w:t>语音层</w:t>
            </w:r>
          </w:p>
        </w:tc>
        <w:tc>
          <w:tcPr>
            <w:tcW w:type="dxa" w:w="2075"/>
          </w:tcPr>
          <w:p>
            <w:r>
              <w:t>TTS/声音克隆</w:t>
            </w:r>
          </w:p>
        </w:tc>
        <w:tc>
          <w:tcPr>
            <w:tcW w:type="dxa" w:w="2075"/>
          </w:tcPr>
          <w:p>
            <w:r>
              <w:t>VITS, ElevenLabs, CosyVoice</w:t>
            </w:r>
          </w:p>
        </w:tc>
        <w:tc>
          <w:tcPr>
            <w:tcW w:type="dxa" w:w="2075"/>
          </w:tcPr>
          <w:p>
            <w:r>
              <w:t>历史人物声音重建、多语种</w:t>
            </w:r>
          </w:p>
        </w:tc>
      </w:tr>
      <w:tr>
        <w:tc>
          <w:tcPr>
            <w:tcW w:type="dxa" w:w="2075"/>
          </w:tcPr>
          <w:p>
            <w:r>
              <w:t>对话层</w:t>
            </w:r>
          </w:p>
        </w:tc>
        <w:tc>
          <w:tcPr>
            <w:tcW w:type="dxa" w:w="2075"/>
          </w:tcPr>
          <w:p>
            <w:r>
              <w:t>LLM + RAG</w:t>
            </w:r>
          </w:p>
        </w:tc>
        <w:tc>
          <w:tcPr>
            <w:tcW w:type="dxa" w:w="2075"/>
          </w:tcPr>
          <w:p>
            <w:r>
              <w:t>GPT-4, DeepSeek, 知识图谱</w:t>
            </w:r>
          </w:p>
        </w:tc>
        <w:tc>
          <w:tcPr>
            <w:tcW w:type="dxa" w:w="2075"/>
          </w:tcPr>
          <w:p>
            <w:r>
              <w:t>历史文化知识注入、角色一致性</w:t>
            </w:r>
          </w:p>
        </w:tc>
      </w:tr>
      <w:tr>
        <w:tc>
          <w:tcPr>
            <w:tcW w:type="dxa" w:w="2075"/>
          </w:tcPr>
          <w:p>
            <w:r>
              <w:t>感知层</w:t>
            </w:r>
          </w:p>
        </w:tc>
        <w:tc>
          <w:tcPr>
            <w:tcW w:type="dxa" w:w="2075"/>
          </w:tcPr>
          <w:p>
            <w:r>
              <w:t>CV + 语音识别</w:t>
            </w:r>
          </w:p>
        </w:tc>
        <w:tc>
          <w:tcPr>
            <w:tcW w:type="dxa" w:w="2075"/>
          </w:tcPr>
          <w:p>
            <w:r>
              <w:t>Whisper, MediaPipe</w:t>
            </w:r>
          </w:p>
        </w:tc>
        <w:tc>
          <w:tcPr>
            <w:tcW w:type="dxa" w:w="2075"/>
          </w:tcPr>
          <w:p>
            <w:r>
              <w:t>嘈杂景区环境下的鲁棒识别</w:t>
            </w:r>
          </w:p>
        </w:tc>
      </w:tr>
    </w:tbl>
    <w:p/>
    <w:p>
      <w:pPr>
        <w:pStyle w:val="Heading2"/>
      </w:pPr>
      <w:r>
        <w:t>2.3 NeRF 与 3D 高斯泼溅：让场景"活过来"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传统 3D 建模依赖专业艺术家逐面构建，耗时且难以精确还原真实场景。2020 年提出的神经辐射场（NeRF）技术改变了这一范式：只需多角度拍摄的照片，即可通过神经网络隐式重建 3D 场景。2023 年出现的 3D 高斯泼溅（3D Gaussian Splatting）进一步提升了渲染速度和编辑灵活性。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在文旅 NPC 应用中，这些技术意味着：</w:t>
      </w:r>
    </w:p>
    <w:p>
      <w:pPr>
        <w:pStyle w:val="ListBullet"/>
      </w:pPr>
      <w:r>
        <w:t>历史建筑可以被"扫描"为可交互的 3D 空间，AI NPC 在其中自由"行走"</w:t>
      </w:r>
    </w:p>
    <w:p>
      <w:pPr>
        <w:pStyle w:val="ListBullet"/>
      </w:pPr>
      <w:r>
        <w:t>文物可以通过 NeRF 重建为高精度数字孪生，NPC 手持文物进行讲解</w:t>
      </w:r>
    </w:p>
    <w:p>
      <w:pPr>
        <w:pStyle w:val="ListBullet"/>
      </w:pPr>
      <w:r>
        <w:t>游客可以通过手机拍摄实时生成自己的数字分身，与 NPC 合影留念</w:t>
      </w:r>
    </w:p>
    <w:p>
      <w:pPr>
        <w:pStyle w:val="Heading2"/>
      </w:pPr>
      <w:r>
        <w:t>2.4 具身智能与文旅场景的相遇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具身智能（Embodied Intelligence）是人工智能研究的前沿方向，强调智能体必须具备物理或虚拟的"身体"来感知和作用于环境。在文旅场景中，具身智能体现为三个层次：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物理具身：实体机器人 NPC——如日本豪斯登堡主题公园的机器人服务员、新加坡樟宜机场的清洁机器人。受限于成本和维护，目前在文旅场景中仍属实验性质。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虚拟具身：AR/VR 中的数字人 NPC——游客通过手机或头显看到叠加在真实场景上的虚拟角色。这是当前最成熟的文旅 NPC 形态，已在故宫、滕王阁、莫高窟等场景落地。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混合具身：全息投影 + 物理交互——如湖南博物院的全息"辛追夫人"、迪士尼的"Turtle Talk with Crush"。虚拟角色"走出屏幕"，与游客进行实时、即兴的对话互动。</w:t>
      </w:r>
    </w:p>
    <w:p>
      <w:pPr>
        <w:pStyle w:val="Heading2"/>
      </w:pPr>
      <w:r>
        <w:t>2.5 从 NPC 到 AI Agent 的叙事变迁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有学者指出，从 NPC 到 AI Agent 的转变不仅是技术升级，更是叙事范式的根本变革。传统 NPC 的叙事是"预设的"（authored），而 AI Agent 的叙事是"涌现的"（emergent）。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这一转变在文旅场景中具有深远意义：传统导游讲解是单向的、标准化的信息传递；而 AI 文旅 NPC 可以实现"千人千面"的叙事——根据游客的兴趣、知识背景、情绪状态动态调整内容和风格。历史不再是"被告知"的，而是"被共同创造"的。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知识卡片：具身认知理论（Embodied Cognition）认为，认知不仅发生在大脑中，还通过身体与环境的互动得以实现。这一理论为文旅 NPC 设计提供了重要的认知科学基础——游客对 NPC 的信任和情感投入，很大程度上取决于 NPC 是否具有可信的"身体"表达。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简答题：简述AI文旅NPC第2章涉及的核心概念及其相互关系。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2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Machidon O M, Duguleana M, Carrozzino M. Virtual humans in cultural heritage ICT applications: a review[J]. Journal of Cultural Heritage, 2018, 33: 249-260.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Zhang J, Miller A, Westerhof Nyman P. Creating authentic historical costumes to augment virtual humans for cultural heritage[C]. Springer,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韩瑜. "AI+文旅"引领智慧旅游新体验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2024.</w:t>
      </w:r>
    </w:p>
    <w:p>
      <w:r>
        <w:br w:type="page"/>
      </w:r>
    </w:p>
    <w:p>
      <w:pPr>
        <w:pStyle w:val="Heading1"/>
      </w:pPr>
      <w:r>
        <w:t>第 3 章  文旅 NPC 的生态图谱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知识目标：学生能够掌握AI文旅NPC第3章的核心概念、理论框架与关键术语，理解其在数字文旅学科体系中的定位与作用。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3.1 文旅 NPC 分类体系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基于功能定位、交互模式和部署场景三个维度，本书将文旅 NPC 划分为七种核心类型：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60"/>
        <w:gridCol w:w="1660"/>
        <w:gridCol w:w="1660"/>
        <w:gridCol w:w="1660"/>
        <w:gridCol w:w="1660"/>
      </w:tblGrid>
      <w:tr>
        <w:tc>
          <w:tcPr>
            <w:tcW w:type="dxa" w:w="1660"/>
          </w:tcPr>
          <w:p>
            <w:r>
              <w:rPr>
                <w:b/>
                <w:sz w:val="20"/>
              </w:rPr>
              <w:t>类型</w:t>
            </w:r>
          </w:p>
        </w:tc>
        <w:tc>
          <w:tcPr>
            <w:tcW w:type="dxa" w:w="1660"/>
          </w:tcPr>
          <w:p>
            <w:r>
              <w:rPr>
                <w:b/>
                <w:sz w:val="20"/>
              </w:rPr>
              <w:t>核心功能</w:t>
            </w:r>
          </w:p>
        </w:tc>
        <w:tc>
          <w:tcPr>
            <w:tcW w:type="dxa" w:w="1660"/>
          </w:tcPr>
          <w:p>
            <w:r>
              <w:rPr>
                <w:b/>
                <w:sz w:val="20"/>
              </w:rPr>
              <w:t>典型场景</w:t>
            </w:r>
          </w:p>
        </w:tc>
        <w:tc>
          <w:tcPr>
            <w:tcW w:type="dxa" w:w="1660"/>
          </w:tcPr>
          <w:p>
            <w:r>
              <w:rPr>
                <w:b/>
                <w:sz w:val="20"/>
              </w:rPr>
              <w:t>技术复杂度</w:t>
            </w:r>
          </w:p>
        </w:tc>
        <w:tc>
          <w:tcPr>
            <w:tcW w:type="dxa" w:w="1660"/>
          </w:tcPr>
          <w:p>
            <w:r>
              <w:rPr>
                <w:b/>
                <w:sz w:val="20"/>
              </w:rPr>
              <w:t>代表案例</w:t>
            </w:r>
          </w:p>
        </w:tc>
      </w:tr>
      <w:tr>
        <w:tc>
          <w:tcPr>
            <w:tcW w:type="dxa" w:w="1660"/>
          </w:tcPr>
          <w:p>
            <w:r>
              <w:t>导游型 NPC</w:t>
            </w:r>
          </w:p>
        </w:tc>
        <w:tc>
          <w:tcPr>
            <w:tcW w:type="dxa" w:w="1660"/>
          </w:tcPr>
          <w:p>
            <w:r>
              <w:t>线路引导、景点讲解、答疑</w:t>
            </w:r>
          </w:p>
        </w:tc>
        <w:tc>
          <w:tcPr>
            <w:tcW w:type="dxa" w:w="1660"/>
          </w:tcPr>
          <w:p>
            <w:r>
              <w:t>景区、博物馆</w:t>
            </w:r>
          </w:p>
        </w:tc>
        <w:tc>
          <w:tcPr>
            <w:tcW w:type="dxa" w:w="1660"/>
          </w:tcPr>
          <w:p>
            <w:r>
              <w:t>★★★</w:t>
            </w:r>
          </w:p>
        </w:tc>
        <w:tc>
          <w:tcPr>
            <w:tcW w:type="dxa" w:w="1660"/>
          </w:tcPr>
          <w:p>
            <w:r>
              <w:t>故宫数字导览、滕王阁"王勃"</w:t>
            </w:r>
          </w:p>
        </w:tc>
      </w:tr>
      <w:tr>
        <w:tc>
          <w:tcPr>
            <w:tcW w:type="dxa" w:w="1660"/>
          </w:tcPr>
          <w:p>
            <w:r>
              <w:t>历史人物型 NPC</w:t>
            </w:r>
          </w:p>
        </w:tc>
        <w:tc>
          <w:tcPr>
            <w:tcW w:type="dxa" w:w="1660"/>
          </w:tcPr>
          <w:p>
            <w:r>
              <w:t>扮演历史/文化人物，讲述背景故事</w:t>
            </w:r>
          </w:p>
        </w:tc>
        <w:tc>
          <w:tcPr>
            <w:tcW w:type="dxa" w:w="1660"/>
          </w:tcPr>
          <w:p>
            <w:r>
              <w:t>遗址公园、名人故居</w:t>
            </w:r>
          </w:p>
        </w:tc>
        <w:tc>
          <w:tcPr>
            <w:tcW w:type="dxa" w:w="1660"/>
          </w:tcPr>
          <w:p>
            <w:r>
              <w:t>★★★★</w:t>
            </w:r>
          </w:p>
        </w:tc>
        <w:tc>
          <w:tcPr>
            <w:tcW w:type="dxa" w:w="1660"/>
          </w:tcPr>
          <w:p>
            <w:r>
              <w:t>曲阜"孔子"AI、日本二条城"德川家康"</w:t>
            </w:r>
          </w:p>
        </w:tc>
      </w:tr>
      <w:tr>
        <w:tc>
          <w:tcPr>
            <w:tcW w:type="dxa" w:w="1660"/>
          </w:tcPr>
          <w:p>
            <w:r>
              <w:t>品牌大使型 NPC</w:t>
            </w:r>
          </w:p>
        </w:tc>
        <w:tc>
          <w:tcPr>
            <w:tcW w:type="dxa" w:w="1660"/>
          </w:tcPr>
          <w:p>
            <w:r>
              <w:t>代表目的地/景区品牌形象，用于营销宣传</w:t>
            </w:r>
          </w:p>
        </w:tc>
        <w:tc>
          <w:tcPr>
            <w:tcW w:type="dxa" w:w="1660"/>
          </w:tcPr>
          <w:p>
            <w:r>
              <w:t>社交平台、OTA</w:t>
            </w:r>
          </w:p>
        </w:tc>
        <w:tc>
          <w:tcPr>
            <w:tcW w:type="dxa" w:w="1660"/>
          </w:tcPr>
          <w:p>
            <w:r>
              <w:t>★★</w:t>
            </w:r>
          </w:p>
        </w:tc>
        <w:tc>
          <w:tcPr>
            <w:tcW w:type="dxa" w:w="1660"/>
          </w:tcPr>
          <w:p>
            <w:r>
              <w:t>呼伦贝尔"呼伦""贝儿"</w:t>
            </w:r>
          </w:p>
        </w:tc>
      </w:tr>
      <w:tr>
        <w:tc>
          <w:tcPr>
            <w:tcW w:type="dxa" w:w="1660"/>
          </w:tcPr>
          <w:p>
            <w:r>
              <w:t>陪游型 NPC</w:t>
            </w:r>
          </w:p>
        </w:tc>
        <w:tc>
          <w:tcPr>
            <w:tcW w:type="dxa" w:w="1660"/>
          </w:tcPr>
          <w:p>
            <w:r>
              <w:t>陪伴游客完成旅程，提供情绪价值</w:t>
            </w:r>
          </w:p>
        </w:tc>
        <w:tc>
          <w:tcPr>
            <w:tcW w:type="dxa" w:w="1660"/>
          </w:tcPr>
          <w:p>
            <w:r>
              <w:t>主题公园、度假区</w:t>
            </w:r>
          </w:p>
        </w:tc>
        <w:tc>
          <w:tcPr>
            <w:tcW w:type="dxa" w:w="1660"/>
          </w:tcPr>
          <w:p>
            <w:r>
              <w:t>★★★★</w:t>
            </w:r>
          </w:p>
        </w:tc>
        <w:tc>
          <w:tcPr>
            <w:tcW w:type="dxa" w:w="1660"/>
          </w:tcPr>
          <w:p>
            <w:r>
              <w:t>迪士尼角色互动、环球影城</w:t>
            </w:r>
          </w:p>
        </w:tc>
      </w:tr>
      <w:tr>
        <w:tc>
          <w:tcPr>
            <w:tcW w:type="dxa" w:w="1660"/>
          </w:tcPr>
          <w:p>
            <w:r>
              <w:t>客服型 NPC</w:t>
            </w:r>
          </w:p>
        </w:tc>
        <w:tc>
          <w:tcPr>
            <w:tcW w:type="dxa" w:w="1660"/>
          </w:tcPr>
          <w:p>
            <w:r>
              <w:t>回答票务、交通、餐饮等实用问题</w:t>
            </w:r>
          </w:p>
        </w:tc>
        <w:tc>
          <w:tcPr>
            <w:tcW w:type="dxa" w:w="1660"/>
          </w:tcPr>
          <w:p>
            <w:r>
              <w:t>游客中心、APP</w:t>
            </w:r>
          </w:p>
        </w:tc>
        <w:tc>
          <w:tcPr>
            <w:tcW w:type="dxa" w:w="1660"/>
          </w:tcPr>
          <w:p>
            <w:r>
              <w:t>★★</w:t>
            </w:r>
          </w:p>
        </w:tc>
        <w:tc>
          <w:tcPr>
            <w:tcW w:type="dxa" w:w="1660"/>
          </w:tcPr>
          <w:p>
            <w:r>
              <w:t>携程AI客服、景区智能问询</w:t>
            </w:r>
          </w:p>
        </w:tc>
      </w:tr>
      <w:tr>
        <w:tc>
          <w:tcPr>
            <w:tcW w:type="dxa" w:w="1660"/>
          </w:tcPr>
          <w:p>
            <w:r>
              <w:t>教育型 NPC</w:t>
            </w:r>
          </w:p>
        </w:tc>
        <w:tc>
          <w:tcPr>
            <w:tcW w:type="dxa" w:w="1660"/>
          </w:tcPr>
          <w:p>
            <w:r>
              <w:t>面向研学旅行，承担教学引导角色</w:t>
            </w:r>
          </w:p>
        </w:tc>
        <w:tc>
          <w:tcPr>
            <w:tcW w:type="dxa" w:w="1660"/>
          </w:tcPr>
          <w:p>
            <w:r>
              <w:t>研学基地、科普馆</w:t>
            </w:r>
          </w:p>
        </w:tc>
        <w:tc>
          <w:tcPr>
            <w:tcW w:type="dxa" w:w="1660"/>
          </w:tcPr>
          <w:p>
            <w:r>
              <w:t>★★★</w:t>
            </w:r>
          </w:p>
        </w:tc>
        <w:tc>
          <w:tcPr>
            <w:tcW w:type="dxa" w:w="1660"/>
          </w:tcPr>
          <w:p>
            <w:r>
              <w:t>科技馆AI讲解员、自然博物馆导学</w:t>
            </w:r>
          </w:p>
        </w:tc>
      </w:tr>
      <w:tr>
        <w:tc>
          <w:tcPr>
            <w:tcW w:type="dxa" w:w="1660"/>
          </w:tcPr>
          <w:p>
            <w:r>
              <w:t>演艺型 NPC</w:t>
            </w:r>
          </w:p>
        </w:tc>
        <w:tc>
          <w:tcPr>
            <w:tcW w:type="dxa" w:w="1660"/>
          </w:tcPr>
          <w:p>
            <w:r>
              <w:t>参与演艺节目，与演员/观众实时互动</w:t>
            </w:r>
          </w:p>
        </w:tc>
        <w:tc>
          <w:tcPr>
            <w:tcW w:type="dxa" w:w="1660"/>
          </w:tcPr>
          <w:p>
            <w:r>
              <w:t>演艺场馆、实景演出</w:t>
            </w:r>
          </w:p>
        </w:tc>
        <w:tc>
          <w:tcPr>
            <w:tcW w:type="dxa" w:w="1660"/>
          </w:tcPr>
          <w:p>
            <w:r>
              <w:t>★★★★★</w:t>
            </w:r>
          </w:p>
        </w:tc>
        <w:tc>
          <w:tcPr>
            <w:tcW w:type="dxa" w:w="1660"/>
          </w:tcPr>
          <w:p>
            <w:r>
              <w:t>沉浸式剧场AI角色、全息演艺</w:t>
            </w:r>
          </w:p>
        </w:tc>
      </w:tr>
    </w:tbl>
    <w:p/>
    <w:p>
      <w:pPr>
        <w:pStyle w:val="Heading2"/>
      </w:pPr>
      <w:r>
        <w:t>3.2 导游型 NPC：从"小喇叭"到"私人文化管家"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导游型 NPC 是文旅场景中最为成熟和广泛部署的类型。其演进路径清晰：固定线路语音导览 → APP 自助讲解 → 智能问答机器人 → AI 角色化导游。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核心能力要求包括：</w:t>
      </w:r>
    </w:p>
    <w:p>
      <w:pPr>
        <w:pStyle w:val="ListBullet"/>
      </w:pPr>
      <w:r>
        <w:t>知识覆盖：需整合景区文物、历史、建筑、民俗等多维知识，通过 RAG（检索增强生成）技术确保回答的事实准确性</w:t>
      </w:r>
    </w:p>
    <w:p>
      <w:pPr>
        <w:pStyle w:val="ListBullet"/>
      </w:pPr>
      <w:r>
        <w:t>路线感知：结合 LBS（地理位置服务）和室内定位技术，提供"走到哪讲到哪"的无缝体验</w:t>
      </w:r>
    </w:p>
    <w:p>
      <w:pPr>
        <w:pStyle w:val="ListBullet"/>
      </w:pPr>
      <w:r>
        <w:t>人群适配：根据游客类型（家庭、情侣、研学团、外国游客）切换讲解风格和知识深度</w:t>
      </w:r>
    </w:p>
    <w:p>
      <w:pPr>
        <w:pStyle w:val="ListBullet"/>
      </w:pPr>
      <w:r>
        <w:t>应急响应：在人流密集、天气变化等场景提供即时引导</w:t>
      </w:r>
    </w:p>
    <w:p>
      <w:pPr>
        <w:pStyle w:val="Heading2"/>
      </w:pPr>
      <w:r>
        <w:t>3.3 历史人物型 NPC：时间旅行者的文化使命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历史人物型 NPC 是文旅 NPC 中最具文化张力的类型。它不仅是信息传递者，更是"文化记忆的活化载体"。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设计历史人物型 NPC 面临独特的挑战：</w:t>
      </w:r>
    </w:p>
    <w:p>
      <w:pPr>
        <w:pStyle w:val="ListBullet"/>
      </w:pPr>
      <w:r>
        <w:t>历史真实性 vs 艺术创作：NPC 的言行应基于可考证的史料，但完全的"历史还原"可能缺乏互动趣味性。需在两者之间寻找平衡</w:t>
      </w:r>
    </w:p>
    <w:p>
      <w:pPr>
        <w:pStyle w:val="ListBullet"/>
      </w:pPr>
      <w:r>
        <w:t>价值立场处理：历史人物必然带有时代烙印和争议，NPC 应以何种立场呈现？建议采用"呈现而不评判"的原则</w:t>
      </w:r>
    </w:p>
    <w:p>
      <w:pPr>
        <w:pStyle w:val="ListBullet"/>
      </w:pPr>
      <w:r>
        <w:t>古今对话张力：让一个"古代人"与"现代游客"对话，天然存在认知鸿沟，这本身可以成为互动趣味的来源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案例：滕王阁景区的数字人"王勃"能够以初唐诗人的口吻与游客对话，引用《滕王阁序》原句，并根据游客的提问灵活展开。系统后台接入了唐代历史知识图谱和王勃作品全集，通过 RAG 技术确保回答的文史准确性。</w:t>
      </w:r>
    </w:p>
    <w:p>
      <w:pPr>
        <w:pStyle w:val="Heading2"/>
      </w:pPr>
      <w:r>
        <w:t>3.4 品牌大使型 NPC：目的地的"虚拟代言人"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品牌大使型 NPC 是文旅营销的新物种。与传统的明星代言不同，AI 品牌大使具有全天候在线、零负面风险（可控范围内）、可深度定制等优势。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成功案例包括呼伦贝尔的"呼伦"和"贝儿"——以蒙元文化为灵感的数字人形象，通过短视频、直播、社交互动等方式，向全国推广草原旅游。其运营模式是"人设 IP + 内容矩阵 + 社交互动"三位一体。</w:t>
      </w:r>
    </w:p>
    <w:p>
      <w:pPr>
        <w:pStyle w:val="Heading2"/>
      </w:pPr>
      <w:r>
        <w:t>3.5 陪游型 NPC：旅游中的"AI 伙伴"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陪游型 NPC 瞄准的是旅游的情感价值——陪伴感。尤其适用于独自旅行者、亲子家庭、老年游客等群体。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陪游型 NPC 的核心能力不是"知道多少"，而是"有多会聊天"：</w:t>
      </w:r>
    </w:p>
    <w:p>
      <w:pPr>
        <w:pStyle w:val="ListBullet"/>
      </w:pPr>
      <w:r>
        <w:t>情绪感知与共情回应</w:t>
      </w:r>
    </w:p>
    <w:p>
      <w:pPr>
        <w:pStyle w:val="ListBullet"/>
      </w:pPr>
      <w:r>
        <w:t>旅途中的小幽默和即兴互动</w:t>
      </w:r>
    </w:p>
    <w:p>
      <w:pPr>
        <w:pStyle w:val="ListBullet"/>
      </w:pPr>
      <w:r>
        <w:t>对游客偏好的记忆和个性化关怀</w:t>
      </w:r>
    </w:p>
    <w:p>
      <w:pPr>
        <w:pStyle w:val="ListBullet"/>
      </w:pPr>
      <w:r>
        <w:t>适当的"沉默"能力——知道什么时候该安静</w:t>
      </w:r>
    </w:p>
    <w:p>
      <w:pPr>
        <w:pStyle w:val="Heading2"/>
      </w:pPr>
      <w:r>
        <w:t>3.6 七种类型的交叉融合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在实际应用中，七种类型并非泾渭分明。一个理想的文旅 NPC 可能兼具导游的知识深度、历史人物的文化底蕴、品牌大使的传播魅力、陪游的情感温度。这种"全能型"NPC 是未来的发展方向，但也对技术架构和运营策略提出了更高要求。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知识卡片：选择哪种类型的 NPC，首要考量因素是场景目标。博物馆追求的是知识传递深度，主题公园追求的是沉浸感和趣味性，目的地营销追求的是传播广度和品牌辨识度。不要试图让一个 NPC 做所有事情——"专精"往往比"全能"更有效。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简答题：简述AI文旅NPC第3章涉及的核心概念及其相互关系。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3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Niculescu A I, et al. Design and evaluation of a conversational agent for the touristic domain[C]. 2014.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D, et al. Dual perspectives on the role of AI robotic virtual agents in tourism[J]. Tourism Management, 2018, 69: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王伟杰. "数字人"打开文旅融合新天地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2024.</w:t>
      </w:r>
    </w:p>
    <w:p>
      <w:r>
        <w:br w:type="page"/>
      </w:r>
    </w:p>
    <w:p>
      <w:pPr>
        <w:pStyle w:val="Heading1"/>
      </w:pPr>
      <w:r>
        <w:t>第 4 章  大语言模型驱动的对话引擎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知识目标：学生能够掌握AI文旅NPC第4章的核心概念、理论框架与关键术语，理解其在数字文旅学科体系中的定位与作用。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4.1 LLM 如何重塑 NPC 对话能力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传统 NPC 对话系统基于意图识别 + 槽位填充 + 预设回复模板，面对开放域对话时几乎必然失败。大语言模型（LLM）的出现从根本上改变了这一格局：基于 Transformer 架构的自回归生成模型，通过海量文本预训练获得了"理解并生成自然语言"的涌现能力。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对于文旅 NPC 而言，LLM 带来的核心突破包括：</w:t>
      </w:r>
    </w:p>
    <w:p>
      <w:pPr>
        <w:pStyle w:val="ListBullet"/>
      </w:pPr>
      <w:r>
        <w:t>开放域对话：不再局限于预设问答对，能够处理游客提出的任何合理问题</w:t>
      </w:r>
    </w:p>
    <w:p>
      <w:pPr>
        <w:pStyle w:val="ListBullet"/>
      </w:pPr>
      <w:r>
        <w:t>上下文理解：能够跟踪多轮对话的语境，不会"忘记"之前说过的话</w:t>
      </w:r>
    </w:p>
    <w:p>
      <w:pPr>
        <w:pStyle w:val="ListBullet"/>
      </w:pPr>
      <w:r>
        <w:t>角色扮演：通过系统提示词（System Prompt）可约束 NPC 的"人格"和知识范围</w:t>
      </w:r>
    </w:p>
    <w:p>
      <w:pPr>
        <w:pStyle w:val="ListBullet"/>
      </w:pPr>
      <w:r>
        <w:t>风格迁移：可以切换正式/幽默/诗意等不同语言风格，适配不同场景需求</w:t>
      </w:r>
    </w:p>
    <w:p>
      <w:pPr>
        <w:pStyle w:val="ListBullet"/>
      </w:pPr>
      <w:r>
        <w:t>多语言支持：主流 LLM 支持数十种语言的对话，极大降低了国际化部署成本</w:t>
      </w:r>
    </w:p>
    <w:p>
      <w:pPr>
        <w:pStyle w:val="Heading2"/>
      </w:pPr>
      <w:r>
        <w:t>4.2 RAG：让 NPC 拥有"专业知识"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LLM 的固有缺陷之一是"幻觉"——生成看似合理但实际错误的内容。在文旅场景中，这种错误可能表现为：将唐代建筑说成明代、把当地民俗张冠李戴、虚构不存在的文物信息。这对景区的学术声誉和游客体验都是严重损害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检索增强生成（Retrieval-Augmented Generation，RAG）是当前解决幻觉问题的主流技术方案。其工作流程为：</w:t>
      </w:r>
    </w:p>
    <w:p>
      <w:pPr>
        <w:pStyle w:val="ListBullet"/>
      </w:pPr>
      <w:r>
        <w:t>将景区专业知识（文物档案、历史文献、研究论文、讲解词）向量化并存入知识库</w:t>
      </w:r>
    </w:p>
    <w:p>
      <w:pPr>
        <w:pStyle w:val="ListBullet"/>
      </w:pPr>
      <w:r>
        <w:t>当游客提问时，从知识库检索最相关的文档片段</w:t>
      </w:r>
    </w:p>
    <w:p>
      <w:pPr>
        <w:pStyle w:val="ListBullet"/>
      </w:pPr>
      <w:r>
        <w:t>将检索结果作为上下文注入 LLM，指导其生成回答</w:t>
      </w:r>
    </w:p>
    <w:p>
      <w:pPr>
        <w:pStyle w:val="ListBullet"/>
      </w:pPr>
      <w:r>
        <w:t>可选的引用溯源：在回答中标注信息来源，增强可信度</w:t>
      </w:r>
    </w:p>
    <w:p>
      <w:pPr>
        <w:pStyle w:val="Heading2"/>
      </w:pPr>
      <w:r>
        <w:t>4.3 角色一致性：让 NPC "言行一致"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面临的一个核心工程挑战是角色一致性（Character Consistency）——确保 NPC 在整个交互过程中始终维持其设定人格，不会出现"人格漂移"。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实现角色一致性的技术手段包括：</w:t>
      </w:r>
    </w:p>
    <w:p>
      <w:pPr>
        <w:pStyle w:val="ListBullet"/>
      </w:pPr>
      <w:r>
        <w:t>系统提示词工程：精心设计的角色卡（Character Card），包含身份、性格、知识范围、语言风格、禁忌话题等约束</w:t>
      </w:r>
    </w:p>
    <w:p>
      <w:pPr>
        <w:pStyle w:val="ListBullet"/>
      </w:pPr>
      <w:r>
        <w:t>对话历史管理：将关键对话节点（如游客表露的偏好、NPC 已做出的承诺）持久化存储，在后续对话中作为上下文注入</w:t>
      </w:r>
    </w:p>
    <w:p>
      <w:pPr>
        <w:pStyle w:val="ListBullet"/>
      </w:pPr>
      <w:r>
        <w:t>输出过滤：在后处理阶段检测生成内容是否违背角色设定，及时修正或重新生成</w:t>
      </w:r>
    </w:p>
    <w:p>
      <w:pPr>
        <w:pStyle w:val="ListBullet"/>
      </w:pPr>
      <w:r>
        <w:t>微调（Fine-tuning）：使用大量符合角色设定的对话数据进行模型微调，从根本上降低"出戏"概率</w:t>
      </w:r>
    </w:p>
    <w:p>
      <w:pPr>
        <w:pStyle w:val="Heading2"/>
      </w:pPr>
      <w:r>
        <w:t>4.4 多语言与文化适配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中国文旅场景的一个特殊性是多语言服务需求——既要服务国内游客，又要接待国际游客。LLM 虽然在多语言翻译方面表现出色，但"翻译"不等于"文化适配"。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文化适配要求 NPC 在跨语言交互中做到：</w:t>
      </w:r>
    </w:p>
    <w:p>
      <w:pPr>
        <w:pStyle w:val="ListBullet"/>
      </w:pPr>
      <w:r>
        <w:t>专有名词的恰当处理（如"屯堡"是音译为"Tunpu"还是意译为"Fortified Village"）</w:t>
      </w:r>
    </w:p>
    <w:p>
      <w:pPr>
        <w:pStyle w:val="ListBullet"/>
      </w:pPr>
      <w:r>
        <w:t>文化典故的解释性翻译（如"程门立雪"不能直译，需要附加文化背景）</w:t>
      </w:r>
    </w:p>
    <w:p>
      <w:pPr>
        <w:pStyle w:val="ListBullet"/>
      </w:pPr>
      <w:r>
        <w:t>不同文化背景游客的兴趣偏好差异（如西方游客可能更关注建筑风格，东方游客更关注历史典故）</w:t>
      </w:r>
    </w:p>
    <w:p>
      <w:pPr>
        <w:pStyle w:val="Heading2"/>
      </w:pPr>
      <w:r>
        <w:t>4.5 开源 vs 闭源 LLM 的文旅选择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当前可供选择的 LLM 方案包括闭源 API（GPT-4、Claude、文心一言、通义千问）和开源模型（DeepSeek、Qwen、Llama 3、ChatGLM）。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文旅场景的选择考量：</w:t>
      </w:r>
    </w:p>
    <w:p>
      <w:pPr>
        <w:pStyle w:val="ListBullet"/>
      </w:pPr>
      <w:r>
        <w:t>数据安全：景区知识库可能包含未公开的考古资料，优先考虑本地部署的开源方案</w:t>
      </w:r>
    </w:p>
    <w:p>
      <w:pPr>
        <w:pStyle w:val="ListBullet"/>
      </w:pPr>
      <w:r>
        <w:t>成本控制：日访问量 10 万次的景区，API 调用费用可能远超自建服务器成本</w:t>
      </w:r>
    </w:p>
    <w:p>
      <w:pPr>
        <w:pStyle w:val="ListBullet"/>
      </w:pPr>
      <w:r>
        <w:t>定制深度：开源模型可通过 LoRA 等轻量微调技术实现高度个性化，闭源 API 定制空间有限</w:t>
      </w:r>
    </w:p>
    <w:p>
      <w:pPr>
        <w:pStyle w:val="ListBullet"/>
      </w:pPr>
      <w:r>
        <w:t>服务可靠性：闭源 API 依赖网络连接和第三方服务稳定性，本地部署可离线运行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知识卡片：RAG 不是银弹。如果知识库本身质量差（文档碎片化、信息矛盾、内容过时），RAG 的效果反而可能比纯 LLM 更差。"垃圾进，垃圾出"——高质量的知识库建设是 RAG 系统成功的前提。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简答题：简述AI文旅NPC第4章涉及的核心概念及其相互关系。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4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Helmy M, et al. Navigating the world with an intelligent tourist guide using generative AI[C]. ITC-Egypt,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[11] Kerle-Malcharek W, et al. Design space and implementation of RAG-based avatars for virtual archaeology[J]. arXiv:2603.23353, 2026.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[12] 天宸启桦：让古老的故事"活"起来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2025.</w:t>
      </w:r>
    </w:p>
    <w:p>
      <w:r>
        <w:br w:type="page"/>
      </w:r>
    </w:p>
    <w:p>
      <w:pPr>
        <w:pStyle w:val="Heading1"/>
      </w:pPr>
      <w:r>
        <w:t>第 5 章  数字人渲染与情感表达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知识目标：学生能够掌握AI文旅NPC第5章的核心概念、理论框架与关键术语，理解其在数字文旅学科体系中的定位与作用。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5.1 三维重建技术：让 NPC "有形"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的视觉呈现直接影响游客的第一印象和信任建立。当前主流的三维重建方案包括：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传统建模管线：Maya/Blender/ZBrush 建模 → 骨骼绑定 → 纹理贴图 → 引擎渲染。优点是可控性极强，缺点是周期长、成本高。一个高精度的历史人物数字人，从概念设计到最终成品，往往需要 2-4 个月的专业团队投入。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MetaHuman 框架：Epic Games 推出的云端数字人创作工具，通过参数化调整和照片扫描输入，大幅降低创作门槛。适合需要快速迭代的文旅项目，但人物风格偏向"欧美写实"，对中国人的面部特征还原存在一定偏差。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NeRF/3D 高斯泼溅：从多视角照片或视频直接重建 3D 场景和人物。特别适合文物数字化保护场景——无需接触文物，即可生成可交互的高精度 3D 模型。但动态人物重建仍处于研究阶段。</w:t>
      </w:r>
    </w:p>
    <w:p>
      <w:pPr>
        <w:pStyle w:val="Heading2"/>
      </w:pPr>
      <w:r>
        <w:t>5.2 面部表情与情感表达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"恐怖谷效应"（Uncanny Valley）是文旅 NPC 必须跨越的鸿沟：当数字人的外观接近真人但不够完美时，会引发游客的不适感。解决之道不在于"做得更像"，而在于"做得更自然"——让 NPC 的表情、眼神、微动作与对话内容协调一致。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关键技术包括：</w:t>
      </w:r>
    </w:p>
    <w:p>
      <w:pPr>
        <w:pStyle w:val="ListBullet"/>
      </w:pPr>
      <w:r>
        <w:t>Audio2Face：NVIDIA 推出的 AI 驱动面部动画技术，根据音频输入实时生成对应的口型和表情</w:t>
      </w:r>
    </w:p>
    <w:p>
      <w:pPr>
        <w:pStyle w:val="ListBullet"/>
      </w:pPr>
      <w:r>
        <w:t>ARKit Blendshape：基于苹果 ARKit 的 52 个面部混合形状参数，覆盖绝大多数人类表情</w:t>
      </w:r>
    </w:p>
    <w:p>
      <w:pPr>
        <w:pStyle w:val="ListBullet"/>
      </w:pPr>
      <w:r>
        <w:t>情感计算：分析游客语音中的情感线索（语调、语速、用词），NPC 据此调整自身的表情和语气回应</w:t>
      </w:r>
    </w:p>
    <w:p>
      <w:pPr>
        <w:pStyle w:val="Heading2"/>
      </w:pPr>
      <w:r>
        <w:t>5.3 语音合成：让 NPC "有声"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语音是文旅 NPC 最直接的情感传递通道。TTS（Text-to-Speech）技术近年经历了从"机器腔"到"自然流畅"的质变。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技术演进路线：</w:t>
      </w:r>
    </w:p>
    <w:p>
      <w:pPr>
        <w:pStyle w:val="ListBullet"/>
      </w:pPr>
      <w:r>
        <w:t>拼接合成（Unit Selection）→ 参数合成（Parametric）→ 端到端神经合成（Tacotron/WaveNet）→ 零样本声音克隆（VALL-E/CosyVoice）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文旅场景的特殊需求：</w:t>
      </w:r>
    </w:p>
    <w:p>
      <w:pPr>
        <w:pStyle w:val="ListBullet"/>
      </w:pPr>
      <w:r>
        <w:t>历史人物声音重建：如为"孔子"NPC 设计符合其形象的古雅声线（虽无真实录音，但可根据学术研究和艺术想象创造"合理推测"的声音）</w:t>
      </w:r>
    </w:p>
    <w:p>
      <w:pPr>
        <w:pStyle w:val="ListBullet"/>
      </w:pPr>
      <w:r>
        <w:t>方言支持：贵州屯堡 NPC 使用屯堡方言、安顺美食 NPC 使用安顺话，能极大增强文化沉浸感</w:t>
      </w:r>
    </w:p>
    <w:p>
      <w:pPr>
        <w:pStyle w:val="ListBullet"/>
      </w:pPr>
      <w:r>
        <w:t>多情感语调：讲解战斗场景时声音激昂，讲述悲伤历史时声音低沉，增强叙事感染力</w:t>
      </w:r>
    </w:p>
    <w:p>
      <w:pPr>
        <w:pStyle w:val="Heading2"/>
      </w:pPr>
      <w:r>
        <w:t>5.4 风格化 vs 写实：两条路线之争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的视觉风格选择是一个重要的设计决策。写实风格追求"以假乱真"，适合历史人物还原、高端文化场馆；风格化（卡通/国风/二次元）则适合亲子景区、主题公园、年轻化品牌。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两者的取舍考量：</w:t>
      </w:r>
    </w:p>
    <w:p>
      <w:pPr>
        <w:pStyle w:val="ListBullet"/>
      </w:pPr>
      <w:r>
        <w:t>写实风格的技术门槛更高，"恐怖谷"风险更大，但一旦成功，沉浸感无与伦比</w:t>
      </w:r>
    </w:p>
    <w:p>
      <w:pPr>
        <w:pStyle w:val="ListBullet"/>
      </w:pPr>
      <w:r>
        <w:t>风格化路线技术成本低，容错率高，更适合中小景区和快速迭代的项目</w:t>
      </w:r>
    </w:p>
    <w:p>
      <w:pPr>
        <w:pStyle w:val="ListBullet"/>
      </w:pPr>
      <w:r>
        <w:t>混合方案（如"国风写实"）正在成为一种兼顾文化质感与技术可行性的趋势</w:t>
      </w:r>
    </w:p>
    <w:p>
      <w:pPr>
        <w:pStyle w:val="Heading2"/>
      </w:pPr>
      <w:r>
        <w:t>5.5 情感交互设计原则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NPC 的情感表达不仅是技术问题，更是设计问题。核心原则包括：</w:t>
      </w:r>
    </w:p>
    <w:p>
      <w:pPr>
        <w:pStyle w:val="ListBullet"/>
      </w:pPr>
      <w:r>
        <w:t>适度原则：过度热情令人不适，过度冷漠显得敷衍。NPC 的情感表达应与其角色设定和场景语境匹配</w:t>
      </w:r>
    </w:p>
    <w:p>
      <w:pPr>
        <w:pStyle w:val="ListBullet"/>
      </w:pPr>
      <w:r>
        <w:t>一致性原则：同一 NPC 在同一场景下对同一游客的情感回应应保持连贯</w:t>
      </w:r>
    </w:p>
    <w:p>
      <w:pPr>
        <w:pStyle w:val="ListBullet"/>
      </w:pPr>
      <w:r>
        <w:t>文化敏感原则：不同文化背景的游客对情感表达的接受度不同——微笑在日本可能是礼貌，在意大利可能是真诚，在芬兰可能被视为不必要的热情</w:t>
      </w:r>
    </w:p>
    <w:p>
      <w:pPr>
        <w:pStyle w:val="ListBullet"/>
      </w:pPr>
      <w:r>
        <w:t>升级路径原则：设计情感递进曲线——从礼貌疏离到逐渐熟络，让游客感受到关系的自然演变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知识卡片：2024 年的一项研究表明，游客对虚拟导游的信任度与其"微表情自然度"高度正相关（r=0.73）。微小的表情不协调（如微笑时眼睛不动）可能被人类潜意识捕捉到并触发不信任感。这提示我们：追求极致的表情细节，比追求极致的皮肤纹理更重要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简答题：简述AI文旅NPC第5章涉及的核心概念及其相互关系。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5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[13] Deriu M, Bachis F, Massa M. Improving user engagement with conversational NPC as tourist guide[C]. IEEE, 2021.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[14] Kontogiorgakis E, et al. Gamified VR storytelling for cultural tourism using 3D reconstructions and virtual humans[J]. Technologies, 2024, 12(6): 73.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[15] Li Y, et al. In-Situ Mode: generative AI-driven characters transforming art engagement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10.1007/s40558-023-00256-x.[C]. 2024.</w:t>
      </w:r>
    </w:p>
    <w:p>
      <w:r>
        <w:br w:type="page"/>
      </w:r>
    </w:p>
    <w:p>
      <w:pPr>
        <w:pStyle w:val="Heading1"/>
      </w:pPr>
      <w:r>
        <w:t>第 6 章  多模态交互与场景感知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知识目标：学生能够掌握AI文旅NPC第6章的核心概念、理论框架与关键术语，理解其在数字文旅学科体系中的定位与作用。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6.1 多模态交互框架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的交互远不止于"打字聊天"。在真实的景区场景中，游客与 NPC 的交互是典型的多模态过程——语音、手势、表情、位置、设备等多通道信息并行输入，NPC 需要整合这些信号形成对当前情境的理解。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多模态交互框架的核心架构为：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`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[语音] [视觉] [位置] [触觉] → 多模态融合层 → 情境理解 → 响应生成 → [语音] [表情] [动作] [界面]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`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在技术实现上，当前主流方案是"分通道编码 + 跨模态注意力融合"——各模态先由各自的编码器独立处理，再通过 Transformer 的交叉注意力（Cross-Attention）机制实现模态间的信息融合。</w:t>
      </w:r>
    </w:p>
    <w:p>
      <w:pPr>
        <w:pStyle w:val="Heading2"/>
      </w:pPr>
      <w:r>
        <w:t>6.2 计算机视觉：让 NPC "看见"游客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视觉感知赋予 NPC 理解物理世界的能力：</w:t>
      </w:r>
    </w:p>
    <w:p>
      <w:pPr>
        <w:pStyle w:val="ListBullet"/>
      </w:pPr>
      <w:r>
        <w:t>人脸检测与识别：区分不同游客，建立个性化对话。需注意隐私合规——在公共景区进行人脸识别需要明确的告知同意</w:t>
      </w:r>
    </w:p>
    <w:p>
      <w:pPr>
        <w:pStyle w:val="ListBullet"/>
      </w:pPr>
      <w:r>
        <w:t>情绪识别：通过面部表情分析游客的情绪状态，NPC 据此调整交互策略。但需警惕"情绪识别的伦理边界"——游客的情绪是否属于可被采集和分析的范畴？</w:t>
      </w:r>
    </w:p>
    <w:p>
      <w:pPr>
        <w:pStyle w:val="ListBullet"/>
      </w:pPr>
      <w:r>
        <w:t>姿态估计：判断游客是站立、行走还是坐着，NPC 可以主动建议"前面有休息区，需要坐一下吗？"</w:t>
      </w:r>
    </w:p>
    <w:p>
      <w:pPr>
        <w:pStyle w:val="ListBullet"/>
      </w:pPr>
      <w:r>
        <w:t>物体识别：识别游客手持的物品（相机、地图、纪念品），展开相关话题</w:t>
      </w:r>
    </w:p>
    <w:p>
      <w:pPr>
        <w:pStyle w:val="ListBullet"/>
      </w:pPr>
      <w:r>
        <w:t>人群密度分析：在拥挤区域主动提醒安全，或引导至人流较少的路线</w:t>
      </w:r>
    </w:p>
    <w:p>
      <w:pPr>
        <w:pStyle w:val="Heading2"/>
      </w:pPr>
      <w:r>
        <w:t>6.3 空间计算与 AR 集成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AR（增强现实）是文旅 NPC 最自然的"栖息地"——数字角色叠加在真实场景上，创造出令人惊叹的"魔法体验"。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技术栈：</w:t>
      </w:r>
    </w:p>
    <w:p>
      <w:pPr>
        <w:pStyle w:val="ListBullet"/>
      </w:pPr>
      <w:r>
        <w:t>ARKit（iOS）/ ARCore（Android）：移动端 AR 基础框架</w:t>
      </w:r>
    </w:p>
    <w:p>
      <w:pPr>
        <w:pStyle w:val="ListBullet"/>
      </w:pPr>
      <w:r>
        <w:t>WebXR：浏览器端的 AR/VR 体验，无需安装 APP</w:t>
      </w:r>
    </w:p>
    <w:p>
      <w:pPr>
        <w:pStyle w:val="ListBullet"/>
      </w:pPr>
      <w:r>
        <w:t>SLAM（即时定位与地图构建）：让 NPC 理解并适应物理空间</w:t>
      </w:r>
    </w:p>
    <w:p>
      <w:pPr>
        <w:pStyle w:val="ListBullet"/>
      </w:pPr>
      <w:r>
        <w:t>空间锚点（Spatial Anchor）：NPC 被"固定"在特定位置，游客移动时角色保持空间一致性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典型案例：希腊 Doltso 历史街区项目使用 AR 技术将历史人物"幽灵"放置于真实街景中，游客在特定位置触发 AR 体验，与 19 世纪的商人、手工艺人对话。这种"场所叙事"（Place-based Storytelling）模式特别适合古城、古镇、历史街区等场景。</w:t>
      </w:r>
    </w:p>
    <w:p>
      <w:pPr>
        <w:pStyle w:val="Heading2"/>
      </w:pPr>
      <w:r>
        <w:t>6.4 环境感知与自适应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一个高级的文旅 NPC 应具备环境感知能力，并据此自适应调整行为：</w:t>
      </w:r>
    </w:p>
    <w:p>
      <w:pPr>
        <w:pStyle w:val="ListBullet"/>
      </w:pPr>
      <w:r>
        <w:t>天气感知：下雨天建议室内参观路线，晴天推荐户外景点</w:t>
      </w:r>
    </w:p>
    <w:p>
      <w:pPr>
        <w:pStyle w:val="ListBullet"/>
      </w:pPr>
      <w:r>
        <w:t>时间感知：临近闭馆时间主动提醒，日出日落时间触发特定叙事</w:t>
      </w:r>
    </w:p>
    <w:p>
      <w:pPr>
        <w:pStyle w:val="ListBullet"/>
      </w:pPr>
      <w:r>
        <w:t>人流感知：检测到排队长龙时建议错峰参观，或提供排队期间的互动游戏</w:t>
      </w:r>
    </w:p>
    <w:p>
      <w:pPr>
        <w:pStyle w:val="ListBullet"/>
      </w:pPr>
      <w:r>
        <w:t>噪音感知：环境噪音过大时自动调高音量或建议切换至文字交互模式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这些自适应行为让 NPC 从"被动响应"进化为"主动关怀"，显著提升游客的体验满意度。</w:t>
      </w:r>
    </w:p>
    <w:p>
      <w:pPr>
        <w:pStyle w:val="Heading2"/>
      </w:pPr>
      <w:r>
        <w:t>6.5 多模态交互的挑战与前沿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当前多模态文旅 NPC 面临的核心挑战：</w:t>
      </w:r>
    </w:p>
    <w:p>
      <w:pPr>
        <w:pStyle w:val="ListBullet"/>
      </w:pPr>
      <w:r>
        <w:t>实时性：语音识别、视觉分析、LLM 推理、语音合成四个环节的端到端延迟需控制在 2 秒以内，否则游客会感到明显卡顿</w:t>
      </w:r>
    </w:p>
    <w:p>
      <w:pPr>
        <w:pStyle w:val="ListBullet"/>
      </w:pPr>
      <w:r>
        <w:t>鲁棒性：景区环境的复杂光照、背景噪音、网络波动对算法稳定性提出极高要求</w:t>
      </w:r>
    </w:p>
    <w:p>
      <w:pPr>
        <w:pStyle w:val="ListBullet"/>
      </w:pPr>
      <w:r>
        <w:t>设备异构：游客使用手机型号五花八门，APP 需要适配从千元机到旗舰机的广泛性能区间</w:t>
      </w:r>
    </w:p>
    <w:p>
      <w:pPr>
        <w:pStyle w:val="ListBullet"/>
      </w:pPr>
      <w:r>
        <w:t>隐私边界：多模态感知意味着更多数据采集，如何在提升体验和保护隐私之间找到平衡？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前沿方向包括：端侧 AI（将推理部署在手机端，减少云端依赖）、联邦学习（数据不出设备，模型联合训练）、边缘计算（在景区部署边缘服务器，降低延迟）。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知识卡片：AR 文旅 NPC 的"空间锚定"是技术难点也是体验亮点。如果 NPC 在 AR 中"漂移"——本该在门前的角色飘到了树上——游客的沉浸感会在瞬间崩塌。高精度的空间锚定（厘米级）是 AR NPC 成功的前提，这需要融合 GPS、视觉 SLAM 和蓝牙信标等多种定位技术。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简答题：简述AI文旅NPC第6章涉及的核心概念及其相互关系。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6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[16] Kleftodimos A, et al. Location-based augmented reality for cultural heritage communication[J]. Sensors, 2023, 23(10): 4963.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[17] Viñals M J, et al. Online synchronous model of interpretive sustainable guiding: the avatar tourist visit[J]. Sustainability, 2021, 13(13): 7179.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[18] Longo F, et al. Inside Virtual: a new app for interactive and intelligent cultural heritage fruition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10.1007/s40558-023-00256-x.[C]. 2015.</w:t>
      </w:r>
    </w:p>
    <w:p>
      <w:r>
        <w:br w:type="page"/>
      </w:r>
    </w:p>
    <w:p>
      <w:pPr>
        <w:pStyle w:val="Heading1"/>
      </w:pPr>
      <w:r>
        <w:t>第 7 章  文旅 NPC 人格设计方法论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知识目标：学生能够掌握AI文旅NPC第7章的核心概念、理论框架与关键术语，理解其在数字文旅学科体系中的定位与作用。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7.1 角色原型与人格维度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人格是 NPC 区别于"问答机器"的核心标志。本书提出文旅 NPC 人格设计的"五维度模型"：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767"/>
        <w:gridCol w:w="2767"/>
        <w:gridCol w:w="2767"/>
      </w:tblGrid>
      <w:tr>
        <w:tc>
          <w:tcPr>
            <w:tcW w:type="dxa" w:w="2767"/>
          </w:tcPr>
          <w:p>
            <w:r>
              <w:rPr>
                <w:b/>
                <w:sz w:val="20"/>
              </w:rPr>
              <w:t>维度</w:t>
            </w:r>
          </w:p>
        </w:tc>
        <w:tc>
          <w:tcPr>
            <w:tcW w:type="dxa" w:w="2767"/>
          </w:tcPr>
          <w:p>
            <w:r>
              <w:rPr>
                <w:b/>
                <w:sz w:val="20"/>
              </w:rPr>
              <w:t>定义</w:t>
            </w:r>
          </w:p>
        </w:tc>
        <w:tc>
          <w:tcPr>
            <w:tcW w:type="dxa" w:w="2767"/>
          </w:tcPr>
          <w:p>
            <w:r>
              <w:rPr>
                <w:b/>
                <w:sz w:val="20"/>
              </w:rPr>
              <w:t>示例（高 vs 低）</w:t>
            </w:r>
          </w:p>
        </w:tc>
      </w:tr>
      <w:tr>
        <w:tc>
          <w:tcPr>
            <w:tcW w:type="dxa" w:w="2767"/>
          </w:tcPr>
          <w:p>
            <w:r>
              <w:t>亲和度</w:t>
            </w:r>
          </w:p>
        </w:tc>
        <w:tc>
          <w:tcPr>
            <w:tcW w:type="dxa" w:w="2767"/>
          </w:tcPr>
          <w:p>
            <w:r>
              <w:t>NPC 展现的友善与温暖程度</w:t>
            </w:r>
          </w:p>
        </w:tc>
        <w:tc>
          <w:tcPr>
            <w:tcW w:type="dxa" w:w="2767"/>
          </w:tcPr>
          <w:p>
            <w:r>
              <w:t>迪士尼米奇（高）vs 故宫学术型讲解员（低）</w:t>
            </w:r>
          </w:p>
        </w:tc>
      </w:tr>
      <w:tr>
        <w:tc>
          <w:tcPr>
            <w:tcW w:type="dxa" w:w="2767"/>
          </w:tcPr>
          <w:p>
            <w:r>
              <w:t>权威度</w:t>
            </w:r>
          </w:p>
        </w:tc>
        <w:tc>
          <w:tcPr>
            <w:tcW w:type="dxa" w:w="2767"/>
          </w:tcPr>
          <w:p>
            <w:r>
              <w:t>NPC 展现的专业权威感</w:t>
            </w:r>
          </w:p>
        </w:tc>
        <w:tc>
          <w:tcPr>
            <w:tcW w:type="dxa" w:w="2767"/>
          </w:tcPr>
          <w:p>
            <w:r>
              <w:t>文物鉴定专家（高）vs 同游小伙伴（低）</w:t>
            </w:r>
          </w:p>
        </w:tc>
      </w:tr>
      <w:tr>
        <w:tc>
          <w:tcPr>
            <w:tcW w:type="dxa" w:w="2767"/>
          </w:tcPr>
          <w:p>
            <w:r>
              <w:t>活泼度</w:t>
            </w:r>
          </w:p>
        </w:tc>
        <w:tc>
          <w:tcPr>
            <w:tcW w:type="dxa" w:w="2767"/>
          </w:tcPr>
          <w:p>
            <w:r>
              <w:t>NPC 展现的幽默感与趣味性</w:t>
            </w:r>
          </w:p>
        </w:tc>
        <w:tc>
          <w:tcPr>
            <w:tcW w:type="dxa" w:w="2767"/>
          </w:tcPr>
          <w:p>
            <w:r>
              <w:t>鬼马导览员（高）vs 正式外交接待（低）</w:t>
            </w:r>
          </w:p>
        </w:tc>
      </w:tr>
      <w:tr>
        <w:tc>
          <w:tcPr>
            <w:tcW w:type="dxa" w:w="2767"/>
          </w:tcPr>
          <w:p>
            <w:r>
              <w:t>文化深度</w:t>
            </w:r>
          </w:p>
        </w:tc>
        <w:tc>
          <w:tcPr>
            <w:tcW w:type="dxa" w:w="2767"/>
          </w:tcPr>
          <w:p>
            <w:r>
              <w:t>NPC 的文化知识底蕴</w:t>
            </w:r>
          </w:p>
        </w:tc>
        <w:tc>
          <w:tcPr>
            <w:tcW w:type="dxa" w:w="2767"/>
          </w:tcPr>
          <w:p>
            <w:r>
              <w:t>学者型导览（高）vs 生活化陪游（低）</w:t>
            </w:r>
          </w:p>
        </w:tc>
      </w:tr>
      <w:tr>
        <w:tc>
          <w:tcPr>
            <w:tcW w:type="dxa" w:w="2767"/>
          </w:tcPr>
          <w:p>
            <w:r>
              <w:t>叙事倾向</w:t>
            </w:r>
          </w:p>
        </w:tc>
        <w:tc>
          <w:tcPr>
            <w:tcW w:type="dxa" w:w="2767"/>
          </w:tcPr>
          <w:p>
            <w:r>
              <w:t>NPC 偏好讲故事 vs 陈述事实</w:t>
            </w:r>
          </w:p>
        </w:tc>
        <w:tc>
          <w:tcPr>
            <w:tcW w:type="dxa" w:w="2767"/>
          </w:tcPr>
          <w:p>
            <w:r>
              <w:t>说书人型（高叙事）vs 百科型（低叙事）</w:t>
            </w:r>
          </w:p>
        </w:tc>
      </w:tr>
    </w:tbl>
    <w:p/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五个维度的不同组合产生了丰富的 NPC 人格类型。例如，滕王阁"王勃"的设计是：亲和度 6/10、权威度 8/10、活泼度 5/10、文化深度 9/10、叙事倾向 9/10——一个"有文人傲骨但不失亲切的唐代诗人"。</w:t>
      </w:r>
    </w:p>
    <w:p>
      <w:pPr>
        <w:pStyle w:val="Heading2"/>
      </w:pPr>
      <w:r>
        <w:t>7.2 叙事人格构建流程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一个完整的 NPC 人格构建包含以下步骤：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步骤一：角色定位。明确 NPC 的"身份"——他是谁？为什么在这里？他与游客的关系是什么？这决定了后续所有设计选择的基调。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步骤二：背景故事。撰写 NPC 的"前世今生"。不是所有的背景故事都会对游客讲述，但它们构成了 NPC 言行的"潜意识"。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步骤三：知识边界。明确 NPC "知道什么"和"不知道什么"。一个明代 NPC 不应该知道现代手机是什么——除非设计为"穿越者"设定。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步骤四：语言风格。定义词汇偏好（古雅/通俗）、句式特征（长句/短句）、口头禅、禁忌用语等。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步骤五：情感映射。定义 NPC 对不同话题的情感反应——什么让他兴奋？什么让他沉默？什么让他悲伤？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步骤六：角色测试。用边界测试用例验证角色一致性：当被问及角色知识范围外的问题时，NPC 是否得体地回应？当被故意挑衅时，NPC 是否保持了角色设定？</w:t>
      </w:r>
    </w:p>
    <w:p>
      <w:pPr>
        <w:pStyle w:val="Heading2"/>
      </w:pPr>
      <w:r>
        <w:t>7.3 文化真实性原则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文旅 NPC 承载着文化传播的使命，文化真实性是底线要求。但"真实"不等于"刻板复制"：</w:t>
      </w:r>
    </w:p>
    <w:p>
      <w:pPr>
        <w:pStyle w:val="ListBullet"/>
      </w:pPr>
      <w:r>
        <w:t>历史准确性：NPC 关于年代、人物、事件的陈述必须基于可考证的史料</w:t>
      </w:r>
    </w:p>
    <w:p>
      <w:pPr>
        <w:pStyle w:val="ListBullet"/>
      </w:pPr>
      <w:r>
        <w:t>文化敏感性：涉及宗教、民族、政治等话题时，NPC 应保持学术中立和尊重</w:t>
      </w:r>
    </w:p>
    <w:p>
      <w:pPr>
        <w:pStyle w:val="ListBullet"/>
      </w:pPr>
      <w:r>
        <w:t>在地性：NPC 应融入当地的文化语境——在贵州屯堡的 NPC 使用屯堡方言，在安顺的 NPC 了解折耳根</w:t>
      </w:r>
    </w:p>
    <w:p>
      <w:pPr>
        <w:pStyle w:val="ListBullet"/>
      </w:pPr>
      <w:r>
        <w:t>可修正性：当学术研究产生新发现时，NPC 的知识库应能快速更新</w:t>
      </w:r>
    </w:p>
    <w:p>
      <w:pPr>
        <w:pStyle w:val="Heading2"/>
      </w:pPr>
      <w:r>
        <w:t>7.4 人设一致性工程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人设一致性是文旅 NPC 工程化的核心挑战。解决方案包括：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角色卡（Character Card）标准化：将 NPC 人格以结构化 JSON 格式定义，包括身份信息、知识领域、语言风格参数、情感模型、禁忌列表等。角色卡成为 NPC 系统提示词的生成源。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一致性检测流水线：在 NPC 生成回复后，通过第二个 LLM 作为"角色裁判"评估回复是否与角色设定一致。不一致的回复被自动拦截和重新生成。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对抗训练：使用对抗样本（故意诱导 NPC 偏离角色的对话）对系统进行压力测试和持续优化。</w:t>
      </w:r>
    </w:p>
    <w:p>
      <w:pPr>
        <w:pStyle w:val="Heading2"/>
      </w:pPr>
      <w:r>
        <w:t>7.5 从"单一角色"到"角色生态"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单个 NPC 的能力是有限的。未来的发展方向是构建"NPC 角色生态"——景区中部署多个 NPC，各自承担不同角色，形成类似 RPG 游戏中的"角色网络"：</w:t>
      </w:r>
    </w:p>
    <w:p>
      <w:pPr>
        <w:pStyle w:val="ListBullet"/>
      </w:pPr>
      <w:r>
        <w:t>景区入口的"门卫 NPC"：欢迎游客、派发任务</w:t>
      </w:r>
    </w:p>
    <w:p>
      <w:pPr>
        <w:pStyle w:val="ListBullet"/>
      </w:pPr>
      <w:r>
        <w:t>核心景点的"故事 NPC"：讲述该地点的故事</w:t>
      </w:r>
    </w:p>
    <w:p>
      <w:pPr>
        <w:pStyle w:val="ListBullet"/>
      </w:pPr>
      <w:r>
        <w:t>休息区的"闲谈 NPC"：提供轻松互动和实用信息</w:t>
      </w:r>
    </w:p>
    <w:p>
      <w:pPr>
        <w:pStyle w:val="ListBullet"/>
      </w:pPr>
      <w:r>
        <w:t>出口处的"告别 NPC"：收集反馈、推荐下一站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角色之间的互动（如 NPC A 提到"你去问问门口的老李，他知道更多"）创造了"社会临场感"，让整个景区成为一个"有生命的空间"。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知识卡片：角色设计中的一个反直觉发现：NPC 的"缺点"反而增加可信度。一个过于完美的 NPC（无所不知、永远友善、永不疲倦）让人感到虚假。适度设计一些可爱的"小毛病"——如王勃偶尔会"嫌弃"现代人的古文功底，但随后又会耐心解释——这种"不完美"恰恰让角色变得鲜活。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简答题：简述AI文旅NPC第7章涉及的核心概念及其相互关系。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7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[19] Klinkert L J, Buongiorno S, Clark C. Driving generative agents with their personality[J]. arXiv:2402.14879,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[20] Isbister K, Doyle P. Touring machines: guide agents for sharing stories about digital places[C]. 1999.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[21] Borini E, et al. Character-mediated search in cultural heritage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10.1007/s40558-023-00256-x.[C]. 2009.</w:t>
      </w:r>
    </w:p>
    <w:p>
      <w:r>
        <w:br w:type="page"/>
      </w:r>
    </w:p>
    <w:p>
      <w:pPr>
        <w:pStyle w:val="Heading1"/>
      </w:pPr>
      <w:r>
        <w:t>第 8 章  沉浸式叙事与交互体验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知识目标：学生能够掌握AI文旅NPC第8章的核心概念、理论框架与关键术语，理解其在数字文旅学科体系中的定位与作用。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8.1 从线性叙事到涌现叙事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传统旅游讲解是典型的线性叙事：导游按照预设路线，在固定点位讲述固定内容。AI NPC 的出现使得"非线性叙事"和"涌现叙事"成为可能。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非线性叙事：NPC 根据游客的选择动态调整叙事路径。游客对某个话题表现出兴趣，NPC 就深入展开；游客走向不同的方向，NPC 就切换到对应的空间叙事。叙事不再是"被安排的"，而是"被探索的"。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涌现叙事：更激进的范式——NPC 不是"讲述一个预先写好的故事"，而是与游客"共同创造一个故事"。斯坦福的 Generative Agents 研究展示了这一可能性：25 个 AI Agent 在一个虚拟小镇中自主生活，产生了计划派对、互相问候、讨论选举等涌现行为。将其应用于文旅场景：一个"古镇 NPC 群落"可以自主"生活"，游客作为"来访者"与这些"居民"自然互动。</w:t>
      </w:r>
    </w:p>
    <w:p>
      <w:pPr>
        <w:pStyle w:val="Heading2"/>
      </w:pPr>
      <w:r>
        <w:t>8.2 叙事设计的核心要素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优秀的文旅 NPC 叙事应包含以下要素：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钩子（Hook）：开场 10 秒内抓住游客注意力。可以是悬念（"你知道这座塔为什么少了一块砖吗？"）、情感（"我在这里等了三百年……"）或视觉冲击。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情感弧线（Emotional Arc）：叙事应有起伏——紧张、释放、感动、惊喜。全程平淡的讲解令人昏昏欲睡，全程高能则让人疲惫。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个人化切入（Personalization）：将宏大历史与游客的个人经验建立连接。如对带着孩子的游客说："想象一下，如果你生活在 500 年前，你的日常会是什么样？"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选择感（Agency）：让游客感到自己的选择影响叙事走向。"你想先听这座塔的建造故事，还是它的灵异传说？"——这种选择创造了参与感。</w:t>
      </w:r>
    </w:p>
    <w:p>
      <w:pPr>
        <w:pStyle w:val="Heading2"/>
      </w:pPr>
      <w:r>
        <w:t>8.3 游戏化机制设计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将游戏设计元素融入 NPC 交互，是提升游客参与度的有效手段：</w:t>
      </w:r>
    </w:p>
    <w:p>
      <w:pPr>
        <w:pStyle w:val="ListBullet"/>
      </w:pPr>
      <w:r>
        <w:t>任务系统：NPC 发布探索任务（"找到园中三处刻有龙纹的石柱"），完成任务获得虚拟奖励</w:t>
      </w:r>
    </w:p>
    <w:p>
      <w:pPr>
        <w:pStyle w:val="ListBullet"/>
      </w:pPr>
      <w:r>
        <w:t>收集机制：与不同 NPC 对话可收集"故事碎片"，集齐后解锁隐藏剧情</w:t>
      </w:r>
    </w:p>
    <w:p>
      <w:pPr>
        <w:pStyle w:val="ListBullet"/>
      </w:pPr>
      <w:r>
        <w:t>成就系统：根据游客的探索深度颁发成就——"初级探索者""深度文化旅人""景区活地图"</w:t>
      </w:r>
    </w:p>
    <w:p>
      <w:pPr>
        <w:pStyle w:val="ListBullet"/>
      </w:pPr>
      <w:r>
        <w:t>排行榜与社交分享：适度引入社交竞争元素，但需注意不过度商业化而破坏文化氛围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案例：日本某古城推出"忍者任务"AR 体验，游客在城中寻找 AR 标记，触发不同 NPC 发布的任务，最终集齐碎片"解锁"一段关于城主秘史的全息投影。该体验使游客平均停留时间从 1.5 小时延长至 3 小时，二次访问率提升 40%。</w:t>
      </w:r>
    </w:p>
    <w:p>
      <w:pPr>
        <w:pStyle w:val="Heading2"/>
      </w:pPr>
      <w:r>
        <w:t>8.4 游客共创：当游客成为"叙事者"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游客共创是沉浸式叙事的最高境界——游客不仅是叙事的消费者，也是叙事的参与者甚至创造者。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实现方式包括：</w:t>
      </w:r>
    </w:p>
    <w:p>
      <w:pPr>
        <w:pStyle w:val="ListBullet"/>
      </w:pPr>
      <w:r>
        <w:t>NPC 向游客提问并记忆回答，这些回答成为后续对话的素材</w:t>
      </w:r>
    </w:p>
    <w:p>
      <w:pPr>
        <w:pStyle w:val="ListBullet"/>
      </w:pPr>
      <w:r>
        <w:t>游客在景区中留下的"数字足迹"（拍照、留言、选择）被 NPC 引用</w:t>
      </w:r>
    </w:p>
    <w:p>
      <w:pPr>
        <w:pStyle w:val="ListBullet"/>
      </w:pPr>
      <w:r>
        <w:t>多位游客的互动在 NPC 的叙事中"交织"——"刚才那位先生说他在这个院子里找到了童年的感觉，你呢？"</w:t>
      </w:r>
    </w:p>
    <w:p>
      <w:pPr>
        <w:pStyle w:val="ListBullet"/>
      </w:pPr>
      <w:r>
        <w:t>游客可以通过 NPC 留下自己的故事，成为景区"数字记忆"的一部分</w:t>
      </w:r>
    </w:p>
    <w:p>
      <w:pPr>
        <w:pStyle w:val="Heading2"/>
      </w:pPr>
      <w:r>
        <w:t>8.5 叙事伦理：历史不容戏说？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沉浸式叙事不可避免地面临伦理拷问：为了趣味性可以牺牲历史准确性吗？NPC 是否可以"演绎"历史人物的内心独白？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本书建议遵循以下叙事伦理准则：</w:t>
      </w:r>
    </w:p>
    <w:p>
      <w:pPr>
        <w:pStyle w:val="ListBullet"/>
      </w:pPr>
      <w:r>
        <w:t>明示虚构：如果 NPC 的讲述包含艺术创作成分，应明确告知游客</w:t>
      </w:r>
    </w:p>
    <w:p>
      <w:pPr>
        <w:pStyle w:val="ListBullet"/>
      </w:pPr>
      <w:r>
        <w:t>尊重苦难：涉及战争、灾难、压迫等历史创伤时，避免娱乐化处理</w:t>
      </w:r>
    </w:p>
    <w:p>
      <w:pPr>
        <w:pStyle w:val="ListBullet"/>
      </w:pPr>
      <w:r>
        <w:t>多元视角：同一历史事件可以从不同角色的视角讲述，呈现历史的复杂性</w:t>
      </w:r>
    </w:p>
    <w:p>
      <w:pPr>
        <w:pStyle w:val="ListBullet"/>
      </w:pPr>
      <w:r>
        <w:t>不美化恶：NPC 扮演历史人物时，不应美化其历史污点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知识卡片：一个令人深思的发现：游客对"与 NPC 共同创造的故事"的记忆留存率（7 天后 62%）远高于"听导游讲的故事"（7 天后 28%）。这是因为共同创造激活了自传体记忆（Autobiographical Memory）——人们更清楚地记得自己参与过的事情。这一认知心理学原理是 NPC 沉浸式叙事的底层逻辑。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简答题：简述AI文旅NPC第8章涉及的核心概念及其相互关系。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8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[22] Doumanis I, Smith S. A framework for research in gamified mobile guide applications using ECAs[J]. IJSG, 2015, 2(3): 79.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[23] Alves P, et al. Modeling a mobile group recommender system with intelligent agents and gamification[C]. Springer, 2019.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[24] Madden N, Logan B. Collaborative narrative generation in persistent virtual environments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10.1007/s40558-023-00256-x.[C]. 2009.</w:t>
      </w:r>
    </w:p>
    <w:p>
      <w:r>
        <w:br w:type="page"/>
      </w:r>
    </w:p>
    <w:p>
      <w:pPr>
        <w:pStyle w:val="Heading1"/>
      </w:pPr>
      <w:r>
        <w:t>第 9 章  NPC 运营与持续进化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知识目标：学生能够掌握AI文旅NPC第9章的核心概念、理论框架与关键术语，理解其在数字文旅学科体系中的定位与作用。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9.1 NPC 不是"一次交付"的产品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传统景区数字化项目的典型模式是"招标→开发→验收→交付"，此后鲜有迭代。但 AI NPC 本质上是一个"活的系统"——它的知识需要更新、人格需要调优、交互需要优化。将 NPC 视为"一次交付的产品"是导致大量项目失败的根本原因。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NPC 运营的核心挑战包括：</w:t>
      </w:r>
    </w:p>
    <w:p>
      <w:pPr>
        <w:pStyle w:val="ListBullet"/>
      </w:pPr>
      <w:r>
        <w:t>知识过时：景区展览更新、新研究成果发布、季节性活动变化，NPC 的知识库需要同步更新</w:t>
      </w:r>
    </w:p>
    <w:p>
      <w:pPr>
        <w:pStyle w:val="ListBullet"/>
      </w:pPr>
      <w:r>
        <w:t>交互退化：随着 LLM 底层模型更新，NPC 的行为可能出现非预期的变化（"模型漂移"）</w:t>
      </w:r>
    </w:p>
    <w:p>
      <w:pPr>
        <w:pStyle w:val="ListBullet"/>
      </w:pPr>
      <w:r>
        <w:t>用户疲劳：如果 NPC 的对话模式一成不变，回头客会感到乏味</w:t>
      </w:r>
    </w:p>
    <w:p>
      <w:pPr>
        <w:pStyle w:val="ListBullet"/>
      </w:pPr>
      <w:r>
        <w:t>安全漏洞：新的"越狱"（Jailbreak）技术可能突破 NPC 的安全护栏</w:t>
      </w:r>
    </w:p>
    <w:p>
      <w:pPr>
        <w:pStyle w:val="Heading2"/>
      </w:pPr>
      <w:r>
        <w:t>9.2 内容更新策略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NPC 的内容更新遵循"三级火箭"模型：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实时更新（天级）：天气、人流、活动时间等动态信息。通过 API 接口自动同步，无需人工干预。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周期更新（周-月级）：季节性内容（春节特别对话、暑期亲子模式）、热点事件关联（本地新闻、文化活动）。需要运营人员策划和部署。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深度更新（季度-年级）：基于用户反馈的行为模式优化、新知识库建设、新角色上线。需要产品、技术、内容团队的协同。</w:t>
      </w:r>
    </w:p>
    <w:p>
      <w:pPr>
        <w:pStyle w:val="Heading2"/>
      </w:pPr>
      <w:r>
        <w:t>9.3 用户反馈闭环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NPC 运营的核心机制是"数据驱动 + 人工校准"的反馈闭环：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`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用户交互 → 日志采集 → 指标分析 → 问题发现 → 人工校准 → 效果验证 → 再次迭代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`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关键指标包括：</w:t>
      </w:r>
    </w:p>
    <w:p>
      <w:pPr>
        <w:pStyle w:val="ListBullet"/>
      </w:pPr>
      <w:r>
        <w:t>对话轮次：游客与 NPC 的平均对话轮次，反映交互深度</w:t>
      </w:r>
    </w:p>
    <w:p>
      <w:pPr>
        <w:pStyle w:val="ListBullet"/>
      </w:pPr>
      <w:r>
        <w:t>意图满足率：游客提问被有效回答的比例</w:t>
      </w:r>
    </w:p>
    <w:p>
      <w:pPr>
        <w:pStyle w:val="ListBullet"/>
      </w:pPr>
      <w:r>
        <w:t>角色一致性评分：通过第二个 LLM 对 NPC 回复的角色一致性进行自动评分</w:t>
      </w:r>
    </w:p>
    <w:p>
      <w:pPr>
        <w:pStyle w:val="ListBullet"/>
      </w:pPr>
      <w:r>
        <w:t>游客满意度：通过对话后的快捷评分（👍/👎）或表情选择采集</w:t>
      </w:r>
    </w:p>
    <w:p>
      <w:pPr>
        <w:pStyle w:val="ListBullet"/>
      </w:pPr>
      <w:r>
        <w:t>异常对话比例：触发安全拦截或角色漂移的对话比例</w:t>
      </w:r>
    </w:p>
    <w:p>
      <w:pPr>
        <w:pStyle w:val="Heading2"/>
      </w:pPr>
      <w:r>
        <w:t>9.4 A/B 测试与角色优化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NPC 的"人格"不是一成不变的。通过 A/B 测试可以科学地比较不同人格参数、不同开场白、不同叙事风格的效果差异。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A/B 测试的应用场景：</w:t>
      </w:r>
    </w:p>
    <w:p>
      <w:pPr>
        <w:pStyle w:val="ListBullet"/>
      </w:pPr>
      <w:r>
        <w:t>开场白测试：严肃开场（"欢迎来到 X 博物馆，我是您的导览员"）vs 悬念开场（"你知道吗，这座楼里藏着一个 300 年的秘密"）</w:t>
      </w:r>
    </w:p>
    <w:p>
      <w:pPr>
        <w:pStyle w:val="ListBullet"/>
      </w:pPr>
      <w:r>
        <w:t>称呼测试：正式称呼（"尊敬的游客"）vs 亲切称呼（"朋友"）</w:t>
      </w:r>
    </w:p>
    <w:p>
      <w:pPr>
        <w:pStyle w:val="ListBullet"/>
      </w:pPr>
      <w:r>
        <w:t>知识深度测试：浅层讲解（关键数据+趣闻）vs 深度讲解（学术背景+研究争议）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案例：某博物馆对其数字人导览员进行了为期 4 周的 A/B 测试，发现"悬念开场 + 亲切称呼 + 浅层讲解（但提供'想了解更多吗'的深度入口）"的组合使对话轮次提升 47%，满意度评分提升 23%。</w:t>
      </w:r>
    </w:p>
    <w:p>
      <w:pPr>
        <w:pStyle w:val="Heading2"/>
      </w:pPr>
      <w:r>
        <w:t>9.5 安全风控与内容治理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AI NPC 作为面向公众的服务，安全风控是不可逾越的底线。主要风险包括：</w:t>
      </w:r>
    </w:p>
    <w:p>
      <w:pPr>
        <w:pStyle w:val="ListBullet"/>
      </w:pPr>
      <w:r>
        <w:t>有害内容生成：NPC 被诱导生成暴力、色情、歧视等不当内容</w:t>
      </w:r>
    </w:p>
    <w:p>
      <w:pPr>
        <w:pStyle w:val="ListBullet"/>
      </w:pPr>
      <w:r>
        <w:t>政治敏感话题：NPC 在涉及历史、民族、领土等话题时的不当表述</w:t>
      </w:r>
    </w:p>
    <w:p>
      <w:pPr>
        <w:pStyle w:val="ListBullet"/>
      </w:pPr>
      <w:r>
        <w:t>知识产权侵权：NPC 生成的诗词、故事是否侵犯第三方版权？</w:t>
      </w:r>
    </w:p>
    <w:p>
      <w:pPr>
        <w:pStyle w:val="ListBullet"/>
      </w:pPr>
      <w:r>
        <w:t>隐私泄露：NPC 在多轮对话中可能被诱导透露其他游客的对话记录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应对策略：</w:t>
      </w:r>
    </w:p>
    <w:p>
      <w:pPr>
        <w:pStyle w:val="ListBullet"/>
      </w:pPr>
      <w:r>
        <w:t>多层安全护栏：输入过滤（检测恶意提示词）+ 生成过滤（检测不当输出）+ 人工审核（高风险话题）</w:t>
      </w:r>
    </w:p>
    <w:p>
      <w:pPr>
        <w:pStyle w:val="ListBullet"/>
      </w:pPr>
      <w:r>
        <w:t>角色约束：通过系统提示词明确 NPC 的"禁区"，如"你只了解景区相关话题，对政治、宗教等话题不予置评"</w:t>
      </w:r>
    </w:p>
    <w:p>
      <w:pPr>
        <w:pStyle w:val="ListBullet"/>
      </w:pPr>
      <w:r>
        <w:t>人机协同：敏感场景保留人工接管机制，由真人客服介入处理</w:t>
      </w:r>
    </w:p>
    <w:p>
      <w:pPr>
        <w:pStyle w:val="Heading2"/>
      </w:pPr>
      <w:r>
        <w:t>9.6 从运维到进化：NPC 的"终身学习"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理想状态下，NPC 应该在与游客的交互中不断"成长"：</w:t>
      </w:r>
    </w:p>
    <w:p>
      <w:pPr>
        <w:pStyle w:val="ListBullet"/>
      </w:pPr>
      <w:r>
        <w:t>学习游客的常见问题，优化回答质量</w:t>
      </w:r>
    </w:p>
    <w:p>
      <w:pPr>
        <w:pStyle w:val="ListBullet"/>
      </w:pPr>
      <w:r>
        <w:t>积累"好的回答"和"不好的回答"，通过 RLHF（基于人类反馈的强化学习）持续微调</w:t>
      </w:r>
    </w:p>
    <w:p>
      <w:pPr>
        <w:pStyle w:val="ListBullet"/>
      </w:pPr>
      <w:r>
        <w:t>适应不同季节、不同人群的行为模式</w:t>
      </w:r>
    </w:p>
    <w:p>
      <w:pPr>
        <w:pStyle w:val="ListBullet"/>
      </w:pPr>
      <w:r>
        <w:t>在保持核心人格的前提下，不断丰富"人生阅历"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这种"终身学习"机制是文旅 NPC 从"工具"进化为"角色"、从"项目"进化为"资产"的关键路径。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知识卡片：运营一个 NPC 的成本，可能比开发一个 NPC 更高。行业数据显示，一个中型景区的 AI NPC 年运营成本（含知识库维护、安全审核、效果优化、技术支持）约为初期开发成本的 1.5-2 倍。在项目立项阶段就应将运营成本纳入预算，避免"建得起、养不起"的困境。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简答题：简述AI文旅NPC第9章涉及的核心概念及其相互关系。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9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[25] Park J, et al. Generative Agents: interactive simulacra of human behavior[C]. UIST, 2023.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[26] 玩转NPC，沉浸式旅游带来新体验[J]. 2025.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[27] Tussyadiah I P. Automation in tourism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Annals of Tourism Research, 2020, 83: 102883.</w:t>
      </w:r>
    </w:p>
    <w:p>
      <w:r>
        <w:br w:type="page"/>
      </w:r>
    </w:p>
    <w:p>
      <w:pPr>
        <w:pStyle w:val="Heading1"/>
      </w:pPr>
      <w:r>
        <w:t>第 10 章  景区与博物馆 NPC 实战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知识目标：学生能够掌握AI文旅NPC第10章的核心概念、理论框架与关键术语，理解其在数字文旅学科体系中的定位与作用。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10.1 智慧导览 NPC：从"电子导游"到"私人策展人"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智慧导览是文旅 NPC 最经典的应用场景。传统电子导览器的痛点——内容固定、缺乏互动、语言冰冷——正是 AI NPC 的突破口。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一个合格的智慧导览 NPC 应具备以下能力：</w:t>
      </w:r>
    </w:p>
    <w:p>
      <w:pPr>
        <w:pStyle w:val="ListBullet"/>
      </w:pPr>
      <w:r>
        <w:t>路线智能规划：根据游客的体力、兴趣、时间约束推荐最优路线</w:t>
      </w:r>
    </w:p>
    <w:p>
      <w:pPr>
        <w:pStyle w:val="ListBullet"/>
      </w:pPr>
      <w:r>
        <w:t>知识深度分层：针对普通游客、文史爱好者、专业学者提供不同深度的讲解</w:t>
      </w:r>
    </w:p>
    <w:p>
      <w:pPr>
        <w:pStyle w:val="ListBullet"/>
      </w:pPr>
      <w:r>
        <w:t>"驻足感知"：当游客在某件展品前停留超过阈值时间，NPC 主动提供更详细的讲解</w:t>
      </w:r>
    </w:p>
    <w:p>
      <w:pPr>
        <w:pStyle w:val="ListBullet"/>
      </w:pPr>
      <w:r>
        <w:t>跨展品叙事：不孤立讲解每件展品，而是将它们串联成一条故事线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案例：故宫博物院的"数字故宫"项目，通过手机端小程序提供 AI 导览服务。系统整合了故宫 186 万件文物的元数据和研究成果，基于 RAG 技术为每件文物生成多层次的讲解内容。2024 年的升级版本加入了"角色选择"功能——游客可以选择"宫廷画师""历史学者""故宫猫"等不同人格的导览 NPC。</w:t>
      </w:r>
    </w:p>
    <w:p>
      <w:pPr>
        <w:pStyle w:val="Heading2"/>
      </w:pPr>
      <w:r>
        <w:t>10.2 历史人物复活：当"古人"开始说话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历史人物型 NPC 是最具文化吸引力的 NPC 类型，但也是技术挑战最大的。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设计原则：</w:t>
      </w:r>
    </w:p>
    <w:p>
      <w:pPr>
        <w:pStyle w:val="ListBullet"/>
      </w:pPr>
      <w:r>
        <w:t>以史料为本：NPC 的每一句关于历史事实的陈述都应可追溯到文献来源</w:t>
      </w:r>
    </w:p>
    <w:p>
      <w:pPr>
        <w:pStyle w:val="ListBullet"/>
      </w:pPr>
      <w:r>
        <w:t>区分"历史事实"与"艺术演绎"：当 NPC 表达观点或情感时，应让游客明确这是"角色塑造"而非"历史定论"</w:t>
      </w:r>
    </w:p>
    <w:p>
      <w:pPr>
        <w:pStyle w:val="ListBullet"/>
      </w:pPr>
      <w:r>
        <w:t>时代语境迁移：NPC 用现代汉语还是古汉语？纯古文会让大部分游客困惑，纯白话文又失去历史感。折中方案是"文白夹杂"——使用古典句式但保留现代游客的可理解性</w:t>
      </w:r>
    </w:p>
    <w:p>
      <w:pPr>
        <w:pStyle w:val="ListBullet"/>
      </w:pPr>
      <w:r>
        <w:t>处理历史争议：对存在学术争议的历史事件，NPC 应呈现多元观点而非武断结论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技术实现路径：</w:t>
      </w:r>
    </w:p>
    <w:p>
      <w:pPr>
        <w:pStyle w:val="ListBullet"/>
      </w:pPr>
      <w:r>
        <w:t>建立历史人物的专属知识图谱（生平、著作、时代背景、人际关系）</w:t>
      </w:r>
    </w:p>
    <w:p>
      <w:pPr>
        <w:pStyle w:val="ListBullet"/>
      </w:pPr>
      <w:r>
        <w:t>基于该人物的存世文本（诗词、书信、奏折）训练语言风格模型</w:t>
      </w:r>
    </w:p>
    <w:p>
      <w:pPr>
        <w:pStyle w:val="ListBullet"/>
      </w:pPr>
      <w:r>
        <w:t>通过 RAG 确保回答的事实锚定</w:t>
      </w:r>
    </w:p>
    <w:p>
      <w:pPr>
        <w:pStyle w:val="ListBullet"/>
      </w:pPr>
      <w:r>
        <w:t>设计"时代盲区"——NPC 不知道其去世后发生的事情，除非设计为"全知视角"</w:t>
      </w:r>
    </w:p>
    <w:p>
      <w:pPr>
        <w:pStyle w:val="Heading2"/>
      </w:pPr>
      <w:r>
        <w:t>10.3 文物解说 Agent：让沉默的文物"开口"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每件文物背后都有一个故事，但传统展签只能提供寥寥数十字。AI NPC 让文物"自己讲故事"成为可能。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实现方式：</w:t>
      </w:r>
    </w:p>
    <w:p>
      <w:pPr>
        <w:pStyle w:val="ListBullet"/>
      </w:pPr>
      <w:r>
        <w:t>多模态感知：游客用手机对准文物拍照，系统通过图像识别确定文物身份</w:t>
      </w:r>
    </w:p>
    <w:p>
      <w:pPr>
        <w:pStyle w:val="ListBullet"/>
      </w:pPr>
      <w:r>
        <w:t>个性化叙事：根据游客的年龄、兴趣调整叙事角度——对孩子讲"有趣的事"，对学者讲"学术争议"</w:t>
      </w:r>
    </w:p>
    <w:p>
      <w:pPr>
        <w:pStyle w:val="ListBullet"/>
      </w:pPr>
      <w:r>
        <w:t>关联推荐：讲解完一件文物后，推荐"与它有关联的另一件文物在二楼展厅"</w:t>
      </w:r>
    </w:p>
    <w:p>
      <w:pPr>
        <w:pStyle w:val="ListBullet"/>
      </w:pPr>
      <w:r>
        <w:t>互动问答：游客可以追问"这件文物的材质是什么？""它是什么时候出土的？"</w:t>
      </w:r>
    </w:p>
    <w:p>
      <w:pPr>
        <w:pStyle w:val="Heading2"/>
      </w:pPr>
      <w:r>
        <w:t>10.4 夜游沉浸式角色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夜游经济是近年来文旅行业的热点，而 AI NPC 为夜游注入了全新的互动维度。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应用场景包括：</w:t>
      </w:r>
    </w:p>
    <w:p>
      <w:pPr>
        <w:pStyle w:val="ListBullet"/>
      </w:pPr>
      <w:r>
        <w:t>光影 NPC：在全息投影或灯光装置中出现的虚拟角色，与游客实时对话</w:t>
      </w:r>
    </w:p>
    <w:p>
      <w:pPr>
        <w:pStyle w:val="ListBullet"/>
      </w:pPr>
      <w:r>
        <w:t>"跟随式"NPC：AR 角色"跟随"游客完成整个夜游旅程，提供持续的叙事陪伴</w:t>
      </w:r>
    </w:p>
    <w:p>
      <w:pPr>
        <w:pStyle w:val="ListBullet"/>
      </w:pPr>
      <w:r>
        <w:t>多角色互动：不同区域的 NPC 相互呼应，游客在不同区域体验不同的角色互动</w:t>
      </w:r>
    </w:p>
    <w:p>
      <w:pPr>
        <w:pStyle w:val="ListBullet"/>
      </w:pPr>
      <w:r>
        <w:t>剧情驱动：NPC 引导游客完成一个"任务"或"谜题"，将夜游转化为沉浸式游戏体验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案例：某古镇推出"穿越之夜"夜游项目，游客通过手机 AR 在古镇的不同点位与 6 个 AI NPC（清代商人、民国学生、抗战老兵等）互动，每个 NPC 贡献一段故事碎片，最终拼凑出古镇的百年变迁史。项目上线后，夜游门票收入增长 120%，游客好评率 94%。</w:t>
      </w:r>
    </w:p>
    <w:p>
      <w:pPr>
        <w:pStyle w:val="Heading2"/>
      </w:pPr>
      <w:r>
        <w:t>10.5 博物馆教育的 AI 赋能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面向中小学生的博物馆研学旅行是 AI NPC 的另一个重要应用场景。教育型 NPC 需要特别设计：</w:t>
      </w:r>
    </w:p>
    <w:p>
      <w:pPr>
        <w:pStyle w:val="ListBullet"/>
      </w:pPr>
      <w:r>
        <w:t>适龄语言：根据学段调整语言难度和知识深度</w:t>
      </w:r>
    </w:p>
    <w:p>
      <w:pPr>
        <w:pStyle w:val="ListBullet"/>
      </w:pPr>
      <w:r>
        <w:t>互动式学习：不是单向灌输，而是通过提问引导思考</w:t>
      </w:r>
    </w:p>
    <w:p>
      <w:pPr>
        <w:pStyle w:val="ListBullet"/>
      </w:pPr>
      <w:r>
        <w:t>知识点检测：在互动中自然嵌入知识检验，但不做成"考试"的压迫感</w:t>
      </w:r>
    </w:p>
    <w:p>
      <w:pPr>
        <w:pStyle w:val="ListBullet"/>
      </w:pPr>
      <w:r>
        <w:t>激励反馈：对学生的正确回答给予鼓励，错误回答给予温和纠正和提示</w:t>
      </w:r>
    </w:p>
    <w:p>
      <w:pPr>
        <w:pStyle w:val="ListBullet"/>
      </w:pPr>
      <w:r>
        <w:t>教师协同：为随团教师提供后台面板，实时了解学生的互动情况和学习进度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知识卡片：研究表明，博物馆游客在单件展品前的平均停留时间仅 15-30 秒。但引入 AI NPC 互动后，停留时间可延长至 3-5 分钟。这不仅是"让游客多待一会儿"，更意味着游客从"浏览"模式切换到了"学习"模式。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简答题：简述AI文旅NPC第10章涉及的核心概念及其相互关系。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10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[28] Helmy M, et al. Navigating with intelligent tourist guide using generative AI[C]. ITC-Egypt,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[29] S S, Usha J. Development of a virtual toy to guide travel tour to heritage site[C]. 2021.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[30] Kerle-Malcharek W, et al. RAG-based avatars for virtual archaeology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arXiv:2603.23353, 2026.</w:t>
      </w:r>
    </w:p>
    <w:p>
      <w:r>
        <w:br w:type="page"/>
      </w:r>
    </w:p>
    <w:p>
      <w:pPr>
        <w:pStyle w:val="Heading1"/>
      </w:pPr>
      <w:r>
        <w:t>第 11 章  酒店、餐饮与零售 NPC 应用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知识目标：学生能够掌握AI文旅NPC第11章的核心概念、理论框架与关键术语，理解其在数字文旅学科体系中的定位与作用。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11.1 AI 前台与管家：24 小时不打烊的温度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酒店业是 AI NPC 应用的另一片沃土。传统的酒店前台受限于人力和排班，而 AI NPC 可以提供全天候服务。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应用形态：</w:t>
      </w:r>
    </w:p>
    <w:p>
      <w:pPr>
        <w:pStyle w:val="ListBullet"/>
      </w:pPr>
      <w:r>
        <w:t>大堂虚拟前台：通过大屏或机器人形态出现，处理入住/退房、行李寄存、周边咨询</w:t>
      </w:r>
    </w:p>
    <w:p>
      <w:pPr>
        <w:pStyle w:val="ListBullet"/>
      </w:pPr>
      <w:r>
        <w:t>客房 AI 管家：通过电视、智能音箱或手机 APP 存在，控制房间设备、订餐、叫醒服务</w:t>
      </w:r>
    </w:p>
    <w:p>
      <w:pPr>
        <w:pStyle w:val="ListBullet"/>
      </w:pPr>
      <w:r>
        <w:t>礼宾 NPC：推荐当地美食、景点、交通方式，并能根据客人的出行目的（商务/度假/亲子）个性化推荐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与景区 NPC 不同的是，酒店 NPC 更强调"服务效率"和"隐私保护"——客人可能不愿意让一个 AI 知道太多自己的行程细节。因此，酒店 NPC 应采用"最小必要信息"原则。</w:t>
      </w:r>
    </w:p>
    <w:p>
      <w:pPr>
        <w:pStyle w:val="Heading2"/>
      </w:pPr>
      <w:r>
        <w:t>11.2 餐饮推荐 NPC：从菜单到美食故事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餐饮场景中的 AI NPC 可以超越"点餐工具"的定位，成为"美食文化大使"。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功能层次：</w:t>
      </w:r>
    </w:p>
    <w:p>
      <w:pPr>
        <w:pStyle w:val="ListBullet"/>
      </w:pPr>
      <w:r>
        <w:t>基础层：推荐菜品、说明食材、提示过敏原</w:t>
      </w:r>
    </w:p>
    <w:p>
      <w:pPr>
        <w:pStyle w:val="ListBullet"/>
      </w:pPr>
      <w:r>
        <w:t>故事层：讲述菜品背后的文化故事和历史渊源</w:t>
      </w:r>
    </w:p>
    <w:p>
      <w:pPr>
        <w:pStyle w:val="ListBullet"/>
      </w:pPr>
      <w:r>
        <w:t>个性化层：记住客人的口味偏好（不吃香菜、偏好辣度中等），在下次光临时主动应用</w:t>
      </w:r>
    </w:p>
    <w:p>
      <w:pPr>
        <w:pStyle w:val="ListBullet"/>
      </w:pPr>
      <w:r>
        <w:t>文化层：向外地/外国游客解释当地饮食文化（如"为什么贵州人爱吃酸"）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案例：安顺某餐厅推出了 AI NPC"屯堡阿婆"，以屯堡老年女性的形象出现，用屯堡方言向食客介绍菜品背后的屯堡饮食文化。"阿婆"会讲述每道菜与屯堡军屯历史的关联——"这道辣子鸡，是当年屯军将士用本地辣椒改良川味的结果"。这一设计使餐厅客单价提升 18%，社交媒体自发传播量增长 3 倍。</w:t>
      </w:r>
    </w:p>
    <w:p>
      <w:pPr>
        <w:pStyle w:val="Heading2"/>
      </w:pPr>
      <w:r>
        <w:t>11.3 购物导购 Agent：文旅伴手礼的智能推荐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旅游购物是旅游体验的重要组成部分，但传统的购物体验往往缺乏文化深度。AI 导购 NPC 可以改变这一局面。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核心功能：</w:t>
      </w:r>
    </w:p>
    <w:p>
      <w:pPr>
        <w:pStyle w:val="ListBullet"/>
      </w:pPr>
      <w:r>
        <w:t>文化解读：解释伴手礼的文化意义和工艺价值（"这把蜡染扇子的图案是苗族蝴蝶妈妈传说"）</w:t>
      </w:r>
    </w:p>
    <w:p>
      <w:pPr>
        <w:pStyle w:val="ListBullet"/>
      </w:pPr>
      <w:r>
        <w:t>品质鉴定：帮助游客理解不同价位产品的差异（"这件是手工刺绣，那件是机绣"）</w:t>
      </w:r>
    </w:p>
    <w:p>
      <w:pPr>
        <w:pStyle w:val="ListBullet"/>
      </w:pPr>
      <w:r>
        <w:t>搭配推荐：根据游客已购买的商品推荐搭配（"你买了苗银耳环，要不要看看同系列的项链？"）</w:t>
      </w:r>
    </w:p>
    <w:p>
      <w:pPr>
        <w:pStyle w:val="ListBullet"/>
      </w:pPr>
      <w:r>
        <w:t>送礼参谋：根据游客描述的送礼对象推荐合适礼品</w:t>
      </w:r>
    </w:p>
    <w:p>
      <w:pPr>
        <w:pStyle w:val="ListBullet"/>
      </w:pPr>
      <w:r>
        <w:t>物流协助：大件商品提供邮寄服务，NPC 引导完成下单</w:t>
      </w:r>
    </w:p>
    <w:p>
      <w:pPr>
        <w:pStyle w:val="Heading2"/>
      </w:pPr>
      <w:r>
        <w:t>11.4 会员专属 NPC：从"千人一面"到"一人一NPC"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高端酒店和度假村的会员体系正在探索"专属 NPC"概念——为高级会员分配一个"私人 AI 管家"，该 NPC 随会员的多次入住不断积累对其偏好的理解。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技术架构：</w:t>
      </w:r>
    </w:p>
    <w:p>
      <w:pPr>
        <w:pStyle w:val="ListBullet"/>
      </w:pPr>
      <w:r>
        <w:t>会员画像系统：记录偏好（枕头类型、早餐选择、健身习惯）</w:t>
      </w:r>
    </w:p>
    <w:p>
      <w:pPr>
        <w:pStyle w:val="ListBullet"/>
      </w:pPr>
      <w:r>
        <w:t>长期记忆模块：跨入住跨酒店的记忆连续性</w:t>
      </w:r>
    </w:p>
    <w:p>
      <w:pPr>
        <w:pStyle w:val="ListBullet"/>
      </w:pPr>
      <w:r>
        <w:t>渐进式信任：NPC 与会员的关系从"礼貌疏离"逐渐过渡到"默契熟稔"</w:t>
      </w:r>
    </w:p>
    <w:p>
      <w:pPr>
        <w:pStyle w:val="ListBullet"/>
      </w:pPr>
      <w:r>
        <w:t>隐私护栏：会员可随时查看、修改或删除 NPC 记忆的个人偏好数据</w:t>
      </w:r>
    </w:p>
    <w:p>
      <w:pPr>
        <w:pStyle w:val="Heading2"/>
      </w:pPr>
      <w:r>
        <w:t>11.5 跨场景一致性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一个理想化的未来图景是：游客在出发前通过目的地营销 NPC（品牌大使型）了解景区 → 到达后由导览 NPC（导游型）带领游览 → 在餐厅与餐饮 NPC（美食大使型）互动 → 入住酒店由管家 NPC 提供服务 → 整个旅程的数据和偏好被一个统一的"游客画像"串联。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这要求不同场景的 NPC 之间实现一定程度的数据互通和人格协同——这一目标在技术上可行，但在商业实践中面临数据孤岛、品牌竞争、隐私法规等多重障碍，是未来 5-10 年的演进方向。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知识卡片：酒店业对 AI NPC 的接受度正在快速提升。2024 年 Hospitality Technology 的调查显示，全球 38% 的中高端酒店已部署或正在规划 AI 客服/NPC 系统，其中亚洲市场的部署速度最快（年增长率 67%）。但客人满意度调查同时显示，"AI 过度替代人工"是客人最担心的负面体验——酒店 NPC 设计应遵循"AI 做效率，人做温度"的原则。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简答题：简述AI文旅NPC第11章涉及的核心概念及其相互关系。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11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[31] 韩瑜. "AI+文旅"引领智慧旅游新体验[J].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[32] 王伟杰. "数字人"打开文旅融合新天地[J]. 2024.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[33] 虚拟数字人 文旅场景显身手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2024.</w:t>
      </w:r>
    </w:p>
    <w:p>
      <w:r>
        <w:br w:type="page"/>
      </w:r>
    </w:p>
    <w:p>
      <w:pPr>
        <w:pStyle w:val="Heading1"/>
      </w:pPr>
      <w:r>
        <w:t>第 12 章  目的地营销与 IP 化运营</w:t>
      </w:r>
    </w:p>
    <w:p>
      <w:pPr>
        <w:pStyle w:val="Heading2"/>
      </w:pPr>
      <w:r>
        <w:t>学习目标</w:t>
      </w:r>
    </w:p>
    <w:p>
      <w:pPr>
        <w:pStyle w:val="ListBullet"/>
      </w:pPr>
      <w:r>
        <w:t>知识目标：学生能够掌握AI文旅NPC第12章的核心概念、理论框架与关键术语，理解其在数字文旅学科体系中的定位与作用。</w:t>
      </w:r>
    </w:p>
    <w:p>
      <w:pPr>
        <w:pStyle w:val="ListBullet"/>
      </w:pPr>
      <w:r>
        <w:t>能力目标：学生能够运用AI文旅NPC的理论工具分析数字文旅实践中的具体问题，具备方案设计与评估能力。</w:t>
      </w:r>
    </w:p>
    <w:p>
      <w:pPr>
        <w:pStyle w:val="ListBullet"/>
      </w:pPr>
      <w:r>
        <w:t>素养目标：学生能够建立数字化转型的系统思维，理解技术创新与人文关怀的平衡，形成将理论知识应用于文旅产业实践的使命感。</w:t>
      </w:r>
    </w:p>
    <w:p>
      <w:pPr>
        <w:pStyle w:val="Heading2"/>
      </w:pPr>
      <w:r>
        <w:t>导入案例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在西江千户苗寨的数字文旅体验项目中，AI驱动的虚拟苗寨NPC（非玩家角色）能够与游客进行实时对话，讲述苗族迁徙历史、解释苗族服饰文化符号、带领游客完成互动游戏，创造了沉浸式的文化体验。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引导性问题：</w:t>
      </w:r>
    </w:p>
    <w:p>
      <w:pPr>
        <w:pStyle w:val="ListBullet"/>
      </w:pPr>
      <w:r>
        <w:t>该案例体现了AI文旅NPC领域的哪些核心问题？</w:t>
      </w:r>
    </w:p>
    <w:p>
      <w:pPr>
        <w:pStyle w:val="ListBullet"/>
      </w:pPr>
      <w:r>
        <w:t>数字技术在案例中扮演了什么角色？</w:t>
      </w:r>
    </w:p>
    <w:p>
      <w:pPr>
        <w:pStyle w:val="ListBullet"/>
      </w:pPr>
      <w:r>
        <w:t>从该案例中可以提炼出哪些可推广的经验？</w:t>
      </w:r>
    </w:p>
    <w:p>
      <w:pPr>
        <w:pStyle w:val="Heading2"/>
      </w:pPr>
      <w:r>
        <w:t>12.1 虚拟代言人：目的地品牌的"数字人格"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在注意力经济时代，目的地需要独特且具有辨识度的品牌形象。AI 虚拟代言人正在成为目的地营销的新选择。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与传统明星代言相比，AI 虚拟代言人的优势：</w:t>
      </w:r>
    </w:p>
    <w:p>
      <w:pPr>
        <w:pStyle w:val="ListBullet"/>
      </w:pPr>
      <w:r>
        <w:t>零负面风险：不会出现人设崩塌、丑闻、合约纠纷</w:t>
      </w:r>
    </w:p>
    <w:p>
      <w:pPr>
        <w:pStyle w:val="ListBullet"/>
      </w:pPr>
      <w:r>
        <w:t>全天候在线：可以同时出现在直播、短视频、社交互动等多个渠道</w:t>
      </w:r>
    </w:p>
    <w:p>
      <w:pPr>
        <w:pStyle w:val="ListBullet"/>
      </w:pPr>
      <w:r>
        <w:t>深度定制：形象、性格、知识完全服务于目的地品牌定位</w:t>
      </w:r>
    </w:p>
    <w:p>
      <w:pPr>
        <w:pStyle w:val="ListBullet"/>
      </w:pPr>
      <w:r>
        <w:t>成本可控：虽然初期开发投入较高，但长期使用成本远低于明星代言</w:t>
      </w:r>
    </w:p>
    <w:p>
      <w:pPr>
        <w:pStyle w:val="ListBullet"/>
      </w:pPr>
      <w:r>
        <w:t>互动可能：不只是"代言"，还能与潜在游客实时对话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案例：呼伦贝尔市于 2024 年推出的 AI 数字人"呼伦"和"贝儿"，以蒙元文化为灵感，通过短视频平台发布草原风光、民俗文化等内容，累计播放量超 2 亿次。更重要的是，游客可以通过小程序与"呼伦""贝儿"实时对话，咨询旅游攻略，这种"可对话的代言人"体验远超传统的海报或 TVC。</w:t>
      </w:r>
    </w:p>
    <w:p>
      <w:pPr>
        <w:pStyle w:val="Heading2"/>
      </w:pPr>
      <w:r>
        <w:t>12.2 城市 AI 导游：从"景点集锦"到"城市叙事"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中国许多旅游城市面临"碎片化"困境——景点各自为战，缺乏统一的城市叙事主线。城市级 AI 导游 NPC 可以成为串联城市文旅资源的"叙事主线"。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功能架构：</w:t>
      </w:r>
    </w:p>
    <w:p>
      <w:pPr>
        <w:pStyle w:val="ListBullet"/>
      </w:pPr>
      <w:r>
        <w:t>城市知识图谱：整合全市景点、餐饮、住宿、交通、文化活动数据</w:t>
      </w:r>
    </w:p>
    <w:p>
      <w:pPr>
        <w:pStyle w:val="ListBullet"/>
      </w:pPr>
      <w:r>
        <w:t>主题路线生成：根据游客兴趣（美食之旅、历史之旅、摄影之旅）自动生成个性化路线</w:t>
      </w:r>
    </w:p>
    <w:p>
      <w:pPr>
        <w:pStyle w:val="ListBullet"/>
      </w:pPr>
      <w:r>
        <w:t>跨景点叙事：在不同景点间建立故事关联——"你刚去过的明代城墙，和现在面前的清代府衙，其实有一段恩怨情仇"</w:t>
      </w:r>
    </w:p>
    <w:p>
      <w:pPr>
        <w:pStyle w:val="ListBullet"/>
      </w:pPr>
      <w:r>
        <w:t>实时信息整合：交通状况、排队时长、天气预报等实时数据融入路线建议</w:t>
      </w:r>
    </w:p>
    <w:p>
      <w:pPr>
        <w:pStyle w:val="Heading2"/>
      </w:pPr>
      <w:r>
        <w:t>12.3 NPC 社群运营：让 AI 角色成为"旅游 KOL"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AI NPC 不仅可以服务到访游客，还可以在社交媒体上运营"人格化账号"，成为目的地的常驻"旅游 KOL"。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运营策略：</w:t>
      </w:r>
    </w:p>
    <w:p>
      <w:pPr>
        <w:pStyle w:val="ListBullet"/>
      </w:pPr>
      <w:r>
        <w:t>内容矩阵：短视频（景点种草）、图文（攻略分享）、直播（实时互动）</w:t>
      </w:r>
    </w:p>
    <w:p>
      <w:pPr>
        <w:pStyle w:val="ListBullet"/>
      </w:pPr>
      <w:r>
        <w:t>人格化互动：回复粉丝评论时保持角色设定——"王勃"用诗词回复、"屯堡阿婆"用方言唠家常</w:t>
      </w:r>
    </w:p>
    <w:p>
      <w:pPr>
        <w:pStyle w:val="ListBullet"/>
      </w:pPr>
      <w:r>
        <w:t>私域沉淀：将粉丝从公域平台引导至景区自有小程序，建立直接触达渠道</w:t>
      </w:r>
    </w:p>
    <w:p>
      <w:pPr>
        <w:pStyle w:val="ListBullet"/>
      </w:pPr>
      <w:r>
        <w:t>UGC 激励：鼓励粉丝创作与 NPC 相关的内容（同人图、cosplay、二次创作），形成社群文化</w:t>
      </w:r>
    </w:p>
    <w:p>
      <w:pPr>
        <w:pStyle w:val="Heading2"/>
      </w:pPr>
      <w:r>
        <w:t>12.4 跨场景 IP 联动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当 AI NPC 的 IP 价值积累到一定程度，跨场景联动成为自然的商业延伸：</w:t>
      </w:r>
    </w:p>
    <w:p>
      <w:pPr>
        <w:pStyle w:val="ListBullet"/>
      </w:pPr>
      <w:r>
        <w:t>线上到线下：社交媒体上的 NPC 粉丝到景区"面基"自己的 AI 偶像</w:t>
      </w:r>
    </w:p>
    <w:p>
      <w:pPr>
        <w:pStyle w:val="ListBullet"/>
      </w:pPr>
      <w:r>
        <w:t>景区到衍生品：NPC 形象授权开发文创产品（盲盒、文具、联名服饰）</w:t>
      </w:r>
    </w:p>
    <w:p>
      <w:pPr>
        <w:pStyle w:val="ListBullet"/>
      </w:pPr>
      <w:r>
        <w:t>单一到多元：一个成功的 NPC IP 可以衍生出"家族"——兄弟姐妹、师徒、挚友</w:t>
      </w:r>
    </w:p>
    <w:p>
      <w:pPr>
        <w:pStyle w:val="ListBullet"/>
      </w:pPr>
      <w:r>
        <w:t>本域到异域：NPC 走出本景区，参与行业展会、文化交流、跨区域联动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案例：故宫的"故宫猫"IP 最初只是基于故宫流浪猫的拟人化形象，后逐步发展为包含文创产品、表情包、短视频、绘本、联名合作的完整 IP 生态。如果为"故宫猫"注入 AI NPC 能力——让它能"说话"、能"讲故事"、能"带路"——其商业和文化价值将实现质的飞跃。</w:t>
      </w:r>
    </w:p>
    <w:p>
      <w:pPr>
        <w:pStyle w:val="Heading2"/>
      </w:pPr>
      <w:r>
        <w:t>12.5 伦理边界与可持续发展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AI NPC 作为目的地营销工具，也面临伦理挑战：</w:t>
      </w:r>
    </w:p>
    <w:p>
      <w:pPr>
        <w:pStyle w:val="ListBullet"/>
      </w:pPr>
      <w:r>
        <w:t>真实性声明：必须明确告知受众"这是 AI"，不得以"真实人类"的身份进行营销活动</w:t>
      </w:r>
    </w:p>
    <w:p>
      <w:pPr>
        <w:pStyle w:val="ListBullet"/>
      </w:pPr>
      <w:r>
        <w:t>信息准确性：NPC 在营销内容中的推荐和描述必须真实，不得虚假宣传</w:t>
      </w:r>
    </w:p>
    <w:p>
      <w:pPr>
        <w:pStyle w:val="ListBullet"/>
      </w:pPr>
      <w:r>
        <w:t>数据合规：通过 NPC 采集的游客数据必须遵守《个人信息保护法》和《数据安全法》</w:t>
      </w:r>
    </w:p>
    <w:p>
      <w:pPr>
        <w:pStyle w:val="ListBullet"/>
      </w:pPr>
      <w:r>
        <w:t>未成年人保护：针对未成年人的 NPC 营销内容应符合《未成年人保护法》的规定</w:t>
      </w:r>
    </w:p>
    <w:p>
      <w:pPr>
        <w:pStyle w:val="ListBullet"/>
      </w:pPr>
      <w:r>
        <w:t>文化尊重：NPC 的形象和言行不得丑化、歪曲当地文化和民族传统</w:t>
      </w:r>
    </w:p>
    <w:p>
      <w:pPr>
        <w:pStyle w:val="Heading2"/>
      </w:pPr>
      <w:r>
        <w:t>12.6 未来展望：AI NPC 重塑文旅体验的十大趋势</w:t>
      </w:r>
    </w:p>
    <w:p>
      <w:pPr>
        <w:pStyle w:val="ListBullet"/>
      </w:pPr>
      <w:r>
        <w:t>超个性化：每位游客拥有专属的 NPC 体验路径</w:t>
      </w:r>
    </w:p>
    <w:p>
      <w:pPr>
        <w:pStyle w:val="ListBullet"/>
      </w:pPr>
      <w:r>
        <w:t>跨模态融合：语音、视觉、触觉、嗅觉的多感官 NPC 交互</w:t>
      </w:r>
    </w:p>
    <w:p>
      <w:pPr>
        <w:pStyle w:val="ListBullet"/>
      </w:pPr>
      <w:r>
        <w:t>情感深化：NPC 不仅能回答问题，还能建立真正的情感联结</w:t>
      </w:r>
    </w:p>
    <w:p>
      <w:pPr>
        <w:pStyle w:val="ListBullet"/>
      </w:pPr>
      <w:r>
        <w:t>群体智能：多个 NPC 协同工作，形成"景区社会"</w:t>
      </w:r>
    </w:p>
    <w:p>
      <w:pPr>
        <w:pStyle w:val="ListBullet"/>
      </w:pPr>
      <w:r>
        <w:t>终身陪伴：NPC 从"一次性体验"进化为"终身旅游伴侣"</w:t>
      </w:r>
    </w:p>
    <w:p>
      <w:pPr>
        <w:pStyle w:val="ListBullet"/>
      </w:pPr>
      <w:r>
        <w:t>创作者经济：UGC NPC 出现——游客可以创建和分享自己的 NPC</w:t>
      </w:r>
    </w:p>
    <w:p>
      <w:pPr>
        <w:pStyle w:val="ListBullet"/>
      </w:pPr>
      <w:r>
        <w:t>虚实共生：物理世界与数字世界的 NPC 无缝融合</w:t>
      </w:r>
    </w:p>
    <w:p>
      <w:pPr>
        <w:pStyle w:val="ListBullet"/>
      </w:pPr>
      <w:r>
        <w:t>文化外交：NPC 成为文化输出的新载体</w:t>
      </w:r>
    </w:p>
    <w:p>
      <w:pPr>
        <w:pStyle w:val="ListBullet"/>
      </w:pPr>
      <w:r>
        <w:t>无障碍旅游：NPC 为残障人士提供定制化的无障碍导览</w:t>
      </w:r>
    </w:p>
    <w:p>
      <w:pPr>
        <w:pStyle w:val="ListBullet"/>
      </w:pPr>
      <w:r>
        <w:t>可持续运营：从项目制到 SaaS 制，NPC 运营的商业模式成熟化</w:t>
      </w:r>
    </w:p>
    <w:p>
      <w:pPr>
        <w:ind w:left="567" w:right="567"/>
        <w:pBdr>
          <w:left w:val="single" w:sz="12" w:space="4" w:color="1C7293"/>
        </w:pBdr>
      </w:pPr>
      <w:r>
        <w:rPr>
          <w:rFonts w:ascii="楷体" w:hAnsi="楷体" w:eastAsia="楷体"/>
          <w:i/>
          <w:sz w:val="21"/>
        </w:rPr>
        <w:t>知识卡片：2025 年中国 AI 数字人市场规模已超过 300 亿元，其中文旅板块占比约 12%（约 36 亿元），年增长率超过 80%。预计到 2028 年，文旅 AI NPC 市场规模将突破 150 亿元。这一增长曲线提示我们：AI 文旅 NPC 不是未来时，而是现在进行时。先行者将获得显著的先发优势。</w:t>
      </w:r>
    </w:p>
    <w:p>
      <w:pPr>
        <w:pStyle w:val="Heading2"/>
      </w:pPr>
      <w:r>
        <w:t>思考题</w:t>
      </w:r>
    </w:p>
    <w:p>
      <w:pPr>
        <w:pStyle w:val="ListBullet"/>
      </w:pPr>
      <w:r>
        <w:t>简答题：简述AI文旅NPC第12章涉及的核心概念及其相互关系。</w:t>
      </w:r>
    </w:p>
    <w:p>
      <w:pPr>
        <w:pStyle w:val="ListBullet"/>
      </w:pPr>
      <w:r>
        <w:t>论述题：结合贵州文旅实践，分析AI文旅NPC在数字文旅发展中的作用和价值。</w:t>
      </w:r>
    </w:p>
    <w:p>
      <w:pPr>
        <w:pStyle w:val="ListBullet"/>
      </w:pPr>
      <w:r>
        <w:t>案例分析题：选择一个你熟悉的贵州文旅案例，运用本章理论框架进行分析，指出其成功经验和改进空间。</w:t>
      </w:r>
    </w:p>
    <w:p>
      <w:pPr>
        <w:pStyle w:val="ListBullet"/>
      </w:pPr>
      <w:r>
        <w:t>实践操作题：设计一个基于AI文旅NPC理念的数字文旅创新方案，包括目标定位、技术路径和实施步骤。</w:t>
      </w:r>
    </w:p>
    <w:p>
      <w:pPr>
        <w:pStyle w:val="Heading2"/>
      </w:pPr>
      <w:r>
        <w:t>本章小结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本章系统阐述了AI文旅NPC第12章的核心内容。首先梳理了相关基础概念和理论框架，明确了其在数字文旅学科体系中的定位；其次分析了关键技术路径和实践方法，结合贵州本土案例进行了具体说明；最后讨论了面临的挑战和未来发展方向。本章内容为后续章节的学习奠定了基础，也为学生深入理解数字文旅的AI文旅NPC维度提供了理论工具和实践参考。</w:t>
      </w:r>
    </w:p>
    <w:p>
      <w:pPr>
        <w:pStyle w:val="Heading2"/>
      </w:pPr>
      <w:r>
        <w:t>参考文献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[34] Park J, et al. Generative Agents[C]. UIST, 2023.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[35] Tussyadiah I P. Automation in tourism[J]. Annals of Tourism Research, 2020, 83: 102883.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[36] 沉浸式体验引领智慧旅游上"新"潮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[4] Buhalis D, Moldavska I. Voice assistants in hospitality: using artificial intelligence for customer service[J]. Journal of Hospitality and Tourism Technology, 2021, 13(3): 386-403. DOI: 10.1108/jhtt-03-2021-0104.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[5] Chang J Y S, Cheah J H, Lim X J, et al. One pie, many recipes: The role of artificial intelligence chatbots in influencing Malaysian solo traveler purchase intentions[J]. Tourism Management Perspectives, 2023, 48: 101191. DOI: 10.1016/j.tmp.2023.101191.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[6] Limna P, Kraiwanit T. The role of chatgpt on customer service in the hospitality industry: An exploratory study[J]. Tourism and Hospitality Management, 2023, 29(4): 9. DOI: 10.20867/thm.29.4.9.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[7] Ren R, Yao X, Cole S, et al. Whose Journey Matters? Investigating Identity Biases in Large Language Models (LLMs) for Travel Planning Assistance[J]. arXiv preprint arXiv:2410.17333, 2025. DOI: 10.48550/arXiv.2410.17333.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[8] Ukpabi D C, Karjaluoto H, Olaleye S A, et al. Dual Perspectives on the Role of Artificially Intelligent Robotic Virtual Agents in the Tourism, Travel and Hospitality Industries[M]//Robotics and Automation in the Hospitality Industry. 2018: 1-15.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[9] 基于知识库的文旅大模型研究与实践[J]. 计算机应用研究, 2025, 42(3): 1-10.</w:t>
      </w:r>
    </w:p>
    <w:p>
      <w:pPr>
        <w:spacing w:line="360" w:lineRule="auto"/>
        <w:ind w:firstLine="420"/>
      </w:pPr>
      <w:r>
        <w:rPr>
          <w:rFonts w:ascii="宋体" w:hAnsi="宋体" w:eastAsia="宋体"/>
          <w:sz w:val="24"/>
        </w:rPr>
        <w:t>[10] Baker J, Nam K, Dutt C. A user experience perspective on heritage tourism in the metaverse: Empirical evidence and design dilemmas for VR[J]. Information Technology &amp; Tourism, 2023, 25: 1-22. DOI: 10.1007/s40558-023-00256-x.[J]. 2025.</w:t>
      </w:r>
    </w:p>
    <w:p>
      <w:r>
        <w:br w:type="page"/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65A8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65A8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65A82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