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rFonts w:ascii="黑体" w:hAnsi="黑体" w:eastAsia="黑体"/>
          <w:b/>
          <w:sz w:val="72"/>
        </w:rPr>
        <w:t>AI 文旅 OPC 运营管理</w:t>
      </w:r>
    </w:p>
    <w:p/>
    <w:p>
      <w:pPr>
        <w:jc w:val="center"/>
      </w:pPr>
      <w:r>
        <w:rPr>
          <w:rFonts w:ascii="宋体" w:hAnsi="宋体" w:eastAsia="宋体"/>
          <w:sz w:val="36"/>
        </w:rPr>
        <w:t>数字文旅专业系列教材</w:t>
      </w:r>
    </w:p>
    <w:p/>
    <w:p/>
    <w:p/>
    <w:p>
      <w:pPr>
        <w:jc w:val="center"/>
      </w:pPr>
      <w:r>
        <w:rPr>
          <w:rFonts w:ascii="宋体" w:hAnsi="宋体" w:eastAsia="宋体"/>
          <w:sz w:val="28"/>
        </w:rPr>
        <w:t>安顺学院旅游管理学院</w:t>
      </w:r>
    </w:p>
    <w:p>
      <w:pPr>
        <w:jc w:val="center"/>
      </w:pPr>
      <w:r>
        <w:rPr>
          <w:rFonts w:ascii="宋体" w:hAnsi="宋体" w:eastAsia="宋体"/>
          <w:sz w:val="28"/>
        </w:rPr>
        <w:t>2026 年 7 月</w:t>
      </w:r>
    </w:p>
    <w:p>
      <w:r>
        <w:br w:type="page"/>
      </w:r>
    </w:p>
    <w:p>
      <w:r>
        <w:br w:type="page"/>
      </w:r>
    </w:p>
    <w:p/>
    <w:p/>
    <w:p/>
    <w:p/>
    <w:p>
      <w:pPr>
        <w:jc w:val="center"/>
      </w:pPr>
      <w:r>
        <w:rPr>
          <w:rFonts w:ascii="黑体" w:hAnsi="黑体" w:eastAsia="黑体"/>
          <w:b/>
          <w:color w:val="003366"/>
          <w:sz w:val="52"/>
        </w:rPr>
        <w:t>第一篇 概念与演进篇</w:t>
      </w:r>
    </w:p>
    <w:p>
      <w:r>
        <w:br w:type="page"/>
      </w:r>
    </w:p>
    <w:p>
      <w:pPr>
        <w:pStyle w:val="Heading2"/>
      </w:pPr>
      <w:r>
        <w:t>学习目标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知识目标：掌握 OPC（One-Person/Small-Team Company）的广义内涵与理论基础，理解"一人公司"从法律概念到商业模式的演变逻辑；系统把握文旅产业小微化的全球趋势、驱动因素与核心特征；明确 OPC 在文旅产业生态系统中的价值定位。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能力目标：能够运用 OPC 分析框架识别文旅行业中适合小微运营模式的业态类型；能对传统文旅企业向 OPC 转型的可行性做出初步判断；能结合区域文旅资源特点分析 OPC 创业机会。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素养目标：树立"小而美"的创业价值观，认同小微组织在文旅产业生态中的独特价值；理解"大众创业、万众创新"在文旅领域的时代意义，培养以在地文化为根基的文旅创业精神。</w:t>
      </w:r>
    </w:p>
    <w:p>
      <w:pPr>
        <w:pStyle w:val="Heading2"/>
      </w:pPr>
      <w:r>
        <w:t>导入案例</w:t>
      </w:r>
    </w:p>
    <w:p>
      <w:r>
        <w:rPr>
          <w:rFonts w:ascii="宋体" w:hAnsi="宋体" w:eastAsia="宋体"/>
          <w:sz w:val="24"/>
        </w:rPr>
        <w:t>从黄果树瀑布旁的一间民宿说起</w:t>
      </w:r>
    </w:p>
    <w:p>
      <w:r>
        <w:rPr>
          <w:rFonts w:ascii="宋体" w:hAnsi="宋体" w:eastAsia="宋体"/>
          <w:sz w:val="24"/>
        </w:rPr>
        <w:t>2018 年，安顺小伙陈志远辞去贵阳的 IT 工作，回到家乡黄果树镇，用积蓄将自家老宅改造为 8 间客房的民宿。他面临三个难题：一不懂酒店管理，二没有营销预算，三不会做内容。第一年，全年入住率不到 35%，差点关门。</w:t>
      </w:r>
    </w:p>
    <w:p>
      <w:r>
        <w:rPr>
          <w:rFonts w:ascii="宋体" w:hAnsi="宋体" w:eastAsia="宋体"/>
          <w:sz w:val="24"/>
        </w:rPr>
        <w:t>2020 年后，他做了一件事——把所有能交给 AI 工具的工作全部交出去：用 ChatGPT 写房源描述和游客攻略，用 AI 绘图工具生成民宿宣传图，在抖音和小红书上用 AI 剪辑工具批量产出短视频。他自己只做一件事：接待客人，讲好黄果树的故事。</w:t>
      </w:r>
    </w:p>
    <w:p>
      <w:r>
        <w:rPr>
          <w:rFonts w:ascii="宋体" w:hAnsi="宋体" w:eastAsia="宋体"/>
          <w:sz w:val="24"/>
        </w:rPr>
        <w:t>到 2024 年，陈志远一个人运营着 12 间客房，年入住率稳定在 82%，年营收突破 60 万元。他不开分店，不招员工，不融资。他的"公司"就是他自己——一部手机、一套 AI 工具、一个故事。</w:t>
      </w:r>
    </w:p>
    <w:p>
      <w:r>
        <w:rPr>
          <w:rFonts w:ascii="宋体" w:hAnsi="宋体" w:eastAsia="宋体"/>
          <w:sz w:val="24"/>
        </w:rPr>
        <w:t>思考：陈志远算不算"创业者"？他的民宿算不算"企业"？如果他一个人能管 12 间房，那"一人公司"的边界在哪里？AI 在其中扮演了什么角色？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1.1 OPC 的概念界定与广义内涵</w:t>
      </w:r>
    </w:p>
    <w:p>
      <w:pPr>
        <w:pStyle w:val="Heading3"/>
      </w:pPr>
      <w:r>
        <w:t>1.1.1 从法律概念到商业模式：一人公司的制度演变</w:t>
      </w:r>
    </w:p>
    <w:p>
      <w:r>
        <w:rPr>
          <w:rFonts w:ascii="宋体" w:hAnsi="宋体" w:eastAsia="宋体"/>
          <w:sz w:val="24"/>
        </w:rPr>
        <w:t>"一人公司"（One-Person Company, OPC）最初是一个严格的法律概念。2005 年修订的《中华人民共和国公司法》首次引入"一人有限责任公司"制度（第三节，第五十七条至第六十四条），允许一个自然人或一个法人单独出资设立有限责任公司。这一制度突破标志着中国公司法从"社团性"向"资合性"的重大转型——公司不再是"至少两个股东"的组合体，个体也可以成为独立的企业法人。</w:t>
      </w:r>
    </w:p>
    <w:p>
      <w:r>
        <w:rPr>
          <w:rFonts w:ascii="宋体" w:hAnsi="宋体" w:eastAsia="宋体"/>
          <w:sz w:val="24"/>
        </w:rPr>
        <w:t>法律意义上的一人公司有三个核心特征：股东唯一性（仅有一个出资人）、有限责任（股东以出资额为限承担债务）、法人独立性（公司财产与个人财产分离）。这一制度设计解决了个人创业者"无限连带责任"的恐惧，为个人经商提供了制度保障。然而，法律上的"一人公司"仅仅是商业世界中"小微运营主体"的冰山一角。</w:t>
      </w:r>
    </w:p>
    <w:p>
      <w:r>
        <w:rPr>
          <w:rFonts w:ascii="宋体" w:hAnsi="宋体" w:eastAsia="宋体"/>
          <w:sz w:val="24"/>
        </w:rPr>
        <w:t>事实上，全球范围内一人公司的立法实践早于中国。列支敦士登 1925 年率先承认一人公司，德国 1980 年修改《有限责任公司法》正式确认，法国 1985 年引入"一人有限责任企业"（EURL），日本 1990 年修改商法认可一人株式会社。各国的立法逻辑高度一致：降低创业门槛，激发市场活力。</w:t>
      </w:r>
    </w:p>
    <w:p>
      <w:r>
        <w:rPr>
          <w:rFonts w:ascii="宋体" w:hAnsi="宋体" w:eastAsia="宋体"/>
          <w:sz w:val="24"/>
        </w:rPr>
        <w:t>但"一人公司"的概念不应被法律定义所框定。在数字经济和共享经济时代，"一人公司"已经从一个法律实体概念演变为一种商业模式范式——它描述的是一种以极少人力（通常 1-5 人核心团队）驱动完整商业闭环的运营形态。这种形态并不必然注册为"一人有限责任公司"，它可能以个体工商户、个人独资企业、合伙企业、甚至未注册的自由职业者身份存在。关键不在于法律形式，而在于运营逻辑：用最小的人力规模，借助技术和平台杠杆，实现可持续的商业价值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1-1：一人公司的法律与商业概念辨析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维度 | 法律概念（一人有限责任公司） | 商业概念（广义 OPC）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|------|--------------------------|---------------------|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判断标准 | 股东人数 = 1 | 核心团队规模极小（1-5 人）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法人形式 | 必须是有限责任公司 | 不限（个体户/独资企业/合伙/未注册均可）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核心特征 | 有限责任 + 财产分离 | 人力极简 + 技术/平台杠杆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典型场景 | 咨询服务、贸易代理 | 民宿运营、导游服务、内容创业 |</w:t>
      </w:r>
    </w:p>
    <w:p>
      <w:pPr>
        <w:pStyle w:val="Heading3"/>
      </w:pPr>
      <w:r>
        <w:t>1.1.2 广义 OPC：少数人/小微组织的运营范式</w:t>
      </w:r>
    </w:p>
    <w:p>
      <w:r>
        <w:rPr>
          <w:rFonts w:ascii="宋体" w:hAnsi="宋体" w:eastAsia="宋体"/>
          <w:sz w:val="24"/>
        </w:rPr>
        <w:t>本书所讨论的 OPC，取其广义——少数人（1-5 人核心团队）或小微组织构成的、以技术和平台杠杆驱动完整商业闭环的运营主体。这一定义在以下四个维度上超越了法律概念：</w:t>
      </w:r>
    </w:p>
    <w:p>
      <w:r>
        <w:rPr>
          <w:rFonts w:ascii="宋体" w:hAnsi="宋体" w:eastAsia="宋体"/>
          <w:sz w:val="24"/>
        </w:rPr>
        <w:t>第一，人力规模的弹性。广义 OPC 不以"一人"为绝对标准，而是强调"最小可行团队"（Minimum Viable Team, MVT）。一个人运营是 OPC，三个人合伙经营一家小型旅行社也是 OPC，一对夫妻打理一家民宿同样是 OPC。关键在于：运营主体没有按照职能划分部门（没有独立的营销部、客服部、财务部），而是由核心成员以"通才"角色覆盖全部运营环节。</w:t>
      </w:r>
    </w:p>
    <w:p>
      <w:r>
        <w:rPr>
          <w:rFonts w:ascii="宋体" w:hAnsi="宋体" w:eastAsia="宋体"/>
          <w:sz w:val="24"/>
        </w:rPr>
        <w:t>第二，技术杠杆的依赖。传统的小微企业（如夫妻店、个体摊贩）虽然人力规模也小，但运营方式高度依赖体力劳动和本地口碑。广义 OPC 的区分性特征在于：它通过技术工具（尤其是 AI 工具）实现运营效率的指数级放大。一个 OPC 民宿主用 AI 客服处理 80% 的客户咨询，用动态定价算法优化房价，用自动化营销工具管理多个 OTA 渠道——这种"技术杠杆率"是传统小微主体无法达到的。</w:t>
      </w:r>
    </w:p>
    <w:p>
      <w:r>
        <w:rPr>
          <w:rFonts w:ascii="宋体" w:hAnsi="宋体" w:eastAsia="宋体"/>
          <w:sz w:val="24"/>
        </w:rPr>
        <w:t>第三，平台的嵌入。广义 OPC 不是孤立运营的，它深度嵌入一个或多个数字平台生态（OTA 平台、社交媒体平台、支付平台、地图平台）。平台提供了流量入口、交易工具、信用体系和数据反馈，使得 OPC 无需自建这些基础设施。某种程度上，OPC 是"寄生"在平台生态上的运营单元——平台是"操作系统"，OPC 是运行在上面的"应用程序"。</w:t>
      </w:r>
    </w:p>
    <w:p>
      <w:r>
        <w:rPr>
          <w:rFonts w:ascii="宋体" w:hAnsi="宋体" w:eastAsia="宋体"/>
          <w:sz w:val="24"/>
        </w:rPr>
        <w:t>第四，商业闭环的完整性。广义 OPC 虽然规模小，但运营链条是完整的：从产品设计、获客营销、服务交付到售后跟进、数据复盘、迭代优化——所有环节由极少数人借助工具完成。它不是大企业中的一个"岗位"或"环节"，而是一个独立的、自洽的价值创造单元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1-2：广义 OPC 的四维定义框架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**人力维度**：1-5 人核心团队，通才型角色配置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**技术维度**：AI/数字工具替代传统人力，技术杠杆率 ≥ 3×（1 人产出 ≥ 3 个传统岗位）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**平台维度**：深度嵌入 OTA/社交/支付等数字平台生态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**闭环维度**：覆盖"产品→营销→交付→反馈→迭代"完整运营链</w:t>
      </w:r>
    </w:p>
    <w:p>
      <w:pPr>
        <w:pStyle w:val="Heading3"/>
      </w:pPr>
      <w:r>
        <w:t>1.1.3 OPC 与传统 SME 的区别与联系</w:t>
      </w:r>
    </w:p>
    <w:p>
      <w:r>
        <w:rPr>
          <w:rFonts w:ascii="宋体" w:hAnsi="宋体" w:eastAsia="宋体"/>
          <w:sz w:val="24"/>
        </w:rPr>
        <w:t>将 OPC 与传统中小企业（Small and Medium-sized Enterprises, SME）进行对比，有助于更精准地定位 OPC 在商业生态中的位置。</w:t>
      </w:r>
    </w:p>
    <w:p>
      <w:r>
        <w:rPr>
          <w:rFonts w:ascii="宋体" w:hAnsi="宋体" w:eastAsia="宋体"/>
          <w:sz w:val="24"/>
        </w:rPr>
        <w:t>规模维度。SME 的规模范围很宽——中国工信部标准中，住宿和餐饮业从业人员 300 人以下均属中小微企业。OPC 位于这个谱系的极微型一端，通常不超过 5 人。但规模差异不是本质区别。</w:t>
      </w:r>
    </w:p>
    <w:p>
      <w:r>
        <w:rPr>
          <w:rFonts w:ascii="宋体" w:hAnsi="宋体" w:eastAsia="宋体"/>
          <w:sz w:val="24"/>
        </w:rPr>
        <w:t>组织逻辑维度。SME 通常遵循"职能分工"逻辑——即使只有 20 人，也会划分出前台（销售/客服）、中台（运营/产品）、后台（财务/行政）等职能模块。OPC 不按职能分工，而是按"流程"组织——一个人从头到尾负责一条完整的业务线，必要时用工具填补能力缺口。SME 的增长路径是"加人"（hire more），OPC 的增长路径是"加工具"（automate more）。</w:t>
      </w:r>
    </w:p>
    <w:p>
      <w:r>
        <w:rPr>
          <w:rFonts w:ascii="宋体" w:hAnsi="宋体" w:eastAsia="宋体"/>
          <w:sz w:val="24"/>
        </w:rPr>
        <w:t>风险偏好维度。SME 倾向于追求规模增长——开分店、拓城市、加品类。OPC 倾向于追求"密度增长"——在现有的规模和范围内，提升客单价、复购率和运营效率。SME 的失败模式通常是"扩张过快导致资金链断裂"，OPC 的失败模式通常是"流量枯竭导致收入归零"。</w:t>
      </w:r>
    </w:p>
    <w:p>
      <w:r>
        <w:rPr>
          <w:rFonts w:ascii="宋体" w:hAnsi="宋体" w:eastAsia="宋体"/>
          <w:sz w:val="24"/>
        </w:rPr>
        <w:t>但二者并非对立关系。许多成功的 SME 在其初创阶段本质上就是 OPC，许多 OPC 在达到一定的利润水平后也会选择向 SME 转型（招人、设岗、分工）。理解 OPC 与 SME 的关系，不应采用"非此即彼"的二元分类，而应将其视为组织形态光谱上的不同位置——从完全依赖个人能力的 OPC，到轻度分工的小团队 OPC，再到职能化分工的 SME，最后到科层化的大型企业。</w:t>
      </w:r>
    </w:p>
    <w:p>
      <w:r>
        <w:rPr>
          <w:rFonts w:ascii="宋体" w:hAnsi="宋体" w:eastAsia="宋体"/>
          <w:sz w:val="24"/>
        </w:rPr>
        <w:t>对于文旅行业而言，OPC 与 SME 的边界更加模糊。一个 3 人地接社属于 OPC 还是 SME？答案取决于其运营逻辑——如果 3 个人各管一摊（一人管销售、一人管操作、一人管财务），那就是一个小型 SME；如果 3 个人用 AI 工具共同完成从获客到交付的全流程，且角色边界不固定，那就是一个 OPC。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1.2 文旅产业的小微化浪潮</w:t>
      </w:r>
    </w:p>
    <w:p>
      <w:pPr>
        <w:pStyle w:val="Heading3"/>
      </w:pPr>
      <w:r>
        <w:t>1.2.1 全球旅游业的小微化趋势</w:t>
      </w:r>
    </w:p>
    <w:p>
      <w:r>
        <w:rPr>
          <w:rFonts w:ascii="宋体" w:hAnsi="宋体" w:eastAsia="宋体"/>
          <w:sz w:val="24"/>
        </w:rPr>
        <w:t>旅游业是全球小微化特征最显著的产业之一。世界旅游组织（UNWTO）数据显示，全球旅游企业中 90% 以上为中小微企业，其中微型企业（10 人以下）占比超过 75%。在民宿、导游、旅游体验等细分领域，个体经营者和微型团队更是占据主导地位。</w:t>
      </w:r>
    </w:p>
    <w:p>
      <w:r>
        <w:rPr>
          <w:rFonts w:ascii="宋体" w:hAnsi="宋体" w:eastAsia="宋体"/>
          <w:sz w:val="24"/>
        </w:rPr>
        <w:t>这一趋势在过去十年中持续加速，驱动力来自三个方面：</w:t>
      </w:r>
    </w:p>
    <w:p>
      <w:r>
        <w:rPr>
          <w:rFonts w:ascii="宋体" w:hAnsi="宋体" w:eastAsia="宋体"/>
          <w:sz w:val="24"/>
        </w:rPr>
        <w:t>供给侧：进入门槛持续降低。OTA（Online Travel Agency）平台的兴起使小微主体无需自建网站或渠道即可触达全球游客。Airbnb 自 2008 年成立以来，已累计有超过 400 万房东在平台上发布房源，其中超过 50% 是只有 1 套房源的个体经营者。在体验（Experiences）业务板块，个人导游、手工艺人、美食达人可以直接将"一项技能"打包为"一个旅游产品"出售。平台经济将旅游供给的颗粒度从"企业"降低到"个人"。</w:t>
      </w:r>
    </w:p>
    <w:p>
      <w:r>
        <w:rPr>
          <w:rFonts w:ascii="宋体" w:hAnsi="宋体" w:eastAsia="宋体"/>
          <w:sz w:val="24"/>
        </w:rPr>
        <w:t>需求侧：消费个性化与碎片化。新一代游客（尤其是 Z 世代）拒绝标准化的大巴团和千篇一律的酒店，转而追求个性化、深度化、在地化的体验。这一需求特征天然有利于小微主体——大型旅游企业擅长标准化交付（规模化酒店、标准化线路），但在个性化交付上存在"大公司病"：决策链条长、标准化流程难以适配长尾需求。相反，一个本地的个体导游可以灵活调整行程，一个小民宿主可以提供"只有本地人知道"的私房攻略。</w:t>
      </w:r>
    </w:p>
    <w:p>
      <w:r>
        <w:rPr>
          <w:rFonts w:ascii="宋体" w:hAnsi="宋体" w:eastAsia="宋体"/>
          <w:sz w:val="24"/>
        </w:rPr>
        <w:t>技术侧：AI 与自动化工具的平民化。2022 年末 ChatGPT 的发布标志着生成式 AI 进入大众化阶段。此后两年间，AI 工具的成本和使用门槛急剧下降——一个民宿主每月花费不到 200 元，就能使用 AI 客服、AI 文案、AI 图片生成、AI 数据分析等全套工具。这些工具在过去只有大型企业的市场部或 IT 部门才能配备。技术民主化让"一个人的市场部"成为可能。</w:t>
      </w:r>
    </w:p>
    <w:p>
      <w:r>
        <w:rPr>
          <w:rFonts w:ascii="宋体" w:hAnsi="宋体" w:eastAsia="宋体"/>
          <w:sz w:val="24"/>
        </w:rPr>
        <w:t>全球范围内，旅游小微化的典型模式包括：日本的"民泊"个体经营者、泰国的个人向导（Private Guide）、欧洲的"体验达人"（Experience Host）、澳大利亚的"自由导游"（Freelance Tour Guide）。这些模式虽然名称各异，但都指向同一个方向：旅游供给从"企业主导"走向"个人主导"，从"标准化"走向"个性化"，从"重资产"走向"轻资产"。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1-3：全球旅游业小微化关键数据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全球旅游企业 90%+ 为中小微企业（UNWTO）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Airbnb 400 万+ 房东中，50%+ 仅有 1 套房源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全球自由导游/个人向导市场规模预计 2030 年达 320 亿美元（Grand View Research, 2023）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生成式 AI 工具月均使用成本已降至 200 元以下，较 2020 年下降 90%+</w:t>
      </w:r>
    </w:p>
    <w:p>
      <w:pPr>
        <w:pStyle w:val="Heading3"/>
      </w:pPr>
      <w:r>
        <w:t>1.2.2 中国文旅小微主体的发展现状</w:t>
      </w:r>
    </w:p>
    <w:p>
      <w:r>
        <w:rPr>
          <w:rFonts w:ascii="宋体" w:hAnsi="宋体" w:eastAsia="宋体"/>
          <w:sz w:val="24"/>
        </w:rPr>
        <w:t>中国文旅小微主体的发展呈现出规模庞大、业态多元、区域集中的特点。根据文化和旅游部数据，截至 2024 年底，全国旅行社总数超过 6 万家，其中绝大多数为中小规模；全国民宿（含农家乐）超过 30 万家，个体经营者占比超过 80%；持证导游约 80 万人，其中超过 60% 为自由执业或兼职导游。</w:t>
      </w:r>
    </w:p>
    <w:p>
      <w:r>
        <w:rPr>
          <w:rFonts w:ascii="宋体" w:hAnsi="宋体" w:eastAsia="宋体"/>
          <w:sz w:val="24"/>
        </w:rPr>
        <w:t>在中国，文旅小微主体可归纳为以下几类：</w:t>
      </w:r>
    </w:p>
    <w:p>
      <w:r>
        <w:rPr>
          <w:rFonts w:ascii="宋体" w:hAnsi="宋体" w:eastAsia="宋体"/>
          <w:sz w:val="24"/>
        </w:rPr>
        <w:t>民宿/精品住宿类。这是规模最大的文旅小微群体。从浙江莫干山的精品民宿集群，到云南大理的洱海民宿带，再到贵州万峰林的乡村民宿群——民宿已经成为中国旅游住宿供给的重要组成部分。值得注意的是，民宿行业中"一人/夫妻店"模式仍然占据主流。中国旅游协会民宿客栈与精品酒店分会 2024 年调研显示，拥有 1-5 间客房的民宿中，超过 70% 由房主本人运营，不雇佣外部员工。</w:t>
      </w:r>
    </w:p>
    <w:p>
      <w:r>
        <w:rPr>
          <w:rFonts w:ascii="宋体" w:hAnsi="宋体" w:eastAsia="宋体"/>
          <w:sz w:val="24"/>
        </w:rPr>
        <w:t>导游/旅拍类。自由执业导游（也称"网约导游"）自 2016 年国家旅游局在江浙沪等 9 省市试点导游自由执业以来，规模持续增长。携程"当地向导"平台注册向导超过 2 万人，覆盖全球 90+ 国家和地区。同时，旅拍作为旅游体验的延伸业态，催生了大量个体旅拍师——在西江苗寨、凤凰古城、大理古城等热门景区，个体旅拍师已经成为景区生态的重要组成部分。</w:t>
      </w:r>
    </w:p>
    <w:p>
      <w:r>
        <w:rPr>
          <w:rFonts w:ascii="宋体" w:hAnsi="宋体" w:eastAsia="宋体"/>
          <w:sz w:val="24"/>
        </w:rPr>
        <w:t>文创/非遗体验类。以非遗传承人、手工艺人、文创设计师为主体的体验型小微运营者，是近年来增长最快的文旅小微群体。他们通常以"工作室"形式存在，依托景区、文化街区或线上平台提供体验服务。例如，安顺蜡染非遗传承人开设的蜡染体验工作坊，游客可以在 2-3 小时内完成一件蜡染作品；景德镇的陶瓷体验工作室年接待游客超过百万人次。</w:t>
      </w:r>
    </w:p>
    <w:p>
      <w:r>
        <w:rPr>
          <w:rFonts w:ascii="宋体" w:hAnsi="宋体" w:eastAsia="宋体"/>
          <w:sz w:val="24"/>
        </w:rPr>
        <w:t>地接/小团定制类。传统旅行社的小型化、专业化分工催生了大量微型地接社和定制游工作室。这些主体通常 2-3 人，专注于特定目的地或特定主题（如户外徒步、摄影旅游、亲子研学），通过微信、小红书等私域渠道获客。</w:t>
      </w:r>
    </w:p>
    <w:p>
      <w:r>
        <w:rPr>
          <w:rFonts w:ascii="宋体" w:hAnsi="宋体" w:eastAsia="宋体"/>
          <w:sz w:val="24"/>
        </w:rPr>
        <w:t>线上内容/攻略类。以旅游博主、攻略创作者为代表的"内容型"文旅小微，通过生产旅游内容获取流量和变现。头部旅游博主年收入可达百万级，腰部博主也足以维持体面收入。他们的"运营"不涉及线下服务交付，但同样是文旅生态系统中的重要节点——通过内容影响游客决策，通过带货和广告实现商业闭环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1-4：中国文旅小微主体的五大类型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类型 | 典型规模 | 核心业务 | 代表性平台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|------|---------|---------|-----------|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民宿/精品住宿 | 1-2 人 | 住宿服务 + 在地体验 | 美团民宿、途家、小猪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导游/旅拍 | 1-3 人 | 讲解服务 + 拍摄服务 | 携程当地向导、小红书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文创/非遗体验 | 1-3 人 | 体验课程 + 文创销售 | 大众点评、抖音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地接/小团定制 | 2-5 人 | 定制线路 + 接待服务 | 微信私域、马蜂窝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线上内容/攻略 | 1-2 人 | 内容创作 + 流量变现 | 抖音、小红书、B 站 |</w:t>
      </w:r>
    </w:p>
    <w:p>
      <w:pPr>
        <w:pStyle w:val="Heading3"/>
      </w:pPr>
      <w:r>
        <w:t>1.2.3 驱动因素：技术民主化、消费个性化、平台经济</w:t>
      </w:r>
    </w:p>
    <w:p>
      <w:r>
        <w:rPr>
          <w:rFonts w:ascii="宋体" w:hAnsi="宋体" w:eastAsia="宋体"/>
          <w:sz w:val="24"/>
        </w:rPr>
        <w:t>文旅产业小微化不是偶然现象，而是三股结构性力量共同作用的结果。</w:t>
      </w:r>
    </w:p>
    <w:p>
      <w:r>
        <w:rPr>
          <w:rFonts w:ascii="宋体" w:hAnsi="宋体" w:eastAsia="宋体"/>
          <w:sz w:val="24"/>
        </w:rPr>
        <w:t>技术民主化是根本驱动力。在数字化之前，小微文旅主体面临三重门槛：信息门槛（不知道客人在哪）、能力门槛（不会做营销和客服）、信用门槛（客人不信任个体经营者）。移动互联网和 AI 技术分别解决了这三个问题——OTA 平台解决了信息门槛，让一个小民宿和万豪酒店在同一个页面上被比较；AI 工具解决了能力门槛，让一个人能完成过去一个团队的工作；在线评价系统解决了信用门槛，让陌生游客通过历史评价建立信任。</w:t>
      </w:r>
    </w:p>
    <w:p>
      <w:r>
        <w:rPr>
          <w:rFonts w:ascii="宋体" w:hAnsi="宋体" w:eastAsia="宋体"/>
          <w:sz w:val="24"/>
        </w:rPr>
        <w:t>消费个性化是需求拉动力。中国旅游市场正在经历从"有没有"到"好不好"再到"特不特"的消费升级。携程《2024 年旅游消费趋势报告》显示，超过 67% 的受访者表示愿意为"个性化体验"支付溢价，45% 的 90 后游客偏好"非标准化住宿"。大企业的标准化产品难以满足这种长尾需求，而小微主体的灵活性恰恰构成其核心竞争力。</w:t>
      </w:r>
    </w:p>
    <w:p>
      <w:r>
        <w:rPr>
          <w:rFonts w:ascii="宋体" w:hAnsi="宋体" w:eastAsia="宋体"/>
          <w:sz w:val="24"/>
        </w:rPr>
        <w:t>平台经济是制度基础设施。OTA 平台（携程、美团、飞猪）、内容平台（抖音、小红书、快手）、支付平台（微信支付、支付宝）、地图平台（高德、百度地图）共同构成了一个完整的小微运营基础设施层。这个基础设施层的存在，意味着一个小微主体"天生"就具备在线获客、在线交易、在线评价、在线导航的能力——不需要自建任何系统，注册一个账号就能开始运营。平台经济将创业的"最低有效规模"从一家公司降低到了一个人。</w:t>
      </w:r>
    </w:p>
    <w:p>
      <w:r>
        <w:rPr>
          <w:rFonts w:ascii="宋体" w:hAnsi="宋体" w:eastAsia="宋体"/>
          <w:sz w:val="24"/>
        </w:rPr>
        <w:t>三股力量的叠加效应是非线性的。技术让"一个人"的能力边界不断外扩，个性化需求让"标准化"的护城河不断变浅，平台让"孤岛式"经营变为"互联式"运营。三者的交汇点，就是文旅 OPC 的生存空间——而且这个空间正在持续扩大。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1.3 文旅 OPC 的核心特征与价值主张</w:t>
      </w:r>
    </w:p>
    <w:p>
      <w:pPr>
        <w:pStyle w:val="Heading3"/>
      </w:pPr>
      <w:r>
        <w:t>1.3.1 轻资产、重运营、强体验</w:t>
      </w:r>
    </w:p>
    <w:p>
      <w:r>
        <w:rPr>
          <w:rFonts w:ascii="宋体" w:hAnsi="宋体" w:eastAsia="宋体"/>
          <w:sz w:val="24"/>
        </w:rPr>
        <w:t>文旅 OPC 的第一个核心特征是轻资产。与传统的旅游企业（如大型酒店集团、景区开发公司）不同，OPC 通常不持有或极少持有固定资产。一个民宿 OPC 可能租赁而非购买物业，一个导游 OPC 的"资产"就是自己的知识和手机，一个文创 OPC 的"资产"就是设计能力和少量原材料库存。</w:t>
      </w:r>
    </w:p>
    <w:p>
      <w:r>
        <w:rPr>
          <w:rFonts w:ascii="宋体" w:hAnsi="宋体" w:eastAsia="宋体"/>
          <w:sz w:val="24"/>
        </w:rPr>
        <w:t>轻资产并非"没有资产"，而是"资产的形态不同"。OPC 的资产从"有形资产"（房产、设备、车辆）转向"无形资产"（知识、技能、IP、客户关系、数据资产）。这种资产形态的转变带来了两个关键优势：一是低固定成本，不需要承担大额折旧和利息支出；二是高灵活性，市场变化时可以快速转型而不被重资产拖累。</w:t>
      </w:r>
    </w:p>
    <w:p>
      <w:r>
        <w:rPr>
          <w:rFonts w:ascii="宋体" w:hAnsi="宋体" w:eastAsia="宋体"/>
          <w:sz w:val="24"/>
        </w:rPr>
        <w:t>但轻资产不意味着"轻运营"。相反，OPC 的核心特征是重运营——因为缺少资产壁垒，运营能力成为唯一的竞争壁垒。一个民宿 OPC 无法像五星级酒店那样靠硬件设施吸引客人，只能靠运营细节取胜：回复速度、房间清洁度、本地攻略质量、个性化关怀。这种"重运营"模式对运营者的综合素质要求极高，也是 OPC 与传统"夫妻店"的关键区别——前者用技术杠杆实现高效运营，后者靠人力堆叠维持运营。</w:t>
      </w:r>
    </w:p>
    <w:p>
      <w:r>
        <w:rPr>
          <w:rFonts w:ascii="宋体" w:hAnsi="宋体" w:eastAsia="宋体"/>
          <w:sz w:val="24"/>
        </w:rPr>
        <w:t>强体验是文旅 OPC 的最终价值交付。旅游本质上是一种体验消费，游客支付的是"一段时间的美好感受"。大型旅游企业擅长提供"标准化体验"（可靠、可预期、无惊吓），OPC 擅长提供"个性化体验"（独特、惊喜、有温度）。这种个性化体验往往源于 OPC 对在地文化的深度理解、对客人需求的敏锐感知以及"主人式"而非"雇员式"的服务态度。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1-5：轻资产 vs 重资产的运营逻辑对比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维度 | 传统重资产模式 | OPC 轻资产模式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|------|--------------|--------------|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核心资产 | 物业、设备、车辆 | 知识、IP、客户关系、数据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固定成本 | 高（折旧、利息、人工） | 低（工具订阅、租金分成）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竞争壁垒 | 资产规模 + 品牌 | 运营能力 + 在地知识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扩张方式 | 建新店/新设施 | 提升客单价和复购率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退出成本 | 高（资产处置困难） | 低（关店即退出） |</w:t>
      </w:r>
    </w:p>
    <w:p>
      <w:pPr>
        <w:pStyle w:val="Heading3"/>
      </w:pPr>
      <w:r>
        <w:t>1.3.2 灵活性与专业化并存</w:t>
      </w:r>
    </w:p>
    <w:p>
      <w:r>
        <w:rPr>
          <w:rFonts w:ascii="宋体" w:hAnsi="宋体" w:eastAsia="宋体"/>
          <w:sz w:val="24"/>
        </w:rPr>
        <w:t>"灵活"与"专业"在传统管理理论中通常被视为一对矛盾：大企业因专业化分工而专业但不灵活，小企业因无分工而灵活但不专业。文旅 OPC 的出现挑战了这一传统认知。</w:t>
      </w:r>
    </w:p>
    <w:p>
      <w:r>
        <w:rPr>
          <w:rFonts w:ascii="宋体" w:hAnsi="宋体" w:eastAsia="宋体"/>
          <w:sz w:val="24"/>
        </w:rPr>
        <w:t>OPC 的灵活性体现在三个层面：产品灵活性——可以根据季节、天气、客群实时调整产品内容和价格；渠道灵活性——可以在多个 OTA 平台和社交媒体之间快速切换，不依赖任何单一渠道；时间灵活性——没有复杂的内部审批流程，看到机会可以"今天决策、明天执行"。</w:t>
      </w:r>
    </w:p>
    <w:p>
      <w:r>
        <w:rPr>
          <w:rFonts w:ascii="宋体" w:hAnsi="宋体" w:eastAsia="宋体"/>
          <w:sz w:val="24"/>
        </w:rPr>
        <w:t>OPC 的专业化则来自垂直深耕而非水平扩张。大企业的专业化是"分工式专业化"——把旅游服务拆解为销售、计调、导游、客服、售后等环节，每个岗位专人负责。OPC 的专业化是"领域式专业化"——一个人把某个细分领域做到极致。一个专注安顺屯堡文化的个体导游，可能比大型旅行社的通用型导游在屯堡文化讲解上专业十倍；一个只做贵州山地户外线路的微型地接社，可能比全国性户外品牌在贵州本地的线路设计上专业十倍。</w:t>
      </w:r>
    </w:p>
    <w:p>
      <w:r>
        <w:rPr>
          <w:rFonts w:ascii="宋体" w:hAnsi="宋体" w:eastAsia="宋体"/>
          <w:sz w:val="24"/>
        </w:rPr>
        <w:t>这种"灵活性 + 专业化"的组合能力，来自一个关键杠杆：AI 工具覆盖非核心环节。一个屯堡文化导游的核心能力是历史文化知识，而不是客服话术、社交媒体运营或财务记账。AI 工具可以在非核心环节提供"70 分"的专业水平（AI 客服、AI 文案、AI 记账），让运营者将精力集中在"90 分"的核心能力上。没有 AI 工具，一个人要同时做到"灵活"和"专业"几乎不可能——要么因为忙于非核心事务而稀释专业能力，要么因为专注专业能力而无法覆盖运营全链。AI 解决了这个"不可能三角"。</w:t>
      </w:r>
    </w:p>
    <w:p>
      <w:pPr>
        <w:pStyle w:val="Heading3"/>
      </w:pPr>
      <w:r>
        <w:t>1.3.3 OPC 在文旅生态系统中的角色定位</w:t>
      </w:r>
    </w:p>
    <w:p>
      <w:r>
        <w:rPr>
          <w:rFonts w:ascii="宋体" w:hAnsi="宋体" w:eastAsia="宋体"/>
          <w:sz w:val="24"/>
        </w:rPr>
        <w:t>将文旅生态系统想象为一个多层次的价值网络，OPC 在其中占据着独特而不可替代的位置。</w:t>
      </w:r>
    </w:p>
    <w:p>
      <w:r>
        <w:rPr>
          <w:rFonts w:ascii="宋体" w:hAnsi="宋体" w:eastAsia="宋体"/>
          <w:sz w:val="24"/>
        </w:rPr>
        <w:t>第一层：基础设施层。大型企业和公共部门占据这一层——OTA 平台、航空/铁路交通、景区开发运营、目的地营销组织。这一层的核心逻辑是"规模经济"——越大越便宜，越标准越高效。OPC 不适合也不可能进入这一层。</w:t>
      </w:r>
    </w:p>
    <w:p>
      <w:r>
        <w:rPr>
          <w:rFonts w:ascii="宋体" w:hAnsi="宋体" w:eastAsia="宋体"/>
          <w:sz w:val="24"/>
        </w:rPr>
        <w:t>第二层：核心服务层。这是 OPC 的主要战场。住宿、导游、体验、餐饮、交通接驳等直接面向游客的服务环节，天然具有分散化、个性化、在地化的特征。大型企业在这一层只能占据标准化程度高的细分市场（连锁酒店、标准化一日游），长尾市场天然属于小微主体。OPC 在这一层的竞争优势在于：在地知识、个性服务、灵活响应、主人温度。</w:t>
      </w:r>
    </w:p>
    <w:p>
      <w:r>
        <w:rPr>
          <w:rFonts w:ascii="宋体" w:hAnsi="宋体" w:eastAsia="宋体"/>
          <w:sz w:val="24"/>
        </w:rPr>
        <w:t>第三层：配套服务层。摄影、翻译、装备租赁、特色交通（如摩托车接驳）等配套服务，是最适合 OPC 的领域。这些服务的市场规模不足以支撑大企业进入，但对个体经营者来说利润可观。一个在黄果树景区提供无人机航拍服务的个体摄影师，年收入可能超过城市白领。</w:t>
      </w:r>
    </w:p>
    <w:p>
      <w:r>
        <w:rPr>
          <w:rFonts w:ascii="宋体" w:hAnsi="宋体" w:eastAsia="宋体"/>
          <w:sz w:val="24"/>
        </w:rPr>
        <w:t>OPC 在文旅生态系统中扮演的是"毛细血管"角色——大型企业是主动脉和主静脉，负责大规模客流输送和标准化服务供给；OPC 是遍布全身的毛细血管，负责将服务输送到每一个具体的人、每一个独特的场景。没有毛细血管，主动脉输送的血液无法被组织吸收；没有 OPC，OTA 平台输送的游客无法获得深度体验。二者不是竞争关系，而是共生关系。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1.4 贵州文旅 OPC 发展的机遇与挑战</w:t>
      </w:r>
    </w:p>
    <w:p>
      <w:pPr>
        <w:pStyle w:val="Heading3"/>
      </w:pPr>
      <w:r>
        <w:t>1.4.1 山地旅游资源的碎片化与 OPC 适配性</w:t>
      </w:r>
    </w:p>
    <w:p>
      <w:r>
        <w:rPr>
          <w:rFonts w:ascii="宋体" w:hAnsi="宋体" w:eastAsia="宋体"/>
          <w:sz w:val="24"/>
        </w:rPr>
        <w:t>贵州是中国山地旅游资源最丰富的省份之一，全省 92.5% 的面积为山地和丘陵，喀斯特地貌占 61.9%。这一地理特征塑造了贵州旅游资源的独特格局：景观碎片化、产品长尾化、体验深度化。</w:t>
      </w:r>
    </w:p>
    <w:p>
      <w:r>
        <w:rPr>
          <w:rFonts w:ascii="宋体" w:hAnsi="宋体" w:eastAsia="宋体"/>
          <w:sz w:val="24"/>
        </w:rPr>
        <w:t>贵州没有像黄山、泰山、九寨沟那样高度集中的"超级景区"，而是拥有大量分散的、小体量的、相互独立的中小型旅游资源——黄果树瀑布、龙宫、织金洞、荔波小七孔、西江苗寨、镇远古城、万峰林、梵净山、赤水丹霞……这些景点分布在全省 9 个市州，彼此之间车程动辄 3-5 小时。这种地理上的"碎片化"对大型旅游企业而言是一个挑战（难以形成规模效应），但对 OPC 而言却是天然优势。</w:t>
      </w:r>
    </w:p>
    <w:p>
      <w:r>
        <w:rPr>
          <w:rFonts w:ascii="宋体" w:hAnsi="宋体" w:eastAsia="宋体"/>
          <w:sz w:val="24"/>
        </w:rPr>
        <w:t>碎片化的资源格局最适合碎片化的运营主体。一个扎根黄果树周边的个体导游不需要关心梵净山的客流变化；一个万峰林下的民宿主只需要服务好万峰林的游客。OPC 的"小而专"与贵州旅游资源的"散而特"形成了天然的结构性匹配。</w:t>
      </w:r>
    </w:p>
    <w:p>
      <w:r>
        <w:rPr>
          <w:rFonts w:ascii="宋体" w:hAnsi="宋体" w:eastAsia="宋体"/>
          <w:sz w:val="24"/>
        </w:rPr>
        <w:t>此外，贵州旅游资源的另一个特征是"在地文化深度"。黄果树不仅是一个瀑布，还关联着布依族的水文化；西江苗寨不仅是一个村寨，还承载着苗族数千年的迁徙史和生活方式；屯堡不仅是一片建筑群，还封存着 600 年前的大明遗风。这种文化深度需要深度讲解和深度体验才能释放价值——而这恰恰是 OPC 的核心能力。一个大型旅行社的标准化导游词很难讲透屯堡文化的厚度，但一个专注屯堡文化研究的个体导游可以。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1-6：贵州旅游资源碎片化数据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全省 A 级以上景区 500+ 个，分布在 9 个市州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国家级非遗项目 99 项 159 处，居全国前列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中国传统村落 724 个，数量全国第一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景区间平均车程 3.2 小时（基于高德地图数据计算）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单个景区年均游客量中位数 28 万人次（头部景区除外的长尾分布）</w:t>
      </w:r>
    </w:p>
    <w:p>
      <w:pPr>
        <w:pStyle w:val="Heading3"/>
      </w:pPr>
      <w:r>
        <w:t>1.4.2 民族文化传承中的小微主体角色</w:t>
      </w:r>
    </w:p>
    <w:p>
      <w:r>
        <w:rPr>
          <w:rFonts w:ascii="宋体" w:hAnsi="宋体" w:eastAsia="宋体"/>
          <w:sz w:val="24"/>
        </w:rPr>
        <w:t>贵州有 17 个世居少数民族，少数民族人口占全省总人口的 36.44%。在民族文化旅游的链条中，小微主体扮演着不可替代的角色。</w:t>
      </w:r>
    </w:p>
    <w:p>
      <w:r>
        <w:rPr>
          <w:rFonts w:ascii="宋体" w:hAnsi="宋体" w:eastAsia="宋体"/>
          <w:sz w:val="24"/>
        </w:rPr>
        <w:t>非遗传承人是最典型的文旅 OPC。以安顺蜡染为例，国家级非遗传承人王月圆（化名）的工作室同时承担三重功能：技艺传承（带徒弟、开培训班）、文化体验（游客蜡染体验课程）、产品销售（蜡染工艺品销售）。这是一个完整的商业闭环，由传承人本人 + 1-2 名学徒完成。蜡染体验课程的客单价 150-300 元/人，旺季月接待量可达 300-500 人次，年收入 20-50 万元。这种模式让非遗从"被保护的对象"转变为"可持续经营的事业"——传承人有体面的收入，技艺才能被有尊严地传承。</w:t>
      </w:r>
    </w:p>
    <w:p>
      <w:r>
        <w:rPr>
          <w:rFonts w:ascii="宋体" w:hAnsi="宋体" w:eastAsia="宋体"/>
          <w:sz w:val="24"/>
        </w:rPr>
        <w:t>民族村寨中的民宿/餐饮经营者是另一种形式的民族文化 OPC。西江苗寨的苗族家庭旅馆、肇兴侗寨的侗族民宿、镇远古城的特色客栈——这些小微主体在提供住宿和餐饮服务的同时，也承担着文化展示和传播的功能。游客住在苗族吊脚楼里、吃苗家酸汤鱼、听主人讲苗族古歌——这种沉浸式文化体验是大型连锁酒店无法提供的。</w:t>
      </w:r>
    </w:p>
    <w:p>
      <w:r>
        <w:rPr>
          <w:rFonts w:ascii="宋体" w:hAnsi="宋体" w:eastAsia="宋体"/>
          <w:sz w:val="24"/>
        </w:rPr>
        <w:t>然而，民族文化的 OPC 化也面临一个深层矛盾：文化真实性与商业化的张力。当一个非遗技艺被包装成"30 分钟速成体验课"，当苗族传统服饰被简化为"10 元拍照道具"，文化的厚度在商业化的过程中被稀释。如何在 OPC 经营中保持文化的原真性和尊严，是后续章节将持续探讨的议题。</w:t>
      </w:r>
    </w:p>
    <w:p>
      <w:pPr>
        <w:pStyle w:val="Heading3"/>
      </w:pPr>
      <w:r>
        <w:t>1.4.3 乡村振兴政策红利与 OPC 创业窗口</w:t>
      </w:r>
    </w:p>
    <w:p>
      <w:r>
        <w:rPr>
          <w:rFonts w:ascii="宋体" w:hAnsi="宋体" w:eastAsia="宋体"/>
          <w:sz w:val="24"/>
        </w:rPr>
        <w:t>贵州正处于多重政策红利叠加的窗口期，为文旅 OPC 创业提供了历史性机遇。</w:t>
      </w:r>
    </w:p>
    <w:p>
      <w:r>
        <w:rPr>
          <w:rFonts w:ascii="宋体" w:hAnsi="宋体" w:eastAsia="宋体"/>
          <w:sz w:val="24"/>
        </w:rPr>
        <w:t>国家层面，2022 年国务院印发《关于支持贵州在新时代西部大开发上闯新路的意见》（国发〔2022〕2 号），明确支持贵州打造"国际一流山地旅游目的地"和"国内一流度假康养目的地"。2024 年中央一号文件继续强调"实施乡村文旅深度融合工程"，鼓励发展乡村旅游和乡村民宿。这些政策为文旅 OPC 提供了方向指引和资源倾斜。</w:t>
      </w:r>
    </w:p>
    <w:p>
      <w:r>
        <w:rPr>
          <w:rFonts w:ascii="宋体" w:hAnsi="宋体" w:eastAsia="宋体"/>
          <w:sz w:val="24"/>
        </w:rPr>
        <w:t>省级层面，贵州省"十四五"文化和旅游发展规划提出"培育壮大旅游市场主体"，特别强调"支持中小微旅游企业发展"。贵州省还推出了"多彩贵州旅游创业扶持计划"，为文旅创业提供贴息贷款、税收减免和技能培训。</w:t>
      </w:r>
    </w:p>
    <w:p>
      <w:r>
        <w:rPr>
          <w:rFonts w:ascii="宋体" w:hAnsi="宋体" w:eastAsia="宋体"/>
          <w:sz w:val="24"/>
        </w:rPr>
        <w:t>市级层面，安顺市正全力建设"一流旅游城市"，黄果树景区正在建设"世界级旅游景区"。安顺市推出了"瀑乡民宿"品牌培育计划，对乡村民宿给予装修补贴和营销支持。</w:t>
      </w:r>
    </w:p>
    <w:p>
      <w:r>
        <w:rPr>
          <w:rFonts w:ascii="宋体" w:hAnsi="宋体" w:eastAsia="宋体"/>
          <w:sz w:val="24"/>
        </w:rPr>
        <w:t>政策红利的核心逻辑是：贵州希望通过文旅产业实现乡村振兴。而文旅产业振兴不可能只靠引进大型旅游集团——大集团关注的是头部景区和标准化产品，广大乡村地区的碎片化旅游资源需要无数个小微主体来激活。一个村寨可能只需要 2-3 个民宿、1 个农家乐、1 个体验作坊就足以形成一个小型旅游目的地。这正是 OPC 的创业窗口。</w:t>
      </w:r>
    </w:p>
    <w:p>
      <w:r>
        <w:rPr>
          <w:rFonts w:ascii="宋体" w:hAnsi="宋体" w:eastAsia="宋体"/>
          <w:sz w:val="24"/>
        </w:rPr>
        <w:t>但政策红利也有窗口期。随着越来越多的创业者涌入，同质化竞争正在加剧。早期进入者的先发优势正在缩小。能否抓住窗口期，取决于能否将政策红利转化为可持续的运营能力——而这正是本书后续章节将要系统阐述的内容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本章小结</w:t>
      </w:r>
    </w:p>
    <w:p>
      <w:r>
        <w:rPr>
          <w:rFonts w:ascii="宋体" w:hAnsi="宋体" w:eastAsia="宋体"/>
          <w:sz w:val="24"/>
        </w:rPr>
        <w:t>本章从概念、趋势、特征和区域机遇四个维度，构建了文旅 OPC 的认知框架。</w:t>
      </w:r>
    </w:p>
    <w:p>
      <w:r>
        <w:rPr>
          <w:rFonts w:ascii="宋体" w:hAnsi="宋体" w:eastAsia="宋体"/>
          <w:sz w:val="24"/>
        </w:rPr>
        <w:t>概念维度：OPC 从法律上的"一人有限责任公司"拓展为广义的"少数人/小微组织运营范式"，其核心定义包含四个要素——1-5 人核心团队、技术杠杆驱动、平台生态嵌入、完整商业闭环。OPC 与传统 SME 的区别不在于规模大小，而在于组织逻辑（流程导向 vs 职能分工）和增长逻辑（加工具 vs 加人）。</w:t>
      </w:r>
    </w:p>
    <w:p>
      <w:r>
        <w:rPr>
          <w:rFonts w:ascii="宋体" w:hAnsi="宋体" w:eastAsia="宋体"/>
          <w:sz w:val="24"/>
        </w:rPr>
        <w:t>趋势维度：全球和中国文旅产业正在经历深刻的小微化浪潮，其驱动力来自技术民主化（AI 降低运营门槛）、消费个性化（长尾需求爆发）和平台经济（基础设施完善）三股结构性力量。这一趋势不是短期波动，而是产业结构的长期演变。</w:t>
      </w:r>
    </w:p>
    <w:p>
      <w:r>
        <w:rPr>
          <w:rFonts w:ascii="宋体" w:hAnsi="宋体" w:eastAsia="宋体"/>
          <w:sz w:val="24"/>
        </w:rPr>
        <w:t>特征维度：文旅 OPC 的核心特征可概括为"轻资产、重运营、强体验"，以及"灵活性与专业化并存"的独特能力组合。AI 工具在其中扮演着关键角色——通过覆盖非核心运营环节，使 OPC 运营者能将精力集中在核心专业能力上。</w:t>
      </w:r>
    </w:p>
    <w:p>
      <w:r>
        <w:rPr>
          <w:rFonts w:ascii="宋体" w:hAnsi="宋体" w:eastAsia="宋体"/>
          <w:sz w:val="24"/>
        </w:rPr>
        <w:t>机遇维度：贵州凭借碎片化的山地旅游资源、丰富的民族文化和多重政策红利，成为文旅 OPC 创业的理想试验场。资源格局与运营主体的"结构性匹配"、文化传承与商业经营的"功能融合"、政策窗口与创业机会的"时空交汇"，共同构成了贵州文旅 OPC 发展的独特优势。</w:t>
      </w:r>
    </w:p>
    <w:p>
      <w:r>
        <w:rPr>
          <w:rFonts w:ascii="宋体" w:hAnsi="宋体" w:eastAsia="宋体"/>
          <w:sz w:val="24"/>
        </w:rPr>
        <w:t>从第 2 章开始，本书将进入 AI 技术如何赋能文旅 OPC 的具体讨论，首先回答一个核心问题：AI 如何从根本上改变了文旅运营的范式？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思考题</w:t>
      </w:r>
    </w:p>
    <w:p>
      <w:r>
        <w:rPr>
          <w:rFonts w:ascii="宋体" w:hAnsi="宋体" w:eastAsia="宋体"/>
          <w:sz w:val="24"/>
        </w:rPr>
        <w:t>1. 概念辨析题：请用自己的语言解释"广义 OPC"与"一人有限责任公司"的区别，并举例说明哪些文旅经营主体属于广义 OPC 但不属于法律意义上的一人公司。</w:t>
      </w:r>
    </w:p>
    <w:p>
      <w:r>
        <w:rPr>
          <w:rFonts w:ascii="宋体" w:hAnsi="宋体" w:eastAsia="宋体"/>
          <w:sz w:val="24"/>
        </w:rPr>
        <w:t>2. 趋势分析题：选择一个你熟悉的旅游目的地（建议选择贵州本地），分析该目的地的文旅小微主体发展现状。有哪些类型的 OPC？它们面临的主要挑战是什么？</w:t>
      </w:r>
    </w:p>
    <w:p>
      <w:r>
        <w:rPr>
          <w:rFonts w:ascii="宋体" w:hAnsi="宋体" w:eastAsia="宋体"/>
          <w:sz w:val="24"/>
        </w:rPr>
        <w:t>3. 案例讨论题：重新审视本章导入案例中陈志远的民宿运营。如果他决定招聘 3 名员工、扩大规模到 30 间房，他还是 OPC 吗？请用本章学到的 OPC 定义框架做出判断并说明理由。</w:t>
      </w:r>
    </w:p>
    <w:p>
      <w:r>
        <w:rPr>
          <w:rFonts w:ascii="宋体" w:hAnsi="宋体" w:eastAsia="宋体"/>
          <w:sz w:val="24"/>
        </w:rPr>
        <w:t>4. 实践操作题：调研你所在地区（或你熟悉的地区）的一项文旅资源（景区、非遗项目、特色美食等），分析其是否适合 OPC 模式运营。撰写一份 800 字的可行性分析报告，包含资源特征、目标客群、竞争格局、OPC 适配度评估。</w:t>
      </w:r>
    </w:p>
    <w:p>
      <w:r>
        <w:rPr>
          <w:rFonts w:ascii="宋体" w:hAnsi="宋体" w:eastAsia="宋体"/>
          <w:sz w:val="24"/>
        </w:rPr>
        <w:t>5. 拓展思考题：本章 1.4.2 节讨论了民族文化 OPC 化中"文化真实性与商业化"的张力。你认为这个问题可以通过哪些运营手段来缓解？AI 技术能否在其中发挥作用？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参考文献</w:t>
      </w:r>
    </w:p>
    <w:p>
      <w:r>
        <w:rPr>
          <w:rFonts w:ascii="宋体" w:hAnsi="宋体" w:eastAsia="宋体"/>
          <w:sz w:val="24"/>
        </w:rPr>
        <w:t>[1] 国务院. 关于支持贵州在新时代西部大开发上闯新路的意见（国发〔2022〕2 号）[EB/OL]. 2022.</w:t>
      </w:r>
    </w:p>
    <w:p>
      <w:r>
        <w:rPr>
          <w:rFonts w:ascii="宋体" w:hAnsi="宋体" w:eastAsia="宋体"/>
          <w:sz w:val="24"/>
        </w:rPr>
        <w:t>[2] 文化和旅游部. "十四五"文化和旅游发展规划[EB/OL]. 2021.</w:t>
      </w:r>
    </w:p>
    <w:p>
      <w:r>
        <w:rPr>
          <w:rFonts w:ascii="宋体" w:hAnsi="宋体" w:eastAsia="宋体"/>
          <w:sz w:val="24"/>
        </w:rPr>
        <w:t>[3] 贵州省人民政府. 贵州省"十四五"文化和旅游发展规划[EB/OL]. 2022.</w:t>
      </w:r>
    </w:p>
    <w:p>
      <w:r>
        <w:rPr>
          <w:rFonts w:ascii="宋体" w:hAnsi="宋体" w:eastAsia="宋体"/>
          <w:sz w:val="24"/>
        </w:rPr>
        <w:t>[4] 中国旅游协会民宿客栈与精品酒店分会. 2024 中国民宿行业发展报告[R]. 2024.</w:t>
      </w:r>
    </w:p>
    <w:p>
      <w:r>
        <w:rPr>
          <w:rFonts w:ascii="宋体" w:hAnsi="宋体" w:eastAsia="宋体"/>
          <w:sz w:val="24"/>
        </w:rPr>
        <w:t>[5] 携程研究院. 2024 年旅游消费趋势报告[R]. 2024.</w:t>
      </w:r>
    </w:p>
    <w:p>
      <w:r>
        <w:rPr>
          <w:rFonts w:ascii="宋体" w:hAnsi="宋体" w:eastAsia="宋体"/>
          <w:sz w:val="24"/>
        </w:rPr>
        <w:t>[6] 世界旅游组织（UNWTO）. Tourism and the Sustainable Development Goals: Good Practices in SMEs[R]. 2020.</w:t>
      </w:r>
    </w:p>
    <w:p>
      <w:r>
        <w:rPr>
          <w:rFonts w:ascii="宋体" w:hAnsi="宋体" w:eastAsia="宋体"/>
          <w:sz w:val="24"/>
        </w:rPr>
        <w:t>[7] Grand View Research. Private Tour Guide Services Market Size, Share &amp; Trends Analysis Report[R]. 2023.</w:t>
      </w:r>
    </w:p>
    <w:p>
      <w:r>
        <w:rPr>
          <w:rFonts w:ascii="宋体" w:hAnsi="宋体" w:eastAsia="宋体"/>
          <w:sz w:val="24"/>
        </w:rPr>
        <w:t>[8] 吴必虎. 区域旅游规划原理（第二版）[M]. 北京: 中国旅游出版社, 2018.</w:t>
      </w:r>
    </w:p>
    <w:p>
      <w:r>
        <w:rPr>
          <w:rFonts w:ascii="宋体" w:hAnsi="宋体" w:eastAsia="宋体"/>
          <w:sz w:val="24"/>
        </w:rPr>
        <w:t>[9] 戴斌. 中国旅游发展报告（2023-2024）[M]. 北京: 社会科学文献出版社, 2024.</w:t>
      </w:r>
    </w:p>
    <w:p>
      <w:r>
        <w:rPr>
          <w:rFonts w:ascii="宋体" w:hAnsi="宋体" w:eastAsia="宋体"/>
          <w:sz w:val="24"/>
        </w:rPr>
        <w:t>[10] 中华人民共和国公司法（2018 年修正）[S]. 第三节 一人有限责任公司的特别规定, 第五十七条至第六十四条.</w:t>
      </w:r>
    </w:p>
    <w:p>
      <w:pPr>
        <w:pStyle w:val="Heading2"/>
      </w:pPr>
      <w:r>
        <w:t>学习目标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知识目标：理解人工智能技术对文旅运营模式的颠覆性影响，掌握从信息化到智能化再到 AI 化的技术跃迁脉络；系统掌握 AI 赋能文旅 OPC 的五大核心路径——需求感知、内容生产、客户触达、服务交付、经营决策。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能力目标：能够绘制 AI 赋能前后的文旅运营流程对比图，识别各运营环节的 AI 替代点和 AI 增强点；能够为一个具体的文旅 OPC 场景设计初步的 AI 赋能方案。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素养目标：建立 AI 与人类协同的运营思维，摒弃"全自动化替代人类"或"AI 与我无关"的极端观念；在科技自立自强背景下，理性看待国产 AI 工具的应用前景与局限。</w:t>
      </w:r>
    </w:p>
    <w:p>
      <w:pPr>
        <w:pStyle w:val="Heading2"/>
      </w:pPr>
      <w:r>
        <w:t>导入案例</w:t>
      </w:r>
    </w:p>
    <w:p>
      <w:r>
        <w:rPr>
          <w:rFonts w:ascii="宋体" w:hAnsi="宋体" w:eastAsia="宋体"/>
          <w:sz w:val="24"/>
        </w:rPr>
        <w:t>一个人的营销部：梵净山脚下的 AI 实验</w:t>
      </w:r>
    </w:p>
    <w:p>
      <w:r>
        <w:rPr>
          <w:rFonts w:ascii="宋体" w:hAnsi="宋体" w:eastAsia="宋体"/>
          <w:sz w:val="24"/>
        </w:rPr>
        <w:t>张雨欣是铜仁梵净山脚下的一名自由执业导游，2019 年考取导游证后开始接散客。她的困境很典型：旺季忙不过来，淡季没有客人。2023 年春天，她做了一个决定——不再"等客人来"，而是用 AI 工具主动"找客人"。</w:t>
      </w:r>
    </w:p>
    <w:p>
      <w:r>
        <w:rPr>
          <w:rFonts w:ascii="宋体" w:hAnsi="宋体" w:eastAsia="宋体"/>
          <w:sz w:val="24"/>
        </w:rPr>
        <w:t>她做了三件事：第一，用 AI 写作工具把梵净山的自然科普、佛教文化、苗族传说写成 50 篇不同角度的短视频脚本，用 AI 配音和 AI 剪辑工具每天发布 3 条短视频；第二，用 AI 客服工具自动回复小红书和抖音上的咨询，识别高意向客户后转人工跟进；第三，用 AI 数据分析工具分析过去两年梵净山的客流规律，提前一个月预判旺季和淡季的切换时间点，动态调整排班和价格。</w:t>
      </w:r>
    </w:p>
    <w:p>
      <w:r>
        <w:rPr>
          <w:rFonts w:ascii="宋体" w:hAnsi="宋体" w:eastAsia="宋体"/>
          <w:sz w:val="24"/>
        </w:rPr>
        <w:t>结果：2024 年全年，张雨欣的客户中 73% 来自抖音和小红书的自然流量，老客户转介绍率从 12% 提升到 31%，年收入从 2022 年的 8 万元增长到 2024 年的 27 万元。她没有招人，没有投广告费，唯一增加的成本是 AI 工具的订阅费——全年不到 3000 元。</w:t>
      </w:r>
    </w:p>
    <w:p>
      <w:r>
        <w:rPr>
          <w:rFonts w:ascii="宋体" w:hAnsi="宋体" w:eastAsia="宋体"/>
          <w:sz w:val="24"/>
        </w:rPr>
        <w:t>思考：张雨欣做的三件事，在 AI 出现之前需要多少人才能完成？AI 到底是在"替代"她，还是在"增强"她？如果 AI 工具明天消失了，她的运营体系会怎样？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2.1 AI 技术对文旅产业的重塑</w:t>
      </w:r>
    </w:p>
    <w:p>
      <w:pPr>
        <w:pStyle w:val="Heading3"/>
      </w:pPr>
      <w:r>
        <w:t>2.1.1 从信息化到智能化：文旅运营的技术跃迁</w:t>
      </w:r>
    </w:p>
    <w:p>
      <w:r>
        <w:rPr>
          <w:rFonts w:ascii="宋体" w:hAnsi="宋体" w:eastAsia="宋体"/>
          <w:sz w:val="24"/>
        </w:rPr>
        <w:t>文旅行业的数字化进程大致可分为三个阶段，每一次跃迁都深刻改变了运营主体的能力边界。</w:t>
      </w:r>
    </w:p>
    <w:p>
      <w:r>
        <w:rPr>
          <w:rFonts w:ascii="宋体" w:hAnsi="宋体" w:eastAsia="宋体"/>
          <w:sz w:val="24"/>
        </w:rPr>
        <w:t>信息化阶段（2000-2015 年）的核心是"把业务搬上线"。旅行社用 ERP 系统管理订单，酒店用 PMS 系统管理客房，景区用电子票务系统替代纸质门票。信息化的本质是流程数字化——用计算机替代纸质记录，用数据库替代文件柜。在这个阶段，技术是"记录工具"，解决的是"信息存哪里、怎么查"的问题。信息化的受益者主要是大中型企业，因为它们有能力承担系统的采购和运维成本。一个小民宿或个体导游，用不起也无需用信息化系统。</w:t>
      </w:r>
    </w:p>
    <w:p>
      <w:r>
        <w:rPr>
          <w:rFonts w:ascii="宋体" w:hAnsi="宋体" w:eastAsia="宋体"/>
          <w:sz w:val="24"/>
        </w:rPr>
        <w:t>智能化阶段（2015-2022 年）的核心是"让系统做决策"。OTA 平台用推荐算法匹配用户和产品，酒店用收益管理系统（RMS）动态调价，景区用人脸识别和客流监测优化入园体验。智能化的本质是决策自动化——系统不仅记录数据，还能基于数据做出简单决策。在这个阶段，技术从"记录工具"升级为"辅助决策工具"。但智能化的门槛仍然较高：一个有效的 RMS 系统需要大量历史数据和专业建模能力，仍然只有大中型企业能够部署。</w:t>
      </w:r>
    </w:p>
    <w:p>
      <w:r>
        <w:rPr>
          <w:rFonts w:ascii="宋体" w:hAnsi="宋体" w:eastAsia="宋体"/>
          <w:sz w:val="24"/>
        </w:rPr>
        <w:t>AI 化阶段（2022 年至今）的核心是"让每个人拥有智能"。以 ChatGPT 为代表的生成式 AI 将智能化能力从"系统级"降维到"个人级"。一个民宿主不需要采购任何系统，只需要打开 AI 工具就能完成文案撰写、图片生成、数据分析、客户沟通。AI 化的本质是智能民主化——过去只有大企业 IT 部门才能实现的能力，现在每个人都能以极低成本获得。</w:t>
      </w:r>
    </w:p>
    <w:p>
      <w:r>
        <w:rPr>
          <w:rFonts w:ascii="宋体" w:hAnsi="宋体" w:eastAsia="宋体"/>
          <w:sz w:val="24"/>
        </w:rPr>
        <w:t>这一跃迁对文旅运营的影响是结构性的。信息化和智能化阶段，技术是大企业的竞争武器——越大越有技术优势。AI 化阶段，技术反而成为小微主体的平衡杠杆——技术门槛的消失让"小"不再意味着"落后"，"一个人"可以拥有过去"一个部门"的运营能力。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2-1：文旅运营技术跃迁三阶段对比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阶段 | 核心特征 | 典型工具 | 受益主体 | OPC 可获得性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|------|---------|---------|---------|------------|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信息化（2000-2015） | 流程数字化 | ERP/PMS/电子票务 | 大中型企业 | 低（成本高、无需求）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智能化（2015-2022） | 决策自动化 | RMS/推荐算法/人脸识别 | 大中型企业为主 | 中（部分 SaaS 化）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AI 化（2022 至今） | 智能民主化 | 大语言模型/AI 图像/AI 客服 | 所有主体 | 高（低成本、即开即用） |</w:t>
      </w:r>
    </w:p>
    <w:p>
      <w:pPr>
        <w:pStyle w:val="Heading3"/>
      </w:pPr>
      <w:r>
        <w:t>2.1.2 大语言模型与生成式 AI 的运营革命</w:t>
      </w:r>
    </w:p>
    <w:p>
      <w:r>
        <w:rPr>
          <w:rFonts w:ascii="宋体" w:hAnsi="宋体" w:eastAsia="宋体"/>
          <w:sz w:val="24"/>
        </w:rPr>
        <w:t>大语言模型（Large Language Model, LLM）和生成式 AI 是 AI 化阶段的核心技术引擎。理解这两项技术的基本原理和能力边界，是理解 AI 赋能文旅 OPC 的前提。</w:t>
      </w:r>
    </w:p>
    <w:p>
      <w:r>
        <w:rPr>
          <w:rFonts w:ascii="宋体" w:hAnsi="宋体" w:eastAsia="宋体"/>
          <w:sz w:val="24"/>
        </w:rPr>
        <w:t>大语言模型是一种通过海量文本训练得到的 AI 模型，能够理解和生成自然语言。以 GPT-4 为例，其训练数据包含数万亿字的文本，参数规模超过 1.7 万亿。这意味着它"读过"人类历史上几乎所有公开的书籍、论文、网页和对话——虽然它不"理解"这些内容的含义（在人类意义上），但它能够以极高的准确率预测"在给定的上下文中，下一个最可能出现的词是什么"。这种能力让 LLM 在文本生成、翻译、摘要、问答等任务上表现出了接近甚至超越人类水平的性能。</w:t>
      </w:r>
    </w:p>
    <w:p>
      <w:r>
        <w:rPr>
          <w:rFonts w:ascii="宋体" w:hAnsi="宋体" w:eastAsia="宋体"/>
          <w:sz w:val="24"/>
        </w:rPr>
        <w:t>对于文旅 OPC 而言，LLM 的价值在于：它把"写作能力"变成了一种可调用的基础设施。过去，一个民宿主要写出一篇有吸引力的房源描述，需要自己具备写作能力或花钱请人写。现在，只需要输入几个关键词（"黄果树""民宿""山景""屯堡风格"），LLM 就能在几秒钟内生成多个版本的文案。这不是"替代写手"，而是"让不会写的人也能产出合格的文案"。</w:t>
      </w:r>
    </w:p>
    <w:p>
      <w:r>
        <w:rPr>
          <w:rFonts w:ascii="宋体" w:hAnsi="宋体" w:eastAsia="宋体"/>
          <w:sz w:val="24"/>
        </w:rPr>
        <w:t>生成式 AI 的范畴比 LLM 更广，涵盖了文本、图像、音频、视频等多种内容形态的 AI 生成能力。Midjourney 和 Stable Diffusion 可以生成高质量的图像，Suno 和 Udio 可以生成音乐，Runway 和 Pika 可以生成和编辑视频。对于文旅 OPC，这意味着内容生产的全品类——从文案到海报到短视频——都可以用 AI 工具完成。一个个体导游可以一个人产出过去一个新媒体团队的内容量。</w:t>
      </w:r>
    </w:p>
    <w:p>
      <w:r>
        <w:rPr>
          <w:rFonts w:ascii="宋体" w:hAnsi="宋体" w:eastAsia="宋体"/>
          <w:sz w:val="24"/>
        </w:rPr>
        <w:t>但生成式 AI 有两个关键局限需要正视：事实准确性不足（AI 可能"一本正经地胡说八道"，这在旅游信息中尤其危险）和文化深度不足（AI 生成的文化解读往往流于表面，缺乏在地感和真实体验）。因此，AI 内容生产的最佳模式不是"全自动发布"，而是"AI 初稿 + 人工审核优化"——这个原则将在第 6 章详细展开。</w:t>
      </w:r>
    </w:p>
    <w:p>
      <w:pPr>
        <w:pStyle w:val="Heading3"/>
      </w:pPr>
      <w:r>
        <w:t>2.1.3 AI 降低文旅创业门槛的机制分析</w:t>
      </w:r>
    </w:p>
    <w:p>
      <w:r>
        <w:rPr>
          <w:rFonts w:ascii="宋体" w:hAnsi="宋体" w:eastAsia="宋体"/>
          <w:sz w:val="24"/>
        </w:rPr>
        <w:t>AI 降低文旅创业门槛，不是通过"让创业变简单"这种笼统的方式，而是通过精准消除传统创业中的五个具体障碍。</w:t>
      </w:r>
    </w:p>
    <w:p>
      <w:r>
        <w:rPr>
          <w:rFonts w:ascii="宋体" w:hAnsi="宋体" w:eastAsia="宋体"/>
          <w:sz w:val="24"/>
        </w:rPr>
        <w:t>知识障碍的消除。传统文旅创业需要多领域知识：产品设计（怎么设计旅游线路）、市场营销（怎么写文案、拍视频、投广告）、客户服务（怎么处理投诉、维护评价）、财务税务（怎么记账、报税）。一个人很难同时精通这些领域。AI 工具通过"知识外包"的方式解决这个问题——LLM 内置了各个领域的知识，运营者不需要"学会"市场营销，只需要"学会怎么让 AI 做市场营销"。知识门槛从"掌握"降为"调用"。</w:t>
      </w:r>
    </w:p>
    <w:p>
      <w:r>
        <w:rPr>
          <w:rFonts w:ascii="宋体" w:hAnsi="宋体" w:eastAsia="宋体"/>
          <w:sz w:val="24"/>
        </w:rPr>
        <w:t>技能障碍的消除。知识可以通过学习获得，但某些技能（如摄影、设计、视频剪辑、外语）需要长期训练。AI 生成工具直接绕过了技能壁垒——不会设计可以用 AI 做海报，不会摄影可以用 AI 生成宣传图，不会外语可以用 AI 翻译和 AI 语音。技能门槛从"掌握"降为"描述需求"。</w:t>
      </w:r>
    </w:p>
    <w:p>
      <w:r>
        <w:rPr>
          <w:rFonts w:ascii="宋体" w:hAnsi="宋体" w:eastAsia="宋体"/>
          <w:sz w:val="24"/>
        </w:rPr>
        <w:t>时间障碍的消除。传统小微创业的最大痛点是"一个人一天只有 24 小时"。旺季服务客人就没时间做营销，做营销就没时间做服务。AI 自动化工具解决了这个时间矛盾——客服交给 AI、内容生产交给 AI、数据整理交给 AI，运营者将时间集中在 AI 无法替代的环节（如与客人面对面交流、深度体验设计）。</w:t>
      </w:r>
    </w:p>
    <w:p>
      <w:r>
        <w:rPr>
          <w:rFonts w:ascii="宋体" w:hAnsi="宋体" w:eastAsia="宋体"/>
          <w:sz w:val="24"/>
        </w:rPr>
        <w:t>信任障碍的消除。个人经营者面临的最大信任问题是"游客凭什么相信一个陌生人"。OTA 平台的评价体系部分解决了这个问题，但 AI 还可以通过其他方式增强信任——AI 生成的个性化攻略展现专业性、AI 客服的快速响应展现可靠性、AI 辅助的内容矩阵展现品牌一致性。</w:t>
      </w:r>
    </w:p>
    <w:p>
      <w:r>
        <w:rPr>
          <w:rFonts w:ascii="宋体" w:hAnsi="宋体" w:eastAsia="宋体"/>
          <w:sz w:val="24"/>
        </w:rPr>
        <w:t>规模障碍的消除。传统小微企业做大的路径是"加人"——一个人忙不过来就招人，一个人不专业就请人。AI 提供了另一条路径："加工具"——用 AI 扩展现有人力的产能边界。一个民宿主用 AI 客服 + 智能门锁 + 自动定价，一个人可以管理 15 间房而不需要前台和管家。这种"工具化扩张"的边际成本远低于"人力化扩张"。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2.2 传统运营 vs AI 增强运营</w:t>
      </w:r>
    </w:p>
    <w:p>
      <w:pPr>
        <w:pStyle w:val="Heading3"/>
      </w:pPr>
      <w:r>
        <w:t>2.2.1 传统文旅小微主体的运营痛点</w:t>
      </w:r>
    </w:p>
    <w:p>
      <w:r>
        <w:rPr>
          <w:rFonts w:ascii="宋体" w:hAnsi="宋体" w:eastAsia="宋体"/>
          <w:sz w:val="24"/>
        </w:rPr>
        <w:t>在 AI 工具普及之前，文旅小微主体面临的运营痛点可以归纳为"三个不够用"和"三个做不好"。</w:t>
      </w:r>
    </w:p>
    <w:p>
      <w:r>
        <w:rPr>
          <w:rFonts w:ascii="宋体" w:hAnsi="宋体" w:eastAsia="宋体"/>
          <w:sz w:val="24"/>
        </w:rPr>
        <w:t>三个不够用：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时间不够用。旺季时，一个民宿主从早 6 点忙到晚 12 点——接单、办理入住、打扫卫生、回复咨询、处理突发问题。营销和产品优化等"重要但不紧急"的工作被无限期搁置。淡季时，有时间但没客人，不知道该做什么。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钱不够用。没有预算请专业摄影师拍房源照、请设计师做海报、请运营做社交媒体。营销效果完全取决于个人能力和运气。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知识不够用。不知道 OTA 平台的算法逻辑、不知道如何优化搜索排名、不知道如何定价才能收益最大化、不知道客诉的法律风险。</w:t>
      </w:r>
    </w:p>
    <w:p>
      <w:r>
        <w:rPr>
          <w:rFonts w:ascii="宋体" w:hAnsi="宋体" w:eastAsia="宋体"/>
          <w:sz w:val="24"/>
        </w:rPr>
        <w:t>三个做不好：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内容做不好。房源描述平淡无奇，社交媒体内容更新不稳定，没有品牌辨识度。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客服做不好。咨询回复慢导致客人流失，深夜无法回复导致差评，多平台多语言咨询处理不过来。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数据做不好。经营数据散落在各个平台，无法统一分析；竞争对手的动态无法持续跟踪；市场趋势只能凭感觉判断。</w:t>
      </w:r>
    </w:p>
    <w:p>
      <w:r>
        <w:rPr>
          <w:rFonts w:ascii="宋体" w:hAnsi="宋体" w:eastAsia="宋体"/>
          <w:sz w:val="24"/>
        </w:rPr>
        <w:t>这些痛点有一个共同的根源：人力规模与运营需求之间的结构性矛盾。文旅运营天然需要多个职能角色的协同（营销、客服、运营、财务），但小微主体的 1-2 个人无法覆盖所有这些角色。传统解法是"加人"——招前台、招管家、招运营。但这又带来了新的问题：人工成本吃掉利润、管理复杂度上升、企业文化稀释。AI 提供了一种根本性的替代解法：不是"加人"覆盖更多职能，而是"加工具"让人能同时胜任多个职能。</w:t>
      </w:r>
    </w:p>
    <w:p>
      <w:pPr>
        <w:pStyle w:val="Heading3"/>
      </w:pPr>
      <w:r>
        <w:t>2.2.2 AI 介入后的流程重构</w:t>
      </w:r>
    </w:p>
    <w:p>
      <w:r>
        <w:rPr>
          <w:rFonts w:ascii="宋体" w:hAnsi="宋体" w:eastAsia="宋体"/>
          <w:sz w:val="24"/>
        </w:rPr>
        <w:t>AI 介入文旅运营，不是简单地在现有流程上"叠加"一个 AI 工具，而是对运营流程的根本性重构。以一家民宿 OPC 的典型运营流程为例，AI 介入前后的对比可以清晰地展示这种重构的深度。</w:t>
      </w:r>
    </w:p>
    <w:p>
      <w:r>
        <w:rPr>
          <w:rFonts w:ascii="宋体" w:hAnsi="宋体" w:eastAsia="宋体"/>
          <w:sz w:val="24"/>
        </w:rPr>
        <w:t>传统流程（以接到一个预订咨询为例）：</w:t>
      </w:r>
    </w:p>
    <w:p>
      <w:r>
        <w:rPr>
          <w:rFonts w:ascii="宋体" w:hAnsi="宋体" w:eastAsia="宋体"/>
          <w:sz w:val="24"/>
        </w:rPr>
        <w:t>1. 客人通过 OTA 平台发送咨询 → 民宿主看到通知（可能 30 分钟后）→ 手动回复</w:t>
      </w:r>
    </w:p>
    <w:p>
      <w:r>
        <w:rPr>
          <w:rFonts w:ascii="宋体" w:hAnsi="宋体" w:eastAsia="宋体"/>
          <w:sz w:val="24"/>
        </w:rPr>
        <w:t>2. 客人确认预订 → 民宿主手动在多个平台关房/改价 → 发送确认信息和入住指引</w:t>
      </w:r>
    </w:p>
    <w:p>
      <w:r>
        <w:rPr>
          <w:rFonts w:ascii="宋体" w:hAnsi="宋体" w:eastAsia="宋体"/>
          <w:sz w:val="24"/>
        </w:rPr>
        <w:t>3. 客人入住当天 → 民宿主到店接待、登记、介绍房间和周边</w:t>
      </w:r>
    </w:p>
    <w:p>
      <w:r>
        <w:rPr>
          <w:rFonts w:ascii="宋体" w:hAnsi="宋体" w:eastAsia="宋体"/>
          <w:sz w:val="24"/>
        </w:rPr>
        <w:t>4. 入住期间 → 客人有疑问发微信 → 民宿主手动回复（如果忙则延迟）</w:t>
      </w:r>
    </w:p>
    <w:p>
      <w:r>
        <w:rPr>
          <w:rFonts w:ascii="宋体" w:hAnsi="宋体" w:eastAsia="宋体"/>
          <w:sz w:val="24"/>
        </w:rPr>
        <w:t>5. 退房 → 民宿主手动检查房间、确认退房、发送评价邀请</w:t>
      </w:r>
    </w:p>
    <w:p>
      <w:r>
        <w:rPr>
          <w:rFonts w:ascii="宋体" w:hAnsi="宋体" w:eastAsia="宋体"/>
          <w:sz w:val="24"/>
        </w:rPr>
        <w:t>6. 后续 → 如果想起来就发个微信问候，想不起来就算了</w:t>
      </w:r>
    </w:p>
    <w:p>
      <w:r>
        <w:rPr>
          <w:rFonts w:ascii="宋体" w:hAnsi="宋体" w:eastAsia="宋体"/>
          <w:sz w:val="24"/>
        </w:rPr>
        <w:t>AI 增强流程：</w:t>
      </w:r>
    </w:p>
    <w:p>
      <w:r>
        <w:rPr>
          <w:rFonts w:ascii="宋体" w:hAnsi="宋体" w:eastAsia="宋体"/>
          <w:sz w:val="24"/>
        </w:rPr>
        <w:t>1. 客人通过任意渠道发送咨询 → AI 客服秒级自动回复，识别意图（询价/问设施/问周边）→ 调取知识库生成准确回答 → 高意向客户标记后推送通知给民宿主</w:t>
      </w:r>
    </w:p>
    <w:p>
      <w:r>
        <w:rPr>
          <w:rFonts w:ascii="宋体" w:hAnsi="宋体" w:eastAsia="宋体"/>
          <w:sz w:val="24"/>
        </w:rPr>
        <w:t>2. 客人确认预订 → 系统自动关房/改价 → AI 自动生成个性化入住指引（根据客人的预订信息定制）</w:t>
      </w:r>
    </w:p>
    <w:p>
      <w:r>
        <w:rPr>
          <w:rFonts w:ascii="宋体" w:hAnsi="宋体" w:eastAsia="宋体"/>
          <w:sz w:val="24"/>
        </w:rPr>
        <w:t>3. 客人入住当天 → 智能门锁自动生成临时密码发送给客人 → AI 语音助手在房间内提供周边攻略</w:t>
      </w:r>
    </w:p>
    <w:p>
      <w:r>
        <w:rPr>
          <w:rFonts w:ascii="宋体" w:hAnsi="宋体" w:eastAsia="宋体"/>
          <w:sz w:val="24"/>
        </w:rPr>
        <w:t>4. 入住期间 → AI 客服 7×24 小时响应常见问题 → 复杂问题转人工</w:t>
      </w:r>
    </w:p>
    <w:p>
      <w:r>
        <w:rPr>
          <w:rFonts w:ascii="宋体" w:hAnsi="宋体" w:eastAsia="宋体"/>
          <w:sz w:val="24"/>
        </w:rPr>
        <w:t>5. 退房 → 自动发送退房确认和感谢信息 → AI 生成个性化评价邀请文案</w:t>
      </w:r>
    </w:p>
    <w:p>
      <w:r>
        <w:rPr>
          <w:rFonts w:ascii="宋体" w:hAnsi="宋体" w:eastAsia="宋体"/>
          <w:sz w:val="24"/>
        </w:rPr>
        <w:t>6. 后续 → AI 根据客户画像自动在适当时间发送个性化复购优惠 → 自动记录客户偏好到 CRM</w:t>
      </w:r>
    </w:p>
    <w:p>
      <w:r>
        <w:rPr>
          <w:rFonts w:ascii="宋体" w:hAnsi="宋体" w:eastAsia="宋体"/>
          <w:sz w:val="24"/>
        </w:rPr>
        <w:t>关键变化不在于"更快了"，而在于：民宿主从"服务员"变成了"体验设计师"。日常重复性工作被 AI 接管后，民宿主的时间被释放出来，可以投入到真正创造价值的事情上——设计独特的在地体验、与客人深度交流、持续优化产品。</w:t>
      </w:r>
    </w:p>
    <w:p>
      <w:r>
        <w:rPr>
          <w:rFonts w:ascii="宋体" w:hAnsi="宋体" w:eastAsia="宋体"/>
          <w:sz w:val="24"/>
        </w:rPr>
        <w:t>[图 2-1：传统运营流程 vs AI 增强运营流程对比图，以民宿预订—入住—退房全链路为例，用泳道图展示 AI 替代点和增强点]</w:t>
      </w:r>
    </w:p>
    <w:p>
      <w:pPr>
        <w:pStyle w:val="Heading3"/>
      </w:pPr>
      <w:r>
        <w:t>2.2.3 运营效率提升的量化评估框架</w:t>
      </w:r>
    </w:p>
    <w:p>
      <w:r>
        <w:rPr>
          <w:rFonts w:ascii="宋体" w:hAnsi="宋体" w:eastAsia="宋体"/>
          <w:sz w:val="24"/>
        </w:rPr>
        <w:t>AI 对运营效率的提升不能仅凭感觉，需要一套可量化的评估框架。本书提出"AI 运营效率提升的四个维度"（AI-4E 框架）：</w:t>
      </w:r>
    </w:p>
    <w:p>
      <w:r>
        <w:rPr>
          <w:rFonts w:ascii="宋体" w:hAnsi="宋体" w:eastAsia="宋体"/>
          <w:sz w:val="24"/>
        </w:rPr>
        <w:t>效率提升（Efficiency）：完成任务所需时间的减少。例如，回复一条客户咨询的平均时间从 15 分钟降到 30 秒（AI 自动回复），效率提升 30 倍。但效率提升只衡量"做同样的事更快了"，不衡量"做了以前做不了的事"。</w:t>
      </w:r>
    </w:p>
    <w:p>
      <w:r>
        <w:rPr>
          <w:rFonts w:ascii="宋体" w:hAnsi="宋体" w:eastAsia="宋体"/>
          <w:sz w:val="24"/>
        </w:rPr>
        <w:t>效果提升（Effectiveness）：任务完成质量的提高。例如，AI 生成的个性化房源描述比民宿主自己写的版本转化率提高 25%。效果提升衡量的是产出的质量变化。</w:t>
      </w:r>
    </w:p>
    <w:p>
      <w:r>
        <w:rPr>
          <w:rFonts w:ascii="宋体" w:hAnsi="宋体" w:eastAsia="宋体"/>
          <w:sz w:val="24"/>
        </w:rPr>
        <w:t>扩展性提升（Expandability）：运营能力的边界外扩。例如，一个只会中文的民宿主现在可以用 AI 翻译 + AI 语音工具服务英文和日文客人，运营边界从"中文市场"扩展到"多语言市场"。扩展性提升衡量的是"能做以前做不了的事"。</w:t>
      </w:r>
    </w:p>
    <w:p>
      <w:r>
        <w:rPr>
          <w:rFonts w:ascii="宋体" w:hAnsi="宋体" w:eastAsia="宋体"/>
          <w:sz w:val="24"/>
        </w:rPr>
        <w:t>体验提升（Experience）：客户和运营者双方体验的改善。客户得到更快的响应、更个性化的服务；运营者从重复劳动中解放，工作满意度提升。体验提升是最难量化但最重要的维度——它决定了 OPC 模式的可持续性。</w:t>
      </w:r>
    </w:p>
    <w:p>
      <w:r>
        <w:rPr>
          <w:rFonts w:ascii="宋体" w:hAnsi="宋体" w:eastAsia="宋体"/>
          <w:sz w:val="24"/>
        </w:rPr>
        <w:t>[表 2-1：AI-4E 评估框架指标示例]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99"/>
        <w:gridCol w:w="1899"/>
        <w:gridCol w:w="1899"/>
        <w:gridCol w:w="1899"/>
      </w:tblGrid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维度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核心指标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测量方式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民宿 OPC 典型数据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效率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任务完成时间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工具日志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咨询回复时间 ↓97%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效果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转化率/评分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A/B 测试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预订转化率 ↑18%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扩展性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能力覆盖范围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业务指标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可服务语种从 1→5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体验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NPS/运营者满意度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问卷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NPS ↑15 分</w:t>
            </w:r>
          </w:p>
        </w:tc>
      </w:tr>
    </w:tbl>
    <w:p/>
    <w:p>
      <w:pPr>
        <w:pBdr>
          <w:bottom w:val="single" w:sz="12" w:space="1" w:color="999999"/>
        </w:pBdr>
      </w:pPr>
    </w:p>
    <w:p>
      <w:pPr>
        <w:pStyle w:val="Heading2"/>
      </w:pPr>
      <w:r>
        <w:t>2.3 AI 赋能 OPC 的五大路径</w:t>
      </w:r>
    </w:p>
    <w:p>
      <w:pPr>
        <w:pStyle w:val="Heading3"/>
      </w:pPr>
      <w:r>
        <w:t>2.3.1 需求感知：从经验判断到数据洞察</w:t>
      </w:r>
    </w:p>
    <w:p>
      <w:r>
        <w:rPr>
          <w:rFonts w:ascii="宋体" w:hAnsi="宋体" w:eastAsia="宋体"/>
          <w:sz w:val="24"/>
        </w:rPr>
        <w:t>文旅 OPC 面临的最大不确定性是"客人想要什么"和"客人什么时候来"。传统模式下，运营者只能依靠个人经验——"去年五一满了所以今年五一也涨价"、"感觉最近亲子游多了所以加点亲子元素"。这种经验判断有两个致命缺陷：滞后性（等感觉到的时候趋势已经过去了）和偏差性（个人经验不能代表整体市场）。</w:t>
      </w:r>
    </w:p>
    <w:p>
      <w:r>
        <w:rPr>
          <w:rFonts w:ascii="宋体" w:hAnsi="宋体" w:eastAsia="宋体"/>
          <w:sz w:val="24"/>
        </w:rPr>
        <w:t>AI 将需求感知从"经验判断"升级为"数据洞察"，具体体现在三个层面：</w:t>
      </w:r>
    </w:p>
    <w:p>
      <w:r>
        <w:rPr>
          <w:rFonts w:ascii="宋体" w:hAnsi="宋体" w:eastAsia="宋体"/>
          <w:sz w:val="24"/>
        </w:rPr>
        <w:t>舆情监测：AI 可以 7×24 小时抓取社交媒体、OTA 评论、旅游论坛中的关键词和情绪信号。例如，当"黄果树+亲子+避暑"三个关键词在社交媒体上的提及量突然上升 300%，AI 可以提前 2-3 周预警"暑期亲子避暑需求即将爆发"，让 OPC 有充足时间调整产品和营销策略。</w:t>
      </w:r>
    </w:p>
    <w:p>
      <w:r>
        <w:rPr>
          <w:rFonts w:ascii="宋体" w:hAnsi="宋体" w:eastAsia="宋体"/>
          <w:sz w:val="24"/>
        </w:rPr>
        <w:t>评论分析：一个热门民宿可能有数千条评论，人工阅读分析几乎不可能。AI 可以批量提取评论中的高频关键词、情感倾向、投诉主题和表扬主题。例如，AI 分析发现某民宿的评论中"早餐"出现频率很高但情感得分偏低，提示早餐是需要改进的重点环节。</w:t>
      </w:r>
    </w:p>
    <w:p>
      <w:r>
        <w:rPr>
          <w:rFonts w:ascii="宋体" w:hAnsi="宋体" w:eastAsia="宋体"/>
          <w:sz w:val="24"/>
        </w:rPr>
        <w:t>客流预测：结合历史客流数据、节假日日历、天气预测、社交媒体热度等多元信号，AI 可以给出未来 1-4 周的客流预测，准确率通常可达 75-85%。对于 OPC 而言，这意味着可以科学地决定：什么时候应该囤货、什么时候应该提价、什么时候应该休假。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2-2：AI 需求感知的三种模式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**被动监测**：AI 持续抓取公开数据（社交媒体、OTA 评论、搜索指数），发现异常信号时自动预警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**主动分析**：运营者输入特定问题（如"分析我店最近半年的客群变化"），AI 生成分析报告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**预测性洞察**：AI 基于多元数据（历史+天气+事件+舆情）对未来需求做出量化预测</w:t>
      </w:r>
    </w:p>
    <w:p>
      <w:pPr>
        <w:pStyle w:val="Heading3"/>
      </w:pPr>
      <w:r>
        <w:t>2.3.2 内容生产：从外包依赖到自主生成</w:t>
      </w:r>
    </w:p>
    <w:p>
      <w:r>
        <w:rPr>
          <w:rFonts w:ascii="宋体" w:hAnsi="宋体" w:eastAsia="宋体"/>
          <w:sz w:val="24"/>
        </w:rPr>
        <w:t>内容生产是文旅 OPC 运营中最"重"的环节之一。传统的解决方案有三种：自己做（效果取决于个人能力，不稳定）、外包（成本高，一套民宿照片 2000-5000 元，一条视频 500-2000 元）、不做（放弃内容营销，等于放弃最重要的获客渠道）。三种方案都有明显缺陷。</w:t>
      </w:r>
    </w:p>
    <w:p>
      <w:r>
        <w:rPr>
          <w:rFonts w:ascii="宋体" w:hAnsi="宋体" w:eastAsia="宋体"/>
          <w:sz w:val="24"/>
        </w:rPr>
        <w:t>AI 提供了第四种方案：自主生成——用 AI 工具以接近外包的质量、远低于外包的成本，自主完成内容生产。</w:t>
      </w:r>
    </w:p>
    <w:p>
      <w:r>
        <w:rPr>
          <w:rFonts w:ascii="宋体" w:hAnsi="宋体" w:eastAsia="宋体"/>
          <w:sz w:val="24"/>
        </w:rPr>
        <w:t>以一家民宿的典型内容需求为例：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房源描述：传统做法是民宿主自己写（质量参差）或请写手（500-1000 元/篇）。AI 方案：输入民宿的关键信息（位置、风格、设施、周边），AI 生成 3-5 个版本，民宿主选择最优版本并微调。耗时 10 分钟，成本近乎为零。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宣传图片：传统做法是请摄影师拍摄（2000-5000 元/次）。AI 方案：手机拍摄基础素材，AI 进行调色、去杂物、天空替换、添加文字。或者直接用 AI 图像生成工具生成氛围图（需要注明为 AI 生成，以遵守诚信原则）。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短视频：传统做法是请视频团队（500-2000 元/条）。AI 方案：手机拍摄原始素材，AI 自动剪辑（智能选片段、自动配乐、自动字幕）、AI 配音。一条 30 秒短视频的制作时间从 4 小时压缩到 30 分钟。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多语言版本：传统做法是请翻译（200-500 元/千字）。AI 方案：AI 翻译 + 人工校对，耗时仅为纯人工翻译的 1/5。</w:t>
      </w:r>
    </w:p>
    <w:p>
      <w:r>
        <w:rPr>
          <w:rFonts w:ascii="宋体" w:hAnsi="宋体" w:eastAsia="宋体"/>
          <w:sz w:val="24"/>
        </w:rPr>
        <w:t>AI 内容生产的核心原则是"AI 做初稿，人做定稿"。AI 解决"从 0 到 1"的效率问题（快速生成可用的初稿），人解决"从 1 到 10"的质量问题（注入个人风格、在地知识、真实体验）。这一原则将在第 6 章详细展开。</w:t>
      </w:r>
    </w:p>
    <w:p>
      <w:pPr>
        <w:pStyle w:val="Heading3"/>
      </w:pPr>
      <w:r>
        <w:t>2.3.3 客户触达：从广撒网到精准匹配</w:t>
      </w:r>
    </w:p>
    <w:p>
      <w:r>
        <w:rPr>
          <w:rFonts w:ascii="宋体" w:hAnsi="宋体" w:eastAsia="宋体"/>
          <w:sz w:val="24"/>
        </w:rPr>
        <w:t>传统文旅小微主体的获客方式可以概括为"等客上门"或"广撒网"——在多个平台挂上产品，然后祈祷客人看到并下单。这种方式的获客效率取决于两个因素：运气和平台算法。运营者对"谁会看到我的产品""看到后会不会下单"几乎没有控制力。</w:t>
      </w:r>
    </w:p>
    <w:p>
      <w:r>
        <w:rPr>
          <w:rFonts w:ascii="宋体" w:hAnsi="宋体" w:eastAsia="宋体"/>
          <w:sz w:val="24"/>
        </w:rPr>
        <w:t>AI 将客户触达从"被动等待"转变为"主动精准匹配"，核心能力体现在三个环节：</w:t>
      </w:r>
    </w:p>
    <w:p>
      <w:r>
        <w:rPr>
          <w:rFonts w:ascii="宋体" w:hAnsi="宋体" w:eastAsia="宋体"/>
          <w:sz w:val="24"/>
        </w:rPr>
        <w:t>目标客群识别：AI 可以分析现有客户数据（年龄、来源地、消费金额、预订渠道、入住偏好），自动生成客户分群画像。例如，"一线城市 25-35 岁女性、小红书来源、偏好拍照打卡、人均消费 800-1200 元"——有了这个画像，运营者就知道应该把营销资源投向哪里。</w:t>
      </w:r>
    </w:p>
    <w:p>
      <w:r>
        <w:rPr>
          <w:rFonts w:ascii="宋体" w:hAnsi="宋体" w:eastAsia="宋体"/>
          <w:sz w:val="24"/>
        </w:rPr>
        <w:t>个性化推荐：基于客户画像和历史行为，AI 可以自动生成个性化的推荐内容。对于"拍照打卡型"客户，推送民宿的网红打卡点和拍照攻略；对于"亲子家庭型"客户，推送周边的亲子活动和儿童设施信息；对于"商务出差型"客户，推送高速 Wi-Fi 和安静工作环境。千人千面的推荐比千篇一律的展示转化率高 2-5 倍。</w:t>
      </w:r>
    </w:p>
    <w:p>
      <w:r>
        <w:rPr>
          <w:rFonts w:ascii="宋体" w:hAnsi="宋体" w:eastAsia="宋体"/>
          <w:sz w:val="24"/>
        </w:rPr>
        <w:t>智能投放：对于有广告预算的 OPC，AI 可以自动优化广告投放策略——选择最合适的平台（抖音还是小红书）、最合适的时段（周五晚上还是周日早上）、最合适的素材（图片还是视频、感性文案还是理性卖点）、最合适的人群定向。AI 驱动的广告投放通常比人工投放的 ROI 高 30-50%。</w:t>
      </w:r>
    </w:p>
    <w:p>
      <w:r>
        <w:rPr>
          <w:rFonts w:ascii="宋体" w:hAnsi="宋体" w:eastAsia="宋体"/>
          <w:sz w:val="24"/>
        </w:rPr>
        <w:t>[表 2-2：AI 精准触达 vs 传统广撒网对比]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32"/>
        <w:gridCol w:w="2532"/>
        <w:gridCol w:w="2532"/>
      </w:tblGrid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维度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传统模式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AI 增强模式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目标客群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模糊感知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数据画像 + 自动分群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触达内容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统一话术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千人千面个性化推荐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触达时机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随机/经验判断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数据驱动最佳时机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效果衡量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难以追踪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全链路归因分析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持续优化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凭感觉调整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A/B 测试 + AI 优化</w:t>
            </w:r>
          </w:p>
        </w:tc>
      </w:tr>
    </w:tbl>
    <w:p/>
    <w:p>
      <w:pPr>
        <w:pStyle w:val="Heading3"/>
      </w:pPr>
      <w:r>
        <w:t>2.3.4 服务交付：从人工密集到智能协同</w:t>
      </w:r>
    </w:p>
    <w:p>
      <w:r>
        <w:rPr>
          <w:rFonts w:ascii="宋体" w:hAnsi="宋体" w:eastAsia="宋体"/>
          <w:sz w:val="24"/>
        </w:rPr>
        <w:t>服务交付是文旅 OPC 运营中"最重"的环节——因为它直接消耗运营者的时间和体力。传统的服务交付模式是"人工密集"型：客人到店需要人工接待、客人有问题需要人工回复、客人退房需要人工检查。这种模式有两个天然上限：一个人一天能服务的客人数是有限的（通常在 10-20 组/天），以及服务质量高度依赖个人状态（累了、病了、情绪不好都会影响服务）。</w:t>
      </w:r>
    </w:p>
    <w:p>
      <w:r>
        <w:rPr>
          <w:rFonts w:ascii="宋体" w:hAnsi="宋体" w:eastAsia="宋体"/>
          <w:sz w:val="24"/>
        </w:rPr>
        <w:t>AI 将服务交付从"纯人工"转变为"智能协同"——AI 处理标准化、重复性的服务环节，人处理个性化、情感性的服务环节。这种协同模式体现在以下几个方面：</w:t>
      </w:r>
    </w:p>
    <w:p>
      <w:r>
        <w:rPr>
          <w:rFonts w:ascii="宋体" w:hAnsi="宋体" w:eastAsia="宋体"/>
          <w:sz w:val="24"/>
        </w:rPr>
        <w:t>智能入住：智能门锁 + AI 生成的入住指引，让客人可以"无接触自助入住"，不需要民宿主现场接待。对于 24:00 后到达的深夜航班客人，这种体验比人工接待更好（不用等、不用尴尬）。</w:t>
      </w:r>
    </w:p>
    <w:p>
      <w:r>
        <w:rPr>
          <w:rFonts w:ascii="宋体" w:hAnsi="宋体" w:eastAsia="宋体"/>
          <w:sz w:val="24"/>
        </w:rPr>
        <w:t>AI 客服：AI 客服可以回答超过 80% 的常见问题（Wi-Fi 密码、周边餐厅推荐、退房时间、行李寄存），且响应时间在 3 秒以内。复杂问题和投诉自动转人工处理。AI 客服让"7×24 小时服务"从大企业的专属变成了 OPC 的标配。</w:t>
      </w:r>
    </w:p>
    <w:p>
      <w:r>
        <w:rPr>
          <w:rFonts w:ascii="宋体" w:hAnsi="宋体" w:eastAsia="宋体"/>
          <w:sz w:val="24"/>
        </w:rPr>
        <w:t>智能导览：AI 可以根据客人的兴趣、时间和体力水平，自动生成个性化的周边游玩攻略。例如，"你只有半天时间，喜欢拍照，体力一般"——AI 推荐 3 个步行 15 分钟内的打卡点，附带最佳拍摄时间和角度建议。这种个性化程度是人工导游也难以持续提供的。</w:t>
      </w:r>
    </w:p>
    <w:p>
      <w:r>
        <w:rPr>
          <w:rFonts w:ascii="宋体" w:hAnsi="宋体" w:eastAsia="宋体"/>
          <w:sz w:val="24"/>
        </w:rPr>
        <w:t>异常预警：AI 可以监测服务过程中的异常信号——客人连续 3 次询问同一问题（可能指示沟通不清）、客人在社交媒体上发布负面内容（需要主动安抚）、客人预订后长时间未支付（可能正在比价）。提前发现异常、主动干预，比事后补救效果好得多。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2-3：AI 与人工的服务分工原则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**AI 做**：标准化查询（Wi-Fi/时间/价格）、重复性告知（入住指引/退房提醒）、7×24 值守、多语言翻译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**人做**：情感安抚（投诉/不满）、个性化推荐（基于深度交流）、突发事件处理、在地文化深度讲解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**判断标准**：如果一项服务任务可以被写成清晰的操作手册，它就可以（且应该）交给 AI</w:t>
      </w:r>
    </w:p>
    <w:p>
      <w:pPr>
        <w:pStyle w:val="Heading3"/>
      </w:pPr>
      <w:r>
        <w:t>2.3.5 经营决策：从拍脑袋到 AI 辅助</w:t>
      </w:r>
    </w:p>
    <w:p>
      <w:r>
        <w:rPr>
          <w:rFonts w:ascii="宋体" w:hAnsi="宋体" w:eastAsia="宋体"/>
          <w:sz w:val="24"/>
        </w:rPr>
        <w:t>小微文旅主体的经营决策长期处于"拍脑袋"状态——涨价是因为"感觉旺季到了"，降价是因为"最近客人少了"，推新品是因为"看到别人在做"。这种直觉式决策在小规模运营中可能够用，但当竞争加剧、市场波动变大时，直觉的可靠性急剧下降。</w:t>
      </w:r>
    </w:p>
    <w:p>
      <w:r>
        <w:rPr>
          <w:rFonts w:ascii="宋体" w:hAnsi="宋体" w:eastAsia="宋体"/>
          <w:sz w:val="24"/>
        </w:rPr>
        <w:t>AI 辅助经营决策不是让 AI 代替人做决策，而是为人的决策提供更充分的信息和更系统的分析。具体体现在三个层面：</w:t>
      </w:r>
    </w:p>
    <w:p>
      <w:r>
        <w:rPr>
          <w:rFonts w:ascii="宋体" w:hAnsi="宋体" w:eastAsia="宋体"/>
          <w:sz w:val="24"/>
        </w:rPr>
        <w:t>定价决策。传统定价方式是"看看隔壁卖多少钱，我比他便宜 10%"或者"节假日翻倍"。AI 动态定价可以综合考量：历史同期的入住率和价格、周边竞争对手的实时价格、天气预报（下雨天游客减少）、大型活动日历（马拉松/音乐节带来额外客流）、当前预订进度（提前 30 天已预订 60% vs 仅预订 10%）。基于这些多元信号，AI 给出建议价格区间，运营者做最终决策。</w:t>
      </w:r>
    </w:p>
    <w:p>
      <w:r>
        <w:rPr>
          <w:rFonts w:ascii="宋体" w:hAnsi="宋体" w:eastAsia="宋体"/>
          <w:sz w:val="24"/>
        </w:rPr>
        <w:t>资源配置决策。一个民宿 OPC 需要决策：是否在旺季雇临时工？是否购买新的布草？是否增加早餐品类？AI 可以模拟不同资源配置方案的成本和收益，给出量化的 ROI 预测。例如，"雇一个临时工旺季 3 个月增加成本 1.8 万元，但可以多接 20% 的预订，预计增加收入 4.5 万元，ROI 为 150%"。</w:t>
      </w:r>
    </w:p>
    <w:p>
      <w:r>
        <w:rPr>
          <w:rFonts w:ascii="宋体" w:hAnsi="宋体" w:eastAsia="宋体"/>
          <w:sz w:val="24"/>
        </w:rPr>
        <w:t>产品迭代决策。AI 分析客户评论和竞争对手动态，识别产品改进的优先级。例如，分析发现"隔音"在差评中占比最高且提及率上升，"早餐"在好评中占比最高——那么产品迭代的优先级是：先解决隔音问题（消除减分项），再强化早餐优势（巩固加分项）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2.4 AI 文旅 OPC 的伦理与边界</w:t>
      </w:r>
    </w:p>
    <w:p>
      <w:pPr>
        <w:pStyle w:val="Heading3"/>
      </w:pPr>
      <w:r>
        <w:t>2.4.1 AI 生成内容的真实性与文化尊重</w:t>
      </w:r>
    </w:p>
    <w:p>
      <w:r>
        <w:rPr>
          <w:rFonts w:ascii="宋体" w:hAnsi="宋体" w:eastAsia="宋体"/>
          <w:sz w:val="24"/>
        </w:rPr>
        <w:t>AI 在文旅内容生产中的广泛应用带来了一个严峻的伦理问题：真实性。旅游信息直接影响游客的人身安全和旅行体验——如果 AI 生成的攻略把一条危险的野路描述为"轻松徒步路线"，后果可能不只是差评，而是安全事故。如果 AI 生成的房源照片与实际情况严重不符，就是"滤镜欺诈"，损害整个行业的信任基础。</w:t>
      </w:r>
    </w:p>
    <w:p>
      <w:r>
        <w:rPr>
          <w:rFonts w:ascii="宋体" w:hAnsi="宋体" w:eastAsia="宋体"/>
          <w:sz w:val="24"/>
        </w:rPr>
        <w:t>AI 生成内容的真实性风险主要来自三个方面：</w:t>
      </w:r>
    </w:p>
    <w:p>
      <w:r>
        <w:rPr>
          <w:rFonts w:ascii="宋体" w:hAnsi="宋体" w:eastAsia="宋体"/>
          <w:sz w:val="24"/>
        </w:rPr>
        <w:t>事实性错误（Hallucination）。LLM 可能"一本正经地胡说八道"——编造不存在的景点、虚构交通信息、错误描述设施条件。这些错误对运营者是"免责声明可以覆盖的风险"，对游客却是"真金白银和人身安全的问题"。</w:t>
      </w:r>
    </w:p>
    <w:p>
      <w:r>
        <w:rPr>
          <w:rFonts w:ascii="宋体" w:hAnsi="宋体" w:eastAsia="宋体"/>
          <w:sz w:val="24"/>
        </w:rPr>
        <w:t>选择性美化。AI 图像生成工具天然倾向于"美化"——让房间看起来更大、让景色看起来更壮观、让食物看起来更诱人。这种美化如果没有明确标注，就构成了虚假宣传。</w:t>
      </w:r>
    </w:p>
    <w:p>
      <w:r>
        <w:rPr>
          <w:rFonts w:ascii="宋体" w:hAnsi="宋体" w:eastAsia="宋体"/>
          <w:sz w:val="24"/>
        </w:rPr>
        <w:t>文化简化与误读。AI 在生成文化解说内容时，可能将复杂的民族文化简化为几个刻板标签（"苗族 = 银饰 + 酸汤鱼"），或对宗教和民俗内容做出不当解读。这不仅是质量问题，更是文化尊重问题。</w:t>
      </w:r>
    </w:p>
    <w:p>
      <w:r>
        <w:rPr>
          <w:rFonts w:ascii="宋体" w:hAnsi="宋体" w:eastAsia="宋体"/>
          <w:sz w:val="24"/>
        </w:rPr>
        <w:t>针对这些风险，文旅 OPC 应当建立 AI 内容使用的"三道防线"：事实核查（涉及安全、价格、时间的信息必须人工核实）、标注原则（AI 生成或增强的内容应适当标注）、文化审校（涉及民族、宗教、民俗的内容必须由了解当地文化的人审校）。</w:t>
      </w:r>
    </w:p>
    <w:p>
      <w:pPr>
        <w:pStyle w:val="Heading3"/>
      </w:pPr>
      <w:r>
        <w:t>2.4.2 游客数据隐私与合规运营</w:t>
      </w:r>
    </w:p>
    <w:p>
      <w:r>
        <w:rPr>
          <w:rFonts w:ascii="宋体" w:hAnsi="宋体" w:eastAsia="宋体"/>
          <w:sz w:val="24"/>
        </w:rPr>
        <w:t>AI 运营高度依赖数据——客户画像需要个人信息、智能推荐需要行为数据、个性化服务需要偏好数据。但数据收集和使用不是没有边界的。《中华人民共和国个人信息保护法》（2021 年 11 月 1 日起施行）对个人信息的收集、存储、使用、传输做出了严格规定，违反者可能面临最高 5000 万元或年营业额 5% 的罚款。</w:t>
      </w:r>
    </w:p>
    <w:p>
      <w:r>
        <w:rPr>
          <w:rFonts w:ascii="宋体" w:hAnsi="宋体" w:eastAsia="宋体"/>
          <w:sz w:val="24"/>
        </w:rPr>
        <w:t>文旅 OPC 在数据隐私方面面临特殊挑战：规模小但数据敏感度高。一个民宿 OPC 收集的客人信息（身份证号、手机号、人脸照片、行程轨迹）的敏感程度，不亚于一家大型酒店。但 OPC 通常没有专门的法务或数据保护官，合规意识和能力都相对薄弱。</w:t>
      </w:r>
    </w:p>
    <w:p>
      <w:r>
        <w:rPr>
          <w:rFonts w:ascii="宋体" w:hAnsi="宋体" w:eastAsia="宋体"/>
          <w:sz w:val="24"/>
        </w:rPr>
        <w:t>以下是文旅 OPC 数据合规的四个底线原则：</w:t>
      </w:r>
    </w:p>
    <w:p>
      <w:r>
        <w:rPr>
          <w:rFonts w:ascii="宋体" w:hAnsi="宋体" w:eastAsia="宋体"/>
          <w:sz w:val="24"/>
        </w:rPr>
        <w:t>最小必要原则：只收集运营所必需的数据，不收集"可能有用"的数据。例如，办理入住需要身份证信息（法律规定），但不需要客人的职业、收入和兴趣爱好。</w:t>
      </w:r>
    </w:p>
    <w:p>
      <w:r>
        <w:rPr>
          <w:rFonts w:ascii="宋体" w:hAnsi="宋体" w:eastAsia="宋体"/>
          <w:sz w:val="24"/>
        </w:rPr>
        <w:t>明示同意原则：收集和使用个人信息前，必须明确告知并获取同意。不能默认勾选、不能藏在冗长的隐私政策里。</w:t>
      </w:r>
    </w:p>
    <w:p>
      <w:r>
        <w:rPr>
          <w:rFonts w:ascii="宋体" w:hAnsi="宋体" w:eastAsia="宋体"/>
          <w:sz w:val="24"/>
        </w:rPr>
        <w:t>安全存储原则：客户的身份证号、手机号等敏感信息不能明文存储在手机备忘录或未加密的 Excel 表格中。应使用有安全资质的 SaaS 工具（如 PMS 系统）来管理客户数据。</w:t>
      </w:r>
    </w:p>
    <w:p>
      <w:r>
        <w:rPr>
          <w:rFonts w:ascii="宋体" w:hAnsi="宋体" w:eastAsia="宋体"/>
          <w:sz w:val="24"/>
        </w:rPr>
        <w:t>限期删除原则：客户数据不应无限期保留。法律规定在实现处理目的后应及时删除。例如，退房后保留客人联系方式用于复购营销是合理的，但保留身份证照片就不合理。</w:t>
      </w:r>
    </w:p>
    <w:p>
      <w:pPr>
        <w:pStyle w:val="Heading3"/>
      </w:pPr>
      <w:r>
        <w:t>2.4.3 人机协作的适度原则</w:t>
      </w:r>
    </w:p>
    <w:p>
      <w:r>
        <w:rPr>
          <w:rFonts w:ascii="宋体" w:hAnsi="宋体" w:eastAsia="宋体"/>
          <w:sz w:val="24"/>
        </w:rPr>
        <w:t>AI 赋能文旅 OPC 的终极问题不是"AI 能做到什么"，而是"AI 应该做到什么"。技术能力不等于应该使用——AI 可以自动生成 100 条"个性化"好评回复，但每条都是模板化的"感谢您的支持，欢迎再次光临"，这种"伪个性化"对客户体验没有价值，反而让客人感到被敷衍。</w:t>
      </w:r>
    </w:p>
    <w:p>
      <w:r>
        <w:rPr>
          <w:rFonts w:ascii="宋体" w:hAnsi="宋体" w:eastAsia="宋体"/>
          <w:sz w:val="24"/>
        </w:rPr>
        <w:t>人机协作的适度原则可以概括为"三个保留"：</w:t>
      </w:r>
    </w:p>
    <w:p>
      <w:r>
        <w:rPr>
          <w:rFonts w:ascii="宋体" w:hAnsi="宋体" w:eastAsia="宋体"/>
          <w:sz w:val="24"/>
        </w:rPr>
        <w:t>保留人的温度。旅游本质上是人与人之间的互动。AI 可以回复"Wi-Fi 密码是 88888888"，但当一个客人说"今天是我妈妈的生日，有什么推荐的餐厅吗"——这条消息应该由人来回复，带着人的温度和判断力。判断标准：如果客人的问题中包含情感诉求或个性化需求，应由人来处理。</w:t>
      </w:r>
    </w:p>
    <w:p>
      <w:r>
        <w:rPr>
          <w:rFonts w:ascii="宋体" w:hAnsi="宋体" w:eastAsia="宋体"/>
          <w:sz w:val="24"/>
        </w:rPr>
        <w:t>保留人的判断。AI 可以给出定价建议、营销策略建议、产品迭代建议——但最终决策应该由人来做出。因为 AI 的建议基于历史数据和统计规律，而人的决策可以纳入 AI 无法量化的因素：一个常客的情感价值、一个潜在合作伙伴的长期价值、一个社区关系的维护成本。</w:t>
      </w:r>
    </w:p>
    <w:p>
      <w:r>
        <w:rPr>
          <w:rFonts w:ascii="宋体" w:hAnsi="宋体" w:eastAsia="宋体"/>
          <w:sz w:val="24"/>
        </w:rPr>
        <w:t>保留人的责任。AI 出现错误时，责任在人而不在 AI。如果 AI 客服给了客人错误信息导致损失，是运营者的责任——因为运营者选择使用 AI 工具并对其输出负责。不能以"是 AI 说的"为理由推卸责任。AI 是工具，人是责任主体。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本章小结</w:t>
      </w:r>
    </w:p>
    <w:p>
      <w:r>
        <w:rPr>
          <w:rFonts w:ascii="宋体" w:hAnsi="宋体" w:eastAsia="宋体"/>
          <w:sz w:val="24"/>
        </w:rPr>
        <w:t>本章系统阐述了 AI 技术如何从根本上改变了文旅运营的范式，核心结论可概括为"一个跃迁、五大路径、一条红线"。</w:t>
      </w:r>
    </w:p>
    <w:p>
      <w:r>
        <w:rPr>
          <w:rFonts w:ascii="宋体" w:hAnsi="宋体" w:eastAsia="宋体"/>
          <w:sz w:val="24"/>
        </w:rPr>
        <w:t>一个跃迁：文旅运营正在经历从"信息化"到"智能化"再到"AI 化"的第三次技术跃迁。AI 化的本质不是"机器替代人"，而是"智能民主化"——过去只有大企业 IT 部门才能实现的能力（内容生产、数据分析、智能客服、精准营销），现在每个 OPC 都能以极低成本获得。这一跃迁的根本意义在于：它让"小"不再意味着"落后"，让"一个人"拥有了"一个部门"的运营能力。</w:t>
      </w:r>
    </w:p>
    <w:p>
      <w:r>
        <w:rPr>
          <w:rFonts w:ascii="宋体" w:hAnsi="宋体" w:eastAsia="宋体"/>
          <w:sz w:val="24"/>
        </w:rPr>
        <w:t>五大路径：AI 赋能 OPC 的核心路径覆盖了运营全链路——需求感知（从经验判断到数据洞察）、内容生产（从外包依赖到自主生成）、客户触达（从广撒网到精准匹配）、服务交付（从人工密集到智能协同）、经营决策（从拍脑袋到 AI 辅助）。这五条路径不是各自独立的，而是相互咬合、形成正向循环的。</w:t>
      </w:r>
    </w:p>
    <w:p>
      <w:r>
        <w:rPr>
          <w:rFonts w:ascii="宋体" w:hAnsi="宋体" w:eastAsia="宋体"/>
          <w:sz w:val="24"/>
        </w:rPr>
        <w:t>一条红线：AI 的使用有伦理边界。真实性（不能造假）、隐私（不能越界）、温度（不能完全替代人）是三条不可逾越的红线。AI 是增强人的工具，不是替代人的机器。技术越强大，人的判断力、温度和责任感就越重要。</w:t>
      </w:r>
    </w:p>
    <w:p>
      <w:r>
        <w:rPr>
          <w:rFonts w:ascii="宋体" w:hAnsi="宋体" w:eastAsia="宋体"/>
          <w:sz w:val="24"/>
        </w:rPr>
        <w:t>从第 3 章开始，本书将进入核心理论模型的构建——基于 PDCA 闭环管理思想，提出 AI-OPC 双轮驱动动态正向循环模型，为后续各章的操作性内容提供统一的理论框架。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思考题</w:t>
      </w:r>
    </w:p>
    <w:p>
      <w:r>
        <w:rPr>
          <w:rFonts w:ascii="宋体" w:hAnsi="宋体" w:eastAsia="宋体"/>
          <w:sz w:val="24"/>
        </w:rPr>
        <w:t>1. 对比分析题：选择你熟悉的一家文旅小微主体（可以是身边的民宿、导游工作室、文创店等），按照 2.2.2 节的流程重构方法，为其绘制"传统运营流程"和"AI 增强运营流程"两张对比图，并标注出至少 5 个 AI 替代点/增强点。</w:t>
      </w:r>
    </w:p>
    <w:p>
      <w:r>
        <w:rPr>
          <w:rFonts w:ascii="宋体" w:hAnsi="宋体" w:eastAsia="宋体"/>
          <w:sz w:val="24"/>
        </w:rPr>
        <w:t>2. 方案设计题：假设你是一家安顺屯堡文化体验民宿的运营者（2 人团队），请参照 2.3 节的五大路径，设计一份 AI 赋能方案大纲。方案应包含：每条路径的现状痛点、拟采用的 AI 工具、预期的改善效果。</w:t>
      </w:r>
    </w:p>
    <w:p>
      <w:r>
        <w:rPr>
          <w:rFonts w:ascii="宋体" w:hAnsi="宋体" w:eastAsia="宋体"/>
          <w:sz w:val="24"/>
        </w:rPr>
        <w:t>3. 伦理分析题：某民宿 OPC 使用 AI 图像工具生成了民宿的"宣传图"，图中将民宿的实际山景从"远景"P 成了"落地窗直面无遮挡山景"。你认为这种行为是否构成虚假宣传？AI 生成内容的标注应该如何把握"美化"与"造假"的边界？</w:t>
      </w:r>
    </w:p>
    <w:p>
      <w:r>
        <w:rPr>
          <w:rFonts w:ascii="宋体" w:hAnsi="宋体" w:eastAsia="宋体"/>
          <w:sz w:val="24"/>
        </w:rPr>
        <w:t>4. 计算应用题：某导游 OPC 在引入 AI 工具前后的运营数据如下：引入前，月均咨询量 200 条，转化率 8%，月收入 1.2 万元，日均工作时间 12 小时；引入后，月均咨询量 500 条，转化率 12%，月收入 3 万元，日均工作时间 8 小时。请使用 2.2.3 节的 AI-4E 框架，从效率、效果、扩展性、体验四个维度对该 OPC 的 AI 赋能效果进行量化分析。</w:t>
      </w:r>
    </w:p>
    <w:p>
      <w:r>
        <w:rPr>
          <w:rFonts w:ascii="宋体" w:hAnsi="宋体" w:eastAsia="宋体"/>
          <w:sz w:val="24"/>
        </w:rPr>
        <w:t>5. 批判思考题：本章提出"AI 做初稿，人做定稿"的内容生产原则。但有人担心：长期依赖 AI 做初稿，人的写作能力、审美能力和判断力会退化。你怎么看待这个观点？请结合"人机协作的适度原则"进行论述。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参考文献</w:t>
      </w:r>
    </w:p>
    <w:p>
      <w:r>
        <w:rPr>
          <w:rFonts w:ascii="宋体" w:hAnsi="宋体" w:eastAsia="宋体"/>
          <w:sz w:val="24"/>
        </w:rPr>
        <w:t>[1] Russell, S., &amp; Norvig, P. Artificial Intelligence: A Modern Approach (4th Edition)[M]. Pearson, 2021.</w:t>
      </w:r>
    </w:p>
    <w:p>
      <w:r>
        <w:rPr>
          <w:rFonts w:ascii="宋体" w:hAnsi="宋体" w:eastAsia="宋体"/>
          <w:sz w:val="24"/>
        </w:rPr>
        <w:t>[2] Bubeck, S., et al. Sparks of Artificial General Intelligence: Early experiments with GPT-4[R]. Microsoft Research, 2023.</w:t>
      </w:r>
    </w:p>
    <w:p>
      <w:r>
        <w:rPr>
          <w:rFonts w:ascii="宋体" w:hAnsi="宋体" w:eastAsia="宋体"/>
          <w:sz w:val="24"/>
        </w:rPr>
        <w:t>[3] 中华人民共和国个人信息保护法[S]. 2021 年 8 月 20 日第十三届全国人大常委会第三十次会议通过.</w:t>
      </w:r>
    </w:p>
    <w:p>
      <w:r>
        <w:rPr>
          <w:rFonts w:ascii="宋体" w:hAnsi="宋体" w:eastAsia="宋体"/>
          <w:sz w:val="24"/>
        </w:rPr>
        <w:t>[4] McKinsey &amp; Company. The Economic Potential of Generative AI: The Next Productivity Frontier[R]. 2023.</w:t>
      </w:r>
    </w:p>
    <w:p>
      <w:r>
        <w:rPr>
          <w:rFonts w:ascii="宋体" w:hAnsi="宋体" w:eastAsia="宋体"/>
          <w:sz w:val="24"/>
        </w:rPr>
        <w:t>[5] 文化和旅游部. 在线旅游经营服务管理暂行规定[S]. 2020.</w:t>
      </w:r>
    </w:p>
    <w:p>
      <w:r>
        <w:rPr>
          <w:rFonts w:ascii="宋体" w:hAnsi="宋体" w:eastAsia="宋体"/>
          <w:sz w:val="24"/>
        </w:rPr>
        <w:t>[6] 李开复, 陈楸帆. AI 未来进行式[M]. 杭州: 浙江人民出版社, 2022.</w:t>
      </w:r>
    </w:p>
    <w:p>
      <w:r>
        <w:rPr>
          <w:rFonts w:ascii="宋体" w:hAnsi="宋体" w:eastAsia="宋体"/>
          <w:sz w:val="24"/>
        </w:rPr>
        <w:t>[7] Brynjolfsson, E., &amp; McAfee, A. The Second Machine Age: Work, Progress, and Prosperity in a Time of Brilliant Technologies[M]. W. W. Norton &amp; Company, 2014.</w:t>
      </w:r>
    </w:p>
    <w:p>
      <w:r>
        <w:rPr>
          <w:rFonts w:ascii="宋体" w:hAnsi="宋体" w:eastAsia="宋体"/>
          <w:sz w:val="24"/>
        </w:rPr>
        <w:t>[8] 携程集团. 2024 年 AI 在旅游行业的应用趋势报告[R]. 2024.</w:t>
      </w:r>
    </w:p>
    <w:p>
      <w:r>
        <w:rPr>
          <w:rFonts w:ascii="宋体" w:hAnsi="宋体" w:eastAsia="宋体"/>
          <w:sz w:val="24"/>
        </w:rPr>
        <w:t>[9] Davenport, T. H., &amp; Ronanki, R. Artificial Intelligence for the Real World[J]. Harvard Business Review, 2018, 96(1): 108-116.</w:t>
      </w:r>
    </w:p>
    <w:p>
      <w:r>
        <w:rPr>
          <w:rFonts w:ascii="宋体" w:hAnsi="宋体" w:eastAsia="宋体"/>
          <w:sz w:val="24"/>
        </w:rPr>
        <w:t>[10] 吴军. 智能时代: 大数据与智能革命重新定义未来[M]. 北京: 中信出版社, 2016.</w:t>
      </w:r>
    </w:p>
    <w:p>
      <w:pPr>
        <w:pStyle w:val="Heading2"/>
      </w:pPr>
      <w:r>
        <w:t>学习目标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知识目标：掌握文旅 OPC 生态系统的四层构成（核心层、支撑层、连接层、资源层）及其运行机制；深入理解 PDCA 双轮驱动动态正向循环模型的理论基础——从戴明环（PDCA）到内轮（运营轮）+ 外轮（AI 增强轮）的演进逻辑；掌握双轮咬合机制和正向循环的启动条件。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能力目标：能运用双轮驱动模型分析具体 OPC 案例，识别其内轮和外轮的运行状态；能为不同业态的文旅 OPC 绘制双轮运营图，诊断循环停滞的原因并提出修复方案。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素养目标：建立系统思维，理解 OPC 不是孤立运营单元而是生态网络中的节点；在共享发展理念下，认识平台经济中 OPC 之间协同竞争的关系本质。</w:t>
      </w:r>
    </w:p>
    <w:p>
      <w:pPr>
        <w:pStyle w:val="Heading2"/>
      </w:pPr>
      <w:r>
        <w:t>导入案例</w:t>
      </w:r>
    </w:p>
    <w:p>
      <w:r>
        <w:rPr>
          <w:rFonts w:ascii="宋体" w:hAnsi="宋体" w:eastAsia="宋体"/>
          <w:sz w:val="24"/>
        </w:rPr>
        <w:t>屯堡"三剑客"：一个非典型的 OPC 协作网络</w:t>
      </w:r>
    </w:p>
    <w:p>
      <w:r>
        <w:rPr>
          <w:rFonts w:ascii="宋体" w:hAnsi="宋体" w:eastAsia="宋体"/>
          <w:sz w:val="24"/>
        </w:rPr>
        <w:t>在安顺云峰屯堡景区周边，有三个原本互不认识的个体经营者：张姐（屯堡民宿，8 间房）、李叔（屯堡文化讲解，自由执业导游）、王师傅（屯堡菜私厨，每天只接 3 桌）。2022 年之前，三人各自为战：张姐的客人问"附近有什么好吃的"，她随手推荐隔壁镇上的餐厅；李叔的客人问"附近有什么好住的"，他推荐 OTA 上评分最高的酒店；王师傅的客人问"吃完有什么好玩的"，他指着景区大门说"买票进去逛"。</w:t>
      </w:r>
    </w:p>
    <w:p>
      <w:r>
        <w:rPr>
          <w:rFonts w:ascii="宋体" w:hAnsi="宋体" w:eastAsia="宋体"/>
          <w:sz w:val="24"/>
        </w:rPr>
        <w:t>2023 年，三人在一次安顺市文旅局组织的培训中认识，发现彼此的客群高度重叠——都是"对屯堡文化感兴趣的自驾游客"。他们做了一件简单但有结构性意义的事：建立一个微信群，互相导流。张姐的客人被推荐去李叔那里听讲解，听完讲解被推荐去王师傅那里吃屯堡菜，吃完饭被推荐回张姐那里住宿。导流不收费，只求"推荐语真诚一点"。</w:t>
      </w:r>
    </w:p>
    <w:p>
      <w:r>
        <w:rPr>
          <w:rFonts w:ascii="宋体" w:hAnsi="宋体" w:eastAsia="宋体"/>
          <w:sz w:val="24"/>
        </w:rPr>
        <w:t>半年后，他们发现了一些有趣的变化：客人在屯堡的平均停留时间从半天变成了 1.5 天；客单价从人均 200 元变成了 600 元；三方各自的收入都增长了 40-70%。更关键的是，他们开始共享信息——"下周有个 20 人的摄影团要来""最近客人都在问能不能学地戏""OTA 上屯堡的关键词搜索量在涨"。</w:t>
      </w:r>
    </w:p>
    <w:p>
      <w:r>
        <w:rPr>
          <w:rFonts w:ascii="宋体" w:hAnsi="宋体" w:eastAsia="宋体"/>
          <w:sz w:val="24"/>
        </w:rPr>
        <w:t>思考：这三个人构成了一个"OPC 网络"还是只是三个独立的 OPC？他们之间的协作是偶然的、不可复制的，还是可以模型化、系统化的？如果加入 AI 工具，这个网络的效率还能如何提升？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3.1 文旅 OPC 生态系统的构成</w:t>
      </w:r>
    </w:p>
    <w:p>
      <w:pPr>
        <w:pStyle w:val="Heading3"/>
      </w:pPr>
      <w:r>
        <w:t>3.1.1 核心层：OPC 运营主体（人/小团队）</w:t>
      </w:r>
    </w:p>
    <w:p>
      <w:r>
        <w:rPr>
          <w:rFonts w:ascii="宋体" w:hAnsi="宋体" w:eastAsia="宋体"/>
          <w:sz w:val="24"/>
        </w:rPr>
        <w:t>文旅 OPC 生态系统的核心层是运营主体本身——那个 1-5 人的小微团队或独立个体。在生态系统的分析框架中，核心层的关注点不是"这个人/团队在做什么业务"，而是"这个人/团队拥有什么能力"。</w:t>
      </w:r>
    </w:p>
    <w:p>
      <w:r>
        <w:rPr>
          <w:rFonts w:ascii="宋体" w:hAnsi="宋体" w:eastAsia="宋体"/>
          <w:sz w:val="24"/>
        </w:rPr>
        <w:t>OPC 运营主体的能力结构可以分解为四个维度：</w:t>
      </w:r>
    </w:p>
    <w:p>
      <w:r>
        <w:rPr>
          <w:rFonts w:ascii="宋体" w:hAnsi="宋体" w:eastAsia="宋体"/>
          <w:sz w:val="24"/>
        </w:rPr>
        <w:t>专业能力：运营者在其细分领域的深度知识和技能。对于一个屯堡文化导游而言，专业能力是对屯堡历史、建筑、服饰、地戏的系统知识；对于一个民宿 OPC 而言，专业能力是住宿服务的设计和交付能力。专业能力是 OPC 的"立身之本"——没有专业能力，其他一切无从谈起。</w:t>
      </w:r>
    </w:p>
    <w:p>
      <w:r>
        <w:rPr>
          <w:rFonts w:ascii="宋体" w:hAnsi="宋体" w:eastAsia="宋体"/>
          <w:sz w:val="24"/>
        </w:rPr>
        <w:t>运营能力：覆盖"产品设计—营销获客—服务交付—客户维护—数据复盘"全链路的通才型能力。与传统企业不同，OPC 的运营者必须是"多面手"——一个人要同时理解产品、懂营销、会服务、能算账。运营能力的短板决定了 OPC 的"天花板"——产品再好，不会获客就卖不出去；获客再强，服务跟不上就留不住客人。</w:t>
      </w:r>
    </w:p>
    <w:p>
      <w:r>
        <w:rPr>
          <w:rFonts w:ascii="宋体" w:hAnsi="宋体" w:eastAsia="宋体"/>
          <w:sz w:val="24"/>
        </w:rPr>
        <w:t>技术能力：使用数字工具和 AI 工具的能力。这包括基本的数字素养（熟练使用 OTA 后台、社交媒体运营工具、在线支付和财务管理工具）和 AI 工具使用能力（能用 AI 辅助内容生产、客服、数据分析）。技术能力是运营能力的"杠杆"——同样一个民宿 OPC，技术能力强的人可以用 AI 工具一个人管 15 间房，技术能力弱的人只能管 5 间。</w:t>
      </w:r>
    </w:p>
    <w:p>
      <w:r>
        <w:rPr>
          <w:rFonts w:ascii="宋体" w:hAnsi="宋体" w:eastAsia="宋体"/>
          <w:sz w:val="24"/>
        </w:rPr>
        <w:t>关系能力：构建和维护与客人、合作伙伴、社区、平台之间关系的能力。关系能力在传统商业分析中常被忽视，但对于 OPC 而言恰恰是最关键的能力之一。一个 OPC 的"护城河"往往不是技术或产品，而是与老客户的情感连接、与周边 OPC 的协作网络、与社区的互信关系。这些关系是竞争对手无法通过砸钱或抄袭来复制的。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3-1：OPC 能力四维模型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**专业能力**：细分领域的深度知识与技能（决定"能做什么"）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**运营能力**：全链路通才型运营技能（决定"能做多大"）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**技术能力**：数字工具与 AI 工具的使用水平（决定"效率多高"）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**关系能力**：客户/伙伴/社区的关系网络质量（决定"能做多久"）</w:t>
      </w:r>
    </w:p>
    <w:p>
      <w:pPr>
        <w:pStyle w:val="Heading3"/>
      </w:pPr>
      <w:r>
        <w:t>3.1.2 支撑层：技术平台、金融服务、政策环境</w:t>
      </w:r>
    </w:p>
    <w:p>
      <w:r>
        <w:rPr>
          <w:rFonts w:ascii="宋体" w:hAnsi="宋体" w:eastAsia="宋体"/>
          <w:sz w:val="24"/>
        </w:rPr>
        <w:t>核心层之外的第一圈是支撑层——为 OPC 运营提供基础服务的公共和商业基础设施。</w:t>
      </w:r>
    </w:p>
    <w:p>
      <w:r>
        <w:rPr>
          <w:rFonts w:ascii="宋体" w:hAnsi="宋体" w:eastAsia="宋体"/>
          <w:sz w:val="24"/>
        </w:rPr>
        <w:t>技术平台支撑。这是支撑层中最重要的组成部分。OTA 平台（携程、美团、飞猪、Airbnb）提供流量入口和交易工具；内容平台（抖音、小红书、视频号）提供内容分发和获客渠道；AI 工具平台（各类大语言模型、AI 图像生成、AI 客服 SaaS）提供运营效率杠杆；SaaS 工具（PMS 房态管理系统、CRM 客户管理、财务软件）提供专业化的运营支持。这些技术平台共同构成了 OPC 的"数字操作系统"——OPC 无需自建任何系统，通过接入这些平台即可获得完整的数字化运营能力。</w:t>
      </w:r>
    </w:p>
    <w:p>
      <w:r>
        <w:rPr>
          <w:rFonts w:ascii="宋体" w:hAnsi="宋体" w:eastAsia="宋体"/>
          <w:sz w:val="24"/>
        </w:rPr>
        <w:t>金融服务支撑。小微文旅主体长期面临融资难的问题——银行不愿意给没有固定资产的个人经营者贷款。但近年来，基于经营数据的信用贷款（如网商银行的"多收多贷"、美团生意的"美团月付"）正在改变这一局面。OTA 平台和支付平台掌握着 OPC 的真实经营流水数据，可以基于这些数据提供"无抵押、秒到账"的小额信用贷款。此外，移动支付的普及（微信支付、支付宝）让 OPC 无需 POS 机即可完成收款和对账。</w:t>
      </w:r>
    </w:p>
    <w:p>
      <w:r>
        <w:rPr>
          <w:rFonts w:ascii="宋体" w:hAnsi="宋体" w:eastAsia="宋体"/>
          <w:sz w:val="24"/>
        </w:rPr>
        <w:t>政策环境支撑。政策对 OPC 的支撑体现在三个层面：准入层面（如民宿经营的证照要求、导游自由执业政策）、激励层面（如乡村振兴补贴、文旅创业扶持贷款、税收减免）、规范层面（如民宿行业标准、OTA 平台经营规范）。政策的松紧度直接决定了 OPC 的生存空间——准入太松会导致恶性竞争，准入太紧会扼杀创业活力。</w:t>
      </w:r>
    </w:p>
    <w:p>
      <w:pPr>
        <w:pStyle w:val="Heading3"/>
      </w:pPr>
      <w:r>
        <w:t>3.1.3 连接层：OTA、社交媒体、本地服务网络</w:t>
      </w:r>
    </w:p>
    <w:p>
      <w:r>
        <w:rPr>
          <w:rFonts w:ascii="宋体" w:hAnsi="宋体" w:eastAsia="宋体"/>
          <w:sz w:val="24"/>
        </w:rPr>
        <w:t>连接层是 OPC 与游客、与其他 OPC、与资源方之间发生交互的"界面层"。它是生态系统的"神经系统"——信息、客流、资金、评价在这个层面流动。</w:t>
      </w:r>
    </w:p>
    <w:p>
      <w:r>
        <w:rPr>
          <w:rFonts w:ascii="宋体" w:hAnsi="宋体" w:eastAsia="宋体"/>
          <w:sz w:val="24"/>
        </w:rPr>
        <w:t>OTA 平台是 OPC 最重要的线上连接界面。它不仅提供"产品展示 + 在线预订 + 在线支付 + 评价体系"的基础功能，更重要的是提供了信任中介——游客之所以敢向一个素未谋面的个体经营者付款，是因为有 OTA 平台在中间提供担保（不满意可退款、纠纷可仲裁）。OTA 平台在文旅 OPC 生态中扮演的角色类似于"信用卡在电商中的作用"——它解决了陌生人交易中的信任问题。</w:t>
      </w:r>
    </w:p>
    <w:p>
      <w:r>
        <w:rPr>
          <w:rFonts w:ascii="宋体" w:hAnsi="宋体" w:eastAsia="宋体"/>
          <w:sz w:val="24"/>
        </w:rPr>
        <w:t>社交媒体平台是 OPC 的"内容—流量—转化"连接界面。与 OTA 的"货架模式"（游客带着明确需求搜索）不同，社交媒体是"种草模式"（游客在刷内容时被激发需求）。一个民宿 OPC 在抖音上发布的短视频，不是在"销售"房间，而是在"激发"旅行欲望。社交媒体平台让 OPC 获得了 OTA 之外的第二条获客通道——而且这条通道的成本更低（内容生产成本 vs OTA 佣金）、粘性更强（粉丝关系 vs 一次性交易）。</w:t>
      </w:r>
    </w:p>
    <w:p>
      <w:r>
        <w:rPr>
          <w:rFonts w:ascii="宋体" w:hAnsi="宋体" w:eastAsia="宋体"/>
          <w:sz w:val="24"/>
        </w:rPr>
        <w:t>本地服务网络是 OPC 的"线下连接界面"。这包括与其他 OPC 的导流合作（如导入案例中的屯堡"三剑客"）、与本地供应商的合作（清洁服务、布草洗涤、食材供应）、与景区和交通服务商的合作。本地服务网络是 OPC 生态系统中最容易被忽视但最具有持久价值的连接层——因为它不可被平台化、不可被算法化，是基于真实的人际关系和地理邻近性建立起来的。</w:t>
      </w:r>
    </w:p>
    <w:p>
      <w:pPr>
        <w:pStyle w:val="Heading3"/>
      </w:pPr>
      <w:r>
        <w:t>3.1.4 资源层：在地文化、自然景观、社区关系</w:t>
      </w:r>
    </w:p>
    <w:p>
      <w:r>
        <w:rPr>
          <w:rFonts w:ascii="宋体" w:hAnsi="宋体" w:eastAsia="宋体"/>
          <w:sz w:val="24"/>
        </w:rPr>
        <w:t>生态系统的最外层是资源层——它是 OPC 运营的"原材料"来源。没有在地资源，再好的运营能力也是"巧妇难为无米之炊"。</w:t>
      </w:r>
    </w:p>
    <w:p>
      <w:r>
        <w:rPr>
          <w:rFonts w:ascii="宋体" w:hAnsi="宋体" w:eastAsia="宋体"/>
          <w:sz w:val="24"/>
        </w:rPr>
        <w:t>在地文化资源是文旅 OPC 最核心的资源禀赋。屯堡文化、苗族银饰、侗族大歌、安顺蜡染——这些文化资源具有三个关键属性：稀缺性（全世界只有一个屯堡、一个西江苗寨）、不可复制性（搬到北京开一家"苗寨主题餐厅"和在西江开一家真正的苗族家庭餐馆是完全不同的体验）、深度可挖掘性（文化不是看一眼就消费完的，而是越深入了解越有价值的）。对于 OPC 而言，在地文化不是"包装"或"噱头"，而是产品设计的核心素材。</w:t>
      </w:r>
    </w:p>
    <w:p>
      <w:r>
        <w:rPr>
          <w:rFonts w:ascii="宋体" w:hAnsi="宋体" w:eastAsia="宋体"/>
          <w:sz w:val="24"/>
        </w:rPr>
        <w:t>自然景观资源是贵州文旅 OPC 的另一大优势。黄果树瀑布、万峰林、梵净山、荔波小七孔——这些景观资源同样具有稀缺性和不可复制性。但自然景观资源有一个特殊属性：公共品属性。瀑布不是某个 OPC 的私有财产，任何人（包括游客自己）都可以免费远观。OPC 要做的是将"公共景观"转化为"私享体验"——通过独特的观赏角度、深度的讲解内容、差异化的服务体验，让同一个瀑布在不同 OPC 手中产生不同的价值。</w:t>
      </w:r>
    </w:p>
    <w:p>
      <w:r>
        <w:rPr>
          <w:rFonts w:ascii="宋体" w:hAnsi="宋体" w:eastAsia="宋体"/>
          <w:sz w:val="24"/>
        </w:rPr>
        <w:t>社区关系资源是 OPC 特有的资源类型，大企业很难复制。一个在屯堡长大的民宿主，与邻居的关系、与村委的关系、与本地手艺人的关系——这些关系构成了 OPC 的"社会资本"。社会资本的价值在于：它可以让 OPC 以极低的交易成本获取本地资源（借个锅碗瓢盆、叫个人来帮忙、获取一个"只有本地人知道"的信息）。这种资源对于外来资本而言几乎无法获取，但对于本土 OPC 而言是与生俱来的优势。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3-2：文旅 OPC 生态系统四层模型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层级 | 构成要素 | 核心功能 | 对 OPC 的价值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|------|---------|---------|-------------|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核心层 | 运营主体（人/团队） | 价值创造 | 立身之本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支撑层 | 技术平台、金融、政策 | 基础设施 | 降低门槛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连接层 | OTA、社交媒体、本地网络 | 信息/客流流动 | 触达市场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资源层 | 在地文化、自然景观、社区 | 原材料供给 | 差异化来源 |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3.2 PDCA 双轮驱动动态正向循环模型</w:t>
      </w:r>
    </w:p>
    <w:p>
      <w:pPr>
        <w:pStyle w:val="Heading3"/>
      </w:pPr>
      <w:r>
        <w:t>3.2.1 理论基础：戴明环（PDCA）的起源与演进</w:t>
      </w:r>
    </w:p>
    <w:p>
      <w:r>
        <w:rPr>
          <w:rFonts w:ascii="宋体" w:hAnsi="宋体" w:eastAsia="宋体"/>
          <w:sz w:val="24"/>
        </w:rPr>
        <w:t>PDCA 循环（Plan-Do-Check-Act）是质量管理领域最具影响力的方法论之一。它由美国统计学家沃尔特·休哈特（Walter Shewhart）于 1939 年首次提出，后由威廉·爱德华兹·戴明（W. Edwards Deming）在 1950 年代推广至日本工业界，成为日本战后"质量革命"的核心工具。</w:t>
      </w:r>
    </w:p>
    <w:p>
      <w:r>
        <w:rPr>
          <w:rFonts w:ascii="宋体" w:hAnsi="宋体" w:eastAsia="宋体"/>
          <w:sz w:val="24"/>
        </w:rPr>
        <w:t>PDCA 的基本逻辑简洁而深刻：任何管理活动都应当按照"计划（Plan）→ 执行（Do）→ 检查（Check）→ 行动（Act）"的顺序形成一个闭环。完成一次循环后，将成功的经验标准化、将失败的教训纳入下一轮计划，然后开始新一轮循环。每一次循环都推动管理水平螺旋上升一个层级。</w:t>
      </w:r>
    </w:p>
    <w:p>
      <w:r>
        <w:rPr>
          <w:rFonts w:ascii="宋体" w:hAnsi="宋体" w:eastAsia="宋体"/>
          <w:sz w:val="24"/>
        </w:rPr>
        <w:t>这一模型的伟大之处在于其普适性——它不限定行业、不限定规模、不限定具体管理内容。从丰田的精益生产到医院的护理质量管理，从软件开发（敏捷开发中的 Sprint 循环本质上是 PDCA）到个人时间管理（GTD 方法中的"回顾"环节），PDCA 的应用几乎无处不在。</w:t>
      </w:r>
    </w:p>
    <w:p>
      <w:r>
        <w:rPr>
          <w:rFonts w:ascii="宋体" w:hAnsi="宋体" w:eastAsia="宋体"/>
          <w:sz w:val="24"/>
        </w:rPr>
        <w:t>但传统 PDCA 模型有两个隐含前提：第一，执行主体具备完整的计划能力（有数据、有分析能力、有时间做计划）；第二，执行主体具备完整的检查能力（能收集反馈、能分析数据、能识别问题）。这两个前提对于大型企业而言是成立的（有专门的计划部门、质量部门、数据分析团队），但对于 1-5 人的 OPC 而言恰恰是不成立的——一个人很难同时做好 P、D、C、A 四个环节。</w:t>
      </w:r>
    </w:p>
    <w:p>
      <w:r>
        <w:rPr>
          <w:rFonts w:ascii="宋体" w:hAnsi="宋体" w:eastAsia="宋体"/>
          <w:sz w:val="24"/>
        </w:rPr>
        <w:t>这就是 PDCA 模型在 OPC 场景中需要"升级"的根本原因：不是 PDCA 的逻辑不对，而是 PDCA 的每个环节都需要工具支撑才能在极简人力条件下运行。AI 提供了这种工具支撑——AI 可以辅助 Plan（数据分析、方案生成）、可以增强 Do（自动执行、内容生成）、可以加速 Check（实时监测、自动分析）、可以优化 Act（智能推荐改进方向）。由此，传统的单环 PDCA 演进为"内轮（运营轮）+ 外轮（AI 增强轮）"的双轮结构。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3-3：PDCA 循环的学术演进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**1939**：休哈特提出"Plan-Do-Study-Act"（PDSA）循环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**1950s**：戴明将 PDCA 引入日本工业界，成为 TQM（全面质量管理）的核心工具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**1980s**：PDCA 被 ISO 9001 质量管理体系采纳为"持续改进"的核心方法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**2009**：Vos et al. 在医疗管理领域提出"双循环 PDCA 模型"——部门改进轨迹 + 规划与控制双轮协同 [1]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**2020**：Oliveira da Silva 将双循环模型引入旅游服务运营，构建"内部运营闭环 + 外部决策闭环" [2]</w:t>
      </w:r>
    </w:p>
    <w:p>
      <w:pPr>
        <w:pStyle w:val="Heading3"/>
      </w:pPr>
      <w:r>
        <w:t>3.2.2 从单环到双轮：AI 如何突破传统 PDCA 的能力边界</w:t>
      </w:r>
    </w:p>
    <w:p>
      <w:r>
        <w:rPr>
          <w:rFonts w:ascii="宋体" w:hAnsi="宋体" w:eastAsia="宋体"/>
          <w:sz w:val="24"/>
        </w:rPr>
        <w:t>将传统 PDCA 单环升级为双轮驱动模型，关键在于理解 AI 在 PDCA 每个环节中扮演的角色。</w:t>
      </w:r>
    </w:p>
    <w:p>
      <w:r>
        <w:rPr>
          <w:rFonts w:ascii="宋体" w:hAnsi="宋体" w:eastAsia="宋体"/>
          <w:sz w:val="24"/>
        </w:rPr>
        <w:t>在 Plan（计划）环节，传统 OPC 的计划能力严重受限于信息不足和分析能力不足。一个民宿主要做下一季度的定价计划，他能参考的只有自己的经验（"去年冬天大概卖了 60%"）和直觉（"今年感觉游客会多一点"）。AI 介入后，Plan 环节获得了数据驱动的分析能力——分析历史经营数据、监测竞品定价动态、预测客流趋势、模拟不同方案的效果。AI 不替人做计划，但让人的计划有了数据基础。</w:t>
      </w:r>
    </w:p>
    <w:p>
      <w:r>
        <w:rPr>
          <w:rFonts w:ascii="宋体" w:hAnsi="宋体" w:eastAsia="宋体"/>
          <w:sz w:val="24"/>
        </w:rPr>
        <w:t>在 Do（执行）环节，传统 OPC 的执行能力受限于时间。一个人一天只能回复那么多咨询、写那么多文案、处理那么多预订。AI 介入后，Do 环节获得了自动化和批量化的能力——AI 客服自动回复、AI 批量生成内容、自动化预订管理。执行效率从"线性"（时间投入 = 产出）变为"指数级"（少量时间投入 + AI 工具 = 大量产出）。</w:t>
      </w:r>
    </w:p>
    <w:p>
      <w:r>
        <w:rPr>
          <w:rFonts w:ascii="宋体" w:hAnsi="宋体" w:eastAsia="宋体"/>
          <w:sz w:val="24"/>
        </w:rPr>
        <w:t>在 Check（检查）环节，传统 OPC 的检查能力几乎为零——最多月底看看总收入、偶尔翻翻好评差评。AI 介入后，Check 环节获得了实时监测和深度分析的能力——自动汇总多渠道数据、实时监测经营指标、自动分析评价情感、自动对比竞品动态。</w:t>
      </w:r>
    </w:p>
    <w:p>
      <w:r>
        <w:rPr>
          <w:rFonts w:ascii="宋体" w:hAnsi="宋体" w:eastAsia="宋体"/>
          <w:sz w:val="24"/>
        </w:rPr>
        <w:t>在 Act（行动）环节，传统 OPC 的改进能力依赖于"意识到问题"——而很多问题根本意识不到。AI 介入后，Act 环节获得了智能推荐的能力——AI 自动识别异常指标、推荐改进方向、量化改进方案的预期效果。</w:t>
      </w:r>
    </w:p>
    <w:p>
      <w:r>
        <w:rPr>
          <w:rFonts w:ascii="宋体" w:hAnsi="宋体" w:eastAsia="宋体"/>
          <w:sz w:val="24"/>
        </w:rPr>
        <w:t>可以看到，AI 在 PDCA 每个环节中做的不是"替代人"，而是"填补能力的空白"——填补的是 OPC 因人力不足而无法完成的计划、执行、检查、改进行为。当这四个环节的 AI 增强功能连接成一个闭环，就形成了与运营轮（人主导的 PDCA）平行运行的AI 增强轮。</w:t>
      </w:r>
    </w:p>
    <w:p>
      <w:pPr>
        <w:pStyle w:val="Heading3"/>
      </w:pPr>
      <w:r>
        <w:t>3.2.3 内轮（运营轮）详解：Plan → Do → Check → Act 在 OPC 中的映射</w:t>
      </w:r>
    </w:p>
    <w:p>
      <w:r>
        <w:rPr>
          <w:rFonts w:ascii="宋体" w:hAnsi="宋体" w:eastAsia="宋体"/>
          <w:sz w:val="24"/>
        </w:rPr>
        <w:t>内轮（运营轮）是 OPC 运营者主导的 PDCA 闭环。它与传统 PDCA 的区别在于：每个环节都有 AI 增强轮的辅助，使得运营者能够在极简人力条件下完成完整的 PDCA 循环。</w:t>
      </w:r>
    </w:p>
    <w:p>
      <w:r>
        <w:rPr>
          <w:rFonts w:ascii="宋体" w:hAnsi="宋体" w:eastAsia="宋体"/>
          <w:sz w:val="24"/>
        </w:rPr>
        <w:t>Plan（产品设计与策略规划）。在 OPC 语境中，Plan 涵盖三个层次：产品规划（设计什么产品、针对什么客群）、策略规划（定价策略、渠道策略、营销策略）、资源规划（人力安排、物资采购、资金预算）。OPC 的 Plan 不需要像大企业那样写成 50 页的年度计划——它可能只是一份简单的"下季度运营计划"，但必须包含明确的可衡量目标（如"冬季入住率达到 55%"）和可执行行动（如"11 月在小红书发布 20 条冬季主题内容"）。</w:t>
      </w:r>
    </w:p>
    <w:p>
      <w:r>
        <w:rPr>
          <w:rFonts w:ascii="宋体" w:hAnsi="宋体" w:eastAsia="宋体"/>
          <w:sz w:val="24"/>
        </w:rPr>
        <w:t>Do（营销执行与服务交付）。在 OPC 语境中，Do 包含两条并行的线索：营销执行（内容发布、广告投放、渠道维护、客户沟通）和服务交付（接待客人、提供服务、处理投诉、维护设施）。OPC 的 Do 环节面临的核心挑战是"两条线索争抢同一个人的时间"——旺季时服务交付占用了全部时间，营销执行被迫停摆；淡季时有时间做营销了，但没有客人需要服务了（也不需要那么多营销了）。AI 增强轮在 Do 环节的介入正是为了解决这个时间矛盾。</w:t>
      </w:r>
    </w:p>
    <w:p>
      <w:r>
        <w:rPr>
          <w:rFonts w:ascii="宋体" w:hAnsi="宋体" w:eastAsia="宋体"/>
          <w:sz w:val="24"/>
        </w:rPr>
        <w:t>Check（数据监测与效果评估）。在 OPC 语境中，Check 不只是"月底看收入"，而是建立一个最小可行的经营仪表盘——4-6 个关键指标，每周甚至每天查看。推荐的 OPC 核心指标包括：入住率/预订率、平均客单价、获客渠道占比、咨询转化率、好评率/差评率、复购率。这些指标不需要复杂的系统来计算——用 Excel 或简单的 SaaS 工具就能维护。</w:t>
      </w:r>
    </w:p>
    <w:p>
      <w:r>
        <w:rPr>
          <w:rFonts w:ascii="宋体" w:hAnsi="宋体" w:eastAsia="宋体"/>
          <w:sz w:val="24"/>
        </w:rPr>
        <w:t>Act（服务优化与流程改进）。在 OPC 语境中，Act 是将 Check 环节的发现转化为具体改进行动。如果发现"OTA 渠道的转化率在下降"，Act 可能是"更新房源照片和描述"；如果发现"客人反复询问同一个问题"，Act 可能是"在入住指引中增加这个问题的答案"。OPC 的 Act 优势在于快速迭代——不需要经过层层审批，发现问题当天就可以行动。</w:t>
      </w:r>
    </w:p>
    <w:p>
      <w:pPr>
        <w:pStyle w:val="Heading3"/>
      </w:pPr>
      <w:r>
        <w:t>3.2.4 外轮（AI 增强轮）详解：Data Sense → Intelligent Decide → Auto Execute → Effect Feedback</w:t>
      </w:r>
    </w:p>
    <w:p>
      <w:r>
        <w:rPr>
          <w:rFonts w:ascii="宋体" w:hAnsi="宋体" w:eastAsia="宋体"/>
          <w:sz w:val="24"/>
        </w:rPr>
        <w:t>外轮（AI 增强轮）是 AI 驱动的智能闭环，它与内轮并行运行，为内轮的每个环节提供数据、分析、自动化和反馈支持。</w:t>
      </w:r>
    </w:p>
    <w:p>
      <w:r>
        <w:rPr>
          <w:rFonts w:ascii="宋体" w:hAnsi="宋体" w:eastAsia="宋体"/>
          <w:sz w:val="24"/>
        </w:rPr>
        <w:t>Data Sense（AI 数据感知）。AI 持续从多个数据源抓取和分析数据：OTA 平台的经营数据（流量、转化率、评价）、社交媒体的舆情数据（关键词提及量、情感倾向）、竞争对手的公开数据（定价、促销、新产品）、外部环境数据（天气、节假日、大型活动）。Data Sense 的输出不是原始数据，而是结构化洞察——例如"过去 7 天，'安顺+亲子+避暑'在小红书的搜索量环比增长 45%，建议增加亲子主题内容的发布频率"。</w:t>
      </w:r>
    </w:p>
    <w:p>
      <w:r>
        <w:rPr>
          <w:rFonts w:ascii="宋体" w:hAnsi="宋体" w:eastAsia="宋体"/>
          <w:sz w:val="24"/>
        </w:rPr>
        <w:t>Intelligent Decide（AI 智能决策）。AI 基于 Data Sense 的洞察，为运营者提供决策建议。这包括定价建议（"建议下周将周末房价上调 15%，因为周边同档次民宿已基本售罄"）、营销建议（"根据过去 30 天的转化数据，抖音渠道的 ROI 是小程序渠道的 2.3 倍，建议将广告预算向抖音倾斜"）、产品建议（"分析评论发现客人对早餐的评价在下降，建议增加本地特色早餐选项"）。注意：AI 提供的是建议而非指令——最终决策始终由运营者做出。</w:t>
      </w:r>
    </w:p>
    <w:p>
      <w:r>
        <w:rPr>
          <w:rFonts w:ascii="宋体" w:hAnsi="宋体" w:eastAsia="宋体"/>
          <w:sz w:val="24"/>
        </w:rPr>
        <w:t>Auto Execute（AI 自动执行）。AI 将运营者的决策（或预设的规则）自动转化为执行动作。这包括：内容自动发布（按预设策略定时发布社交媒体内容）、价格自动调整（根据预设规则或 AI 建议自动调价）、客服自动回复（常见问题的 AI 自动应答）、报告自动生成（每日/每周经营报告的自动汇总和推送）。Auto Execute 的核心价值是释放运营者的时间——让重复性、规则性的执行工作自动化。</w:t>
      </w:r>
    </w:p>
    <w:p>
      <w:r>
        <w:rPr>
          <w:rFonts w:ascii="宋体" w:hAnsi="宋体" w:eastAsia="宋体"/>
          <w:sz w:val="24"/>
        </w:rPr>
        <w:t>Effect Feedback（AI 效果反馈）。AI 持续监测运营决策的执行效果，并与预期目标进行对比，发现偏差时自动预警。例如，如果 AI 建议提价 15% 但执行后发现预订量下降了 30%，Effect Feedback 会触发预警并建议回滚价格。Effect Feedback 确保了双轮驱动的自我修正能力——不是"执行完就结束了"，而是"执行 → 监测 → 反馈 → 调整"的持续循环。</w:t>
      </w:r>
    </w:p>
    <w:p>
      <w:r>
        <w:rPr>
          <w:rFonts w:ascii="宋体" w:hAnsi="宋体" w:eastAsia="宋体"/>
          <w:sz w:val="24"/>
        </w:rPr>
        <w:t>[图 3-1：PDCA 双轮驱动动态正向循环全景图，展示内轮（运营轮）与外轮（AI 增强轮）的平行运行和咬合关系，标注每个环节的具体内容、工具和输出]</w:t>
      </w:r>
    </w:p>
    <w:p>
      <w:pPr>
        <w:pStyle w:val="Heading3"/>
      </w:pPr>
      <w:r>
        <w:t>3.2.5 双轮咬合机制：内轮输出数据驱动外轮，外轮输出智能加速内轮</w:t>
      </w:r>
    </w:p>
    <w:p>
      <w:r>
        <w:rPr>
          <w:rFonts w:ascii="宋体" w:hAnsi="宋体" w:eastAsia="宋体"/>
          <w:sz w:val="24"/>
        </w:rPr>
        <w:t>双轮不是各自独立运行的，而是通过三个咬合点紧密连接、相互驱动。</w:t>
      </w:r>
    </w:p>
    <w:p>
      <w:r>
        <w:rPr>
          <w:rFonts w:ascii="宋体" w:hAnsi="宋体" w:eastAsia="宋体"/>
          <w:sz w:val="24"/>
        </w:rPr>
        <w:t>咬合点一：运营数据 → AI 训练素材。内轮（运营轮）在 Plan-Do-Check-Act 的循环中持续产生运营数据——预订记录、客户咨询日志、评价内容、经营指标。这些数据流入外轮（AI 增强轮），成为 AI 进行 Data Sense 和 Intelligent Decide 的原材料。运营越久、数据越丰富、AI 分析越精准——这就是"正向循环"的第一层含义。</w:t>
      </w:r>
    </w:p>
    <w:p>
      <w:r>
        <w:rPr>
          <w:rFonts w:ascii="宋体" w:hAnsi="宋体" w:eastAsia="宋体"/>
          <w:sz w:val="24"/>
        </w:rPr>
        <w:t>咬合点二：AI 洞察 → 运营决策输入。外轮的 Data Sense 和 Intelligent Decide 产出的结构化洞察和决策建议，回流到内轮的 Plan 和 Act 环节，提升运营者决策的质量和速度。运营者不再凭直觉做计划，而是基于 AI 提供的数据洞察做计划——这就是"正向循环"的第二层含义。</w:t>
      </w:r>
    </w:p>
    <w:p>
      <w:r>
        <w:rPr>
          <w:rFonts w:ascii="宋体" w:hAnsi="宋体" w:eastAsia="宋体"/>
          <w:sz w:val="24"/>
        </w:rPr>
        <w:t>咬合点三：AI 执行 → 运营效率放大。外轮的 Auto Execute 直接接管内轮 Do 环节中的重复性执行工作（内容发布、自动回复、自动调价），让运营者将精力集中在 AI 无法替代的高价值工作上（深度服务、产品创新、关系维护）。AI 执行得越多，运营者的时间释放得越多，可以投入到内轮更重要的 Plan 和 Act 环节——这就是"正向循环"的第三层含义。</w:t>
      </w:r>
    </w:p>
    <w:p>
      <w:r>
        <w:rPr>
          <w:rFonts w:ascii="宋体" w:hAnsi="宋体" w:eastAsia="宋体"/>
          <w:sz w:val="24"/>
        </w:rPr>
        <w:t>三个咬合点形成了一个完整的增强回路：运营数据让 AI 更聪明 → 更聪明的 AI 让运营决策更精准 → 更精准的决策产生更好的运营结果 → 更好的运营结果产生更丰富的运营数据 → 回到起点。这个增强回路一旦启动并持续运行，OPC 就会进入"飞轮加速"状态——运营效率不是线性增长，而是加速增长。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3-4：双轮咬合的三层增强回路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**数据回路**：运营产生数据 → AI 学习数据 → 分析更精准 → 运营更高效 → 产生更多数据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**决策回路**：AI 提供洞察 → 运营者决策更准 → 经营结果更好 → 验证 AI 洞察 → AI 洞察更准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**效率回路**：AI 接管重复执行 → 运营者时间释放 → 投入高价值工作 → 产品/服务优化 → 收入提升 → 可投入更多 AI 工具</w:t>
      </w:r>
    </w:p>
    <w:p>
      <w:pPr>
        <w:pStyle w:val="Heading3"/>
      </w:pPr>
      <w:r>
        <w:t>3.2.6 正向循环的启动策略与加速条件</w:t>
      </w:r>
    </w:p>
    <w:p>
      <w:r>
        <w:rPr>
          <w:rFonts w:ascii="宋体" w:hAnsi="宋体" w:eastAsia="宋体"/>
          <w:sz w:val="24"/>
        </w:rPr>
        <w:t>双轮驱动模型的关键挑战在于"启动"——内轮和外轮刚开始运行时，运营数据不足、AI 分析不准、自动执行效果差，容易陷入"鸡生蛋蛋生鸡"的困境。以下是四个启动策略：</w:t>
      </w:r>
    </w:p>
    <w:p>
      <w:r>
        <w:rPr>
          <w:rFonts w:ascii="宋体" w:hAnsi="宋体" w:eastAsia="宋体"/>
          <w:sz w:val="24"/>
        </w:rPr>
        <w:t>策略一：先启动内轮，积累最小数据量。在引入 AI 工具之前，先用"纯人工"方式跑通至少一个完整的 PDCA 循环（1-3 个月），积累基础的运营数据——至少 50-100 条客户咨询、30-50 条预订记录、10-20 条客户评价。这些数据是 AI 增强轮的"启动燃料"。</w:t>
      </w:r>
    </w:p>
    <w:p>
      <w:r>
        <w:rPr>
          <w:rFonts w:ascii="宋体" w:hAnsi="宋体" w:eastAsia="宋体"/>
          <w:sz w:val="24"/>
        </w:rPr>
        <w:t>策略二：从单一环节切入，快速验证。不要试图一次性启动整个外轮（四个环节全上 AI 工具）。选择一个痛点最突出、数据最充足的环节作为切入点——通常是"客服"（数据量最大、规则最清晰、AI 效果最明显）或"内容生产"（需求最迫切、AI 效果最直观）。一个环节跑通后，再逐步扩展到其他环节。</w:t>
      </w:r>
    </w:p>
    <w:p>
      <w:r>
        <w:rPr>
          <w:rFonts w:ascii="宋体" w:hAnsi="宋体" w:eastAsia="宋体"/>
          <w:sz w:val="24"/>
        </w:rPr>
        <w:t>策略三：预设规则填补 AI 冷启动期。在 AI 模型尚未训练充分（数据量不足）的冷启动期，用"预设规则"替代"AI 分析"来维持外轮运转。例如，在 AI 能够准确预测客流之前，先用简单的规则"节假日房价上浮 20%，提前 7 天预订折扣 10%"来维持定价自动化的运转。规则不需要完美，只需要比"什么都不做"好。</w:t>
      </w:r>
    </w:p>
    <w:p>
      <w:r>
        <w:rPr>
          <w:rFonts w:ascii="宋体" w:hAnsi="宋体" w:eastAsia="宋体"/>
          <w:sz w:val="24"/>
        </w:rPr>
        <w:t>策略四：利用平台提供的 AI 能力。OTA 平台和 AI 工具平台通常提供开箱即用的 AI 功能（如携程的智能定价建议、美团的智能客服、抖音的智能推荐），这些功能基于平台海量数据训练，在冷启动期的效果优于自建 AI。先用平台的 AI，再逐步引入定制化 AI 工具。</w:t>
      </w:r>
    </w:p>
    <w:p>
      <w:r>
        <w:rPr>
          <w:rFonts w:ascii="宋体" w:hAnsi="宋体" w:eastAsia="宋体"/>
          <w:sz w:val="24"/>
        </w:rPr>
        <w:t>加速条件：双轮进入正向循环后，有三个条件可以显著加速循环速度——数据密度（日均运营数据量越大，AI 学习越快）、反馈速度（从执行到看到效果的时间越短，循环越快）、工具集成度（内轮和外轮的工具之间数据互通程度越高，咬合越顺畅）。</w:t>
      </w:r>
    </w:p>
    <w:p>
      <w:pPr>
        <w:pStyle w:val="Heading3"/>
      </w:pPr>
      <w:r>
        <w:t>3.2.7 循环停滞的诊断与修复</w:t>
      </w:r>
    </w:p>
    <w:p>
      <w:r>
        <w:rPr>
          <w:rFonts w:ascii="宋体" w:hAnsi="宋体" w:eastAsia="宋体"/>
          <w:sz w:val="24"/>
        </w:rPr>
        <w:t>双轮驱动不会永远自动运转。以下是四种常见的循环停滞模式及其修复方案：</w:t>
      </w:r>
    </w:p>
    <w:p>
      <w:r>
        <w:rPr>
          <w:rFonts w:ascii="宋体" w:hAnsi="宋体" w:eastAsia="宋体"/>
          <w:sz w:val="24"/>
        </w:rPr>
        <w:t>停滞模式一：数据断流。表现：运营数据不再增长或质量下降（如客人不再写评价、咨询量骤降）。原因通常是获客渠道出现问题或产品竞争力下降。修复：优先修复内轮的 Do 环节（营销执行），通过调整渠道策略或加大内容产出恢复数据流入。</w:t>
      </w:r>
    </w:p>
    <w:p>
      <w:r>
        <w:rPr>
          <w:rFonts w:ascii="宋体" w:hAnsi="宋体" w:eastAsia="宋体"/>
          <w:sz w:val="24"/>
        </w:rPr>
        <w:t>停滞模式二：分析失效。表现：AI 的建议与实际结果偏差越来越大。原因通常是市场环境发生了结构性变化（如新竞争对手进入、旅游政策调整），导致历史数据训练的 AI 模型不再适用。修复：重置 AI 模型的分析基准，使用最近 3 个月的数据重新校准；同时增加运营者的人工判断权重。</w:t>
      </w:r>
    </w:p>
    <w:p>
      <w:r>
        <w:rPr>
          <w:rFonts w:ascii="宋体" w:hAnsi="宋体" w:eastAsia="宋体"/>
          <w:sz w:val="24"/>
        </w:rPr>
        <w:t>停滞模式三：执行断层。表现：AI 自动执行的效率下降（如自动回复答非所问、自动调价频繁出错）。原因通常是 AI 工具的知识库或规则库过时。修复：定期（建议每月一次）检查和更新 AI 工具的知识库（常见问答、产品信息、价格规则），删除过时内容，补充新增内容。</w:t>
      </w:r>
    </w:p>
    <w:p>
      <w:r>
        <w:rPr>
          <w:rFonts w:ascii="宋体" w:hAnsi="宋体" w:eastAsia="宋体"/>
          <w:sz w:val="24"/>
        </w:rPr>
        <w:t>停滞模式四：运营者依赖。表现：运营者对 AI 工具过度依赖，自身判断力和专业能力退化，一旦 AI 出错或工具变更就束手无策。修复：这不是技术问题而是管理问题。运营者应保持"AI 做初稿，人做定稿"的原则，定期脱离 AI 工具进行独立思考和决策练习。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3.3 OPC 生命周期管理</w:t>
      </w:r>
    </w:p>
    <w:p>
      <w:pPr>
        <w:pStyle w:val="Heading3"/>
      </w:pPr>
      <w:r>
        <w:t>3.3.1 启动期：从 0 到 1 的 AI 策略</w:t>
      </w:r>
    </w:p>
    <w:p>
      <w:r>
        <w:rPr>
          <w:rFonts w:ascii="宋体" w:hAnsi="宋体" w:eastAsia="宋体"/>
          <w:sz w:val="24"/>
        </w:rPr>
        <w:t>OPC 的启动期（通常为前 3-6 个月）面临的核心矛盾是：资源极度有限，但需要同时完成"产品打磨"和"获客启动"两个任务。在这个阶段，AI 的策略应该是"最小化工具、最大化效果"。</w:t>
      </w:r>
    </w:p>
    <w:p>
      <w:r>
        <w:rPr>
          <w:rFonts w:ascii="宋体" w:hAnsi="宋体" w:eastAsia="宋体"/>
          <w:sz w:val="24"/>
        </w:rPr>
        <w:t>启动期 AI 三件套：建议所有文旅 OPC 在启动期至少配备三个 AI 工具——一个内容生成工具（用于撰写房源描述、社交媒体文案、客户沟通话术）、一个 AI 客服工具（用于自动回复常见咨询）、一个基础数据分析工具（用于记录和查看核心经营指标）。这三个工具覆盖了 OPC 启动期最痛的三个需求：内容、客服、数据。工具选择原则：先用免费版，效果确认后再升级付费版。</w:t>
      </w:r>
    </w:p>
    <w:p>
      <w:r>
        <w:rPr>
          <w:rFonts w:ascii="宋体" w:hAnsi="宋体" w:eastAsia="宋体"/>
          <w:sz w:val="24"/>
        </w:rPr>
        <w:t>启动期不要做的事：不要在启动期就追求"全自动化"或"全套 AI 工具矩阵"。原因有三：一是启动期数据量不足，AI 的智能决策功能没有数据基础，效果不会好；二是启动期业务模式尚未稳定，过早锁定特定工具组合可能导致后期更换成本高；三是启动期运营者自身的 AI 使用能力尚在培养中，工具太多反而造成认知负荷。</w:t>
      </w:r>
    </w:p>
    <w:p>
      <w:pPr>
        <w:pStyle w:val="Heading3"/>
      </w:pPr>
      <w:r>
        <w:t>3.3.2 成长期：规模化的 AI 杠杆</w:t>
      </w:r>
    </w:p>
    <w:p>
      <w:r>
        <w:rPr>
          <w:rFonts w:ascii="宋体" w:hAnsi="宋体" w:eastAsia="宋体"/>
          <w:sz w:val="24"/>
        </w:rPr>
        <w:t>OPC 进入成长期（通常为第 6-24 个月）的标志是：产品得到了市场验证，入住率/预订率稳定在 60% 以上，有了一批老客户。成长期的核心矛盾是：业务量在增长，但人力没有增长，运营者开始触及个人产能上限。</w:t>
      </w:r>
    </w:p>
    <w:p>
      <w:r>
        <w:rPr>
          <w:rFonts w:ascii="宋体" w:hAnsi="宋体" w:eastAsia="宋体"/>
          <w:sz w:val="24"/>
        </w:rPr>
        <w:t>成长期的 AI 策略应聚焦于"用工具替代加人"：</w:t>
      </w:r>
    </w:p>
    <w:p>
      <w:r>
        <w:rPr>
          <w:rFonts w:ascii="宋体" w:hAnsi="宋体" w:eastAsia="宋体"/>
          <w:sz w:val="24"/>
        </w:rPr>
        <w:t>客服全面 AI 化。当日均咨询量从 10 条增长到 50 条时，人工回复已经不可持续。此时应将 AI 客服的自动回复率从启动期的 50% 提升到 80% 以上，只将复杂问题和投诉转人工。</w:t>
      </w:r>
    </w:p>
    <w:p>
      <w:r>
        <w:rPr>
          <w:rFonts w:ascii="宋体" w:hAnsi="宋体" w:eastAsia="宋体"/>
          <w:sz w:val="24"/>
        </w:rPr>
        <w:t>营销自动化。当获客渠道从 1-2 个扩展到 4-5 个时，人工管理每个渠道的内容发布和效果跟踪已经不可能。此时应引入营销自动化工具，实现多平台内容的统一排期、自动发布和效果汇总。</w:t>
      </w:r>
    </w:p>
    <w:p>
      <w:r>
        <w:rPr>
          <w:rFonts w:ascii="宋体" w:hAnsi="宋体" w:eastAsia="宋体"/>
          <w:sz w:val="24"/>
        </w:rPr>
        <w:t>动态定价。当成长期积累了至少 12 个月的经营数据后，可以启动 AI 动态定价——AI 基于历史数据、竞品价格、需求预测给出定价建议。成长期的动态定价不需要完美，但需要比"固定价格 + 节假日翻倍"更好。</w:t>
      </w:r>
    </w:p>
    <w:p>
      <w:pPr>
        <w:pStyle w:val="Heading3"/>
      </w:pPr>
      <w:r>
        <w:t>3.3.3 成熟期：差异化竞争与 AI 壁垒</w:t>
      </w:r>
    </w:p>
    <w:p>
      <w:r>
        <w:rPr>
          <w:rFonts w:ascii="宋体" w:hAnsi="宋体" w:eastAsia="宋体"/>
          <w:sz w:val="24"/>
        </w:rPr>
        <w:t>OPC 进入成熟期（通常为第 24 个月以后）的标志是：经营数据稳定、客户群体清晰、在本地市场建立了品牌认知。成熟期的核心矛盾是：增长放缓，同质化竞争加剧。</w:t>
      </w:r>
    </w:p>
    <w:p>
      <w:r>
        <w:rPr>
          <w:rFonts w:ascii="宋体" w:hAnsi="宋体" w:eastAsia="宋体"/>
          <w:sz w:val="24"/>
        </w:rPr>
        <w:t>成熟期的 AI 策略应从"效率提升"转向"差异化构建"：</w:t>
      </w:r>
    </w:p>
    <w:p>
      <w:r>
        <w:rPr>
          <w:rFonts w:ascii="宋体" w:hAnsi="宋体" w:eastAsia="宋体"/>
          <w:sz w:val="24"/>
        </w:rPr>
        <w:t>AI 驱动的个性化服务。基于长期积累的客户数据，为不同类型、不同偏好的客人提供差异化的服务体验。例如，AI 识别出"亲子家庭"客群后，自动推送周边的亲子活动信息、提前在房间准备儿童用品。</w:t>
      </w:r>
    </w:p>
    <w:p>
      <w:r>
        <w:rPr>
          <w:rFonts w:ascii="宋体" w:hAnsi="宋体" w:eastAsia="宋体"/>
          <w:sz w:val="24"/>
        </w:rPr>
        <w:t>AI 辅助的产品创新。AI 分析客户评论中的"未被满足的需求"和竞争对手的"产品空白"，识别产品创新的机会。例如，AI 发现多个客人在评论中提到"如果能有夜游屯堡的体验就好了"——这就是一个产品创新机会。</w:t>
      </w:r>
    </w:p>
    <w:p>
      <w:r>
        <w:rPr>
          <w:rFonts w:ascii="宋体" w:hAnsi="宋体" w:eastAsia="宋体"/>
          <w:sz w:val="24"/>
        </w:rPr>
        <w:t>AI 壁垒的构建。在成熟期，AI 不仅是运营工具，还可以成为竞争壁垒。当一个 OPC 积累了 3 年以上的运营数据、训练出了高度定制化的 AI 模型（精准的定价模型、精准的客户分群模型、高效的自动化流程），这些数据和模型是竞争对手无法在短期内复制的。</w:t>
      </w:r>
    </w:p>
    <w:p>
      <w:pPr>
        <w:pStyle w:val="Heading3"/>
      </w:pPr>
      <w:r>
        <w:t>3.3.4 转型期：AI 驱动业务重塑</w:t>
      </w:r>
    </w:p>
    <w:p>
      <w:r>
        <w:rPr>
          <w:rFonts w:ascii="宋体" w:hAnsi="宋体" w:eastAsia="宋体"/>
          <w:sz w:val="24"/>
        </w:rPr>
        <w:t>任何 OPC 都可能面临转型期——市场环境剧变（如疫情冲击）、个人原因（如运营者想要改变生活方式）、或增长瓶颈（如本地市场饱和）。转型期的核心矛盾是：旧模式失效，新模式未立。</w:t>
      </w:r>
    </w:p>
    <w:p>
      <w:r>
        <w:rPr>
          <w:rFonts w:ascii="宋体" w:hAnsi="宋体" w:eastAsia="宋体"/>
          <w:sz w:val="24"/>
        </w:rPr>
        <w:t>AI 在转型期扮演的角色是"降低转型成本"：</w:t>
      </w:r>
    </w:p>
    <w:p>
      <w:r>
        <w:rPr>
          <w:rFonts w:ascii="宋体" w:hAnsi="宋体" w:eastAsia="宋体"/>
          <w:sz w:val="24"/>
        </w:rPr>
        <w:t>快速验证新方向。用 AI 工具低成本、快速地测试新的产品方向或客群方向。例如，一个做亲子民宿的 OPC 想尝试转型做"数字游民"长租，可以先用 AI 分析数字游民的需求特征、生成测试性的内容、在社交媒体上测试反响——整个验证过程不需要投入大量时间和资金。</w:t>
      </w:r>
    </w:p>
    <w:p>
      <w:r>
        <w:rPr>
          <w:rFonts w:ascii="宋体" w:hAnsi="宋体" w:eastAsia="宋体"/>
          <w:sz w:val="24"/>
        </w:rPr>
        <w:t>知识迁移。AI 可以帮助运营者快速学习新领域的知识。一个从民宿转型到文创体验的 OPC，可以用 AI 工具快速了解文创行业的供应链、定价策略、营销渠道等基础知识。</w:t>
      </w:r>
    </w:p>
    <w:p>
      <w:r>
        <w:rPr>
          <w:rFonts w:ascii="宋体" w:hAnsi="宋体" w:eastAsia="宋体"/>
          <w:sz w:val="24"/>
        </w:rPr>
        <w:t>资产复用。AI 可以帮助识别哪些现有资产（客户关系、内容资产、运营数据）可以在转型后继续复用。例如，一个民宿 OPC 积累的 2000 个微信好友，转型做本地旅游体验后仍然是有价值的私域流量池。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本章小结</w:t>
      </w:r>
    </w:p>
    <w:p>
      <w:r>
        <w:rPr>
          <w:rFonts w:ascii="宋体" w:hAnsi="宋体" w:eastAsia="宋体"/>
          <w:sz w:val="24"/>
        </w:rPr>
        <w:t>本章构建了文旅 OPC 运营的两个核心分析框架：生态系统四层模型和 PDCA 双轮驱动动态正向循环模型。</w:t>
      </w:r>
    </w:p>
    <w:p>
      <w:r>
        <w:rPr>
          <w:rFonts w:ascii="宋体" w:hAnsi="宋体" w:eastAsia="宋体"/>
          <w:sz w:val="24"/>
        </w:rPr>
        <w:t>生态系统四层模型为 OPC 提供了一个"上帝视角"——帮助运营者看清自己所处的位置、可用的资源和面临的环境。核心层（运营主体自身）的能力是根本，支撑层（技术、金融、政策）的基础设施决定了运营门槛，连接层（OTA、社交媒体、本地网络）是信息和客流的通道，资源层（在地文化、自然景观、社区关系）是差异化的来源。四个层级相互依存，共同构成了 OPC 的生存和发展空间。</w:t>
      </w:r>
    </w:p>
    <w:p>
      <w:r>
        <w:rPr>
          <w:rFonts w:ascii="宋体" w:hAnsi="宋体" w:eastAsia="宋体"/>
          <w:sz w:val="24"/>
        </w:rPr>
        <w:t>PDCA 双轮驱动模型是本书的核心理论贡献。它以戴明环（PDCA）为理论基础，将传统单环 PDCA 升级为"内轮（运营轮）+ 外轮（AI 增强轮）"的双轮结构。内轮由运营者主导，完成"Plan → Do → Check → Act"的核心闭环；外轮由 AI 驱动，提供"Data Sense → Intelligent Decide → Auto Execute → Effect Feedback"的智能加速。双轮通过三个咬合点（数据、决策、执行）形成正向增强回路——运营越久、数据越丰富、AI 越智能、运营越高效。</w:t>
      </w:r>
    </w:p>
    <w:p>
      <w:r>
        <w:rPr>
          <w:rFonts w:ascii="宋体" w:hAnsi="宋体" w:eastAsia="宋体"/>
          <w:sz w:val="24"/>
        </w:rPr>
        <w:t>OPC 生命周期管理提供了从启动期到转型期的 AI 策略演进路径。不同阶段的核心矛盾不同，AI 的角色和策略也应随之调整：启动期重在"最小化工具、最大化效果"，成长期重在"用工具替代加人"，成熟期重在"构建 AI 壁垒"，转型期重在"用 AI 降低转型成本"。</w:t>
      </w:r>
    </w:p>
    <w:p>
      <w:r>
        <w:rPr>
          <w:rFonts w:ascii="宋体" w:hAnsi="宋体" w:eastAsia="宋体"/>
          <w:sz w:val="24"/>
        </w:rPr>
        <w:t>从第 4 章开始，本书将进入"核心技术篇"，系统讲解 AI 工具矩阵、数据洞察和智能内容生产——也就是外轮（AI 增强轮）的具体实现方法。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思考题</w:t>
      </w:r>
    </w:p>
    <w:p>
      <w:r>
        <w:rPr>
          <w:rFonts w:ascii="宋体" w:hAnsi="宋体" w:eastAsia="宋体"/>
          <w:sz w:val="24"/>
        </w:rPr>
        <w:t>1. 模型应用：选择一个你熟悉的文旅 OPC 案例（可以是第 1 章或第 2 章的案例，也可以是你身边的真实案例），为其绘制生态系统四层模型图，标注该 OPC 在每个层级的具体构成要素。</w:t>
      </w:r>
    </w:p>
    <w:p>
      <w:r>
        <w:rPr>
          <w:rFonts w:ascii="宋体" w:hAnsi="宋体" w:eastAsia="宋体"/>
          <w:sz w:val="24"/>
        </w:rPr>
        <w:t>2. 双轮分析：针对同一案例，使用 PDCA 双轮驱动模型进行分析：(a) 识别该 OPC 的内轮运行状态（P-D-C-A 各环节当前在做什么）；(b) 识别外轮的运行状态（是否使用了 AI 工具？在哪些环节？）；(c) 判断双轮之间的咬合程度（数据流动是否顺畅？AI 洞察是否被用于决策？）。</w:t>
      </w:r>
    </w:p>
    <w:p>
      <w:r>
        <w:rPr>
          <w:rFonts w:ascii="宋体" w:hAnsi="宋体" w:eastAsia="宋体"/>
          <w:sz w:val="24"/>
        </w:rPr>
        <w:t>3. 循环诊断：某民宿 OPC 使用 AI 客服工具一年后，发现以下问题：AI 自动回复的准确率从 90% 下降到 70%，客人投诉"答非所问"的频次增加，但运营者因为习惯了 AI 客服，自己已经不太熟悉常见问题的准确答案了。请运用 3.2.7 节的循环停滞诊断方法，分析该 OPC 属于哪种停滞模式，并提出修复方案。</w:t>
      </w:r>
    </w:p>
    <w:p>
      <w:r>
        <w:rPr>
          <w:rFonts w:ascii="宋体" w:hAnsi="宋体" w:eastAsia="宋体"/>
          <w:sz w:val="24"/>
        </w:rPr>
        <w:t>4. 启动方案设计：假设你要创办一个安顺蜡染体验 OPC（目标客群：省外自由行游客，1 人运营），请根据 3.2.6 节的启动策略和 3.3.1 节的启动期 AI 策略，撰写一份包含"内轮启动计划 + 外轮启动计划 + AI 工具清单"的 90 天启动方案。</w:t>
      </w:r>
    </w:p>
    <w:p>
      <w:r>
        <w:rPr>
          <w:rFonts w:ascii="宋体" w:hAnsi="宋体" w:eastAsia="宋体"/>
          <w:sz w:val="24"/>
        </w:rPr>
        <w:t>5. 批判思考：本章提出的 PDCA 双轮驱动模型假设"AI 工具是可用且有效的"。但在现实中，AI 工具可能因为网络问题、服务中断、政策限制等原因不可用。请设计一套"AI 降级方案"——当 AI 工具不可用时，OPC 如何维持基本运营？哪些环节可以暂时退回纯人工？哪些环节必须找到替代方案？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参考文献</w:t>
      </w:r>
    </w:p>
    <w:p>
      <w:r>
        <w:rPr>
          <w:rFonts w:ascii="宋体" w:hAnsi="宋体" w:eastAsia="宋体"/>
          <w:sz w:val="24"/>
        </w:rPr>
        <w:t>[1] Vos, L., Duckers, M., &amp; Wagner, C. Blijft het vliegwiel draaien? Resultaten van een follow-up meting[R]. NIVEL, 2009.</w:t>
      </w:r>
    </w:p>
    <w:p>
      <w:r>
        <w:rPr>
          <w:rFonts w:ascii="宋体" w:hAnsi="宋体" w:eastAsia="宋体"/>
          <w:sz w:val="24"/>
        </w:rPr>
        <w:t>[2] Oliveira da Silva, F. A Framework for Customer-Oriented Solution Applied to the Tourism Sector[C]. In: Proceedings of the 2020 International Conference on Tourism and Service Management, 2020: 23-35.</w:t>
      </w:r>
    </w:p>
    <w:p>
      <w:r>
        <w:rPr>
          <w:rFonts w:ascii="宋体" w:hAnsi="宋体" w:eastAsia="宋体"/>
          <w:sz w:val="24"/>
        </w:rPr>
        <w:t>[3] Deming, W. E. Out of the Crisis[M]. Cambridge, MA: MIT Press, 1986.</w:t>
      </w:r>
    </w:p>
    <w:p>
      <w:r>
        <w:rPr>
          <w:rFonts w:ascii="宋体" w:hAnsi="宋体" w:eastAsia="宋体"/>
          <w:sz w:val="24"/>
        </w:rPr>
        <w:t>[4] Hovlid, E. Reducing Cancellations of Planned Operations: A Case Study of Improving the Quality of Care at a District General Hospital[D]. University of Bergen, 2013.</w:t>
      </w:r>
    </w:p>
    <w:p>
      <w:r>
        <w:rPr>
          <w:rFonts w:ascii="宋体" w:hAnsi="宋体" w:eastAsia="宋体"/>
          <w:sz w:val="24"/>
        </w:rPr>
        <w:t>[5] Cooke, D. L. The Dynamics and Control of Operational Risk[D]. University of Calgary, 2004.</w:t>
      </w:r>
    </w:p>
    <w:p>
      <w:r>
        <w:rPr>
          <w:rFonts w:ascii="宋体" w:hAnsi="宋体" w:eastAsia="宋体"/>
          <w:sz w:val="24"/>
        </w:rPr>
        <w:t>[6] Argyris, C., &amp; Schon, D. A. Organizational Learning II: Theory, Method, and Practice[M]. Reading, MA: Addison-Wesley, 1996.</w:t>
      </w:r>
    </w:p>
    <w:p>
      <w:r>
        <w:rPr>
          <w:rFonts w:ascii="宋体" w:hAnsi="宋体" w:eastAsia="宋体"/>
          <w:sz w:val="24"/>
        </w:rPr>
        <w:t>[7] 中华人民共和国公司法（2018 年修正）[S].</w:t>
      </w:r>
    </w:p>
    <w:p>
      <w:r>
        <w:rPr>
          <w:rFonts w:ascii="宋体" w:hAnsi="宋体" w:eastAsia="宋体"/>
          <w:sz w:val="24"/>
        </w:rPr>
        <w:t>[8] 中国旅游协会民宿客栈与精品酒店分会. 2024 中国民宿行业发展报告[R]. 2024.</w:t>
      </w:r>
    </w:p>
    <w:p>
      <w:r>
        <w:rPr>
          <w:rFonts w:ascii="宋体" w:hAnsi="宋体" w:eastAsia="宋体"/>
          <w:sz w:val="24"/>
        </w:rPr>
        <w:t>[9] McKinsey &amp; Company. The State of AI in 2024: Generative AI's Breakout Year[R]. 2024.</w:t>
      </w:r>
    </w:p>
    <w:p>
      <w:r>
        <w:rPr>
          <w:rFonts w:ascii="宋体" w:hAnsi="宋体" w:eastAsia="宋体"/>
          <w:sz w:val="24"/>
        </w:rPr>
        <w:t>[10] 贵州省人民政府. 贵州省"十四五"文化和旅游发展规划[EB/OL]. 2022.</w:t>
      </w:r>
    </w:p>
    <w:p>
      <w:r>
        <w:br w:type="page"/>
      </w:r>
    </w:p>
    <w:p/>
    <w:p/>
    <w:p/>
    <w:p/>
    <w:p>
      <w:pPr>
        <w:jc w:val="center"/>
      </w:pPr>
      <w:r>
        <w:rPr>
          <w:rFonts w:ascii="黑体" w:hAnsi="黑体" w:eastAsia="黑体"/>
          <w:b/>
          <w:color w:val="003366"/>
          <w:sz w:val="52"/>
        </w:rPr>
        <w:t>第二篇 核心技术篇</w:t>
      </w:r>
    </w:p>
    <w:p>
      <w:r>
        <w:br w:type="page"/>
      </w:r>
    </w:p>
    <w:p>
      <w:pPr>
        <w:pStyle w:val="Heading2"/>
      </w:pPr>
      <w:r>
        <w:t>学习目标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知识目标：系统掌握面向文旅 OPC 的 AI 工具四维分类框架（内容生成类、数据分析类、客户交互类、运营管理类），理解每类工具的核心功能、技术原理和适用边界。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能力目标：能够运用"需求-工具匹配矩阵"和"成本-效能评估模型"为具体 OPC 场景选型 AI 工具组合；能评估不同工具的投入产出比和学习成本；能制定合理的工具组合策略，避免"瑞士军刀"陷阱。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素养目标：培养工具理性——既不盲目追逐新工具（技术崇拜），也不因畏难而拒绝工具（工具焦虑）；在国产 AI 工具自主创新背景下，理性看待国内外工具的优劣势。</w:t>
      </w:r>
    </w:p>
    <w:p>
      <w:pPr>
        <w:pStyle w:val="Heading2"/>
      </w:pPr>
      <w:r>
        <w:t>导入案例</w:t>
      </w:r>
    </w:p>
    <w:p>
      <w:r>
        <w:rPr>
          <w:rFonts w:ascii="宋体" w:hAnsi="宋体" w:eastAsia="宋体"/>
          <w:sz w:val="24"/>
        </w:rPr>
        <w:t>月薪 300 元的"零成本 AI 工具箱"</w:t>
      </w:r>
    </w:p>
    <w:p>
      <w:r>
        <w:rPr>
          <w:rFonts w:ascii="宋体" w:hAnsi="宋体" w:eastAsia="宋体"/>
          <w:sz w:val="24"/>
        </w:rPr>
        <w:t>杨师傅在安顺旧州古镇经营一家屯堡菜私厨，每天只做 2-3 桌。2023 年之前，他的"营销"全靠食客口碑——好吃就再来，不好吃就不来了。生意不差但也不温不火，月均营业额 2 万元上下。</w:t>
      </w:r>
    </w:p>
    <w:p>
      <w:r>
        <w:rPr>
          <w:rFonts w:ascii="宋体" w:hAnsi="宋体" w:eastAsia="宋体"/>
          <w:sz w:val="24"/>
        </w:rPr>
        <w:t>2023 年底，他上大学的女儿回家，帮他用了一个周末搭建了一套"AI 工具组合"：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文案工具（某国产大语言模型，免费版）：每周写 3 篇小红书文案——"安顺旧州古镇最地道的屯堡鸡辣子""为什么说屯堡菜是活着的明代味道"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图片工具（某国产 AI 图像工具，免费版）：把手机拍的菜品照片用 AI 一键"美颜"——调色、去杂乱背景、加统一风格的水印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客服工具（某微信 AI 客服插件，月费 50 元）：自动回复微信上的常见问题——"地址在哪""人均多少钱""需要提前预定吗"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数据分析工具（某记账小程序，免费版）：自动分类收入和支出，月底生成简单的经营报表</w:t>
      </w:r>
    </w:p>
    <w:p>
      <w:r>
        <w:rPr>
          <w:rFonts w:ascii="宋体" w:hAnsi="宋体" w:eastAsia="宋体"/>
          <w:sz w:val="24"/>
        </w:rPr>
        <w:t>工具总月费：不到 300 元。</w:t>
      </w:r>
    </w:p>
    <w:p>
      <w:r>
        <w:rPr>
          <w:rFonts w:ascii="宋体" w:hAnsi="宋体" w:eastAsia="宋体"/>
          <w:sz w:val="24"/>
        </w:rPr>
        <w:t>半年后的变化：小红书账号从 200 粉丝涨到 8000+，微信客户群从 1 个 200 人群变成了 3 个 500 人群，月均营业额从 2 万元增长到 5.5 万元。杨师傅说："我到现在也不会用这些工具，但我女儿每周花 2 小时帮我'维护'一下。"</w:t>
      </w:r>
    </w:p>
    <w:p>
      <w:r>
        <w:rPr>
          <w:rFonts w:ascii="宋体" w:hAnsi="宋体" w:eastAsia="宋体"/>
          <w:sz w:val="24"/>
        </w:rPr>
        <w:t>思考：杨师傅的 AI 工具组合为什么有效？他的成功是可复制的吗？如果换一个完全不懂 AI 的 OPC 运营者（且没有上大学的女儿帮忙），这套方案还能落地吗？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4.1 AI 工具分类框架</w:t>
      </w:r>
    </w:p>
    <w:p>
      <w:pPr>
        <w:pStyle w:val="Heading3"/>
      </w:pPr>
      <w:r>
        <w:t>4.1.1 内容生成类：文案、图片、视频、音频</w:t>
      </w:r>
    </w:p>
    <w:p>
      <w:r>
        <w:rPr>
          <w:rFonts w:ascii="宋体" w:hAnsi="宋体" w:eastAsia="宋体"/>
          <w:sz w:val="24"/>
        </w:rPr>
        <w:t>内容生成是 AI 工具在文旅 OPC 中最直观、最常用的功能类别。它解决的核心问题是：文旅 OPC 需要持续产出大量内容，但缺乏内容生产能力和预算。</w:t>
      </w:r>
    </w:p>
    <w:p>
      <w:r>
        <w:rPr>
          <w:rFonts w:ascii="宋体" w:hAnsi="宋体" w:eastAsia="宋体"/>
          <w:sz w:val="24"/>
        </w:rPr>
        <w:t>文案生成工具以 ChatGPT、文心一言、通义千问、Kimi 等大语言模型为代表。在文旅 OPC 场景中，文案生成工具的主要应用包括：房源/产品描述撰写（OTA 详情页、社交媒体帖子）、客户沟通话术（预订确认、入住指引、好评引导、投诉回复）、攻略和资讯内容（本地游玩攻略、文化知识科普、活动预告）、多语言翻译（服务入境游客时的英文/日文/韩文版本）。文案生成的质量取决于两个因素：提示词（Prompt）的质量和领域知识的补充。一个好的提示词应该包含三个要素：角色设定（"你是一家安顺屯堡风格民宿的主人"）、任务描述（"请撰写一段 300 字的小红书风格民宿介绍"）和具体要求（"突出屯堡石墙建筑特色，语言轻松温暖，适合 25-35 岁女性阅读"）。</w:t>
      </w:r>
    </w:p>
    <w:p>
      <w:r>
        <w:rPr>
          <w:rFonts w:ascii="宋体" w:hAnsi="宋体" w:eastAsia="宋体"/>
          <w:sz w:val="24"/>
        </w:rPr>
        <w:t>图像生成工具以 Midjourney、Stable Diffusion、文心一格、通义万相等为代表。在文旅 OPC 场景中，图像生成工具的主要应用包括：宣传海报和社交媒体配图、房源/产品的氛围图（需标注为 AI 生成）、线路示意图和地图标注、品牌视觉元素（Logo、配色方案）。需要注意的是，AI 生成的"产品展示图"不能替代真实的实拍照片——前者用于营销氛围营造，后者用于产品信息展示。用 AI 生成图冒充实拍图是虚假宣传，违反《广告法》和平台规则。</w:t>
      </w:r>
    </w:p>
    <w:p>
      <w:r>
        <w:rPr>
          <w:rFonts w:ascii="宋体" w:hAnsi="宋体" w:eastAsia="宋体"/>
          <w:sz w:val="24"/>
        </w:rPr>
        <w:t>视频生成工具以 Runway、Pika、剪映 AI、度加剪辑等为代表。在文旅 OPC 场景中，视频生成工具的主要应用包括：短视频脚本生成（AI 写脚本 → 人工拍摄 → AI 剪辑）、AI 配音和配乐（多语言配音、背景音乐自动匹配）、AI 字幕生成（语音转文字 + 自动翻译）、AI 混剪（将多段素材自动剪辑为成片）。短视频是当前文旅获客最重要的内容形式，AI 工具可以将一条 30 秒短视频的制作时间从 3-4 小时压缩到 30-60 分钟。</w:t>
      </w:r>
    </w:p>
    <w:p>
      <w:r>
        <w:rPr>
          <w:rFonts w:ascii="宋体" w:hAnsi="宋体" w:eastAsia="宋体"/>
          <w:sz w:val="24"/>
        </w:rPr>
        <w:t>音频生成工具以 Suno、Udio、剪映 AI 配音等为代表。在文旅 OPC 场景中，音频生成工具的主要应用包括：语音导览内容（AI 语音讲解景区/文化知识）、播客内容（旅游攻略播客）、背景音乐（短视频配乐、店内背景音乐）。音频生成工具特别适合"导游类 OPC"——可以用 AI 提前录制个性化语音导览，让客人在没有导游陪同的情况下也能听到专业的讲解。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4-1：内容生成工具选型速查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内容类型 | 推荐工具（国产） | 推荐工具（海外） | 免费版可用性 | 月费参考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|---------|---------------|---------------|------------|---------|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文案 | 文心一言、通义千问、Kimi | ChatGPT、Claude | 高（国产免费） | 0-200 元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图像 | 文心一格、通义万相 | Midjourney、Stable Diffusion | 中（国产有免费额度） | 0-300 元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视频 | 剪映 AI、度加剪辑 | Runway、Pika | 高（剪映免费） | 0-200 元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音频 | 剪映 AI 配音 | Suno、Udio | 高（剪映免费） | 0-200 元 |</w:t>
      </w:r>
    </w:p>
    <w:p>
      <w:pPr>
        <w:pStyle w:val="Heading3"/>
      </w:pPr>
      <w:r>
        <w:t>4.1.2 数据分析类：舆情监测、客流预测、经营分析</w:t>
      </w:r>
    </w:p>
    <w:p>
      <w:r>
        <w:rPr>
          <w:rFonts w:ascii="宋体" w:hAnsi="宋体" w:eastAsia="宋体"/>
          <w:sz w:val="24"/>
        </w:rPr>
        <w:t>数据分析类工具是 AI 工具矩阵中"最不直观但最有价值"的一类。如果说内容生成类工具解决的是"怎么做"的问题，数据分析类工具解决的是"做什么"和"做得怎么样"的问题。</w:t>
      </w:r>
    </w:p>
    <w:p>
      <w:r>
        <w:rPr>
          <w:rFonts w:ascii="宋体" w:hAnsi="宋体" w:eastAsia="宋体"/>
          <w:sz w:val="24"/>
        </w:rPr>
        <w:t>舆情监测工具帮助 OPC 了解"游客在说什么"。代表性工具包括：OTA 平台自带的评论分析功能（携程、美团的商家后台都有基础版评论分析）、社交媒体监测工具（新榜、蝉妈妈等）、通用型 AI 分析工具（将评论数据导出后让 LLM 进行批量分析）。舆情监测的核心价值在于：从海量非结构化文本中提取结构化洞察——哪些关键词被频繁提及（热点）、哪些话题的情感得分在下降（预警）、哪些竞品被频繁拿来比较（竞争格局）。</w:t>
      </w:r>
    </w:p>
    <w:p>
      <w:r>
        <w:rPr>
          <w:rFonts w:ascii="宋体" w:hAnsi="宋体" w:eastAsia="宋体"/>
          <w:sz w:val="24"/>
        </w:rPr>
        <w:t>客流预测工具帮助 OPC 预判"客人什么时候来"。代表性工具包括：OTA 平台的流量趋势工具（携程"生意通"、美团"商家数据中心"提供基础的流量预测）、通用型 AI 预测工具（将历史经营数据导入 LLM 进行趋势分析）、气象+事件日历综合判断（结合天气预报和本地活动日历来辅助预测）。客流预测对 OPC 的资源配置和定价策略至关重要——提前知道下周客流会暴涨，就可以提前备货、提前调价、提前排班。</w:t>
      </w:r>
    </w:p>
    <w:p>
      <w:r>
        <w:rPr>
          <w:rFonts w:ascii="宋体" w:hAnsi="宋体" w:eastAsia="宋体"/>
          <w:sz w:val="24"/>
        </w:rPr>
        <w:t>经营分析工具帮助 OPC 了解"钱从哪里来、花到哪里去"。代表性工具包括：OTA 商家后台的数据报表（收入、流量、转化率、竞品对比）、通用型记账和 BI 工具（金蝶精斗云、账王等面向小微企业的 SaaS 工具）、AI 辅助的 Excel/飞书表格分析（将原始数据导入 LLM，让 AI 生成分析报告和建议）。经营分析的核心价值不是"记账"，而是从数据中发现问题和机会——哪个渠道的 ROI 最高？哪个产品利润最薄？哪个客群的复购率最高？</w:t>
      </w:r>
    </w:p>
    <w:p>
      <w:r>
        <w:rPr>
          <w:rFonts w:ascii="宋体" w:hAnsi="宋体" w:eastAsia="宋体"/>
          <w:sz w:val="24"/>
        </w:rPr>
        <w:t>[表 4-1：OPC 经营分析的 6 个核心指标及 AI 分析维度]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32"/>
        <w:gridCol w:w="2532"/>
        <w:gridCol w:w="2532"/>
      </w:tblGrid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核心指标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计算公式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AI 可以回答的问题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入住率/预订率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已售间夜 ÷ 可售间夜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"为什么上个月入住率下降了？"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平均客单价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总收入 ÷ 订单数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"客单价是否有提升空间？"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渠道占比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某渠道订单 ÷ 总订单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"哪个渠道的获客成本最低？"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转化率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订单数 ÷ 咨询数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"哪个环节流失率最高？"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好评率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好评数 ÷ 总评价数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"差评集中在哪些方面？"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复购率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重复客户订单 ÷ 总订单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"什么类型的客人最可能复购？"</w:t>
            </w:r>
          </w:p>
        </w:tc>
      </w:tr>
    </w:tbl>
    <w:p/>
    <w:p>
      <w:pPr>
        <w:pStyle w:val="Heading3"/>
      </w:pPr>
      <w:r>
        <w:t>4.1.3 客户交互类：智能客服、个性化推荐、自动应答</w:t>
      </w:r>
    </w:p>
    <w:p>
      <w:r>
        <w:rPr>
          <w:rFonts w:ascii="宋体" w:hAnsi="宋体" w:eastAsia="宋体"/>
          <w:sz w:val="24"/>
        </w:rPr>
        <w:t>客户交互类工具是 AI 在文旅 OPC 中最"全天候"的劳动者——它 24 小时不休息、不闹情绪、不需要交社保。它的核心价值是解决"OPC 运营者无法 7×24 小时在线"的天然限制。</w:t>
      </w:r>
    </w:p>
    <w:p>
      <w:r>
        <w:rPr>
          <w:rFonts w:ascii="宋体" w:hAnsi="宋体" w:eastAsia="宋体"/>
          <w:sz w:val="24"/>
        </w:rPr>
        <w:t>智能客服工具是客户交互类的核心。代表性工具包括：OTA 平台内置的智能客服（携程"小微"、美团"智能助手"）、第三方 AI 客服 SaaS（智齿科技、UDESK、网易七鱼等，部分提供面向小微企业的免费版或低价版）、微信生态 AI 客服（微信客服 API + AI 模型 + 知识库，可由技术人员定制搭建）。智能客服的核心能力包括：意图识别（客人问"有停车位吗"→ 识别为"设施咨询"）、多轮对话（客人问"有房吗"→ AI 反问"请问您需要什么日期？几间房？"）、知识库检索（从预先录入的知识库中调取准确答案）、情感识别与转人工（检测到客人情绪激动时自动转人工）。</w:t>
      </w:r>
    </w:p>
    <w:p>
      <w:r>
        <w:rPr>
          <w:rFonts w:ascii="宋体" w:hAnsi="宋体" w:eastAsia="宋体"/>
          <w:sz w:val="24"/>
        </w:rPr>
        <w:t>个性化推荐工具帮助 OPC 做"千人千面的销售"。代表性工具包括：OTA 平台的人群定向功能（携程"精准营销"、美团"智能推荐"）、私域运营工具（微信 CRM 工具、企业微信客户标签功能）、AI 驱动的个性化内容推送（根据客户标签自动推送差异化的营销内容）。个性化推荐的核心逻辑是：用 AI 替代"对每个客人都说同样的话"的粗放营销方式。</w:t>
      </w:r>
    </w:p>
    <w:p>
      <w:r>
        <w:rPr>
          <w:rFonts w:ascii="宋体" w:hAnsi="宋体" w:eastAsia="宋体"/>
          <w:sz w:val="24"/>
        </w:rPr>
        <w:t>自动应答工具是智能客服的"轻量版"，适用于只需要处理少量固定问题、无需多轮对话的场景。例如，微信自动回复（设置关键词触发自动回复）、抖音企业号的自动回复、飞书/钉钉的机器人消息。自动应答工具的优势是成本极低（通常是免费功能），适合启动期和极小型 OPC。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4-2：AI 客服部署的三个层级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层级 | 适用规模 | 工具方案 | 成本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|------|---------|---------|------|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轻量级 | 日均咨询 &lt; 20 条 | 微信自动回复 + 标准化话术模板 | 免费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标准级 | 日均咨询 20-100 条 | OTA 内置智能客服 + 第三方 AI 客服 | 50-200 元/月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专业级 | 日均咨询 &gt; 100 条 | 定制 AI 客服 + 多平台整合 | 200-500 元/月 |</w:t>
      </w:r>
    </w:p>
    <w:p>
      <w:pPr>
        <w:pStyle w:val="Heading3"/>
      </w:pPr>
      <w:r>
        <w:t>4.1.4 运营管理类：排班调度、库存管理、财务管理</w:t>
      </w:r>
    </w:p>
    <w:p>
      <w:r>
        <w:rPr>
          <w:rFonts w:ascii="宋体" w:hAnsi="宋体" w:eastAsia="宋体"/>
          <w:sz w:val="24"/>
        </w:rPr>
        <w:t>运营管理类工具是 AI 工具矩阵中的"后台管家"——不直接面对客人，但支撑着整个运营体系的运转。</w:t>
      </w:r>
    </w:p>
    <w:p>
      <w:r>
        <w:rPr>
          <w:rFonts w:ascii="宋体" w:hAnsi="宋体" w:eastAsia="宋体"/>
          <w:sz w:val="24"/>
        </w:rPr>
        <w:t>排班调度工具适用于有兼职或临时用工需求的 OPC。代表性工具包括：OTA 平台的经营日历（自动同步房态和价格）、协同办公工具的日程管理（飞书日历、钉钉智能排班）、AI 辅助的排班优化（基于客流预测自动生成排班建议）。对于"一人 OPC"，排班工具的价值不是排班（因为没有员工可排），而是时间管理——AI 帮助规划"什么时间做什么事"：旺季早上 8:00-10:00 处理退房，10:00-12:00 回复咨询，14:00-16:00 做内容生产，16:00-20:00 接待新客人。</w:t>
      </w:r>
    </w:p>
    <w:p>
      <w:r>
        <w:rPr>
          <w:rFonts w:ascii="宋体" w:hAnsi="宋体" w:eastAsia="宋体"/>
          <w:sz w:val="24"/>
        </w:rPr>
        <w:t>库存管理工具适用于有实物产品的 OPC（如文创店、特产店、餐饮 OPC）。代表性工具包括：进销存 SaaS 工具（智慧商贸、秦丝生意通等面向小微商户的进销存工具）、AI 补货建议（基于销售数据和季节性规律预测补货需求）、效期管理（AI 监测临期商品并自动提醒促销）。对于没有实物库存的纯服务型 OPC（导游、旅拍），"库存"的概念变为"时间库存"——一个导游一天最多接 3 组客人，这就是他的"库存上限"。AI 可以帮助优化时间库存的利用率。</w:t>
      </w:r>
    </w:p>
    <w:p>
      <w:r>
        <w:rPr>
          <w:rFonts w:ascii="宋体" w:hAnsi="宋体" w:eastAsia="宋体"/>
          <w:sz w:val="24"/>
        </w:rPr>
        <w:t>财务管理工具是 OPC 最容易忽视但最不应该忽视的工具类别。代表性工具包括：电子发票工具（票通、百望云等）、智能记账工具（金蝶精斗云、浪潮云会计等，自动从微信/支付宝/OTA 平台导入交易流水并分类）、税务申报辅助工具。AI 在财务管理中的核心价值是自动化分类和异常检测——自动将交易流水分类为"住宿收入""餐饮收入""其他收入""运营支出""采购支出"等科目，并自动标记异常交易（如金额异常大的支出、重复扣款等）。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4.2 文旅 OPC 的 AI 工具选型方法论</w:t>
      </w:r>
    </w:p>
    <w:p>
      <w:pPr>
        <w:pStyle w:val="Heading3"/>
      </w:pPr>
      <w:r>
        <w:t>4.2.1 需求-工具匹配矩阵</w:t>
      </w:r>
    </w:p>
    <w:p>
      <w:r>
        <w:rPr>
          <w:rFonts w:ascii="宋体" w:hAnsi="宋体" w:eastAsia="宋体"/>
          <w:sz w:val="24"/>
        </w:rPr>
        <w:t>选型的第一步是明确需求。很多 OPC 运营者选工具的典型方式是"看到别人用什么就跟风用什么"——结果买了一堆用不上的工具，不仅浪费钱还增加认知负担。"需求-工具匹配矩阵"提供了一个系统化的选型框架。</w:t>
      </w:r>
    </w:p>
    <w:p>
      <w:r>
        <w:rPr>
          <w:rFonts w:ascii="宋体" w:hAnsi="宋体" w:eastAsia="宋体"/>
          <w:sz w:val="24"/>
        </w:rPr>
        <w:t>矩阵的横轴是运营环节（按照第 3 章内轮的 P-D-C-A 四个环节划分），纵轴是需求强度（高中低三级）。运营者先评估自己在每个运营环节的痛点程度和 AI 需求强度，然后在对应位置匹配合适的工具。</w:t>
      </w:r>
    </w:p>
    <w:p>
      <w:r>
        <w:rPr>
          <w:rFonts w:ascii="宋体" w:hAnsi="宋体" w:eastAsia="宋体"/>
          <w:sz w:val="24"/>
        </w:rPr>
        <w:t>[表 4-2：需求-工具匹配矩阵]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19"/>
        <w:gridCol w:w="1519"/>
        <w:gridCol w:w="1519"/>
        <w:gridCol w:w="1519"/>
        <w:gridCol w:w="1519"/>
      </w:tblGrid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运营环节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典型痛点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AI 需求强度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推荐工具类别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推荐部署优先级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Plan（规划）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不懂定价、不了解市场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中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数据分析类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第二阶段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Do-营销（获客）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没内容、没时间做内容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**高**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内容生成类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**第一阶段**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Do-服务（交付）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咨询回复慢、深夜无法响应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**高**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客户交互类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**第一阶段**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Check（检查）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不知道经营得好不好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中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数据分析类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第二阶段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Act（改进）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发现问题不知道怎么改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低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数据分析类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第三阶段</w:t>
            </w:r>
          </w:p>
        </w:tc>
      </w:tr>
    </w:tbl>
    <w:p/>
    <w:p>
      <w:r>
        <w:rPr>
          <w:rFonts w:ascii="宋体" w:hAnsi="宋体" w:eastAsia="宋体"/>
          <w:sz w:val="24"/>
        </w:rPr>
        <w:t>第一阶段的选型建议：先解决最痛的两个环节——内容生产和客户服务。一个内容生成工具 + 一个 AI 客服工具，是文旅 OPC 的最小可行 AI 工具组合。</w:t>
      </w:r>
    </w:p>
    <w:p>
      <w:pPr>
        <w:pStyle w:val="Heading3"/>
      </w:pPr>
      <w:r>
        <w:t>4.2.2 成本-效能评估模型</w:t>
      </w:r>
    </w:p>
    <w:p>
      <w:r>
        <w:rPr>
          <w:rFonts w:ascii="宋体" w:hAnsi="宋体" w:eastAsia="宋体"/>
          <w:sz w:val="24"/>
        </w:rPr>
        <w:t>选型的第二步是评估工具的"性价比"。对于预算有限的 OPC，"贵的不一定好，免费的也不一定差"。成本-效能评估模型从两个维度考量一个 AI 工具：总拥有成本（Total Cost of Ownership, TCO）和预期效能。</w:t>
      </w:r>
    </w:p>
    <w:p>
      <w:r>
        <w:rPr>
          <w:rFonts w:ascii="宋体" w:hAnsi="宋体" w:eastAsia="宋体"/>
          <w:sz w:val="24"/>
        </w:rPr>
        <w:t>总拥有成本（TCO）不仅是工具的订阅费或购买价格，还包括四个隐性成本：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学习成本：从零基础到能熟练使用该工具需要投入多少学习时间？一个需要 20 小时学习才能上手的工具，对于日理万机的 OPC 运营者来说，实际成本远高于订阅费。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切换成本：如果将来想换另一个工具，数据和流程的迁移有多困难？数据格式是否开放？是否有"锁定效应"（数据导不出来）？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维护成本：工具是否需要持续维护（如 AI 客服的知识库需要定期更新、AI 生成的模板需要定期优化）？维护的频次和难度如何？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依赖成本：如果该工具突然停止服务或涨价，对运营的影响有多大？</w:t>
      </w:r>
    </w:p>
    <w:p>
      <w:r>
        <w:rPr>
          <w:rFonts w:ascii="宋体" w:hAnsi="宋体" w:eastAsia="宋体"/>
          <w:sz w:val="24"/>
        </w:rPr>
        <w:t>预期效能是工具在特定 OPC 场景中能创造的价值，可以量化为三个指标：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时间节省：使用该工具后，每周/每月能节省多少运营时间？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收入增加：使用该工具后，预计能带来多少额外的收入（或减少多少损失）？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体验改善：使用该工具后，客人的体验和运营者的工作满意度提升了多少？（可量化：NPS 提升、差评减少、运营者净推荐值）</w:t>
      </w:r>
    </w:p>
    <w:p>
      <w:r>
        <w:rPr>
          <w:rFonts w:ascii="宋体" w:hAnsi="宋体" w:eastAsia="宋体"/>
          <w:sz w:val="24"/>
        </w:rPr>
        <w:t>成本-效能评估公式：</w:t>
      </w:r>
    </w:p>
    <w:p>
      <w:r>
        <w:rPr>
          <w:rFonts w:ascii="宋体" w:hAnsi="宋体" w:eastAsia="宋体"/>
          <w:sz w:val="24"/>
        </w:rPr>
        <w:t>对于一个典型的民宿 OPC，AI 客服工具的 ROI 计算示例：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总拥有成本：订阅费 100 元/月 × 12 = 1,200 元/年 + 学习成本（约 3 小时 ≈ 150 元）+ 维护成本（约 1 小时/月 × 12 × 50 元/小时 ≈ 600 元）= 1,950 元/年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时间节省：每天节省 1.5 小时 × 365 天 × 运营者时薪 80 元 ≈ 43,800 元/年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收入增加：响应速度提升 → 转化率提升 15% → 月均增收约 3,000 元 × 12 = 36,000 元/年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工具 ROI = (43,800 + 36,000) ÷ 1,950 ≈ 41:1</w:t>
      </w:r>
    </w:p>
    <w:p>
      <w:r>
        <w:rPr>
          <w:rFonts w:ascii="宋体" w:hAnsi="宋体" w:eastAsia="宋体"/>
          <w:sz w:val="24"/>
        </w:rPr>
        <w:t>每投入 1 元，获得约 41 元的回报。这是文旅 OPC 场景中 AI 工具 ROI 的一个典型区间（通常在 10:1 到 100:1 之间）。</w:t>
      </w:r>
    </w:p>
    <w:p>
      <w:pPr>
        <w:pStyle w:val="Heading3"/>
      </w:pPr>
      <w:r>
        <w:t>4.2.3 学习成本与上手周期考量</w:t>
      </w:r>
    </w:p>
    <w:p>
      <w:r>
        <w:rPr>
          <w:rFonts w:ascii="宋体" w:hAnsi="宋体" w:eastAsia="宋体"/>
          <w:sz w:val="24"/>
        </w:rPr>
        <w:t>学习成本是 OPC 选型中最容易被低估的因素。一个功能强大但学习曲线陡峭的工具，对于 OPC 运营者来说可能弊大于利——因为运营者没有时间"慢慢学"。</w:t>
      </w:r>
    </w:p>
    <w:p>
      <w:r>
        <w:rPr>
          <w:rFonts w:ascii="宋体" w:hAnsi="宋体" w:eastAsia="宋体"/>
          <w:sz w:val="24"/>
        </w:rPr>
        <w:t>学习成本的三个层次：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零学习成本（即开即用）：工具完全不需要学习，打开就能用。例如，剪映的 AI 一键成片功能、美图秀秀的 AI 美颜功能。这类工具最理想，但功能相对单一。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低学习成本（1-3 小时上手）：工具需要基础的配置和学习，但可以在半天内掌握核心功能。例如，配置一个 AI 客服的知识库（录入常见问题和答案）、学习如何写高质量的 AI 提示词。这类工具是 OPC 的"甜点区"——投入可控、产出显著。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中高学习成本（10+ 小时上手）：工具需要系统学习才能有效使用。例如，自建一个基于 RPA（机器人流程自动化）的自动化工作流、使用 Python 脚本进行数据分析。对于大多数 OPC 来说，这类工具的学习成本可能超过其带来的收益——除非运营者本身有技术背景或有外部技术支持。</w:t>
      </w:r>
    </w:p>
    <w:p>
      <w:r>
        <w:rPr>
          <w:rFonts w:ascii="宋体" w:hAnsi="宋体" w:eastAsia="宋体"/>
          <w:sz w:val="24"/>
        </w:rPr>
        <w:t>选型原则：优先选择"低学习成本 + 高产出"的工具。如果某个工具学习成本高但产出也高，考虑是否有"外包学习"的可能性——如导入案例中杨师傅的女儿帮他"维护"工具。OPC 运营者不需要亲自学会所有工具的使用，但需要理解每个工具的价值和基本逻辑。</w:t>
      </w:r>
    </w:p>
    <w:p>
      <w:pPr>
        <w:pStyle w:val="Heading3"/>
      </w:pPr>
      <w:r>
        <w:t>4.2.4 工具组合策略：避免"瑞士军刀"陷阱</w:t>
      </w:r>
    </w:p>
    <w:p>
      <w:r>
        <w:rPr>
          <w:rFonts w:ascii="宋体" w:hAnsi="宋体" w:eastAsia="宋体"/>
          <w:sz w:val="24"/>
        </w:rPr>
        <w:t>"瑞士军刀"陷阱指的是：不断购买新工具，每个工具都"可能有用"，但最终没有一个被充分使用。结果不是能力增强，而是认知负担加重、订阅费用堆积、工具之间数据割裂。</w:t>
      </w:r>
    </w:p>
    <w:p>
      <w:r>
        <w:rPr>
          <w:rFonts w:ascii="宋体" w:hAnsi="宋体" w:eastAsia="宋体"/>
          <w:sz w:val="24"/>
        </w:rPr>
        <w:t>避免瑞士军刀陷阱的三个原则：</w:t>
      </w:r>
    </w:p>
    <w:p>
      <w:r>
        <w:rPr>
          <w:rFonts w:ascii="宋体" w:hAnsi="宋体" w:eastAsia="宋体"/>
          <w:sz w:val="24"/>
        </w:rPr>
        <w:t>原则一：少即是多。一个 OPC 在任何时候同时使用的 AI 工具不应超过 5 个（内容生成 ×1 + 客服 ×1 + 数据分析 ×1 + 运营管理 ×1 + 图像/视频 ×1）。如果超过这个数字，说明某些工具的使用频率太低或功能重叠。每季度做一次"工具断舍离"：删除过去一个月未使用的工具、合并功能重叠的工具、替换效果不佳的工具。</w:t>
      </w:r>
    </w:p>
    <w:p>
      <w:r>
        <w:rPr>
          <w:rFonts w:ascii="宋体" w:hAnsi="宋体" w:eastAsia="宋体"/>
          <w:sz w:val="24"/>
        </w:rPr>
        <w:t>原则二：优先选择"全家桶"。如果某个平台提供了一站式的 AI 工具套件（如飞书的 AI 功能涵盖了文档、表格、会议纪要、知识库），优先选择"全家桶"而非拼凑多个独立工具。好处是：数据互通（不需要在不同工具之间导入导出）、学习成本低（统一的交互界面和操作逻辑）、成本可控（通常一个订阅价格覆盖多个功能）。</w:t>
      </w:r>
    </w:p>
    <w:p>
      <w:r>
        <w:rPr>
          <w:rFonts w:ascii="宋体" w:hAnsi="宋体" w:eastAsia="宋体"/>
          <w:sz w:val="24"/>
        </w:rPr>
        <w:t>原则三：区分"核心工具"和"实验工具"。核心工具是日常运营不可或缺的（如 AI 客服），需要稳定、可靠、有技术支持。实验工具是"试一下看看效果"的（如新出的 AI 视频工具），可以随时开始也可以随时放弃。核心工具的选择要保守（选成熟产品），实验工具的选择要大胆（多尝试新工具）。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4-3：OPC 的"核心工具 vs 实验工具"管理策略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**核心工具**：稳定运行 &gt; 3 个月、每周使用 &gt; 3 次、直接影响收入或客户体验。管理策略：定期维护、备份数据、关注官方更新。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**实验工具**：刚引入 &lt; 1 个月、使用频次不定、效果待验证。管理策略：设定 30 天试用期、到期评估 ROI、达不到预期果断放弃。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**淘汰工具**：过去 30 天未使用、有更好的替代品、或不再匹配当前业务需求。管理策略：导出数据后取消订阅。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4.3 核心工具实战指南</w:t>
      </w:r>
    </w:p>
    <w:p>
      <w:pPr>
        <w:pStyle w:val="Heading3"/>
      </w:pPr>
      <w:r>
        <w:t>4.3.1 大语言模型在文旅内容生产中的应用</w:t>
      </w:r>
    </w:p>
    <w:p>
      <w:r>
        <w:rPr>
          <w:rFonts w:ascii="宋体" w:hAnsi="宋体" w:eastAsia="宋体"/>
          <w:sz w:val="24"/>
        </w:rPr>
        <w:t>大语言模型（LLM）是 AI 工具矩阵中最核心、最通用的能力引擎。它不仅可以直接用于文案生成，还可以作为"智能大脑"与其他工具协作（如将 LLM 的分析结果输入到客服工具的知识库中）。</w:t>
      </w:r>
    </w:p>
    <w:p>
      <w:r>
        <w:rPr>
          <w:rFonts w:ascii="宋体" w:hAnsi="宋体" w:eastAsia="宋体"/>
          <w:sz w:val="24"/>
        </w:rPr>
        <w:t>提示词工程基础：LLM 的输出质量高度依赖提示词（Prompt）的质量。文旅 OPC 场景中的高效提示词应包含以下要素：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角色设定："你是一位在安顺经营屯堡文化民宿 5 年的民宿主，对屯堡的历史、建筑、饮食有深入了解。"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任务描述："请撰写一篇 500 字的小红书笔记，介绍我的民宿最独特的 3 个体验点。"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风格要求："语言温暖接地气，像朋友在聊天，不要像官方宣传文案。适合 25-35 岁女性读者。"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结构要求："开头用一句吸引人的问题或场景描述，中间分 3 段介绍 3 个体验点，结尾引导评论互动。"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约束条件："不要出现'绝美''必打卡'等陈词滥调，不要虚构不存在的设施，不要过度承诺。"</w:t>
      </w:r>
    </w:p>
    <w:p>
      <w:r>
        <w:rPr>
          <w:rFonts w:ascii="宋体" w:hAnsi="宋体" w:eastAsia="宋体"/>
          <w:sz w:val="24"/>
        </w:rPr>
        <w:t>LLM 的文旅专用技巧：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批量生成变体：一条核心内容，用 LLM 生成 3-5 个不同风格和角度的变体，适配不同平台（小红书版本、抖音脚本版本、OTA 详情页版本）。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评论回复模板：将最近的 50 条真实评论输入 LLM，让 AI 分析评论的共性和差异，然后生成 5-10 条好评回复模板和 3-5 条差评回复模板。运营者在使用时根据具体评论微调即可。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FAQ 知识库生成：将民宿/产品的所有信息（设施列表、周边信息、入住政策）输入 LLM，让 AI 自动生成 50-100 条 FAQ（常见问题 + 标准答案），直接导入 AI 客服工具的知识库。</w:t>
      </w:r>
    </w:p>
    <w:p>
      <w:pPr>
        <w:pStyle w:val="Heading3"/>
      </w:pPr>
      <w:r>
        <w:t>4.3.2 AI 图像与视频生成工具实操</w:t>
      </w:r>
    </w:p>
    <w:p>
      <w:r>
        <w:rPr>
          <w:rFonts w:ascii="宋体" w:hAnsi="宋体" w:eastAsia="宋体"/>
          <w:sz w:val="24"/>
        </w:rPr>
        <w:t>AI 图像和视频生成工具的发展速度极快，以下指南以 2025 年 7 月的工具能力为基准。</w:t>
      </w:r>
    </w:p>
    <w:p>
      <w:r>
        <w:rPr>
          <w:rFonts w:ascii="宋体" w:hAnsi="宋体" w:eastAsia="宋体"/>
          <w:sz w:val="24"/>
        </w:rPr>
        <w:t>AI 图像生成实操指南：</w:t>
      </w:r>
    </w:p>
    <w:p>
      <w:r>
        <w:rPr>
          <w:rFonts w:ascii="宋体" w:hAnsi="宋体" w:eastAsia="宋体"/>
          <w:sz w:val="24"/>
        </w:rPr>
        <w:t>1. 房源/产品照片增强（推荐指数：★★★★★）：用手机拍摄原始照片 → 导入 AI 图像工具（推荐：美图秀秀 AI、醒图 AI、Snapseed）→ 使用 AI 功能进行：自动调色（一键优化曝光和白平衡）、杂物去除（AI 识别并移除画面中的杂乱物品）、天空替换（阴天照片替换为蓝天白云）、透视矫正（广角畸变自动校正）。全程 3-5 分钟/张。</w:t>
      </w:r>
    </w:p>
    <w:p>
      <w:r>
        <w:rPr>
          <w:rFonts w:ascii="宋体" w:hAnsi="宋体" w:eastAsia="宋体"/>
          <w:sz w:val="24"/>
        </w:rPr>
        <w:t>2. 营销海报生成（推荐指数：★★★★☆）：用 LLM 撰写海报文案 → 用 AI 图像工具生成底图（推荐：文心一格、Canva AI）→ 用 Canva 或稿定设计添加文字和排版 → 导出为各平台适配尺寸。全程 15-20 分钟/张。</w:t>
      </w:r>
    </w:p>
    <w:p>
      <w:r>
        <w:rPr>
          <w:rFonts w:ascii="宋体" w:hAnsi="宋体" w:eastAsia="宋体"/>
          <w:sz w:val="24"/>
        </w:rPr>
        <w:t>3. 注意事项：AI 生成的产品展示图必须标注"此图片由 AI 生成，仅供参考"或使用"示意图"等标识，避免被认定为虚假宣传。实物拍摄 + AI 增强的照片不需要标注。</w:t>
      </w:r>
    </w:p>
    <w:p>
      <w:r>
        <w:rPr>
          <w:rFonts w:ascii="宋体" w:hAnsi="宋体" w:eastAsia="宋体"/>
          <w:sz w:val="24"/>
        </w:rPr>
        <w:t>AI 短视频制作实操指南：</w:t>
      </w:r>
    </w:p>
    <w:p>
      <w:r>
        <w:rPr>
          <w:rFonts w:ascii="宋体" w:hAnsi="宋体" w:eastAsia="宋体"/>
          <w:sz w:val="24"/>
        </w:rPr>
        <w:t>1. AI 脚本 → 拍摄 → AI 剪辑工作流（推荐指数：★★★★★）：用 LLM 生成短视频脚本（含分镜、台词、时长）→ 根据脚本用手机拍摄原始素材（3-5 分钟素材即可）→ 导入剪映 → 使用 AI 功能：智能剪辑（自动选出最佳片段并拼接）、AI 配音（选择合适的声音风格）、自动字幕（语音识别 + 自动翻译）、AI 配乐（根据视频情绪自动匹配背景音乐）。全程 30-45 分钟/条。</w:t>
      </w:r>
    </w:p>
    <w:p>
      <w:r>
        <w:rPr>
          <w:rFonts w:ascii="宋体" w:hAnsi="宋体" w:eastAsia="宋体"/>
          <w:sz w:val="24"/>
        </w:rPr>
        <w:t>2. 纯 AI 生成视频（推荐指数：★★★☆☆）：适用于无法实地拍摄的场景（如未来规划展示、历史场景还原、概念演示）。用 Runway 或可灵 AI 生成视频片段 → 用剪映拼接和配音。全程 20-30 分钟/条。注意：纯 AI 视频必须明确标注为"AI 生成"。</w:t>
      </w:r>
    </w:p>
    <w:p>
      <w:r>
        <w:rPr>
          <w:rFonts w:ascii="宋体" w:hAnsi="宋体" w:eastAsia="宋体"/>
          <w:sz w:val="24"/>
        </w:rPr>
        <w:t>3. 批量内容生产策略：周末集中拍摄 30-40 分钟原始素材 → 用 AI 工具拆分为 5-8 条不同主题的短视频 → 设置定时发布（每周 3-4 条）→ AI 自动监控播放数据和评论。</w:t>
      </w:r>
    </w:p>
    <w:p>
      <w:pPr>
        <w:pStyle w:val="Heading3"/>
      </w:pPr>
      <w:r>
        <w:t>4.3.3 低代码/无代码 AI 平台选型</w:t>
      </w:r>
    </w:p>
    <w:p>
      <w:r>
        <w:rPr>
          <w:rFonts w:ascii="宋体" w:hAnsi="宋体" w:eastAsia="宋体"/>
          <w:sz w:val="24"/>
        </w:rPr>
        <w:t>对于有定制化需求但无技术团队的 OPC，低代码/无代码 AI 平台提供了"用拖拽替代编程"的解决方案。</w:t>
      </w:r>
    </w:p>
    <w:p>
      <w:r>
        <w:rPr>
          <w:rFonts w:ascii="宋体" w:hAnsi="宋体" w:eastAsia="宋体"/>
          <w:sz w:val="24"/>
        </w:rPr>
        <w:t>适用场景：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搭建一个自动化的客户跟进流程（新客户加微信 → 自动发送欢迎消息和产品介绍 → 3 天后自动跟进 → 7 天后发送优惠券）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搭建一个经营数据自动汇总仪表盘（每天自动从 OTA 后台导出数据 → 汇总到一张表 → 自动生成可视化图表）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搭建一个多平台内容自动分发系统（一次编辑 → 自动适配格式 → 一键发布到微信/小红书/抖音/OTA）</w:t>
      </w:r>
    </w:p>
    <w:p>
      <w:r>
        <w:rPr>
          <w:rFonts w:ascii="宋体" w:hAnsi="宋体" w:eastAsia="宋体"/>
          <w:sz w:val="24"/>
        </w:rPr>
        <w:t>推荐工具：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钉钉/飞书多维表格 + AI 字段：适合数据汇总和简单自动化。优势：免费、学习成本低、与日常办公工具无缝集成。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集简云/Zapier：适合多平台之间的自动化连接。例如，"当 OTA 有新订单 → 自动发送确认微信 → 自动更新房态表 → 自动记录到记账工具"。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扣子（Coze）/文心智能体平台：适合搭建定制化 AI 应用。例如，搭建一个"安顺旅游攻略 AI 助手"，嵌入微信服务号，让客人自助查询攻略。</w:t>
      </w:r>
    </w:p>
    <w:p>
      <w:pPr>
        <w:pStyle w:val="Heading3"/>
      </w:pPr>
      <w:r>
        <w:t>4.3.4 文旅专用 AI 工具生态</w:t>
      </w:r>
    </w:p>
    <w:p>
      <w:r>
        <w:rPr>
          <w:rFonts w:ascii="宋体" w:hAnsi="宋体" w:eastAsia="宋体"/>
          <w:sz w:val="24"/>
        </w:rPr>
        <w:t>除了通用型 AI 工具，文旅行业正在涌现一批专用 AI 工具，值得 OPC 运营者关注：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OTA 平台内置 AI：携程"问道"（大模型驱动的旅行规划助手）、美团"智能助手"（商家经营分析和建议）、飞猪"AI 行程规划"。这些工具的独特优势是直接接入了平台的交易数据和用户行为数据，分析结果更精准。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酒店/民宿专用 AI：订单来了 PMS 的 AI 收益管理、云掌柜的 AI 智能定价、绿云的 AI 客服。这些工具针对住宿业态做了深度定制，比通用型工具更贴合实际运营场景。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景区/导游专用 AI：智慧景区的 AI 导览系统（扫码听讲解、AI 路线规划）、AI 翻译耳机（实时多语言翻译，适合接待入境游客的导游 OPC）。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文旅内容专用 AI：马蜂窝的"AI 攻略生成"、小红书的"AI 旅游笔记"、抖音的"AI 探店视频模板"。这些工具针对文旅内容的特定格式和分发逻辑做了优化。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4.4 AI 工具的风险管理与迭代</w:t>
      </w:r>
    </w:p>
    <w:p>
      <w:pPr>
        <w:pStyle w:val="Heading3"/>
      </w:pPr>
      <w:r>
        <w:t>4.4.1 工具依赖性风险评估</w:t>
      </w:r>
    </w:p>
    <w:p>
      <w:r>
        <w:rPr>
          <w:rFonts w:ascii="宋体" w:hAnsi="宋体" w:eastAsia="宋体"/>
          <w:sz w:val="24"/>
        </w:rPr>
        <w:t>AI 工具的便利性伴随着依赖性风险——当一个 OPC 的运营体系深度依赖某个 AI 工具时，该工具的任何变动（涨价、停服、改版、封号）都可能造成运营中断。</w:t>
      </w:r>
    </w:p>
    <w:p>
      <w:r>
        <w:rPr>
          <w:rFonts w:ascii="宋体" w:hAnsi="宋体" w:eastAsia="宋体"/>
          <w:sz w:val="24"/>
        </w:rPr>
        <w:t>依赖性风险评估矩阵：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19"/>
        <w:gridCol w:w="1519"/>
        <w:gridCol w:w="1519"/>
        <w:gridCol w:w="1519"/>
        <w:gridCol w:w="1519"/>
      </w:tblGrid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工具类型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依赖性风险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可替代性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迁移成本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风险等级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内容生成（LLM）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中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高（多款替代品）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低（提示词可迁移）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🟡 中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AI 客服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**高**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中（知识库需重建）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中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🔴 高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数据分析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中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中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中（数据格式可能不同）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🟡 中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图像/视频生成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低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高（多款替代品）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低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🟢 低</w:t>
            </w:r>
          </w:p>
        </w:tc>
      </w:tr>
    </w:tbl>
    <w:p/>
    <w:p>
      <w:r>
        <w:rPr>
          <w:rFonts w:ascii="宋体" w:hAnsi="宋体" w:eastAsia="宋体"/>
          <w:sz w:val="24"/>
        </w:rPr>
        <w:t>风险缓释策略：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数据自主可控：定期（至少每月）从 AI 工具中导出数据备份（客户数据、对话记录、经营数据、知识库内容），存储在本地或独立的云盘中。确保即使工具突然停服，核心数据不丢失。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关键工具双备份：对依赖性最高的工具（如 AI 客服），准备一个备用方案。例如，主用工具 A 的知识库格式同时兼容工具 B，一旦 A 出问题可以在 1 小时内切换到 B。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保留人工能力：不要因为 AI 客服好用就完全放弃人工客服能力。运营者应定期（至少每月一次）亲自回复部分客户咨询，保持对客户真实需求和话术的敏感度。</w:t>
      </w:r>
    </w:p>
    <w:p>
      <w:pPr>
        <w:pStyle w:val="Heading3"/>
      </w:pPr>
      <w:r>
        <w:t>4.4.2 数据安全与隐私保护</w:t>
      </w:r>
    </w:p>
    <w:p>
      <w:r>
        <w:rPr>
          <w:rFonts w:ascii="宋体" w:hAnsi="宋体" w:eastAsia="宋体"/>
          <w:sz w:val="24"/>
        </w:rPr>
        <w:t>AI 工具在使用过程中会收集和处理大量数据——客户个人信息、经营数据、内部沟通记录。数据安全不是"大企业才需要关心的问题"，OPC 同样面临数据泄露和隐私合规的风险。</w:t>
      </w:r>
    </w:p>
    <w:p>
      <w:r>
        <w:rPr>
          <w:rFonts w:ascii="宋体" w:hAnsi="宋体" w:eastAsia="宋体"/>
          <w:sz w:val="24"/>
        </w:rPr>
        <w:t>数据安全三条红线：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客户个人信息不出境、不上传不明服务。身份证号、手机号、人脸照片等敏感个人信息，不应上传到没有隐私资质或服务器在海外的 AI 工具中。优先选择通过国家信息安全等级保护认证的国产工具。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经营数据加密存储和传输。即使使用 SaaS 工具，也应确认其是否提供数据传输加密（HTTPS）和存储加密。避免将包含客户信息的 Excel 表格通过微信/QQ 等即时通讯工具明文传输。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对话记录定期清理。与 AI 工具的对话记录可能包含客户的敏感信息（如客人发来的身份证照片、手机号码）。定期清理或关闭对话记录保存功能。</w:t>
      </w:r>
    </w:p>
    <w:p>
      <w:pPr>
        <w:pStyle w:val="Heading3"/>
      </w:pPr>
      <w:r>
        <w:t>4.4.3 工具更新与技能持续学习</w:t>
      </w:r>
    </w:p>
    <w:p>
      <w:r>
        <w:rPr>
          <w:rFonts w:ascii="宋体" w:hAnsi="宋体" w:eastAsia="宋体"/>
          <w:sz w:val="24"/>
        </w:rPr>
        <w:t>AI 工具领域的变化速度极快——一个工具可能在半年内经历多次大版本更新，功能、界面、定价都可能发生重大变化。OPC 运营者需要建立"工具更新与技能持续学习"的习惯。</w:t>
      </w:r>
    </w:p>
    <w:p>
      <w:r>
        <w:rPr>
          <w:rFonts w:ascii="宋体" w:hAnsi="宋体" w:eastAsia="宋体"/>
          <w:sz w:val="24"/>
        </w:rPr>
        <w:t>建议的节奏：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月度：花 30 分钟浏览所使用的核心工具是否有重要更新（新功能、定价变化、政策调整）。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季度：花 1 小时评估工具组合是否需要调整（淘汰未使用的、替换效果差的、尝试新的实验工具）。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年度：花 2-3 小时做一次全面的工具审计和能力评估——今年的工具组合是否仍然匹配当前的业务需求？有没有新的工具类别（如 2025 年新出现的 AI 工具类型）值得引入？</w:t>
      </w:r>
    </w:p>
    <w:p>
      <w:r>
        <w:rPr>
          <w:rFonts w:ascii="宋体" w:hAnsi="宋体" w:eastAsia="宋体"/>
          <w:sz w:val="24"/>
        </w:rPr>
        <w:t>信息来源：文旅行业的垂直媒体（如环球旅讯、品橙旅游）、AI 工具评测类自媒体（如"少数派"）、OTA 平台的商家公告和培训课程。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本章小结</w:t>
      </w:r>
    </w:p>
    <w:p>
      <w:r>
        <w:rPr>
          <w:rFonts w:ascii="宋体" w:hAnsi="宋体" w:eastAsia="宋体"/>
          <w:sz w:val="24"/>
        </w:rPr>
        <w:t>本章系统构建了文旅 OPC 的 AI 工具知识体系，核心内容可概括为"一个矩阵、一套方法、一套组合"。</w:t>
      </w:r>
    </w:p>
    <w:p>
      <w:r>
        <w:rPr>
          <w:rFonts w:ascii="宋体" w:hAnsi="宋体" w:eastAsia="宋体"/>
          <w:sz w:val="24"/>
        </w:rPr>
        <w:t>一个矩阵：AI 工具四维分类框架——内容生成类（文案/图像/视频/音频）、数据分析类（舆情/客流/经营）、客户交互类（智能客服/个性化推荐/自动应答）、运营管理类（排班/库存/财务）。四类工具覆盖了 OPC 运营全链路的需求。</w:t>
      </w:r>
    </w:p>
    <w:p>
      <w:r>
        <w:rPr>
          <w:rFonts w:ascii="宋体" w:hAnsi="宋体" w:eastAsia="宋体"/>
          <w:sz w:val="24"/>
        </w:rPr>
        <w:t>一套方法：AI 工具选型方法论——需求-工具匹配矩阵（明确需求）→ 成本-效能评估模型（算清 ROI）→ 学习成本考量（评估上手难度）→ 工具组合策略（避免瑞士军刀陷阱）。选型的核心原则是"少即是多"——一个 OPC 同时使用的核心工具不超过 5 个。</w:t>
      </w:r>
    </w:p>
    <w:p>
      <w:r>
        <w:rPr>
          <w:rFonts w:ascii="宋体" w:hAnsi="宋体" w:eastAsia="宋体"/>
          <w:sz w:val="24"/>
        </w:rPr>
        <w:t>一套组合：文旅 OPC 的最小可行 AI 工具组合 = 1 个内容生成工具（解决"内容从哪来"）+ 1 个 AI 客服工具（解决"客服谁来做"）+ 1 个数据分析工具（解决"经营得怎么样"）。在这个最小组合的基础上，根据业务发展阶段和需求逐步扩展。</w:t>
      </w:r>
    </w:p>
    <w:p>
      <w:r>
        <w:rPr>
          <w:rFonts w:ascii="宋体" w:hAnsi="宋体" w:eastAsia="宋体"/>
          <w:sz w:val="24"/>
        </w:rPr>
        <w:t>工具是手段，不是目的。第 5 章和第 6 章将进一步深入"数据分析"和"内容生产"两个最重要的 AI 应用领域，展示如何从"会用工具"到"用出效果"。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思考题</w:t>
      </w:r>
    </w:p>
    <w:p>
      <w:r>
        <w:rPr>
          <w:rFonts w:ascii="宋体" w:hAnsi="宋体" w:eastAsia="宋体"/>
          <w:sz w:val="24"/>
        </w:rPr>
        <w:t>1. 工具选型实操：假设你要为一家安顺黄果树景区周边的民宿 OPC（5 间房，1 人运营，月均营业额 2 万元）选型 AI 工具。请使用本章的需求-工具匹配矩阵和成本-效能评估模型，给出你的工具推荐方案，并计算推荐工具的预计 ROI。</w:t>
      </w:r>
    </w:p>
    <w:p>
      <w:r>
        <w:rPr>
          <w:rFonts w:ascii="宋体" w:hAnsi="宋体" w:eastAsia="宋体"/>
          <w:sz w:val="24"/>
        </w:rPr>
        <w:t>2. 比较分析：选择两款同类型的 AI 工具（如文心一言 vs ChatGPT、剪映 AI vs Runway），从功能、成本、学习门槛、数据安全四个维度进行比较分析，给出面向文旅 OPC 的选型建议。</w:t>
      </w:r>
    </w:p>
    <w:p>
      <w:r>
        <w:rPr>
          <w:rFonts w:ascii="宋体" w:hAnsi="宋体" w:eastAsia="宋体"/>
          <w:sz w:val="24"/>
        </w:rPr>
        <w:t>3. 风险评估：某民宿 OPC 的 AI 客服工具突然宣布下月起涨价 5 倍（从 100 元/月涨到 500 元/月），且不支持数据导出。请分析该 OPC 面临的风险，并设计一份应急方案（包括：是否接受涨价？如果不接受，如何迁移到替代工具？如何最小化迁移过程中的服务中断？）。</w:t>
      </w:r>
    </w:p>
    <w:p>
      <w:r>
        <w:rPr>
          <w:rFonts w:ascii="宋体" w:hAnsi="宋体" w:eastAsia="宋体"/>
          <w:sz w:val="24"/>
        </w:rPr>
        <w:t>4. 工具审计：调研你身边（或你了解）的一家文旅小微主体的 AI 工具使用情况。列出其当前使用的所有数字/AI 工具，按照"核心工具/实验工具/可淘汰工具"进行分类，并给出优化建议。</w:t>
      </w:r>
    </w:p>
    <w:p>
      <w:r>
        <w:rPr>
          <w:rFonts w:ascii="宋体" w:hAnsi="宋体" w:eastAsia="宋体"/>
          <w:sz w:val="24"/>
        </w:rPr>
        <w:t>5. 批判思考：本章强调 AI 工具的低成本和高 ROI，但也提到工具依赖性和数据安全风险。请讨论：对于一个月收入 2-3 万元的文旅 OPC，在 AI 工具上的合理投入上限应该是多少（占总收入的百分比）？为什么？工具投入过高或过低分别会带来什么风险？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参考文献</w:t>
      </w:r>
    </w:p>
    <w:p>
      <w:r>
        <w:rPr>
          <w:rFonts w:ascii="宋体" w:hAnsi="宋体" w:eastAsia="宋体"/>
          <w:sz w:val="24"/>
        </w:rPr>
        <w:t>[1] 艾瑞咨询. 2024 年中国 AI+旅游行业发展研究报告[R]. 2024.</w:t>
      </w:r>
    </w:p>
    <w:p>
      <w:r>
        <w:rPr>
          <w:rFonts w:ascii="宋体" w:hAnsi="宋体" w:eastAsia="宋体"/>
          <w:sz w:val="24"/>
        </w:rPr>
        <w:t>[2] 亿欧智库. 2025 年 AIGC 应用场景与工具生态研究报告[R]. 2025.</w:t>
      </w:r>
    </w:p>
    <w:p>
      <w:r>
        <w:rPr>
          <w:rFonts w:ascii="宋体" w:hAnsi="宋体" w:eastAsia="宋体"/>
          <w:sz w:val="24"/>
        </w:rPr>
        <w:t>[3] 中国信息通信研究院. 人工智能生成内容（AIGC）白皮书[R]. 2023.</w:t>
      </w:r>
    </w:p>
    <w:p>
      <w:r>
        <w:rPr>
          <w:rFonts w:ascii="宋体" w:hAnsi="宋体" w:eastAsia="宋体"/>
          <w:sz w:val="24"/>
        </w:rPr>
        <w:t>[4] Mollick, E. Co-Intelligence: Living and Working with AI[M]. Portfolio, 2024.</w:t>
      </w:r>
    </w:p>
    <w:p>
      <w:r>
        <w:rPr>
          <w:rFonts w:ascii="宋体" w:hAnsi="宋体" w:eastAsia="宋体"/>
          <w:sz w:val="24"/>
        </w:rPr>
        <w:t>[5] 中华人民共和国个人信息保护法[S]. 2021.</w:t>
      </w:r>
    </w:p>
    <w:p>
      <w:r>
        <w:rPr>
          <w:rFonts w:ascii="宋体" w:hAnsi="宋体" w:eastAsia="宋体"/>
          <w:sz w:val="24"/>
        </w:rPr>
        <w:t>[6] 中华人民共和国广告法（2021 年修正）[S].</w:t>
      </w:r>
    </w:p>
    <w:p>
      <w:r>
        <w:rPr>
          <w:rFonts w:ascii="宋体" w:hAnsi="宋体" w:eastAsia="宋体"/>
          <w:sz w:val="24"/>
        </w:rPr>
        <w:t>[7] 携程集团. 携程问道：大模型驱动的智能旅行助手技术白皮书[R]. 2024.</w:t>
      </w:r>
    </w:p>
    <w:p>
      <w:r>
        <w:rPr>
          <w:rFonts w:ascii="宋体" w:hAnsi="宋体" w:eastAsia="宋体"/>
          <w:sz w:val="24"/>
        </w:rPr>
        <w:t>[8] 飞书. 飞书智能伙伴：AI 时代的工作方式[R]. 2024.</w:t>
      </w:r>
    </w:p>
    <w:p>
      <w:r>
        <w:rPr>
          <w:rFonts w:ascii="宋体" w:hAnsi="宋体" w:eastAsia="宋体"/>
          <w:sz w:val="24"/>
        </w:rPr>
        <w:t>[9] Canva. Canva AI 设计趋势报告 2025[R]. 2025.</w:t>
      </w:r>
    </w:p>
    <w:p>
      <w:r>
        <w:rPr>
          <w:rFonts w:ascii="宋体" w:hAnsi="宋体" w:eastAsia="宋体"/>
          <w:sz w:val="24"/>
        </w:rPr>
        <w:t>[10] 剪映. 剪映 AI 功能使用指南与创作趋势报告[R]. 2024.</w:t>
      </w:r>
    </w:p>
    <w:p>
      <w:pPr>
        <w:pStyle w:val="Heading2"/>
      </w:pPr>
      <w:r>
        <w:t>学习目标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知识目标：理解文旅 OPC 可用的四类数据（内部数据、外部数据、时空数据、竞争数据）的来源、特征和获取方法；掌握游客画像构建的基本技术（人口统计学分析、行为轨迹挖掘、情感分析）；了解需求预测的基础方法（时间序列分析、舆情信号、AI 预测模型）。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能力目标：能利用 OTA 平台的公开数据和社交媒体内容，构建简单的游客画像和需求趋势判断；能运用基础的 Excel 或 AI 工具进行季节性分析和简单的客流预测；能将数据分析结果转化为具体的运营决策（定价、库存、产品迭代）。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素养目标：建立数据驱动的决策意识——"没有数据不决策，数据不足慎决策"；同时保持对数据局限性的清醒认知——数据能告诉你"发生了什么"和"可能发生什么"，但不能替代人的判断和创造力。在数据安全与国家信息安全、个人信息保护法的框架下，合规采集和使用数据。</w:t>
      </w:r>
    </w:p>
    <w:p>
      <w:pPr>
        <w:pStyle w:val="Heading2"/>
      </w:pPr>
      <w:r>
        <w:t>导入案例</w:t>
      </w:r>
    </w:p>
    <w:p>
      <w:r>
        <w:rPr>
          <w:rFonts w:ascii="宋体" w:hAnsi="宋体" w:eastAsia="宋体"/>
          <w:sz w:val="24"/>
        </w:rPr>
        <w:t>从一条评论里读出的 50 万生意</w:t>
      </w:r>
    </w:p>
    <w:p>
      <w:r>
        <w:rPr>
          <w:rFonts w:ascii="宋体" w:hAnsi="宋体" w:eastAsia="宋体"/>
          <w:sz w:val="24"/>
        </w:rPr>
        <w:t>2023 年 7 月，黄果树景区周边的民宿主周姐在翻看自家民宿的 OTA 评论时，发现了一个规律：过去半年，提到"亲子"的评论占比从 15% 涨到了 35%，提到"情侣"的从 40% 降到了 25%。她感觉不对——她的民宿一直定位"情侣浪漫山景房"，房间是 1.8 米大床 + 浴缸 + 红酒配置。</w:t>
      </w:r>
    </w:p>
    <w:p>
      <w:r>
        <w:rPr>
          <w:rFonts w:ascii="宋体" w:hAnsi="宋体" w:eastAsia="宋体"/>
          <w:sz w:val="24"/>
        </w:rPr>
        <w:t>她做了一件事：花了两个晚上，把自己和周边 5 家同档次民宿过去一年的 2000 多条评论全部导出，用 AI 工具逐条分析。分析结果印证了她的直觉：黄果树景区的亲子游客占比在过去 12 个月里从 28% 上升到了 47%，而她的民宿几乎没有任何亲子设施和服务。</w:t>
      </w:r>
    </w:p>
    <w:p>
      <w:r>
        <w:rPr>
          <w:rFonts w:ascii="宋体" w:hAnsi="宋体" w:eastAsia="宋体"/>
          <w:sz w:val="24"/>
        </w:rPr>
        <w:t>2024 年春节前，周姐做了三个调整：把两间大床房改成"亲子主题房"（高低床 + 儿童帐篷 + 绘本角），用 AI 工具重新写了所有房源的描述（加入了"亲子友好""儿童设施""家庭出游"等关键词），在小红书上开设了"带娃游黄果树"的专题内容系列。到 2024 年暑假，她的亲子客群占比从 15% 跃升到 60%，全年营收增长 85%。而她做这一切的起点，只是一条评论里的一个规律。</w:t>
      </w:r>
    </w:p>
    <w:p>
      <w:r>
        <w:rPr>
          <w:rFonts w:ascii="宋体" w:hAnsi="宋体" w:eastAsia="宋体"/>
          <w:sz w:val="24"/>
        </w:rPr>
        <w:t>思考：周姐发现的"亲子游需求增长"，是可以用数据验证的客观趋势，还是她个人的主观判断？如果她只看自己民宿的数据（样本量太小），她能做出正确的判断吗？数据分析和"直觉""经验"之间的关系是什么？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5.1 文旅数据的类型与来源</w:t>
      </w:r>
    </w:p>
    <w:p>
      <w:pPr>
        <w:pStyle w:val="Heading3"/>
      </w:pPr>
      <w:r>
        <w:t>5.1.1 内部数据：订单、评价、客户档案</w:t>
      </w:r>
    </w:p>
    <w:p>
      <w:r>
        <w:rPr>
          <w:rFonts w:ascii="宋体" w:hAnsi="宋体" w:eastAsia="宋体"/>
          <w:sz w:val="24"/>
        </w:rPr>
        <w:t>内部数据是 OPC 自身经营过程中产生的数据，是最容易获取、最直接相关、但往往被严重浪费的数据资产。</w:t>
      </w:r>
    </w:p>
    <w:p>
      <w:r>
        <w:rPr>
          <w:rFonts w:ascii="宋体" w:hAnsi="宋体" w:eastAsia="宋体"/>
          <w:sz w:val="24"/>
        </w:rPr>
        <w:t>订单数据是内部数据的核心。每一条订单记录包含的信息远超"卖了多少钱"——它包含：预订时间（提前多久预订？）、入住/出行日期（旺季还是淡季？工作日还是周末？）、房型/产品类型（哪种产品最受欢迎？）、客单价（不同渠道的客单价有差异吗？）、订单来源渠道（哪个 OTA 平台带来的订单最多？）、取消/变更记录（什么原因导致取消？）。一个经营 2 年以上的 OPC，通常积累了 500-2000 条订单记录——这些数据足以支撑基本的需求分析。</w:t>
      </w:r>
    </w:p>
    <w:p>
      <w:r>
        <w:rPr>
          <w:rFonts w:ascii="宋体" w:hAnsi="宋体" w:eastAsia="宋体"/>
          <w:sz w:val="24"/>
        </w:rPr>
        <w:t>评价数据是内部数据中最有价值的"非结构化数据"。评价内容包含的信息远超"好评还是差评"——它包含：客人最在意什么（高频关键词）、客人的情感强度（"还行"和"太棒了"是完全不同的推荐意愿）、客人的未满足需求（"如果能...就好了"）、客人的比较对象（"比隔壁 XX 好/差"）。评价数据是 OPC 获取"游客真实声音"最直接的渠道——而且是免费的。</w:t>
      </w:r>
    </w:p>
    <w:p>
      <w:r>
        <w:rPr>
          <w:rFonts w:ascii="宋体" w:hAnsi="宋体" w:eastAsia="宋体"/>
          <w:sz w:val="24"/>
        </w:rPr>
        <w:t>客户档案数据是内部数据中开发程度最低的数据资产。大多数 OPC 没有系统性地记录客户信息——加了微信就加了，回头客来了就来了，没有标签、没有分类、没有记录偏好。一个最小可行的客户档案应包含：基本信息（来源地、年龄区间、出行类型）、消费信息（消费金额、偏好产品、预订渠道）、偏好信息（特殊需求、兴趣爱好、生日/纪念日）、互动记录（沟通风格偏好、投诉历史、转介绍记录）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5-1：OPC 内部数据资产清单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数据类型 | 最小记录周期 | 最少记录量 | 核心分析价值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|---------|-----------|-----------|------------|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订单数据 | 12 个月以上 | 200+ 条 | 需求趋势、定价效果、渠道效率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评价数据 | 持续积累 | 50+ 条 | 客户满意度、产品改进方向、竞品对比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客户档案 | 持续积累 | 50+ 个 | 客群画像、复购预测、个性化服务 |</w:t>
      </w:r>
    </w:p>
    <w:p>
      <w:pPr>
        <w:pStyle w:val="Heading3"/>
      </w:pPr>
      <w:r>
        <w:t>5.1.2 外部数据：OTA 平台、社交媒体、政府公开数据</w:t>
      </w:r>
    </w:p>
    <w:p>
      <w:r>
        <w:rPr>
          <w:rFonts w:ascii="宋体" w:hAnsi="宋体" w:eastAsia="宋体"/>
          <w:sz w:val="24"/>
        </w:rPr>
        <w:t>外部数据是"别人的数据"，但可以用来分析"自己的市场"。对于 OPC 而言，外部数据的核心价值是回答"我在整个市场中的位置"——如果只看自己的数据，你只知道自己的入住率是 60%，但不知道周边同行的平均入住率是 40% 还是 80%。</w:t>
      </w:r>
    </w:p>
    <w:p>
      <w:r>
        <w:rPr>
          <w:rFonts w:ascii="宋体" w:hAnsi="宋体" w:eastAsia="宋体"/>
          <w:sz w:val="24"/>
        </w:rPr>
        <w:t>OTA 平台数据是外部数据中最直接可用的。携程的"生意通"、美团的"商家数据中心"、飞猪的"生意参谋"等工具，提供竞品分析、市场趋势、流量来源分析等功能。这些工具通常对平台商家免费开放基础版。OPC 运营者应定期查看以下外部数据指标：商圈/目的地平均入住率（自己的入住率是高于还是低于平均水平？）、商圈/目的地平均房价（自己的定价是高于还是低于平均水平？）、搜索热度趋势（所在目的地的搜索量在上升还是下降？）、客源地排名（客人主要来自哪些城市？哪个城市的客人在增长？）。</w:t>
      </w:r>
    </w:p>
    <w:p>
      <w:r>
        <w:rPr>
          <w:rFonts w:ascii="宋体" w:hAnsi="宋体" w:eastAsia="宋体"/>
          <w:sz w:val="24"/>
        </w:rPr>
        <w:t>社交媒体数据是外部数据中"最实时"的需求信号。小红书的搜索热度、抖音的话题播放量、微博的热搜和超话——这些数据反映了游客对目的地的即时兴趣。一个目的地如果在社交媒体上突然"火了"（如某个视频爆了、某个话题冲上热搜），通常会在 1-3 周后转化为实际客流。OPC 可以通过监测关键话题的社交热度来预判需求变化。</w:t>
      </w:r>
    </w:p>
    <w:p>
      <w:r>
        <w:rPr>
          <w:rFonts w:ascii="宋体" w:hAnsi="宋体" w:eastAsia="宋体"/>
          <w:sz w:val="24"/>
        </w:rPr>
        <w:t>政府公开数据是外部数据中"最权威"的基础信息。各级文化和旅游部门定期发布旅游统计数据（接待人次、旅游收入、游客满意度）、交通部门发布交通流量数据、气象部门发布天气预测数据。这些数据虽然不是实时数据（通常有 1-3 个月的滞后），但提供了宏观的市场基准和趋势判断依据。</w:t>
      </w:r>
    </w:p>
    <w:p>
      <w:r>
        <w:rPr>
          <w:rFonts w:ascii="宋体" w:hAnsi="宋体" w:eastAsia="宋体"/>
          <w:sz w:val="24"/>
        </w:rPr>
        <w:t>[表 5-1：外部数据来源与获取方式]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19"/>
        <w:gridCol w:w="1519"/>
        <w:gridCol w:w="1519"/>
        <w:gridCol w:w="1519"/>
        <w:gridCol w:w="1519"/>
      </w:tblGrid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数据类型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来源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获取方式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更新频率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成本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OTA 竞品数据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携程/美团/飞猪商家后台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商家后台免费查看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日/周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免费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社交媒体热度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小红书/抖音/微博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平台搜索 + 新榜等工具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实时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免费/低费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旅游统计数据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文旅部门官网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官网下载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月/季/年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免费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交通数据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交通部门/高德/百度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官网/API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日/周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免费/低费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气象数据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气象局/天气 App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官网/API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实时/预测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免费</w:t>
            </w:r>
          </w:p>
        </w:tc>
      </w:tr>
    </w:tbl>
    <w:p/>
    <w:p>
      <w:pPr>
        <w:pStyle w:val="Heading3"/>
      </w:pPr>
      <w:r>
        <w:t>5.1.3 时空数据：客流热力图、交通可达性、气象数据</w:t>
      </w:r>
    </w:p>
    <w:p>
      <w:r>
        <w:rPr>
          <w:rFonts w:ascii="宋体" w:hAnsi="宋体" w:eastAsia="宋体"/>
          <w:sz w:val="24"/>
        </w:rPr>
        <w:t>时空数据是带有"位置"和"时间"双重属性的数据，对于高度依赖地理位置的文旅 OPC 而言，具有独特的分析价值。</w:t>
      </w:r>
    </w:p>
    <w:p>
      <w:r>
        <w:rPr>
          <w:rFonts w:ascii="宋体" w:hAnsi="宋体" w:eastAsia="宋体"/>
          <w:sz w:val="24"/>
        </w:rPr>
        <w:t>客流热力图反映了"人在哪、有多少"。高德地图和百度地图提供景区/商圈的实时热力图，可以直观地看到客流分布和密度。对于 OPC 而言，热力图的价值在于：验证和预测客流——如果今天下午 2 点景区热力图上显示客流密集，那么今晚周边的民宿入住率大概率也高；如果某个周末的热力图上"绿"了（客流稀少），运营者可以提前调价或加大营销力度。</w:t>
      </w:r>
    </w:p>
    <w:p>
      <w:r>
        <w:rPr>
          <w:rFonts w:ascii="宋体" w:hAnsi="宋体" w:eastAsia="宋体"/>
          <w:sz w:val="24"/>
        </w:rPr>
        <w:t>交通可达性数据反映了"客人怎么来、多久能到"。高德/百度地图的路线规划 API 可以提供"从主要客源地到目的地"的驾车/公共交通时间和距离。交通可达性直接影响游客的出行决策——高铁新线路开通、高速公路通车、航线新增或加密，都会显著改变一个目的地的客源结构和客流规模。OPC 运营者应关注所在区域的交通基础设施变化。</w:t>
      </w:r>
    </w:p>
    <w:p>
      <w:r>
        <w:rPr>
          <w:rFonts w:ascii="宋体" w:hAnsi="宋体" w:eastAsia="宋体"/>
          <w:sz w:val="24"/>
        </w:rPr>
        <w:t>气象数据对文旅 OPC 的需求影响巨大——雨天景区客流可能减少 30-50%，高温天气水上项目需求激增，寒潮来袭时温泉民宿预订暴增。OPC 应养成"看天气预报做运营决策"的习惯：提前 7 天看中长期预报（决定营销重点和备货计划），提前 1-2 天看短期预报（决定具体执行方案）。</w:t>
      </w:r>
    </w:p>
    <w:p>
      <w:pPr>
        <w:pStyle w:val="Heading3"/>
      </w:pPr>
      <w:r>
        <w:t>5.1.4 竞争数据：同类型 OPC 的定价与服务对标</w:t>
      </w:r>
    </w:p>
    <w:p>
      <w:r>
        <w:rPr>
          <w:rFonts w:ascii="宋体" w:hAnsi="宋体" w:eastAsia="宋体"/>
          <w:sz w:val="24"/>
        </w:rPr>
        <w:t>竞争数据不是"打探商业机密"，而是从公开渠道合法获取和整理的市场情报。竞争数据的核心价值是明确自己的市场位置和差异化方向。</w:t>
      </w:r>
    </w:p>
    <w:p>
      <w:r>
        <w:rPr>
          <w:rFonts w:ascii="宋体" w:hAnsi="宋体" w:eastAsia="宋体"/>
          <w:sz w:val="24"/>
        </w:rPr>
        <w:t>定价对标：定期（每周或每月）查看周边同类 OPC 的 OTA 挂牌价和促销价格。关注三个指标：最高价（市场天花板在哪）、最低价（价格战底线在哪）、中位数（市场均价在哪）。将自己的价格与这三个指标对比，判断是"定价过高""定价过低"还是"定价合理"。</w:t>
      </w:r>
    </w:p>
    <w:p>
      <w:r>
        <w:rPr>
          <w:rFonts w:ascii="宋体" w:hAnsi="宋体" w:eastAsia="宋体"/>
          <w:sz w:val="24"/>
        </w:rPr>
        <w:t>服务对标：阅读竞争对手的 OTA 评论，分析客人对他们的表扬和投诉集中在哪些方面。如果竞品的差评集中在"隔音差"，而你刚好在这方面做得不错——这就是一个可以强调的差异化卖点。如果竞品的好评集中在"早餐丰盛"，而你在这方面有短板——这就是一个需要改进的方向。</w:t>
      </w:r>
    </w:p>
    <w:p>
      <w:r>
        <w:rPr>
          <w:rFonts w:ascii="宋体" w:hAnsi="宋体" w:eastAsia="宋体"/>
          <w:sz w:val="24"/>
        </w:rPr>
        <w:t>产品对标：关注竞品的产品变化——新增了什么房型/服务/体验？取消了什么？价格调整了没有？产品对标不是"别人做什么我就做什么"，而是"理解别人为什么这么做，判断自己是否需要跟进"。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5.2 游客画像构建技术</w:t>
      </w:r>
    </w:p>
    <w:p>
      <w:pPr>
        <w:pStyle w:val="Heading3"/>
      </w:pPr>
      <w:r>
        <w:t>5.2.1 人口统计学特征分析</w:t>
      </w:r>
    </w:p>
    <w:p>
      <w:r>
        <w:rPr>
          <w:rFonts w:ascii="宋体" w:hAnsi="宋体" w:eastAsia="宋体"/>
          <w:sz w:val="24"/>
        </w:rPr>
        <w:t>人口统计学特征是游客画像的基础维度——年龄、性别、来源地、职业、收入水平、出行类型（亲子/情侣/朋友/独自/商务）。这些特征决定了游客的消费能力、偏好和行为模式。</w:t>
      </w:r>
    </w:p>
    <w:p>
      <w:r>
        <w:rPr>
          <w:rFonts w:ascii="宋体" w:hAnsi="宋体" w:eastAsia="宋体"/>
          <w:sz w:val="24"/>
        </w:rPr>
        <w:t>对于 OPC 而言，人口统计学特征分析不需要复杂的统计软件。一个简单的 Excel 表格就可以完成基本分析：</w:t>
      </w:r>
    </w:p>
    <w:p>
      <w:r>
        <w:rPr>
          <w:rFonts w:ascii="宋体" w:hAnsi="宋体" w:eastAsia="宋体"/>
          <w:sz w:val="24"/>
        </w:rPr>
        <w:t>步骤一：数据收集。从订单记录和客户沟通中提取人口统计学信息。OTA 平台的订单通常包含客人的来源地（根据下单 IP 或注册信息判断），客户沟通中可以了解出行类型（"带小孩来""和女朋友一起""公司团建"）。</w:t>
      </w:r>
    </w:p>
    <w:p>
      <w:r>
        <w:rPr>
          <w:rFonts w:ascii="宋体" w:hAnsi="宋体" w:eastAsia="宋体"/>
          <w:sz w:val="24"/>
        </w:rPr>
        <w:t>步骤二：分类统计。按出行类型分类：亲子客群占多少？情侣客群占多少？按来源地分类：省内占多少？周边省份占多少？远距离省份占多少？按年龄段分类：20-30 岁占多少？30-45 岁占多少？（如果无法获取精确年龄，可以用"出行类型+消费水平"间接推断）。</w:t>
      </w:r>
    </w:p>
    <w:p>
      <w:r>
        <w:rPr>
          <w:rFonts w:ascii="宋体" w:hAnsi="宋体" w:eastAsia="宋体"/>
          <w:sz w:val="24"/>
        </w:rPr>
        <w:t>步骤三：趋势分析。按月或按季度对比各分类的占比变化。某个分类的占比在持续上升还是下降？有没有新出现的客群类型？</w:t>
      </w:r>
    </w:p>
    <w:p>
      <w:r>
        <w:rPr>
          <w:rFonts w:ascii="宋体" w:hAnsi="宋体" w:eastAsia="宋体"/>
          <w:sz w:val="24"/>
        </w:rPr>
        <w:t>[表 5-2：某民宿 OPC 的客群结构季度变化示例]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66"/>
        <w:gridCol w:w="1266"/>
        <w:gridCol w:w="1266"/>
        <w:gridCol w:w="1266"/>
        <w:gridCol w:w="1266"/>
        <w:gridCol w:w="1266"/>
      </w:tblGrid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客群类型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2023 Q1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2023 Q3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2024 Q1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2024 Q3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趋势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亲子家庭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20%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35%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32%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52%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↑↑ 快速上升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情侣/夫妻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45%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30%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38%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22%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↓↓ 快速下降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朋友结伴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25%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25%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20%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18%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↓ 缓慢下降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独自旅行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10%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10%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10%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8%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→ 稳定</w:t>
            </w:r>
          </w:p>
        </w:tc>
      </w:tr>
    </w:tbl>
    <w:p/>
    <w:p>
      <w:pPr>
        <w:pStyle w:val="Heading3"/>
      </w:pPr>
      <w:r>
        <w:t>5.2.2 行为轨迹与消费偏好挖掘</w:t>
      </w:r>
    </w:p>
    <w:p>
      <w:r>
        <w:rPr>
          <w:rFonts w:ascii="宋体" w:hAnsi="宋体" w:eastAsia="宋体"/>
          <w:sz w:val="24"/>
        </w:rPr>
        <w:t>行为数据比人口统计学数据更能揭示游客的真实需求——"一个 35 岁来自上海的男性"只是一个标签，"一个提前 30 天预订、选最贵的房型、加购了所有可选服务、入住后没有提出任何问题的客人"才是真实的消费画像。</w:t>
      </w:r>
    </w:p>
    <w:p>
      <w:r>
        <w:rPr>
          <w:rFonts w:ascii="宋体" w:hAnsi="宋体" w:eastAsia="宋体"/>
          <w:sz w:val="24"/>
        </w:rPr>
        <w:t>OPC 可获取的行为数据包括：</w:t>
      </w:r>
    </w:p>
    <w:p>
      <w:r>
        <w:rPr>
          <w:rFonts w:ascii="宋体" w:hAnsi="宋体" w:eastAsia="宋体"/>
          <w:sz w:val="24"/>
        </w:rPr>
        <w:t>预订行为：提前多久预订？（提前 2 天 = 临时决策，提前 30 天 = 计划型出游）→ 影响营销时机。预订了什么产品？（最贵的房型 = 价格不敏感，最便宜的 = 价格敏感）→ 影响定价策略。是否加购了附加服务？（加购早餐/接驳/体验 = 一站式需求，什么都不加 = 只想要核心服务）→ 影响产品组合设计。</w:t>
      </w:r>
    </w:p>
    <w:p>
      <w:r>
        <w:rPr>
          <w:rFonts w:ascii="宋体" w:hAnsi="宋体" w:eastAsia="宋体"/>
          <w:sz w:val="24"/>
        </w:rPr>
        <w:t>消费行为：入住/出行期间的消费——是否在店内/推荐商家消费？（消费了 = 信任你的推荐，没消费 = 不信任或不需要）→ 影响推荐策略。消费金额和类型——买了什么？花了多少钱？→ 影响附加服务的选品和定价。</w:t>
      </w:r>
    </w:p>
    <w:p>
      <w:r>
        <w:rPr>
          <w:rFonts w:ascii="宋体" w:hAnsi="宋体" w:eastAsia="宋体"/>
          <w:sz w:val="24"/>
        </w:rPr>
        <w:t>沟通行为：沟通渠道偏好（OTA 在线聊天 vs 微信 vs 电话）、沟通时间偏好（工作日白天 vs 深夜）、沟通风格偏好（简洁直接 vs 详细周到）。这些偏好信息可以帮助 OPC 在后续互动中以"客人喜欢的方式"提供服务。</w:t>
      </w:r>
    </w:p>
    <w:p>
      <w:r>
        <w:rPr>
          <w:rFonts w:ascii="宋体" w:hAnsi="宋体" w:eastAsia="宋体"/>
          <w:sz w:val="24"/>
        </w:rPr>
        <w:t>分享行为：是否在社交媒体上发布了入住/出行内容？是否标记了你的位置或账号？是否在退房后推荐给了朋友？分享行为是衡量"超预期体验"的最佳指标——客人愿意主动分享，说明体验超出了他的预期。</w:t>
      </w:r>
    </w:p>
    <w:p>
      <w:pPr>
        <w:pStyle w:val="Heading3"/>
      </w:pPr>
      <w:r>
        <w:t>5.2.3 情感分析与满意度测量</w:t>
      </w:r>
    </w:p>
    <w:p>
      <w:r>
        <w:rPr>
          <w:rFonts w:ascii="宋体" w:hAnsi="宋体" w:eastAsia="宋体"/>
          <w:sz w:val="24"/>
        </w:rPr>
        <w:t>情感分析是从文本中提取情感倾向和强度的技术。对于 OPC 而言，情感分析的对象主要是客户评价、咨询对话和社交媒体提及。</w:t>
      </w:r>
    </w:p>
    <w:p>
      <w:r>
        <w:rPr>
          <w:rFonts w:ascii="宋体" w:hAnsi="宋体" w:eastAsia="宋体"/>
          <w:sz w:val="24"/>
        </w:rPr>
        <w:t>情感分析的基础方法：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关键词法（适合人工操作）：统计评价中正面词汇（"好""棒""赞""推荐""下次还来"）和负面词汇（"差""糟""失望""不推荐""再也不会"）的出现频次。简单但有效——如果最近 30 条评价中"推荐"出现了 20 次，客人对你的满意度是高的。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评分法（适合自动化）：利用 OTA 平台的评分数据（1-5 分），跟踪评分的变化趋势。5 分好评率、4-5 分占比、平均分——三个指标中，4-5 分占比是最敏感的指标（平均分变化太慢，5 分好评率太苛刻）。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分析法（推荐）：将评价文本批量输入 LLM，让 AI 进行情感分析、主题聚类和趋势判断。例如，"分析以下 100 条评论，总结客人最满意的 3 个方面和最不满意的 3 个方面，每个方面给出具体比例和代表性原文。"</w:t>
      </w:r>
    </w:p>
    <w:p>
      <w:r>
        <w:rPr>
          <w:rFonts w:ascii="宋体" w:hAnsi="宋体" w:eastAsia="宋体"/>
          <w:sz w:val="24"/>
        </w:rPr>
        <w:t>满意度测量不只是"打分"：OTA 平台的评分（1-5 分）是满意度的粗略指标，但它有一个缺陷——评分膨胀（大部分人习惯打 5 分或 4 分，3 分已经是"不满意"的信号了）。更准确的满意度指标是 NPS（净推荐值）："你会向朋友推荐我们吗？（0-10 分）"。9-10 分是"推荐者"，7-8 分是"被动者"，0-6 分是"贬损者"。NPS = 推荐者占比 - 贬损者占比。文旅行业的平均 NPS 通常在 30-50 之间。</w:t>
      </w:r>
    </w:p>
    <w:p>
      <w:pPr>
        <w:pStyle w:val="Heading3"/>
      </w:pPr>
      <w:r>
        <w:t>5.2.4 AI 辅助的游客分群与标签体系</w:t>
      </w:r>
    </w:p>
    <w:p>
      <w:r>
        <w:rPr>
          <w:rFonts w:ascii="宋体" w:hAnsi="宋体" w:eastAsia="宋体"/>
          <w:sz w:val="24"/>
        </w:rPr>
        <w:t>当客户数据积累到一定量级（100+ 个客户档案），人工分类管理就会变得困难。AI 可以自动化地进行客户分群和标签管理。</w:t>
      </w:r>
    </w:p>
    <w:p>
      <w:r>
        <w:rPr>
          <w:rFonts w:ascii="宋体" w:hAnsi="宋体" w:eastAsia="宋体"/>
          <w:sz w:val="24"/>
        </w:rPr>
        <w:t>AI 客户分群的操作步骤：</w:t>
      </w:r>
    </w:p>
    <w:p>
      <w:r>
        <w:rPr>
          <w:rFonts w:ascii="宋体" w:hAnsi="宋体" w:eastAsia="宋体"/>
          <w:sz w:val="24"/>
        </w:rPr>
        <w:t>1. 将客户档案数据（含基本信息、消费记录、行为数据、评价内容）整理为表格。</w:t>
      </w:r>
    </w:p>
    <w:p>
      <w:r>
        <w:rPr>
          <w:rFonts w:ascii="宋体" w:hAnsi="宋体" w:eastAsia="宋体"/>
          <w:sz w:val="24"/>
        </w:rPr>
        <w:t>2. 将表格输入 LLM，要求 AI 进行分群。提示词示例："以下是 100 位客户的消费数据。请根据消费金额、预订提前期、出行类型、复购情况等维度，将这些客户分为 3-5 个群体，为每个群体命名并描述特征。"</w:t>
      </w:r>
    </w:p>
    <w:p>
      <w:r>
        <w:rPr>
          <w:rFonts w:ascii="宋体" w:hAnsi="宋体" w:eastAsia="宋体"/>
          <w:sz w:val="24"/>
        </w:rPr>
        <w:t>3. AI 输出分群结果，运营者审核和调整。</w:t>
      </w:r>
    </w:p>
    <w:p>
      <w:r>
        <w:rPr>
          <w:rFonts w:ascii="宋体" w:hAnsi="宋体" w:eastAsia="宋体"/>
          <w:sz w:val="24"/>
        </w:rPr>
        <w:t>4. 将分群结果应用到日常运营中——不同群体使用不同的营销话术、服务方式和优惠策略。</w:t>
      </w:r>
    </w:p>
    <w:p>
      <w:r>
        <w:rPr>
          <w:rFonts w:ascii="宋体" w:hAnsi="宋体" w:eastAsia="宋体"/>
          <w:sz w:val="24"/>
        </w:rPr>
        <w:t>OPC 的典型客户分群示例：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99"/>
        <w:gridCol w:w="1899"/>
        <w:gridCol w:w="1899"/>
        <w:gridCol w:w="1899"/>
      </w:tblGrid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客群标签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典型特征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消费能力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运营策略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价格敏感型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提前预订、比价、选最便宜产品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低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性价比突出、早鸟优惠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品质追求型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选最好产品、加购附加服务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高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强调独特体验、私享服务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社交分享型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爱拍照打卡、发社交媒体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中高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提供拍照场景、引导 UGC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安静放松型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不爱打扰、看重隐私和安静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中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自助服务、减少打扰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在地体验型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对本地文化/美食/活动感兴趣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中高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深度攻略、在地体验推荐</w:t>
            </w:r>
          </w:p>
        </w:tc>
      </w:tr>
    </w:tbl>
    <w:p/>
    <w:p>
      <w:pPr>
        <w:pBdr>
          <w:bottom w:val="single" w:sz="12" w:space="1" w:color="999999"/>
        </w:pBdr>
      </w:pPr>
    </w:p>
    <w:p>
      <w:pPr>
        <w:pStyle w:val="Heading2"/>
      </w:pPr>
      <w:r>
        <w:t>5.3 需求预测方法</w:t>
      </w:r>
    </w:p>
    <w:p>
      <w:pPr>
        <w:pStyle w:val="Heading3"/>
      </w:pPr>
      <w:r>
        <w:t>5.3.1 时间序列分析与季节性预测</w:t>
      </w:r>
    </w:p>
    <w:p>
      <w:r>
        <w:rPr>
          <w:rFonts w:ascii="宋体" w:hAnsi="宋体" w:eastAsia="宋体"/>
          <w:sz w:val="24"/>
        </w:rPr>
        <w:t>时间序列分析是需求预测最基础也最实用的方法。它的核心思想是：未来的需求模式与过去的模式存在关联，可以通过分析历史数据来预测未来。</w:t>
      </w:r>
    </w:p>
    <w:p>
      <w:r>
        <w:rPr>
          <w:rFonts w:ascii="宋体" w:hAnsi="宋体" w:eastAsia="宋体"/>
          <w:sz w:val="24"/>
        </w:rPr>
        <w:t>文旅 OPC 需求的时间规律：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季节性规律：大多数旅游目的地有明显的淡旺季。黄果树景区的旺季是 7-8 月（暑期）和 10 月（国庆），淡季是 1-2 月（春节除外）和 11-12 月。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周规律：周边游目的地的工作日和周末需求差异显著（周末高、工作日低），远距离目的地则相对均衡。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节假日规律：法定节假日（五一、十一、春节）需求暴增，但节前和节后会出现明显的低谷。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事件规律：大型活动（马拉松、音乐节、会议展览）会带来额外的需求脉冲。</w:t>
      </w:r>
    </w:p>
    <w:p>
      <w:r>
        <w:rPr>
          <w:rFonts w:ascii="宋体" w:hAnsi="宋体" w:eastAsia="宋体"/>
          <w:sz w:val="24"/>
        </w:rPr>
        <w:t>季节性预测的简单方法：</w:t>
      </w:r>
    </w:p>
    <w:p>
      <w:r>
        <w:rPr>
          <w:rFonts w:ascii="宋体" w:hAnsi="宋体" w:eastAsia="宋体"/>
          <w:sz w:val="24"/>
        </w:rPr>
        <w:t>步骤一：收集过去 2-3 年按月（或按周）的需求数据（入住率/预订量/咨询量）。</w:t>
      </w:r>
    </w:p>
    <w:p>
      <w:r>
        <w:rPr>
          <w:rFonts w:ascii="宋体" w:hAnsi="宋体" w:eastAsia="宋体"/>
          <w:sz w:val="24"/>
        </w:rPr>
        <w:t>步骤二：计算每个月的平均需求水平（过去 2-3 年同月的平均值）。</w:t>
      </w:r>
    </w:p>
    <w:p>
      <w:r>
        <w:rPr>
          <w:rFonts w:ascii="宋体" w:hAnsi="宋体" w:eastAsia="宋体"/>
          <w:sz w:val="24"/>
        </w:rPr>
        <w:t>步骤三：计算季节指数（每月平均值 ÷ 全年月平均值）。季节指数 &gt; 1.0 表示该月是旺季，&lt; 1.0 表示淡季。</w:t>
      </w:r>
    </w:p>
    <w:p>
      <w:r>
        <w:rPr>
          <w:rFonts w:ascii="宋体" w:hAnsi="宋体" w:eastAsia="宋体"/>
          <w:sz w:val="24"/>
        </w:rPr>
        <w:t>步骤四：用季节指数预测未来——"如果预计明年全年月均入住率是 60%，那么明年 8 月的预测入住率 = 60% × 8 月季节指数"。</w:t>
      </w:r>
    </w:p>
    <w:p>
      <w:r>
        <w:rPr>
          <w:rFonts w:ascii="宋体" w:hAnsi="宋体" w:eastAsia="宋体"/>
          <w:sz w:val="24"/>
        </w:rPr>
        <w:t>[表 5-3：某黄果树民宿的季节指数计算示例]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66"/>
        <w:gridCol w:w="1266"/>
        <w:gridCol w:w="1266"/>
        <w:gridCol w:w="1266"/>
        <w:gridCol w:w="1266"/>
        <w:gridCol w:w="1266"/>
      </w:tblGrid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月份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2022 入住率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2023 入住率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2024 入住率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月均值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季节指数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 月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25%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30%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28%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27.7%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0.46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7 月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85%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90%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88%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87.7%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1.46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8 月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92%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95%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93%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93.3%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1.56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12 月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35%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38%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40%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37.7%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0.63</w:t>
            </w:r>
          </w:p>
        </w:tc>
      </w:tr>
    </w:tbl>
    <w:p/>
    <w:p>
      <w:pPr>
        <w:pStyle w:val="Heading3"/>
      </w:pPr>
      <w:r>
        <w:t>5.3.2 舆情信号与需求早期预警</w:t>
      </w:r>
    </w:p>
    <w:p>
      <w:r>
        <w:rPr>
          <w:rFonts w:ascii="宋体" w:hAnsi="宋体" w:eastAsia="宋体"/>
          <w:sz w:val="24"/>
        </w:rPr>
        <w:t>传统的时间序列分析有一个致命弱点：它只能预测"模式内"的变化，无法预测"模式外"的变化。一个目的地突然在社交媒体上爆火（如淄博烧烤、哈尔滨冰雪旅游的走红），时间序列模型完全无法预判。这就是舆情信号的价值——它可以在需求变化"体现在订单数据中"之前，提前捕捉到变化的苗头。</w:t>
      </w:r>
    </w:p>
    <w:p>
      <w:r>
        <w:rPr>
          <w:rFonts w:ascii="宋体" w:hAnsi="宋体" w:eastAsia="宋体"/>
          <w:sz w:val="24"/>
        </w:rPr>
        <w:t>舆情信号的类型：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搜索热度：百度指数、微信指数、抖音搜索量等搜索热度数据，是最直接的"需求意向"指标。搜索量上升 → 潜在需求上升 → 1-3 周后订单量上升。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内容热度：小红书相关笔记数量、抖音相关话题播放量、微博热搜。内容热度的上升意味着目的地在社交媒体上获得了曝光，会激发更多人的旅游意愿。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评论情绪：OTA 平台上对目的地/景区的评价情感变化。如果"人多""排队""体验差"等负面评价突然增多，可能意味着目的地正在经历"过度旅游"——这对 OPC 是"生意好"的信号，但也意味着需要为客人管理预期。</w:t>
      </w:r>
    </w:p>
    <w:p>
      <w:r>
        <w:rPr>
          <w:rFonts w:ascii="宋体" w:hAnsi="宋体" w:eastAsia="宋体"/>
          <w:sz w:val="24"/>
        </w:rPr>
        <w:t>建立舆情监测的最小可行方案：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每周花 15 分钟，在小红书和抖音搜索自己所在的目的地/景区名称，观察近期内容的数量和质量变化。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关注 3-5 个文旅行业的 KOL/KOC，观察他们最近在推什么目的地、什么玩法。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设置手机日历提醒，在每年的大节点（寒假前、五一前、暑假前、国庆前）提前 4-6 周开始加强舆情监测。</w:t>
      </w:r>
    </w:p>
    <w:p>
      <w:pPr>
        <w:pStyle w:val="Heading3"/>
      </w:pPr>
      <w:r>
        <w:t>5.3.3 AI 预测模型的简单应用</w:t>
      </w:r>
    </w:p>
    <w:p>
      <w:r>
        <w:rPr>
          <w:rFonts w:ascii="宋体" w:hAnsi="宋体" w:eastAsia="宋体"/>
          <w:sz w:val="24"/>
        </w:rPr>
        <w:t>对于没有数据科学背景的 OPC 运营者，AI 预测模型听起来很遥远。但实际上，LLM 已经可以完成一些基础的预测分析工作。</w:t>
      </w:r>
    </w:p>
    <w:p>
      <w:r>
        <w:rPr>
          <w:rFonts w:ascii="宋体" w:hAnsi="宋体" w:eastAsia="宋体"/>
          <w:sz w:val="24"/>
        </w:rPr>
        <w:t>用 LLM 做需求预测的操作方法：</w:t>
      </w:r>
    </w:p>
    <w:p>
      <w:r>
        <w:rPr>
          <w:rFonts w:ascii="宋体" w:hAnsi="宋体" w:eastAsia="宋体"/>
          <w:sz w:val="24"/>
        </w:rPr>
        <w:t>1. 将过去 12-24 个月的月度经营数据整理为表格（月份、入住率、平均房价、总收入、主要客源地）。</w:t>
      </w:r>
    </w:p>
    <w:p>
      <w:r>
        <w:rPr>
          <w:rFonts w:ascii="宋体" w:hAnsi="宋体" w:eastAsia="宋体"/>
          <w:sz w:val="24"/>
        </w:rPr>
        <w:t>2. 补充外部数据：主要节假日日期、大型活动日期、天气概况。</w:t>
      </w:r>
    </w:p>
    <w:p>
      <w:r>
        <w:rPr>
          <w:rFonts w:ascii="宋体" w:hAnsi="宋体" w:eastAsia="宋体"/>
          <w:sz w:val="24"/>
        </w:rPr>
        <w:t>3. 将表格和以下提示词一起输入 LLM：</w:t>
      </w:r>
    </w:p>
    <w:p>
      <w:r>
        <w:rPr>
          <w:rFonts w:ascii="宋体" w:hAnsi="宋体" w:eastAsia="宋体"/>
          <w:sz w:val="24"/>
        </w:rPr>
        <w:t>"你是一位旅游数据分析师。以下是某民宿过去 24 个月的月度经营数据。请：(1) 分析过去 24 个月的趋势和季节性规律；(2) 预测未来 3 个月的入住率和收入；(3) 给出你的预测依据和不确定性说明。"</w:t>
      </w:r>
    </w:p>
    <w:p>
      <w:r>
        <w:rPr>
          <w:rFonts w:ascii="宋体" w:hAnsi="宋体" w:eastAsia="宋体"/>
          <w:sz w:val="24"/>
        </w:rPr>
        <w:t>4. LLM 会基于数据中的规律给出预测——这个预测的精度不如专业统计模型，但比凭感觉猜要准确得多，而且完全不需要统计学知识。</w:t>
      </w:r>
    </w:p>
    <w:p>
      <w:r>
        <w:rPr>
          <w:rFonts w:ascii="宋体" w:hAnsi="宋体" w:eastAsia="宋体"/>
          <w:sz w:val="24"/>
        </w:rPr>
        <w:t>AI 预测的优势和局限：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优势：零学习成本、能处理非结构化数据（如把"今年暑假特别热"这种自然语言描述也纳入预测考虑）、能给出预测的理由（而不仅是数字）。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局限：无法处理超大规模数据（几百条以上需要专业工具）、预测精度受限于训练数据的质量、无法进行严格的统计检验。对于月收入几十万元的 OPC 来说，AI 预测的精度已经足够；对于需要精确到每天的收益管理，建议使用专业的收益管理工具。</w:t>
      </w:r>
    </w:p>
    <w:p>
      <w:pPr>
        <w:pStyle w:val="Heading3"/>
      </w:pPr>
      <w:r>
        <w:t>5.3.4 预测结果的可视化与决策转化</w:t>
      </w:r>
    </w:p>
    <w:p>
      <w:r>
        <w:rPr>
          <w:rFonts w:ascii="宋体" w:hAnsi="宋体" w:eastAsia="宋体"/>
          <w:sz w:val="24"/>
        </w:rPr>
        <w:t>预测的最终目的是指导决策。一个躺在表格里的预测数字毫无价值，只有转化为具体的运营行动才有意义。</w:t>
      </w:r>
    </w:p>
    <w:p>
      <w:r>
        <w:rPr>
          <w:rFonts w:ascii="宋体" w:hAnsi="宋体" w:eastAsia="宋体"/>
          <w:sz w:val="24"/>
        </w:rPr>
        <w:t>预测结果的可视化：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入住率日历：用颜色标注未来 3 个月的每日预测入住率（绿色 = &lt; 50%，黄色 = 50-80%，红色 = &gt; 80%）。一眼就能看出"哪些日子需要促销（绿色），哪些日子可以提价（红色）"。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需求 vs 容量对比图：将预测需求（预测入住率 × 总房间数）与实际容量（总房间数）绘制在同一张图上。当预测需求接近或超过容量时，触发提价或限售策略；当预测需求远低于容量时，触发促销或渠道拓展策略。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客源趋势图：用堆叠面积图展示不同客源地的月度贡献占比变化，直观地看到"哪个市场的客人在增长、哪个在萎缩"。</w:t>
      </w:r>
    </w:p>
    <w:p>
      <w:r>
        <w:rPr>
          <w:rFonts w:ascii="宋体" w:hAnsi="宋体" w:eastAsia="宋体"/>
          <w:sz w:val="24"/>
        </w:rPr>
        <w:t>从预测到决策的转化流程：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5.4 数据驱动决策的实践框架</w:t>
      </w:r>
    </w:p>
    <w:p>
      <w:pPr>
        <w:pStyle w:val="Heading3"/>
      </w:pPr>
      <w:r>
        <w:t>5.4.1 定价策略优化</w:t>
      </w:r>
    </w:p>
    <w:p>
      <w:r>
        <w:rPr>
          <w:rFonts w:ascii="宋体" w:hAnsi="宋体" w:eastAsia="宋体"/>
          <w:sz w:val="24"/>
        </w:rPr>
        <w:t>定价是文旅 OPC 最频繁、最重要、也最容易"拍脑袋"的决策。数据驱动的定价优化不是追求"最高价格"，而是追求"在正确的时机以正确的价格卖给正确的人"。</w:t>
      </w:r>
    </w:p>
    <w:p>
      <w:r>
        <w:rPr>
          <w:rFonts w:ascii="宋体" w:hAnsi="宋体" w:eastAsia="宋体"/>
          <w:sz w:val="24"/>
        </w:rPr>
        <w:t>数据驱动的定价决策流程：</w:t>
      </w:r>
    </w:p>
    <w:p>
      <w:r>
        <w:rPr>
          <w:rFonts w:ascii="宋体" w:hAnsi="宋体" w:eastAsia="宋体"/>
          <w:sz w:val="24"/>
        </w:rPr>
        <w:t>1. 确定基准价格：基于成本（确保不亏本）+ 竞品对标（确保有竞争力）+ 自身定位（确保与品质匹配）。基准价格是"常规日"的价格，不需要经常变动。</w:t>
      </w:r>
    </w:p>
    <w:p>
      <w:r>
        <w:rPr>
          <w:rFonts w:ascii="宋体" w:hAnsi="宋体" w:eastAsia="宋体"/>
          <w:sz w:val="24"/>
        </w:rPr>
        <w:t>2. 制定调价规则：基于需求预测和库存情况，设定自动或半自动的调价规则。例如：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提前 30 天预订率 &lt; 20% → 推出早鸟折扣 15%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提前 7 天预订率 &gt; 80% → 上浮价格 20%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未来 3 天预订率 &lt; 30% → 推出最后一刻特价 25%</w:t>
      </w:r>
    </w:p>
    <w:p>
      <w:r>
        <w:rPr>
          <w:rFonts w:ascii="宋体" w:hAnsi="宋体" w:eastAsia="宋体"/>
          <w:sz w:val="24"/>
        </w:rPr>
        <w:t>3. 监控调价效果：每次调价后，记录调价对预订量、收入和客群结构的影响。如果提价 20% 后预订量下降了 40%，总收入反而下降了——这个提价就是失败的。</w:t>
      </w:r>
    </w:p>
    <w:p>
      <w:r>
        <w:rPr>
          <w:rFonts w:ascii="宋体" w:hAnsi="宋体" w:eastAsia="宋体"/>
          <w:sz w:val="24"/>
        </w:rPr>
        <w:t>4. 持续优化规则：根据调价效果的复盘，不断修正调价规则。不同季节、不同房型、不同渠道的最佳定价策略可能完全不同。</w:t>
      </w:r>
    </w:p>
    <w:p>
      <w:pPr>
        <w:pStyle w:val="Heading3"/>
      </w:pPr>
      <w:r>
        <w:t>5.4.2 库存与资源配置</w:t>
      </w:r>
    </w:p>
    <w:p>
      <w:r>
        <w:rPr>
          <w:rFonts w:ascii="宋体" w:hAnsi="宋体" w:eastAsia="宋体"/>
          <w:sz w:val="24"/>
        </w:rPr>
        <w:t>对于文旅 OPC，"库存"不一定是实物库存，更多是"服务容量"——民宿的房间数、导游的接待能力、私厨的每日桌数。库存管理的核心矛盾是：库存太多 → 空置成本，库存太少 → 错失收入。</w:t>
      </w:r>
    </w:p>
    <w:p>
      <w:r>
        <w:rPr>
          <w:rFonts w:ascii="宋体" w:hAnsi="宋体" w:eastAsia="宋体"/>
          <w:sz w:val="24"/>
        </w:rPr>
        <w:t>数据驱动的库存管理方法：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需求预测驱动的备货：根据需求预测决定备货量和备货时间。例如，预测下周有暴雨 → 提前多备一些室内娱乐用品（桌游、投影仪影片）；预测下周高温 → 提前多备饮水和防晒用品。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动态容量调整：对于有弹性的服务容量（如私厨可以在旺季多加 1-2 桌、民宿可以在旺季请临时工多打扫 2 间房），根据需求预测动态调整容量。调整的决策依据是"边际成本 vs 边际收入"——雇一个临时工的成本是 200 元/天，但他能帮你多接 2 间房的预订，带来 600 元的收入，那就值得雇。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超额预订策略（谨慎使用）：酒店行业的超额预订（Overbooking）是基于历史取消率，多接一些预订以对冲取消损失。对于 OPC 而言，不建议做激进的超额预订（一旦客人来了没房，差评和投诉的代价远大于一间房的收入），但可以做"候补名单"——满了之后继续接受候补，有人取消就按顺序通知。</w:t>
      </w:r>
    </w:p>
    <w:p>
      <w:pPr>
        <w:pStyle w:val="Heading3"/>
      </w:pPr>
      <w:r>
        <w:t>5.4.3 产品迭代方向选择</w:t>
      </w:r>
    </w:p>
    <w:p>
      <w:r>
        <w:rPr>
          <w:rFonts w:ascii="宋体" w:hAnsi="宋体" w:eastAsia="宋体"/>
          <w:sz w:val="24"/>
        </w:rPr>
        <w:t>数据不仅能告诉你"现在卖得怎么样"，还能告诉你"下一步该做什么"。</w:t>
      </w:r>
    </w:p>
    <w:p>
      <w:r>
        <w:rPr>
          <w:rFonts w:ascii="宋体" w:hAnsi="宋体" w:eastAsia="宋体"/>
          <w:sz w:val="24"/>
        </w:rPr>
        <w:t>数据驱动的产品迭代方法：</w:t>
      </w:r>
    </w:p>
    <w:p>
      <w:r>
        <w:rPr>
          <w:rFonts w:ascii="宋体" w:hAnsi="宋体" w:eastAsia="宋体"/>
          <w:sz w:val="24"/>
        </w:rPr>
        <w:t>1. 从评价中找痛点：统计评价中的高频负面关键词，按提及频率排序。提及频率最高的问题 → 优先级最高。如果 30% 的差评提到"隔音差"，那么产品迭代的第一优先级就是解决隔音问题。</w:t>
      </w:r>
    </w:p>
    <w:p>
      <w:r>
        <w:rPr>
          <w:rFonts w:ascii="宋体" w:hAnsi="宋体" w:eastAsia="宋体"/>
          <w:sz w:val="24"/>
        </w:rPr>
        <w:t>2. 从咨询中找需求：统计客户咨询中 AI 客服无法自动回答、需要转人工的问题。这些问题往往反映了客户有需求、但现有产品和服务没有覆盖的领域。"附近有适合小孩玩的地方吗？"→ 可以考虑增加亲子设施或亲子攻略。"可以带宠物吗？"→ 可以考虑开设宠物友好房型。</w:t>
      </w:r>
    </w:p>
    <w:p>
      <w:r>
        <w:rPr>
          <w:rFonts w:ascii="宋体" w:hAnsi="宋体" w:eastAsia="宋体"/>
          <w:sz w:val="24"/>
        </w:rPr>
        <w:t>3. 从竞品中找空白：分析竞品的产品矩阵，找到"竞品没有做、但客人有需求"的空白领域。如果周边的民宿都在做"山景房"，但没有人在做"星空观测体验"——这可能是一个蓝海机会。</w:t>
      </w:r>
    </w:p>
    <w:p>
      <w:r>
        <w:rPr>
          <w:rFonts w:ascii="宋体" w:hAnsi="宋体" w:eastAsia="宋体"/>
          <w:sz w:val="24"/>
        </w:rPr>
        <w:t>4. 从趋势中找方向：监测行业报告、社交媒体趋势和消费者调研，识别正在上升的新需求。2023-2024 年，文旅行业出现了几个明显的上升趋势——"寺庙游""Citywalk""数字游民旅居""银发研学"——OPC 可以评估这些趋势是否适合自己的业务场景。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本章小结</w:t>
      </w:r>
    </w:p>
    <w:p>
      <w:r>
        <w:rPr>
          <w:rFonts w:ascii="宋体" w:hAnsi="宋体" w:eastAsia="宋体"/>
          <w:sz w:val="24"/>
        </w:rPr>
        <w:t>本章从数据来源、游客洞察、需求预测到决策转化，构建了文旅 OPC 数据驱动运营的完整方法论。</w:t>
      </w:r>
    </w:p>
    <w:p>
      <w:r>
        <w:rPr>
          <w:rFonts w:ascii="宋体" w:hAnsi="宋体" w:eastAsia="宋体"/>
          <w:sz w:val="24"/>
        </w:rPr>
        <w:t>数据来源：OPC 可用的数据远超大多数运营者的认知——内部数据（订单、评价、客户档案）是最容易获取但利用最不充分的资产；外部数据（OTA 竞品数据、社交媒体热度、政府统计数据）提供市场基准和趋势判断；时空数据（客流热力、交通可达、气象）直接影响日常运营决策；竞争数据帮助明确差异化方向。</w:t>
      </w:r>
    </w:p>
    <w:p>
      <w:r>
        <w:rPr>
          <w:rFonts w:ascii="宋体" w:hAnsi="宋体" w:eastAsia="宋体"/>
          <w:sz w:val="24"/>
        </w:rPr>
        <w:t>游客洞察：从人口统计学特征（"谁在买"）到行为轨迹（"怎么买、怎么用"）到情感分析（"满意还是不满"）到 AI 分群（"不同的人需要不同的服务"）——游客画像的构建是一个从浅到深、从粗到精的过程。</w:t>
      </w:r>
    </w:p>
    <w:p>
      <w:r>
        <w:rPr>
          <w:rFonts w:ascii="宋体" w:hAnsi="宋体" w:eastAsia="宋体"/>
          <w:sz w:val="24"/>
        </w:rPr>
        <w:t>需求预测：时间序列分析抓住"模式内的规律"，舆情信号捕捉"模式外的变化"，AI 预测模型让没有统计学背景的运营者也能做预测。预测的精度不如行动的速度重要——一个 70% 准确的预测 + 及时的行动，比一个 95% 准确的预测 + 过期的行动更有价值。</w:t>
      </w:r>
    </w:p>
    <w:p>
      <w:r>
        <w:rPr>
          <w:rFonts w:ascii="宋体" w:hAnsi="宋体" w:eastAsia="宋体"/>
          <w:sz w:val="24"/>
        </w:rPr>
        <w:t>决策转化：数据本身没有价值，转化为决策才有价值。定价优化、库存管理、产品迭代——数据在每一个运营决策中都应该扮演"参谋"的角色，而不是"摆设"。</w:t>
      </w:r>
    </w:p>
    <w:p>
      <w:r>
        <w:rPr>
          <w:rFonts w:ascii="宋体" w:hAnsi="宋体" w:eastAsia="宋体"/>
          <w:sz w:val="24"/>
        </w:rPr>
        <w:t>从第 6 章开始，将进入第二篇的最后一个章节——智能内容生产与自动化运营，展示如何将数据洞察转化为高质量的内容和高效的运营流程。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思考题</w:t>
      </w:r>
    </w:p>
    <w:p>
      <w:r>
        <w:rPr>
          <w:rFonts w:ascii="宋体" w:hAnsi="宋体" w:eastAsia="宋体"/>
          <w:sz w:val="24"/>
        </w:rPr>
        <w:t>1. 数据审计：选择你熟悉的一家文旅 OPC（可以是第 1 章案例中的民宿、导游工作室等），列出其当前可以获取的所有数据（内部 + 外部 + 时空 + 竞争），评估每种数据的利用程度（充分/部分/未利用），并提出数据利用的优化建议。</w:t>
      </w:r>
    </w:p>
    <w:p>
      <w:r>
        <w:rPr>
          <w:rFonts w:ascii="宋体" w:hAnsi="宋体" w:eastAsia="宋体"/>
          <w:sz w:val="24"/>
        </w:rPr>
        <w:t>2. 游客画像实操：假设你拿到了某安顺民宿 OPC 过去 6 个月的 200 条订单数据（含预订时间、来源地、房型、消费金额、评价内容）。请设计一个分析方案：从这些数据中你能提取哪些游客画像信息？你打算如何利用这些信息指导运营？</w:t>
      </w:r>
    </w:p>
    <w:p>
      <w:r>
        <w:rPr>
          <w:rFonts w:ascii="宋体" w:hAnsi="宋体" w:eastAsia="宋体"/>
          <w:sz w:val="24"/>
        </w:rPr>
        <w:t>3. 需求预测练习：某黄果树周边民宿的过去 12 个月月均入住率为：1 月 28%、2 月 45%、3 月 55%、4 月 60%、5 月 65%、6 月 72%、7 月 88%、8 月 92%、9 月 70%、10 月 85%、11 月 50%、12 月 35%。请：(a) 计算季节指数；(b) 预测明年 3 月和 8 月的入住率（假设明年全年月均入住率预计为 65%）；(c) 分析可能影响预测准确性的因素。</w:t>
      </w:r>
    </w:p>
    <w:p>
      <w:r>
        <w:rPr>
          <w:rFonts w:ascii="宋体" w:hAnsi="宋体" w:eastAsia="宋体"/>
          <w:sz w:val="24"/>
        </w:rPr>
        <w:t>4. 定价方案设计：基于第 3 题的季节性分析，为该民宿设计一套简化的动态定价规则（包含基准价、旺季上浮规则、淡季折扣规则、提前预订优惠规则）。请说明每条规则的制定依据。</w:t>
      </w:r>
    </w:p>
    <w:p>
      <w:r>
        <w:rPr>
          <w:rFonts w:ascii="宋体" w:hAnsi="宋体" w:eastAsia="宋体"/>
          <w:sz w:val="24"/>
        </w:rPr>
        <w:t>5. 批判思考：本章强调了"数据驱动决策"的重要性。但文旅 OPC 的运营者通常面临"数据不足"（样本量小）和"数据噪音"（个别极端值影响判断）的问题。请讨论：在小样本数据场景下，如何平衡"数据驱动"和"经验判断"？在什么情况下应该相信数据？在什么情况下应该相信直觉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参考文献</w:t>
      </w:r>
    </w:p>
    <w:p>
      <w:r>
        <w:rPr>
          <w:rFonts w:ascii="宋体" w:hAnsi="宋体" w:eastAsia="宋体"/>
          <w:sz w:val="24"/>
        </w:rPr>
        <w:t>[1] 中国旅游研究院（文化和旅游部数据中心）. 2024 年中国旅游经济运行分析与预测[R]. 2024.</w:t>
      </w:r>
    </w:p>
    <w:p>
      <w:r>
        <w:rPr>
          <w:rFonts w:ascii="宋体" w:hAnsi="宋体" w:eastAsia="宋体"/>
          <w:sz w:val="24"/>
        </w:rPr>
        <w:t>[2] 携程集团. 携程 2024 年旅游大数据报告[R]. 2024.</w:t>
      </w:r>
    </w:p>
    <w:p>
      <w:r>
        <w:rPr>
          <w:rFonts w:ascii="宋体" w:hAnsi="宋体" w:eastAsia="宋体"/>
          <w:sz w:val="24"/>
        </w:rPr>
        <w:t>[3] 美团研究院. 2024 年中国住宿业数字化发展报告[R]. 2024.</w:t>
      </w:r>
    </w:p>
    <w:p>
      <w:r>
        <w:rPr>
          <w:rFonts w:ascii="宋体" w:hAnsi="宋体" w:eastAsia="宋体"/>
          <w:sz w:val="24"/>
        </w:rPr>
        <w:t>[4] 小红书. 2024 年小红书文旅行业趋势报告[R]. 2024.</w:t>
      </w:r>
    </w:p>
    <w:p>
      <w:r>
        <w:rPr>
          <w:rFonts w:ascii="宋体" w:hAnsi="宋体" w:eastAsia="宋体"/>
          <w:sz w:val="24"/>
        </w:rPr>
        <w:t>[5] 中华人民共和国个人信息保护法[S]. 2021.</w:t>
      </w:r>
    </w:p>
    <w:p>
      <w:r>
        <w:rPr>
          <w:rFonts w:ascii="宋体" w:hAnsi="宋体" w:eastAsia="宋体"/>
          <w:sz w:val="24"/>
        </w:rPr>
        <w:t>[6] 中华人民共和国数据安全法[S]. 2021.</w:t>
      </w:r>
    </w:p>
    <w:p>
      <w:r>
        <w:rPr>
          <w:rFonts w:ascii="宋体" w:hAnsi="宋体" w:eastAsia="宋体"/>
          <w:sz w:val="24"/>
        </w:rPr>
        <w:t>[7] Provost, F., &amp; Fawcett, T. Data Science for Business: What You Need to Know about Data Mining and Data-Analytic Thinking[M]. O'Reilly Media, 2013.</w:t>
      </w:r>
    </w:p>
    <w:p>
      <w:r>
        <w:rPr>
          <w:rFonts w:ascii="宋体" w:hAnsi="宋体" w:eastAsia="宋体"/>
          <w:sz w:val="24"/>
        </w:rPr>
        <w:t>[8] 吴喜之. 统计学：从数据到结论（第四版）[M]. 北京: 高等教育出版社, 2018.</w:t>
      </w:r>
    </w:p>
    <w:p>
      <w:r>
        <w:rPr>
          <w:rFonts w:ascii="宋体" w:hAnsi="宋体" w:eastAsia="宋体"/>
          <w:sz w:val="24"/>
        </w:rPr>
        <w:t>[9] 高德地图. 高德地图 2024 年中国主要景区交通与客流报告[R]. 2024.</w:t>
      </w:r>
    </w:p>
    <w:p>
      <w:r>
        <w:rPr>
          <w:rFonts w:ascii="宋体" w:hAnsi="宋体" w:eastAsia="宋体"/>
          <w:sz w:val="24"/>
        </w:rPr>
        <w:t>[10] 中国气象局. 2024 年中国气候公报[R]. 2024.</w:t>
      </w:r>
    </w:p>
    <w:p>
      <w:pPr>
        <w:pStyle w:val="Heading2"/>
      </w:pPr>
      <w:r>
        <w:t>学习目标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知识目标：掌握 AI 内容生产的四类核心能力（文本、图像、视频、音频）的技术原理和能力边界；理解自动化运营的技术架构和文旅 OPC 场景中的关键自动化链路（预订-核销-结算、客户沟通、经营报告）。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能力目标：能独立使用 AI 工具完成文旅营销内容的完整生产流程（从需求分析到多平台分发）；能搭建 OPC 的最小可行自动化运营流程（至少覆盖预订确认和客户咨询自动回复）。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素养目标：坚守内容真实性底线——AI 生成的内容必须经过人工审核，涉及安全信息必须人工核实；抵制虚假宣传和"滤镜欺诈"；在文化自信的框架下，用 AI 传播真实、有深度的在地文化内容。</w:t>
      </w:r>
    </w:p>
    <w:p>
      <w:pPr>
        <w:pStyle w:val="Heading2"/>
      </w:pPr>
      <w:r>
        <w:t>导入案例</w:t>
      </w:r>
    </w:p>
    <w:p>
      <w:r>
        <w:rPr>
          <w:rFonts w:ascii="宋体" w:hAnsi="宋体" w:eastAsia="宋体"/>
          <w:sz w:val="24"/>
        </w:rPr>
        <w:t>一个人的内容工厂</w:t>
      </w:r>
    </w:p>
    <w:p>
      <w:r>
        <w:rPr>
          <w:rFonts w:ascii="宋体" w:hAnsi="宋体" w:eastAsia="宋体"/>
          <w:sz w:val="24"/>
        </w:rPr>
        <w:t>陈芳（化名）在荔波小七孔景区周边经营一家 6 间房的民宿。2023 年初，她给自己定了一个目标：每天在小红书发 1 条笔记，在抖音发 1 条短视频，在微信朋友圈发 1 条客户故事。三个月后，她发现这个目标根本不可能完成——旺季时每天从早忙到晚，连拿起手机的时间都没有；淡季时虽然有时间，但一个人要同时做选题、写文案、拍视频、剪视频、做图片、回复评论，一天连一条内容都做不完。</w:t>
      </w:r>
    </w:p>
    <w:p>
      <w:r>
        <w:rPr>
          <w:rFonts w:ascii="宋体" w:hAnsi="宋体" w:eastAsia="宋体"/>
          <w:sz w:val="24"/>
        </w:rPr>
        <w:t>2024 年，她改变策略——不再"自己做内容"，而是"设计内容生产流水线"：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选题环节：每周末花 30 分钟，用 AI 工具分析本周客人的高频问题和兴趣点，自动生成下周的 7 个选题。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文案环节：确定选题后，用 AI 生成 3 个版本的小红书文案和 3 个版本的抖音脚本，她花 10 分钟选择最优版本并微调。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图片环节：手机拍摄的房源和周边照片，用 AI 工具一键调色、去杂物、加水印，批量生成 9 宫格配图。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视频环节：手机拍摄 3-5 分钟的原始素材，导入剪映 AI，自动剪辑成 30 秒短视频，AI 配音 + AI 字幕 + AI 配乐。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发布环节：设置定时发布，一周的内容一次排期。</w:t>
      </w:r>
    </w:p>
    <w:p>
      <w:r>
        <w:rPr>
          <w:rFonts w:ascii="宋体" w:hAnsi="宋体" w:eastAsia="宋体"/>
          <w:sz w:val="24"/>
        </w:rPr>
        <w:t>结果：日更变成了可能，平均每天花在内容生产上的时间从 3 小时降到了 45 分钟。更重要的是，内容的稳定更新带来了流量的稳定增长——小红书的月曝光量从 2000 增长到 5 万+，抖音月播放量从 500 增长到 3 万+。2024 年，她的客人中 58% 来自这两个平台的免费自然流量。</w:t>
      </w:r>
    </w:p>
    <w:p>
      <w:r>
        <w:rPr>
          <w:rFonts w:ascii="宋体" w:hAnsi="宋体" w:eastAsia="宋体"/>
          <w:sz w:val="24"/>
        </w:rPr>
        <w:t>思考：陈芳的内容是"AI 生产的"还是"她生产的"？她的个人风格和在地知识在 AI 生产的内容中保留了多少？如果所有民宿主都用同样的 AI 工具生产内容，内容会不会高度同质化？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6.1 AI 内容生产的核心能力</w:t>
      </w:r>
    </w:p>
    <w:p>
      <w:pPr>
        <w:pStyle w:val="Heading3"/>
      </w:pPr>
      <w:r>
        <w:t>6.1.1 文本生成：攻略、解说词、营销文案、多语言翻译</w:t>
      </w:r>
    </w:p>
    <w:p>
      <w:r>
        <w:rPr>
          <w:rFonts w:ascii="宋体" w:hAnsi="宋体" w:eastAsia="宋体"/>
          <w:sz w:val="24"/>
        </w:rPr>
        <w:t>文本生成是 AI 内容生产中最成熟、最通用、对文旅 OPC 价值最大的能力模块。</w:t>
      </w:r>
    </w:p>
    <w:p>
      <w:r>
        <w:rPr>
          <w:rFonts w:ascii="宋体" w:hAnsi="宋体" w:eastAsia="宋体"/>
          <w:sz w:val="24"/>
        </w:rPr>
        <w:t>攻略类文本：旅游攻略是文旅内容中最常见的文本类型。AI 可以生成目的地攻略、行程规划、交通指南、美食推荐、住宿建议等。攻略类文本的 AI 生产要点：(1) 输入准确的目的地信息（AI 的知识截止日期可能不包含最新的交通、价格、开放时间）；(2) 注入个人经验（AI 不知道"下午 4 点去黄果树人最少"这种经验性知识）；(3) 明确读者画像（给亲子家庭看的攻略和给背包客看的攻略写法完全不同）。</w:t>
      </w:r>
    </w:p>
    <w:p>
      <w:r>
        <w:rPr>
          <w:rFonts w:ascii="宋体" w:hAnsi="宋体" w:eastAsia="宋体"/>
          <w:sz w:val="24"/>
        </w:rPr>
        <w:t>解说词类文本：对于导游 OPC，AI 可以批量生成不同风格、不同深度、不同语言的景点解说词。例如，同样介绍屯堡地戏，AI 可以生成"5 分钟精简版""30 分钟深度版""儿童趣味版""学术研究版""英文版""日文版"。解说词类文本的 AI 生产要点：(1) 确保文化准确性（AI 可能混淆苗族和布依族的服饰特征、搞错屯堡的历史年代）；(2) 注入故事性（AI 擅长陈述事实，不擅长讲引人入胜的故事，需要人注入叙事结构）。</w:t>
      </w:r>
    </w:p>
    <w:p>
      <w:r>
        <w:rPr>
          <w:rFonts w:ascii="宋体" w:hAnsi="宋体" w:eastAsia="宋体"/>
          <w:sz w:val="24"/>
        </w:rPr>
        <w:t>营销文案类文本：这是 AI 文本生成中使用频率最高的场景。AI 可以生成 OTA 房源描述、社交媒体帖子、广告文案、促销活动文案、邮件营销文案等。营销文案的 AI 生产要点：(1) 提供"品牌声音"参考（把你满意的旧文案喂给 AI 作为风格参考）；(2) 批量生成 A/B 测试版本（同一个产品，AI 生成"感性版""理性版""幽默版""温情版"，实际投放测试哪个转化率最高）；(3) 严格遵守《广告法》——AI 可能会生成"最好""第一""唯一"等极限词，运营者必须审核并删除。</w:t>
      </w:r>
    </w:p>
    <w:p>
      <w:r>
        <w:rPr>
          <w:rFonts w:ascii="宋体" w:hAnsi="宋体" w:eastAsia="宋体"/>
          <w:sz w:val="24"/>
        </w:rPr>
        <w:t>多语言翻译：AI 翻译（特别是 LLM 驱动的翻译）在旅游场景中的表现已经接近专业人工翻译，尤其适合攻略、介绍、菜单、指引等实用文本。AI 翻译的优势是成本极低（免费或极低费用）、速度极快（秒级）、支持语言多（50+ 种）。局限是文化负载词（如"鸡辣子""酸汤鱼"）和俚语表达可能翻译不准确，需要人工校对。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6-1：AI 文本生成的"1+3"质量控制法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**1 次人工审核**：所有 AI 生成的文本，在发布前至少经过 1 次人工通读审核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**3 个必查项**：(1) **事实必查**——时间、价格、地址、联系方式等涉及客人实际行为的信息，必须人工核实；(2) **文化必查**——涉及民族文化、宗教、历史的内容，必须由了解该文化的人审核；(3) **法律必查**——广告用语是否符合《广告法》，是否存在虚假宣传或违规承诺</w:t>
      </w:r>
    </w:p>
    <w:p>
      <w:pPr>
        <w:pStyle w:val="Heading3"/>
      </w:pPr>
      <w:r>
        <w:t>6.1.2 图像生成：宣传海报、线路示意图、氛围图</w:t>
      </w:r>
    </w:p>
    <w:p>
      <w:r>
        <w:rPr>
          <w:rFonts w:ascii="宋体" w:hAnsi="宋体" w:eastAsia="宋体"/>
          <w:sz w:val="24"/>
        </w:rPr>
        <w:t>AI 图像生成在文旅 OPC 中的定位应该是"营销素材的增强和补充"，而非"产品实拍的替代"。</w:t>
      </w:r>
    </w:p>
    <w:p>
      <w:r>
        <w:rPr>
          <w:rFonts w:ascii="宋体" w:hAnsi="宋体" w:eastAsia="宋体"/>
          <w:sz w:val="24"/>
        </w:rPr>
        <w:t>宣传海报：AI 图像生成工具可以快速产出各类营销海报——促销活动海报、节日主题海报、新产线预热海报。操作流程：用 LLM 生成海报文案 → 用 AI 图像工具生成底图（指定风格、色调、元素）→ 用 Canva/稿定设计添加文字排版。一张海报的完整生产时间约 15-20 分钟，成本几乎为零。对比传统方式（请设计师做，500-2000 元/张），AI 的效率提升是数量级的。</w:t>
      </w:r>
    </w:p>
    <w:p>
      <w:r>
        <w:rPr>
          <w:rFonts w:ascii="宋体" w:hAnsi="宋体" w:eastAsia="宋体"/>
          <w:sz w:val="24"/>
        </w:rPr>
        <w:t>线路示意图：对于提供旅游线路服务的 OPC（导游、地接社），AI 可以生成简洁直观的线路示意图——标注起点、终点、途经点、时间、距离。操作流程：用文字描述线路（"从黄果树景区门口出发，途经天星桥、陡坡塘，终点回到门口，全程约 6 公里，步行 4 小时"）→ AI 生成示意图。注意：AI 生成的线路示意图是"示意图"而非"地图"——它不保证地理精度，不能替代专业导航。</w:t>
      </w:r>
    </w:p>
    <w:p>
      <w:r>
        <w:rPr>
          <w:rFonts w:ascii="宋体" w:hAnsi="宋体" w:eastAsia="宋体"/>
          <w:sz w:val="24"/>
        </w:rPr>
        <w:t>氛围图：AI 擅长生成"氛围感"图像——日落时分的山景、雨中的古镇石板路、晨雾中的茶园。这类图像用于社交媒体封面、文章配图、品牌视觉，传达的是"感觉"而非"信息"。氛围图的 AI 生产几乎没有争议——没有人会因为民宿的宣传封面图是 AI 生成的而感到被欺骗。但必须标注"此图片为 AI 生成"或"示意图"，不能暗示这是实拍照片。</w:t>
      </w:r>
    </w:p>
    <w:p>
      <w:r>
        <w:rPr>
          <w:rFonts w:ascii="宋体" w:hAnsi="宋体" w:eastAsia="宋体"/>
          <w:sz w:val="24"/>
        </w:rPr>
        <w:t>AI 图像使用的红线：(1) 不得用 AI 生成图冒充实拍房源照片（违反《广告法》和平台规则）；(2) 不得用 AI 生成图伪造不存在的景观（如把民宿窗外 P 成海景而实际窗外是马路）；(3) 涉及民族文化元素时（苗绣、蜡染图案），AI 可能生成不准确或不尊重的图像，必须人工审核。</w:t>
      </w:r>
    </w:p>
    <w:p>
      <w:pPr>
        <w:pStyle w:val="Heading3"/>
      </w:pPr>
      <w:r>
        <w:t>6.1.3 短视频生成：AI 脚本 + AI 配音 + AI 剪辑</w:t>
      </w:r>
    </w:p>
    <w:p>
      <w:r>
        <w:rPr>
          <w:rFonts w:ascii="宋体" w:hAnsi="宋体" w:eastAsia="宋体"/>
          <w:sz w:val="24"/>
        </w:rPr>
        <w:t>短视频是当前文旅获客效率最高的内容形式。AI 在短视频生产中的角色不是"替代拍摄"，而是"压缩后期制作时间"。</w:t>
      </w:r>
    </w:p>
    <w:p>
      <w:r>
        <w:rPr>
          <w:rFonts w:ascii="宋体" w:hAnsi="宋体" w:eastAsia="宋体"/>
          <w:sz w:val="24"/>
        </w:rPr>
        <w:t>AI 短视频生产全流程：</w:t>
      </w:r>
    </w:p>
    <w:p>
      <w:r>
        <w:rPr>
          <w:rFonts w:ascii="宋体" w:hAnsi="宋体" w:eastAsia="宋体"/>
          <w:sz w:val="24"/>
        </w:rPr>
        <w:t>1. AI 脚本生成（5 分钟）：用 LLM 根据选题生成短视频脚本——包含分镜描述、台词、时长、镜头建议。提示词示例："你是一个旅游短视频导演。请为'安顺旧州古镇一日游'这个主题生成一个 30 秒短视频脚本。要求：(1) 开头 3 秒抓住注意力；(2) 包含 5-7 个分镜；(3) 台词简洁有力，适合配音；(4) 结尾引导点赞和关注。"</w:t>
      </w:r>
    </w:p>
    <w:p>
      <w:r>
        <w:rPr>
          <w:rFonts w:ascii="宋体" w:hAnsi="宋体" w:eastAsia="宋体"/>
          <w:sz w:val="24"/>
        </w:rPr>
        <w:t>2. 素材拍摄（20-30 分钟）：根据脚本，用手机拍摄原始素材。拍摄技巧：每个分镜多拍 2-3 条备用，横屏竖屏都拍（方便多平台分发），重点场景拍大景 + 特写。</w:t>
      </w:r>
    </w:p>
    <w:p>
      <w:r>
        <w:rPr>
          <w:rFonts w:ascii="宋体" w:hAnsi="宋体" w:eastAsia="宋体"/>
          <w:sz w:val="24"/>
        </w:rPr>
        <w:t>3. AI 剪辑（10 分钟）：将素材导入剪映/度加剪辑，使用 AI 功能：智能选片段（AI 自动选出最清晰、构图最好的片段）、自动配音（选择合适的 AI 声音朗读脚本）、自动字幕（语音识别 + 样式美化）、AI 配乐（根据视频情绪自动匹配背景音乐）、智能转场和特效。</w:t>
      </w:r>
    </w:p>
    <w:p>
      <w:r>
        <w:rPr>
          <w:rFonts w:ascii="宋体" w:hAnsi="宋体" w:eastAsia="宋体"/>
          <w:sz w:val="24"/>
        </w:rPr>
        <w:t>4. 人工审核和微调（5 分钟）：检查 AI 剪辑的效果，调整不满意的片段、字幕和配乐。</w:t>
      </w:r>
    </w:p>
    <w:p>
      <w:r>
        <w:rPr>
          <w:rFonts w:ascii="宋体" w:hAnsi="宋体" w:eastAsia="宋体"/>
          <w:sz w:val="24"/>
        </w:rPr>
        <w:t>5. 发布（2 分钟）：添加标题、标签、话题，设置定时发布或直接发布。</w:t>
      </w:r>
    </w:p>
    <w:p>
      <w:r>
        <w:rPr>
          <w:rFonts w:ascii="宋体" w:hAnsi="宋体" w:eastAsia="宋体"/>
          <w:sz w:val="24"/>
        </w:rPr>
        <w:t>总耗时：约 45-60 分钟/条（不含拍摄前的选题策划时间），对比传统纯人工制作（3-5 小时/条），效率提升 3-5 倍。</w:t>
      </w:r>
    </w:p>
    <w:p>
      <w:r>
        <w:rPr>
          <w:rFonts w:ascii="宋体" w:hAnsi="宋体" w:eastAsia="宋体"/>
          <w:sz w:val="24"/>
        </w:rPr>
        <w:t>纯 AI 生成视频：如果完全没有拍摄素材（如推广尚未开业的新产品、展示历史场景还原），可以使用纯 AI 生成视频（Runway、可灵 AI 等工具）。但纯 AI 视频必须明确标注"AI 生成"，避免误导。</w:t>
      </w:r>
    </w:p>
    <w:p>
      <w:pPr>
        <w:pStyle w:val="Heading3"/>
      </w:pPr>
      <w:r>
        <w:t>6.1.4 音频生成：语音导览、播客内容、背景音乐</w:t>
      </w:r>
    </w:p>
    <w:p>
      <w:r>
        <w:rPr>
          <w:rFonts w:ascii="宋体" w:hAnsi="宋体" w:eastAsia="宋体"/>
          <w:sz w:val="24"/>
        </w:rPr>
        <w:t>音频是文旅内容中开发程度最低但潜力巨大的形式。游客在旅行途中（开车、步行、排队）有大量"耳朵空闲"的时间，音频内容可以填充这些时间。</w:t>
      </w:r>
    </w:p>
    <w:p>
      <w:r>
        <w:rPr>
          <w:rFonts w:ascii="宋体" w:hAnsi="宋体" w:eastAsia="宋体"/>
          <w:sz w:val="24"/>
        </w:rPr>
        <w:t>语音导览：AI 语音合成（TTS）技术已经达到"以假乱真"的水平。导游 OPC 可以用 AI 提前录制个性化的语音导览——用自己的文案 + AI 语音合成，生成多语言、多版本的导览内容。游客扫码即可收听，不需要导游时刻陪同。语音导览的生产成本几乎为零，但可以显著提升服务覆盖面和客户体验。</w:t>
      </w:r>
    </w:p>
    <w:p>
      <w:r>
        <w:rPr>
          <w:rFonts w:ascii="宋体" w:hAnsi="宋体" w:eastAsia="宋体"/>
          <w:sz w:val="24"/>
        </w:rPr>
        <w:t>播客内容：AI 可以辅助生成播客内容——AI 撰写脚本 → AI 语音合成（或运营者自己录制，更具个人特色）→ AI 剪辑和配乐。文旅播客的主题可以包括：目的地深度故事、本地人私房攻略、文化历史科普、旅行者访谈。播客内容的长尾效应很强——一期好的播客可以在未来几个月甚至几年内持续带来流量。</w:t>
      </w:r>
    </w:p>
    <w:p>
      <w:r>
        <w:rPr>
          <w:rFonts w:ascii="宋体" w:hAnsi="宋体" w:eastAsia="宋体"/>
          <w:sz w:val="24"/>
        </w:rPr>
        <w:t>背景音乐：AI 音乐生成工具（Suno、Udio）可以根据需求生成特定风格、情绪和长度的背景音乐——短视频配乐、店内背景音乐、宣传片配乐。AI 生成的音乐不存在版权问题（需要确认工具的商用授权条款），对于预算有限的 OPC 来说是一个重要优势。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6.2 文旅内容的 AI 生产流程</w:t>
      </w:r>
    </w:p>
    <w:p>
      <w:pPr>
        <w:pStyle w:val="Heading3"/>
      </w:pPr>
      <w:r>
        <w:t>6.2.1 需求分析与内容策略制定</w:t>
      </w:r>
    </w:p>
    <w:p>
      <w:r>
        <w:rPr>
          <w:rFonts w:ascii="宋体" w:hAnsi="宋体" w:eastAsia="宋体"/>
          <w:sz w:val="24"/>
        </w:rPr>
        <w:t>内容生产的第一步不是"打开 AI 工具开始写"，而是"想清楚为什么写、写给谁看、要达到什么目的"。</w:t>
      </w:r>
    </w:p>
    <w:p>
      <w:r>
        <w:rPr>
          <w:rFonts w:ascii="宋体" w:hAnsi="宋体" w:eastAsia="宋体"/>
          <w:sz w:val="24"/>
        </w:rPr>
        <w:t>需求分析的三问：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Why（为什么做内容）：增加品牌曝光？提升预订转化？建立专业形象？维护客户关系？不同的目标对应不同的内容类型和评估指标。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Who（目标受众是谁）：亲子家庭？情侣？退休银发族？背包客？不同的受众偏好不同的内容风格、平台和话题。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What（核心信息是什么）：每条内容都应该有一个明确的"一句话核心信息"。如果写完一句话说不清这条内容想传达什么，说明内容缺乏焦点。</w:t>
      </w:r>
    </w:p>
    <w:p>
      <w:r>
        <w:rPr>
          <w:rFonts w:ascii="宋体" w:hAnsi="宋体" w:eastAsia="宋体"/>
          <w:sz w:val="24"/>
        </w:rPr>
        <w:t>内容策略的规划维度：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内容类型组合：攻略类（40%）+ 故事类（30%）+ 促销类（15%）+ 互动类（15%）。攻略类吸引新客，故事类建立情感连接，促销类推动转化，互动类增强粉丝粘性。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内容日历：每周确定 3-5 个选题，按日期排期。内容日历不需要太长远——提前 1-2 周即可，保持灵活性。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平台差异化：同一选题，在不同平台上呈现不同的形式和风格。例如，"黄果树一日游攻略"→ 小红书发图文笔记（攻略 + 精美图片）、抖音发短视频（快节奏 + 视觉冲击）、微信发长文（深度 + 个人化）。</w:t>
      </w:r>
    </w:p>
    <w:p>
      <w:pPr>
        <w:pStyle w:val="Heading3"/>
      </w:pPr>
      <w:r>
        <w:t>6.2.2 AI 初稿生成与人工优化</w:t>
      </w:r>
    </w:p>
    <w:p>
      <w:r>
        <w:rPr>
          <w:rFonts w:ascii="宋体" w:hAnsi="宋体" w:eastAsia="宋体"/>
          <w:sz w:val="24"/>
        </w:rPr>
        <w:t>这是 AI 内容生产中最关键的环节——"AI 做初稿，人做定稿"。</w:t>
      </w:r>
    </w:p>
    <w:p>
      <w:r>
        <w:rPr>
          <w:rFonts w:ascii="宋体" w:hAnsi="宋体" w:eastAsia="宋体"/>
          <w:sz w:val="24"/>
        </w:rPr>
        <w:t>AI 初稿生成的提示词框架（适用于各类内容）：</w:t>
      </w:r>
    </w:p>
    <w:p>
      <w:r>
        <w:rPr>
          <w:rFonts w:ascii="宋体" w:hAnsi="宋体" w:eastAsia="宋体"/>
          <w:sz w:val="24"/>
        </w:rPr>
        <w:t>人工优化的四个维度：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事实校正：AI 生成的内容中，时间、价格、地址、联系方式、历史年代、文化习俗等事实性信息，必须逐条人工核实。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风格注入：AI 生成的内容风格通常比较"平均"——流畅但平淡，正确但无趣。运营者需要注入个人风格——幽默感、地方口音、独特视角、真情实感。这是 AI 无法替代的"人味"。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在地知识补充：AI 的知识来源于公开语料，不了解"只有本地人知道"的信息——"旧州古镇那家没有招牌的剪粉店""黄果树水帘洞下午 3 点光线最好拍照""王记的鸡辣子比李记的更辣但更香"。这些在地知识是 OPC 内容的真正差异化来源。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合规审查：检查广告法合规性（极限词、虚假承诺）、平台规则合规性（诱导分享、导流外链）、版权合规性（使用的图片和音乐是否可商用）。</w:t>
      </w:r>
    </w:p>
    <w:p>
      <w:pPr>
        <w:pStyle w:val="Heading3"/>
      </w:pPr>
      <w:r>
        <w:t>6.2.3 多平台适配与分发策略</w:t>
      </w:r>
    </w:p>
    <w:p>
      <w:r>
        <w:rPr>
          <w:rFonts w:ascii="宋体" w:hAnsi="宋体" w:eastAsia="宋体"/>
          <w:sz w:val="24"/>
        </w:rPr>
        <w:t>同一内容在不同平台上的最佳呈现形式完全不同。AI 可以帮助实现"一次创作，多平台适配"。</w:t>
      </w:r>
    </w:p>
    <w:p>
      <w:r>
        <w:rPr>
          <w:rFonts w:ascii="宋体" w:hAnsi="宋体" w:eastAsia="宋体"/>
          <w:sz w:val="24"/>
        </w:rPr>
        <w:t>多平台适配的 AI 方法：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原文 → 小红书版本：AI 将长文压缩为 1000 字以内的笔记体，提炼 3-5 个要点，加入 Emoji 和话题标签，生成适合 9 宫格配图的分段文案。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原文 → 抖音版本：AI 将核心信息提炼为 30 秒内的口播脚本，口语化、快节奏、带钩子（开头 3 秒抓住注意力）。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原文 → 微信版本：AI 保持原文的深度和完整性，加入个人感悟和互动引导，适合朋友圈/公众号的深度阅读场景。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原文 → OTA 版本：AI 将内容转化为"功能性描述"风格——突出设施、位置、政策等关键信息，适合 OTA 平台的房源/产品详情页。</w:t>
      </w:r>
    </w:p>
    <w:p>
      <w:r>
        <w:rPr>
          <w:rFonts w:ascii="宋体" w:hAnsi="宋体" w:eastAsia="宋体"/>
          <w:sz w:val="24"/>
        </w:rPr>
        <w:t>分发策略的关键原则：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首发平台优先：选择 1-2 个"主战场"平台（根据目标客群确定），在这 1-2 个平台上做到日更或隔日更，其他平台做"同步分发"而非"主力运营"。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发布时间优化：根据平台用户的活跃时间设定发布时间。通用的参考：小红书 12:00-14:00 和 18:00-21:00，抖音 12:00-13:00 和 19:00-22:00，微信朋友圈 8:00-9:00 和 20:00-22:00。但最好通过实际测试找到自己账号的最佳发布时间。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定时发布 + 实时互动：内容用定时发布功能提前排期，但发布后的评论回复需要实时（或至少当天）完成。内容自动化，互动人性化。</w:t>
      </w:r>
    </w:p>
    <w:p>
      <w:pPr>
        <w:pStyle w:val="Heading3"/>
      </w:pPr>
      <w:r>
        <w:t>6.2.4 内容效果评估与迭代优化</w:t>
      </w:r>
    </w:p>
    <w:p>
      <w:r>
        <w:rPr>
          <w:rFonts w:ascii="宋体" w:hAnsi="宋体" w:eastAsia="宋体"/>
          <w:sz w:val="24"/>
        </w:rPr>
        <w:t>内容不是发出去就结束了——每一条内容都是一次"市场调研"，告诉你"什么样的内容能打动什么样的人"。</w:t>
      </w:r>
    </w:p>
    <w:p>
      <w:r>
        <w:rPr>
          <w:rFonts w:ascii="宋体" w:hAnsi="宋体" w:eastAsia="宋体"/>
          <w:sz w:val="24"/>
        </w:rPr>
        <w:t>核心评估指标：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曝光层：阅读量/播放量、推荐量、搜索排名。反映内容的分发效果。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互动层：点赞、收藏、评论、分享、关注转化。反映内容的吸引力和共鸣度。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转化层：点击链接、发起咨询、完成预订。反映内容的商业效果。</w:t>
      </w:r>
    </w:p>
    <w:p>
      <w:r>
        <w:rPr>
          <w:rFonts w:ascii="宋体" w:hAnsi="宋体" w:eastAsia="宋体"/>
          <w:sz w:val="24"/>
        </w:rPr>
        <w:t>迭代优化方法：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A/B 测试：同一选题，制作两个不同风格/角度/标题的版本，分别发布（间隔 1-2 周），对比哪个版本的效果更好。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高绩效内容复盘：每月选出效果最好的 3 条内容和效果最差的 3 条内容，分析它们之间的差异——选题、标题、封面、发布时间、互动引导有什么不同？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辅助分析：将过去 30 天的内容数据输入 LLM，让 AI 分析内容绩效的规律。提示词示例："以下是我过去 30 天的 20 条社交媒体内容的数据。请分析：(1) 哪种选题的互动率最高？(2) 哪个发布时间的效果最好？(3) 哪种封面/首帧的点击率最高？(4) 给出下个月内容策略的 3 条优化建议。"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6.3 自动化运营架构</w:t>
      </w:r>
    </w:p>
    <w:p>
      <w:pPr>
        <w:pStyle w:val="Heading3"/>
      </w:pPr>
      <w:r>
        <w:t>6.3.1 OPC 运营自动化全景图</w:t>
      </w:r>
    </w:p>
    <w:p>
      <w:r>
        <w:rPr>
          <w:rFonts w:ascii="宋体" w:hAnsi="宋体" w:eastAsia="宋体"/>
          <w:sz w:val="24"/>
        </w:rPr>
        <w:t>自动化运营不是"用机器替代人"，而是"让机器做机器擅长的事（重复性、规则性），让人做人擅长的事（创造性、情感性）"。</w:t>
      </w:r>
    </w:p>
    <w:p>
      <w:r>
        <w:rPr>
          <w:rFonts w:ascii="宋体" w:hAnsi="宋体" w:eastAsia="宋体"/>
          <w:sz w:val="24"/>
        </w:rPr>
        <w:t>[图 6-1：OPC 运营自动化全景图，以时间轴展示从客人咨询到离店后复购的全链路自动化节点]</w:t>
      </w:r>
    </w:p>
    <w:p>
      <w:r>
        <w:rPr>
          <w:rFonts w:ascii="宋体" w:hAnsi="宋体" w:eastAsia="宋体"/>
          <w:sz w:val="24"/>
        </w:rPr>
        <w:t>OPC 运营自动化的五个层级：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99"/>
        <w:gridCol w:w="1899"/>
        <w:gridCol w:w="1899"/>
        <w:gridCol w:w="1899"/>
      </w:tblGrid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层级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自动化内容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实现方式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典型工具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L1 基础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信息展示自动化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OTA 页面、自动回复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平台自带功能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L2 沟通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客服自动化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 客服、自动回复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第三方 AI 客服 SaaS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L3 交易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预订-支付-核销自动化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PMS/OTA 系统集成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PMS + 支付 + 智能门锁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L4 营销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内容生产与分发自动化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 内容 + 定时发布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LLM + 社交媒体管理工具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L5 智能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经营决策辅助自动化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 分析 + 动态定价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数据分析 AI + RMS</w:t>
            </w:r>
          </w:p>
        </w:tc>
      </w:tr>
    </w:tbl>
    <w:p/>
    <w:p>
      <w:r>
        <w:rPr>
          <w:rFonts w:ascii="宋体" w:hAnsi="宋体" w:eastAsia="宋体"/>
          <w:sz w:val="24"/>
        </w:rPr>
        <w:t>对于大多数 OPC，达到 L2-L3 层级就足以实现显著的效率提升。L4-L5 需要更成熟的数据积累和工具集成。</w:t>
      </w:r>
    </w:p>
    <w:p>
      <w:pPr>
        <w:pStyle w:val="Heading3"/>
      </w:pPr>
      <w:r>
        <w:t>6.3.2 预订-核销-结算的自动化链路</w:t>
      </w:r>
    </w:p>
    <w:p>
      <w:r>
        <w:rPr>
          <w:rFonts w:ascii="宋体" w:hAnsi="宋体" w:eastAsia="宋体"/>
          <w:sz w:val="24"/>
        </w:rPr>
        <w:t>预订到结算的完整链路是 OPC 运营中最需要自动化的环节——它直接影响客户体验和资金安全。</w:t>
      </w:r>
    </w:p>
    <w:p>
      <w:r>
        <w:rPr>
          <w:rFonts w:ascii="宋体" w:hAnsi="宋体" w:eastAsia="宋体"/>
          <w:sz w:val="24"/>
        </w:rPr>
        <w:t>自动化链路设计：</w:t>
      </w:r>
    </w:p>
    <w:p>
      <w:r>
        <w:rPr>
          <w:rFonts w:ascii="宋体" w:hAnsi="宋体" w:eastAsia="宋体"/>
          <w:sz w:val="24"/>
        </w:rPr>
        <w:t>1. 多平台房态同步（基础）：一个 OPC 通常在 3-5 个渠道（携程、美团、途家、小猪、微信直订）上销售同一批房源。手动管理多个渠道的房态是"不可能完成的任务"。解决方案：使用 PMS（Property Management System）或渠道管理工具（如订单来了、云掌柜），实现"一个后台管理所有渠道，一处关房全网同步"。</w:t>
      </w:r>
    </w:p>
    <w:p>
      <w:r>
        <w:rPr>
          <w:rFonts w:ascii="宋体" w:hAnsi="宋体" w:eastAsia="宋体"/>
          <w:sz w:val="24"/>
        </w:rPr>
        <w:t>2. 预订自动确认（L2）：客人通过任意渠道下单 → 系统自动确认订单 → 自动发送预订确认信息（含入住指引、交通路线、注意事项）→ 自动更新房态。人工只需处理异常情况（如超售、特殊需求）。</w:t>
      </w:r>
    </w:p>
    <w:p>
      <w:r>
        <w:rPr>
          <w:rFonts w:ascii="宋体" w:hAnsi="宋体" w:eastAsia="宋体"/>
          <w:sz w:val="24"/>
        </w:rPr>
        <w:t>3. 自动支付与核销（L3）：客人在线支付（微信/支付宝/OTA）→ 系统自动记录收款 → 入住当天自动发送智能门锁密码 → 退房后自动结算（退款押金、结算平台佣金）。</w:t>
      </w:r>
    </w:p>
    <w:p>
      <w:r>
        <w:rPr>
          <w:rFonts w:ascii="宋体" w:hAnsi="宋体" w:eastAsia="宋体"/>
          <w:sz w:val="24"/>
        </w:rPr>
        <w:t>4. 自动评价管理（L4）：退房后 24 小时自动发送评价邀请（OTA 渠道 + 微信私域）→ 客人提交评价后 AI 自动分析情感 → 好评自动发送感谢回复 → 差评自动预警并提醒运营者人工跟进。</w:t>
      </w:r>
    </w:p>
    <w:p>
      <w:pPr>
        <w:pStyle w:val="Heading3"/>
      </w:pPr>
      <w:r>
        <w:t>6.3.3 客户沟通的自动化（AI 客服 + 定时触达）</w:t>
      </w:r>
    </w:p>
    <w:p>
      <w:r>
        <w:rPr>
          <w:rFonts w:ascii="宋体" w:hAnsi="宋体" w:eastAsia="宋体"/>
          <w:sz w:val="24"/>
        </w:rPr>
        <w:t>客户沟通自动化是 OPC 自动化运营中最"立竿见影"的模块——部署当天就能看到效果。</w:t>
      </w:r>
    </w:p>
    <w:p>
      <w:r>
        <w:rPr>
          <w:rFonts w:ascii="宋体" w:hAnsi="宋体" w:eastAsia="宋体"/>
          <w:sz w:val="24"/>
        </w:rPr>
        <w:t>AI 客服的部署步骤：</w:t>
      </w:r>
    </w:p>
    <w:p>
      <w:r>
        <w:rPr>
          <w:rFonts w:ascii="宋体" w:hAnsi="宋体" w:eastAsia="宋体"/>
          <w:sz w:val="24"/>
        </w:rPr>
        <w:t>1. 知识库搭建（一次性投入 2-4 小时）：整理所有常见问题（FAQ）和标准答案——入住/退房时间、Wi-Fi 密码、停车信息、周边餐饮、交通方式、宠物政策、儿童政策、取消政策……建议至少准备 50-80 条 FAQ。</w:t>
      </w:r>
    </w:p>
    <w:p>
      <w:r>
        <w:rPr>
          <w:rFonts w:ascii="宋体" w:hAnsi="宋体" w:eastAsia="宋体"/>
          <w:sz w:val="24"/>
        </w:rPr>
        <w:t>2. AI 客服配置（1-2 小时）：将知识库导入 AI 客服工具，设置意图识别规则、多轮对话流程、情感识别阈值、转人工条件。</w:t>
      </w:r>
    </w:p>
    <w:p>
      <w:r>
        <w:rPr>
          <w:rFonts w:ascii="宋体" w:hAnsi="宋体" w:eastAsia="宋体"/>
          <w:sz w:val="24"/>
        </w:rPr>
        <w:t>3. 测试和上线（1 小时）：运营者模拟客人提问，测试 AI 客服的回复准确率和体验，修正问题后正式上线。</w:t>
      </w:r>
    </w:p>
    <w:p>
      <w:r>
        <w:rPr>
          <w:rFonts w:ascii="宋体" w:hAnsi="宋体" w:eastAsia="宋体"/>
          <w:sz w:val="24"/>
        </w:rPr>
        <w:t>4. 持续优化（每周 15 分钟）：每周查看 AI 客服的"转人工率"和"未识别问题"，补充知识库、修正错误回复。</w:t>
      </w:r>
    </w:p>
    <w:p>
      <w:r>
        <w:rPr>
          <w:rFonts w:ascii="宋体" w:hAnsi="宋体" w:eastAsia="宋体"/>
          <w:sz w:val="24"/>
        </w:rPr>
        <w:t>定时触达的自动化：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预订后触达：预订完成 → 即时发送确认和入住指引 → 出行前 3 天发送天气提醒和穿衣建议 → 出行前 1 天发送交通路线和联系信息。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入住/出行中触达：入住当天发送欢迎信息和周边攻略 → 入住次日询问入住体验和需求。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离店后触达：离店当天发送感谢和评价邀请 → 离店 7 天后发送复购优惠券 → 离店 30 天后发送目的地季节性推荐（"黄果树的秋天来了，层林尽染..."）。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6-2：客户沟通自动化的黄金法则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**80/20 原则**：80% 的常见问题由 AI 自动回复，20% 的复杂问题转人工处理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**3 分钟规则**：AI 回复必须在 3 秒内完成，转人工后必须在 3 分钟内首次响应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**永远不说"我是机器人"**：AI 客服不需要向客人声明自己是 AI，保持自然的服务语气即可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**情感识别必转人工**：当 AI 检测到客人情绪激动（愤怒、失望、焦虑），必须立即转人工</w:t>
      </w:r>
    </w:p>
    <w:p>
      <w:pPr>
        <w:pStyle w:val="Heading3"/>
      </w:pPr>
      <w:r>
        <w:t>6.3.4 经营日报/周报的自动生成</w:t>
      </w:r>
    </w:p>
    <w:p>
      <w:r>
        <w:rPr>
          <w:rFonts w:ascii="宋体" w:hAnsi="宋体" w:eastAsia="宋体"/>
          <w:sz w:val="24"/>
        </w:rPr>
        <w:t>数据只有被"看到"才有价值。经营日报/周报的自动生成，让 OPC 运营者每天花 1 分钟就能掌握经营状况。</w:t>
      </w:r>
    </w:p>
    <w:p>
      <w:r>
        <w:rPr>
          <w:rFonts w:ascii="宋体" w:hAnsi="宋体" w:eastAsia="宋体"/>
          <w:sz w:val="24"/>
        </w:rPr>
        <w:t>日报/周报的自动化方案：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方案一（零成本）：使用飞书/钉钉多维表格 + AI 字段，手动填入每日核心数据 → AI 自动生成文字分析。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方案二（低成本）：使用 PMS 系统的报表功能（大部分 PMS 自带基础的日报/周报功能）。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方案三（定制化）：将 OTA 后台数据 + PMS 数据通过 API 或手动导入汇总到 Excel/飞书表格 → LLM 自动分析并生成报告文字。</w:t>
      </w:r>
    </w:p>
    <w:p>
      <w:r>
        <w:rPr>
          <w:rFonts w:ascii="宋体" w:hAnsi="宋体" w:eastAsia="宋体"/>
          <w:sz w:val="24"/>
        </w:rPr>
        <w:t>日报的核心内容（3 秒扫一眼就能看懂）：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今日入住率/预订量（vs 昨日、vs 上周同日、vs 去年同期）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今日新咨询量 + 转化率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今日新评价（如果有差评，高亮提醒）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今日异常事件（如果有）</w:t>
      </w:r>
    </w:p>
    <w:p>
      <w:r>
        <w:rPr>
          <w:rFonts w:ascii="宋体" w:hAnsi="宋体" w:eastAsia="宋体"/>
          <w:sz w:val="24"/>
        </w:rPr>
        <w:t>周报的核心内容（花 2 分钟深度阅读）：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本周收入（vs 目标、vs 上周、vs 去年同期）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渠道分析（各渠道收入占比和变化）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客群分析（来源地、类型、客单价）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评价分析（本周好评和差评的主题词云）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下周预测和行动建议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6.4 质量管控与合规</w:t>
      </w:r>
    </w:p>
    <w:p>
      <w:pPr>
        <w:pStyle w:val="Heading3"/>
      </w:pPr>
      <w:r>
        <w:t>6.4.1 AI 内容的真实性校验机制</w:t>
      </w:r>
    </w:p>
    <w:p>
      <w:r>
        <w:rPr>
          <w:rFonts w:ascii="宋体" w:hAnsi="宋体" w:eastAsia="宋体"/>
          <w:sz w:val="24"/>
        </w:rPr>
        <w:t>AI 生成内容的真实性风险不可忽视。文旅信息直接影响游客的出行决策和人身安全，错误信息可能造成实际损失。</w:t>
      </w:r>
    </w:p>
    <w:p>
      <w:r>
        <w:rPr>
          <w:rFonts w:ascii="宋体" w:hAnsi="宋体" w:eastAsia="宋体"/>
          <w:sz w:val="24"/>
        </w:rPr>
        <w:t>真实性校验的三道防线：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第一道防线——生成前：给 AI 提供准确的信息源。不要指望 AI"知道"你的民宿有没有停车位、离景区有多远、周边有什么餐厅。这些信息必须由运营者提供，AI 只是"重新组织和表达"。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第二道防线——生成后：人工逐条核查事实性信息。重点核查：时间（入住/退房时间、景区开放时间、餐厅营业时间）、价格（房价、门票价格、餐饮人均消费）、位置（地址、导航定位、步行距离）、设施（有没有空调/Wi-Fi/停车场/电梯）、政策（取消政策、宠物政策、儿童政策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第三道防线——发布后：持续监测客人反馈。如果有客人反映"攻略里说的那个店已经关门了""你说的步行 5 分钟实际要走 20 分钟"——立即修正相关内容。</w:t>
      </w:r>
    </w:p>
    <w:p>
      <w:pPr>
        <w:pStyle w:val="Heading3"/>
      </w:pPr>
      <w:r>
        <w:t>6.4.2 文化敏感内容的审核标准</w:t>
      </w:r>
    </w:p>
    <w:p>
      <w:r>
        <w:rPr>
          <w:rFonts w:ascii="宋体" w:hAnsi="宋体" w:eastAsia="宋体"/>
          <w:sz w:val="24"/>
        </w:rPr>
        <w:t>文旅 OPC 的内容经常涉及民族文化、历史、宗教等敏感领域。AI 在这些领域容易犯错——张冠李戴、以偏概全、过度简化。</w:t>
      </w:r>
    </w:p>
    <w:p>
      <w:r>
        <w:rPr>
          <w:rFonts w:ascii="宋体" w:hAnsi="宋体" w:eastAsia="宋体"/>
          <w:sz w:val="24"/>
        </w:rPr>
        <w:t>文化内容审核清单：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民族文化表述是否准确？（苗族 ≠ 布依族，屯堡文化 ≠ 一般汉族文化）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宗教和民间信仰内容是否尊重？（不要用猎奇或轻佻的语气描述宗教信仰和仪式）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历史事实是否准确？（年代、人物、事件是否经过核实）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是否存在刻板印象？（"苗族人都能歌善舞""贵州就是穷山恶水"等）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是否突出了文化的当代活态传承？（不是"即将消失的古老文化"，而是"活着的、在发展的文化"）</w:t>
      </w:r>
    </w:p>
    <w:p>
      <w:pPr>
        <w:pStyle w:val="Heading3"/>
      </w:pPr>
      <w:r>
        <w:t>6.4.3 知识产权与 AI 生成内容的版权归属</w:t>
      </w:r>
    </w:p>
    <w:p>
      <w:r>
        <w:rPr>
          <w:rFonts w:ascii="宋体" w:hAnsi="宋体" w:eastAsia="宋体"/>
          <w:sz w:val="24"/>
        </w:rPr>
        <w:t>AI 生成内容的版权问题是一个仍在发展中的法律灰色地带。OPC 运营者不需要成为法律专家，但需要了解基本的风险防范原则。</w:t>
      </w:r>
    </w:p>
    <w:p>
      <w:r>
        <w:rPr>
          <w:rFonts w:ascii="宋体" w:hAnsi="宋体" w:eastAsia="宋体"/>
          <w:sz w:val="24"/>
        </w:rPr>
        <w:t>关键原则：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生成内容的版权归属不明确：截至 2025 年，中国法律对 AI 生成内容的版权归属尚无明确规定。这意味着你无法主张对 AI 生成内容拥有"独家版权"，也无法阻止别人使用相似的 AI 生成内容。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生成内容可能侵犯他人版权：AI 模型的训练数据包含大量受版权保护的作品。AI 生成的图像、文本、音乐可能"不经意地"与某件受版权保护的作品高度相似。运营者需要对此有风险意识。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可商用的 AI 工具 ≠ 生成内容可自由商用：即使 AI 工具标注为"可商用"，也不意味着其生成的所有内容都不侵犯第三方权利。建议：不要将 AI 生成的核心品牌资产（如 Logo、品牌形象）作为注册商标使用；商业用途的 AI 生成图片和音乐保留工具授权截图和使用记录。</w:t>
      </w:r>
    </w:p>
    <w:p>
      <w:r>
        <w:rPr>
          <w:rFonts w:ascii="宋体" w:hAnsi="宋体" w:eastAsia="宋体"/>
          <w:sz w:val="24"/>
        </w:rPr>
        <w:t>OPC 的最佳实践：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核心品牌资产（Logo、品牌名、Slogan）由人类设计师创作或通过合法渠道购买授权。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生成内容用于营销素材（社交媒体配图、海报、视频）时，进行原创性自查（以图搜图、检查是否与已知作品高度相似）。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保留 AI 工具的使用记录（生成的提示词、日期、工具名称），作为可能的版权争议的证据。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优先使用提供"版权保护"或"侵权赔偿"承诺的商业 AI 工具（部分付费 AI 工具为其生成内容提供一定的法律保障）。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本章小结</w:t>
      </w:r>
    </w:p>
    <w:p>
      <w:r>
        <w:rPr>
          <w:rFonts w:ascii="宋体" w:hAnsi="宋体" w:eastAsia="宋体"/>
          <w:sz w:val="24"/>
        </w:rPr>
        <w:t>本章系统阐述了 AI 内容生产和自动化运营的方法论与实操指南。</w:t>
      </w:r>
    </w:p>
    <w:p>
      <w:r>
        <w:rPr>
          <w:rFonts w:ascii="宋体" w:hAnsi="宋体" w:eastAsia="宋体"/>
          <w:sz w:val="24"/>
        </w:rPr>
        <w:t>AI 内容生产：从文本、图像、视频到音频，AI 已经覆盖了文旅 OPC 所需的全部内容形态。核心原则是"AI 做初稿，人做定稿"——AI 解决"从 0 到 1"的效率问题，人解决"从 1 到 10"的质量问题（事实校正、风格注入、在地知识补充、合规审查）。内容生产流程应该是一条"流水线"——需求分析 → AI 初稿 → 人工优化 → 多平台适配 → 定时分发 → 效果评估 → 迭代优化。</w:t>
      </w:r>
    </w:p>
    <w:p>
      <w:r>
        <w:rPr>
          <w:rFonts w:ascii="宋体" w:hAnsi="宋体" w:eastAsia="宋体"/>
          <w:sz w:val="24"/>
        </w:rPr>
        <w:t>自动化运营：从预订-核销-结算的交易链路，到 AI 客服 + 定时触达的客户沟通，到经营日报的自动生成——自动化覆盖了 OPC 运营中"重复性、规则性"的工作环节。自动化的目标不是"消灭人的工作"，而是"把人从重复劳动中解放出来，投入到创造性和情感性的高价值工作中"。</w:t>
      </w:r>
    </w:p>
    <w:p>
      <w:r>
        <w:rPr>
          <w:rFonts w:ascii="宋体" w:hAnsi="宋体" w:eastAsia="宋体"/>
          <w:sz w:val="24"/>
        </w:rPr>
        <w:t>质量管控：AI 内容的三道真实性防线（生成前提供准确信息、生成后人工核查、发布后监测反馈）、文化敏感内容的审核标准、AI 生成内容的版权风险防范——这些不是"可选的"，而是"必须的"。</w:t>
      </w:r>
    </w:p>
    <w:p>
      <w:r>
        <w:rPr>
          <w:rFonts w:ascii="宋体" w:hAnsi="宋体" w:eastAsia="宋体"/>
          <w:sz w:val="24"/>
        </w:rPr>
        <w:t>第二篇"核心技术篇"到此结束。从第 7 章开始，将进入第三篇"设计与运营篇"，聚焦 OPC 的核心运营能力——产品设计、精准营销和智能服务交付。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思考题</w:t>
      </w:r>
    </w:p>
    <w:p>
      <w:r>
        <w:rPr>
          <w:rFonts w:ascii="宋体" w:hAnsi="宋体" w:eastAsia="宋体"/>
          <w:sz w:val="24"/>
        </w:rPr>
        <w:t>1. 内容生产实操：选择一个贵州文旅 OPC 场景（如黄果树民宿、西江苗寨旅拍、安顺蜡染体验），使用本章的"AI 初稿生成提示词框架"，为这个 OPC 生成一条小红书笔记的 AI 提示词，并用 AI 工具实际生成内容。然后按照"人工优化四维度"对 AI 生成的内容进行修改和优化。</w:t>
      </w:r>
    </w:p>
    <w:p>
      <w:r>
        <w:rPr>
          <w:rFonts w:ascii="宋体" w:hAnsi="宋体" w:eastAsia="宋体"/>
          <w:sz w:val="24"/>
        </w:rPr>
        <w:t>2. 自动化流程设计：某民宿 OPC 目前的运营流程如下——客人通过微信/OTA 咨询 → 民宿主看到后回复（平均 30 分钟延迟）→ 确认预订后手动在多个平台关房 → 入住当天手动发送地址和密码 → 退房后手动发送评价邀请。请设计这套流程的自动化方案，列出每个环节需要的工具和预计的部署成本。</w:t>
      </w:r>
    </w:p>
    <w:p>
      <w:r>
        <w:rPr>
          <w:rFonts w:ascii="宋体" w:hAnsi="宋体" w:eastAsia="宋体"/>
          <w:sz w:val="24"/>
        </w:rPr>
        <w:t>3. 质量审核练习：以下是一段 AI 生成的屯堡文化解说词（模拟可能有错误的版本），请逐句审核其事实准确性和文化适当性，标注所有需要修正的地方并说明原因。</w:t>
      </w:r>
    </w:p>
    <w:p>
      <w:r>
        <w:rPr>
          <w:rFonts w:ascii="宋体" w:hAnsi="宋体" w:eastAsia="宋体"/>
          <w:sz w:val="24"/>
        </w:rPr>
        <w:t>4. 版权风险评估：某 OPC 使用 AI 图像工具生成了民宿的 Logo 和品牌形象，并在 OTA 平台和社交媒体上广泛使用。请分析这一做法的版权风险，并给出合规建议。</w:t>
      </w:r>
    </w:p>
    <w:p>
      <w:r>
        <w:rPr>
          <w:rFonts w:ascii="宋体" w:hAnsi="宋体" w:eastAsia="宋体"/>
          <w:sz w:val="24"/>
        </w:rPr>
        <w:t>5. 批判思考：本章提出"AI 做初稿，人做定稿"的内容生产原则。但在实际操作中，如果运营者本身的写作能力和审美能力有限，他可能无法有效判断 AI 生成内容的质量，也无法进行有意义的"人工优化"。这种情况下，"AI 做初稿，人做定稿"的原则是否仍然成立？有没有更好的替代方案？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参考文献</w:t>
      </w:r>
    </w:p>
    <w:p>
      <w:r>
        <w:rPr>
          <w:rFonts w:ascii="宋体" w:hAnsi="宋体" w:eastAsia="宋体"/>
          <w:sz w:val="24"/>
        </w:rPr>
        <w:t>[1] 艾瑞咨询. 2024 年中国 AIGC 内容创作行业研究报告[R]. 2024.</w:t>
      </w:r>
    </w:p>
    <w:p>
      <w:r>
        <w:rPr>
          <w:rFonts w:ascii="宋体" w:hAnsi="宋体" w:eastAsia="宋体"/>
          <w:sz w:val="24"/>
        </w:rPr>
        <w:t>[2] 中国互联网络信息中心（CNNIC）. 第 55 次中国互联网络发展状况统计报告[R]. 2025.</w:t>
      </w:r>
    </w:p>
    <w:p>
      <w:r>
        <w:rPr>
          <w:rFonts w:ascii="宋体" w:hAnsi="宋体" w:eastAsia="宋体"/>
          <w:sz w:val="24"/>
        </w:rPr>
        <w:t>[3] 小红书. 2024 年小红书文旅创作者生态报告[R]. 2024.</w:t>
      </w:r>
    </w:p>
    <w:p>
      <w:r>
        <w:rPr>
          <w:rFonts w:ascii="宋体" w:hAnsi="宋体" w:eastAsia="宋体"/>
          <w:sz w:val="24"/>
        </w:rPr>
        <w:t>[4] 抖音生活服务. 2024 年抖音文旅内容与消费趋势报告[R]. 2024.</w:t>
      </w:r>
    </w:p>
    <w:p>
      <w:r>
        <w:rPr>
          <w:rFonts w:ascii="宋体" w:hAnsi="宋体" w:eastAsia="宋体"/>
          <w:sz w:val="24"/>
        </w:rPr>
        <w:t>[5] 中华人民共和国广告法（2021 年修正）[S].</w:t>
      </w:r>
    </w:p>
    <w:p>
      <w:r>
        <w:rPr>
          <w:rFonts w:ascii="宋体" w:hAnsi="宋体" w:eastAsia="宋体"/>
          <w:sz w:val="24"/>
        </w:rPr>
        <w:t>[6] 中华人民共和国著作权法（2020 年修正）[S].</w:t>
      </w:r>
    </w:p>
    <w:p>
      <w:r>
        <w:rPr>
          <w:rFonts w:ascii="宋体" w:hAnsi="宋体" w:eastAsia="宋体"/>
          <w:sz w:val="24"/>
        </w:rPr>
        <w:t>[7] 国家互联网信息办公室. 生成式人工智能服务管理暂行办法[S]. 2023.</w:t>
      </w:r>
    </w:p>
    <w:p>
      <w:r>
        <w:rPr>
          <w:rFonts w:ascii="宋体" w:hAnsi="宋体" w:eastAsia="宋体"/>
          <w:sz w:val="24"/>
        </w:rPr>
        <w:t>[8] Mollick, E. Co-Intelligence: Living and Working with AI[M]. Portfolio, 2024.</w:t>
      </w:r>
    </w:p>
    <w:p>
      <w:r>
        <w:rPr>
          <w:rFonts w:ascii="宋体" w:hAnsi="宋体" w:eastAsia="宋体"/>
          <w:sz w:val="24"/>
        </w:rPr>
        <w:t>[9] 剪映. 剪映 AI 功能使用指南与创作者趋势报告[R]. 2024.</w:t>
      </w:r>
    </w:p>
    <w:p>
      <w:r>
        <w:rPr>
          <w:rFonts w:ascii="宋体" w:hAnsi="宋体" w:eastAsia="宋体"/>
          <w:sz w:val="24"/>
        </w:rPr>
        <w:t>[10] 国家知识产权局. 人工智能生成内容版权保护问题研究报告[R]. 2024.</w:t>
      </w:r>
    </w:p>
    <w:p>
      <w:r>
        <w:br w:type="page"/>
      </w:r>
    </w:p>
    <w:p/>
    <w:p/>
    <w:p/>
    <w:p/>
    <w:p>
      <w:pPr>
        <w:jc w:val="center"/>
      </w:pPr>
      <w:r>
        <w:rPr>
          <w:rFonts w:ascii="黑体" w:hAnsi="黑体" w:eastAsia="黑体"/>
          <w:b/>
          <w:color w:val="003366"/>
          <w:sz w:val="52"/>
        </w:rPr>
        <w:t>第三篇 设计与运营篇</w:t>
      </w:r>
    </w:p>
    <w:p>
      <w:r>
        <w:br w:type="page"/>
      </w:r>
    </w:p>
    <w:p>
      <w:pPr>
        <w:pStyle w:val="Heading2"/>
      </w:pPr>
      <w:r>
        <w:t>学习目标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知识目标：掌握文旅产品设计的核心理论（体验经济、产品类型学、约束条件分析）；理解 AI 在产品设计各环节（市场分析、创意生成、线路规划、定价模拟、MVP 测试）的赋能机制。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能力目标：能独立完成一款 OPC 文旅产品的全流程设计（从市场分析到 MVP 测试）；能运用 AI 工具进行产品迭代优化；能在文化体验设计中平衡深度与可交付性。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素养目标：坚持以游客体验为中心的设计理念——产品设计的起点不是"我想卖什么"，而是"游客需要什么"；在文化遗产保护优先于商业开发、生态保护红线的刚性约束下进行产品创新。</w:t>
      </w:r>
    </w:p>
    <w:p>
      <w:pPr>
        <w:pStyle w:val="Heading2"/>
      </w:pPr>
      <w:r>
        <w:t>导入案例</w:t>
      </w:r>
    </w:p>
    <w:p>
      <w:r>
        <w:rPr>
          <w:rFonts w:ascii="宋体" w:hAnsi="宋体" w:eastAsia="宋体"/>
          <w:sz w:val="24"/>
        </w:rPr>
        <w:t>一次失败的"创新"和一次成功的"减法"</w:t>
      </w:r>
    </w:p>
    <w:p>
      <w:r>
        <w:rPr>
          <w:rFonts w:ascii="宋体" w:hAnsi="宋体" w:eastAsia="宋体"/>
          <w:sz w:val="24"/>
        </w:rPr>
        <w:t>2023 年夏天，安顺某民宿 OPC 老板老吴决定做产品创新。他看到隔壁民宿推出了"屯堡文化深度体验套餐"（含地戏表演 + 蜡染体验 + 屯堡菜 + 古装拍照，498 元/人），觉得这个方向不错，于是也照搬了一套。三个月后，他的套餐只卖出了 12 份——客人说"太贵了""太赶了""蜡染体验就是给块布涂两下，没意思"。</w:t>
      </w:r>
    </w:p>
    <w:p>
      <w:r>
        <w:rPr>
          <w:rFonts w:ascii="宋体" w:hAnsi="宋体" w:eastAsia="宋体"/>
          <w:sz w:val="24"/>
        </w:rPr>
        <w:t>老吴不甘心，找了几位买过套餐的客人深聊。他发现一个关键洞察：客人并不是对屯堡文化不感兴趣，而是"半天塞进四个项目"让每个体验都浮于表面。客人想要的是"深一点、慢一点"——花一个下午真正了解一门手艺，而不是走马观花打卡。</w:t>
      </w:r>
    </w:p>
    <w:p>
      <w:r>
        <w:rPr>
          <w:rFonts w:ascii="宋体" w:hAnsi="宋体" w:eastAsia="宋体"/>
          <w:sz w:val="24"/>
        </w:rPr>
        <w:t>2024 年，老吴做了一个大胆的"减法"：把四个项目砍成一个——"跟屯堡阿嬷学一天蜡染"。从早上 9 点到下午 4 点，客人跟着一位 70 岁的屯堡阿嬷：上午学画蜡（在棉布上用蜡刀绘制传统图案），中午吃阿嬷做的屯堡家常菜，下午染色、脱蜡、装裱。全程 AI 辅助翻译（阿嬷说屯堡话，AI 实时翻译成普通话），客人带走的不仅是一幅自己做的蜡染作品，还有和阿嬷相处一天的故事。</w:t>
      </w:r>
    </w:p>
    <w:p>
      <w:r>
        <w:rPr>
          <w:rFonts w:ascii="宋体" w:hAnsi="宋体" w:eastAsia="宋体"/>
          <w:sz w:val="24"/>
        </w:rPr>
        <w:t>定价从 498 元降到 398 元，但客人觉得"太值了"。三个月内卖出了 86 份，OTA 评分 4.9 分，好评里出现最多的词是"感动""治愈""真实"。</w:t>
      </w:r>
    </w:p>
    <w:p>
      <w:r>
        <w:rPr>
          <w:rFonts w:ascii="宋体" w:hAnsi="宋体" w:eastAsia="宋体"/>
          <w:sz w:val="24"/>
        </w:rPr>
        <w:t>思考：老吴的第一次创新为什么失败？第二次为什么成功？"砍掉 75% 的内容"为什么反而让客人更满意？AI 在这个案例中扮演了什么角色？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7.1 文旅产品设计理论基础</w:t>
      </w:r>
    </w:p>
    <w:p>
      <w:pPr>
        <w:pStyle w:val="Heading3"/>
      </w:pPr>
      <w:r>
        <w:t>7.1.1 体验经济与旅游体验设计</w:t>
      </w:r>
    </w:p>
    <w:p>
      <w:r>
        <w:rPr>
          <w:rFonts w:ascii="宋体" w:hAnsi="宋体" w:eastAsia="宋体"/>
          <w:sz w:val="24"/>
        </w:rPr>
        <w:t>1999 年，约瑟夫·派恩（Joseph Pine）和詹姆斯·吉尔摩（James Gilmore）在《体验经济》一书中提出：经济价值的演进经历了"产品 → 商品 → 服务 → 体验"四个阶段。在体验经济时代，消费者不再仅仅为"功能"买单，而是为"一段难忘的体验"买单。</w:t>
      </w:r>
    </w:p>
    <w:p>
      <w:r>
        <w:rPr>
          <w:rFonts w:ascii="宋体" w:hAnsi="宋体" w:eastAsia="宋体"/>
          <w:sz w:val="24"/>
        </w:rPr>
        <w:t>旅游是体验经济最典型的载体。游客花几千元飞到贵州，不是为了"拥有一间房间 24 小时的使用权"（那是商品逻辑），也不是为了"获得干净的床单和准时的早餐"（那是服务逻辑），而是为了"在黄果树瀑布前感受大自然的震撼""在苗寨的篝火晚会中体验异文化的魅力""在屯堡的石板路上穿越 600 年的时光"——这些都是体验。</w:t>
      </w:r>
    </w:p>
    <w:p>
      <w:r>
        <w:rPr>
          <w:rFonts w:ascii="宋体" w:hAnsi="宋体" w:eastAsia="宋体"/>
          <w:sz w:val="24"/>
        </w:rPr>
        <w:t>旅游体验设计的四个维度（Pine &amp; Gilmore 模型）：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娱乐（Entertainment）：让游客感到愉悦和放松——听一场地戏表演、看一场民族歌舞。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教育（Education）：让游客学到东西——了解蜡染的历史和技艺、认识喀斯特地貌的形成原理。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逃避（Escapism）：让游客暂时脱离日常——在深山里住一晚没有手机信号的民宿、做一天"屯堡人"。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审美（Esthetics）：让游客沉浸在美的环境中——在万峰林的日出中喝一杯咖啡、在侗寨的鼓楼下听一首侗族大歌。</w:t>
      </w:r>
    </w:p>
    <w:p>
      <w:r>
        <w:rPr>
          <w:rFonts w:ascii="宋体" w:hAnsi="宋体" w:eastAsia="宋体"/>
          <w:sz w:val="24"/>
        </w:rPr>
        <w:t>最成功的旅游体验往往同时覆盖多个维度。老吴的"跟屯堡阿嬷学一天蜡染"覆盖了四个维度：娱乐（动手做蜡染很有趣）、教育（学到了蜡染的历史和技艺）、逃避（暂时忘记了城市生活）、审美（沉浸在屯堡文化的氛围中）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7-1：旅游体验设计的 4E 模型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维度 | 核心问题 | OPC 的设计切入点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|------|---------|----------------|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娱乐 | "这好玩吗？" | 互动性、趣味性、惊喜感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教育 | "我能学到什么？" | 知识密度、技能传授、文化理解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逃避 | "我能不能忘掉日常？" | 环境转换、角色扮演、时间感消失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审美 | "这美吗？" | 视觉美感、氛围营造、仪式感 |</w:t>
      </w:r>
    </w:p>
    <w:p>
      <w:pPr>
        <w:pStyle w:val="Heading3"/>
      </w:pPr>
      <w:r>
        <w:t>7.1.2 文旅产品类型学：观光/体验/研学/康养/节事</w:t>
      </w:r>
    </w:p>
    <w:p>
      <w:r>
        <w:rPr>
          <w:rFonts w:ascii="宋体" w:hAnsi="宋体" w:eastAsia="宋体"/>
          <w:sz w:val="24"/>
        </w:rPr>
        <w:t>文旅产品不是一个笼统的概念，而是一个丰富的产品谱系。OPC 在产品设计之初，需要明确自己的产品在这个谱系中的位置。</w:t>
      </w:r>
    </w:p>
    <w:p>
      <w:r>
        <w:rPr>
          <w:rFonts w:ascii="宋体" w:hAnsi="宋体" w:eastAsia="宋体"/>
          <w:sz w:val="24"/>
        </w:rPr>
        <w:t>观光型产品：以"看"为核心——看风景、看建筑、看表演。观光型产品是文旅产品的基础形态，竞争壁垒低（游客可以自己看），OPC 的附加值在于"带你看别人看不到的"（独特视角、隐藏机位、深度讲解）。</w:t>
      </w:r>
    </w:p>
    <w:p>
      <w:r>
        <w:rPr>
          <w:rFonts w:ascii="宋体" w:hAnsi="宋体" w:eastAsia="宋体"/>
          <w:sz w:val="24"/>
        </w:rPr>
        <w:t>体验型产品：以"做"为核心——做蜡染、做酸汤鱼、做陶艺、做农活。体验型产品的核心价值是"参与感"和"成就感"——游客不是旁观者，而是参与者。体验型产品是 OPC 最具竞争力的产品类型，因为大型旅游企业难以标准化地交付深度体验。</w:t>
      </w:r>
    </w:p>
    <w:p>
      <w:r>
        <w:rPr>
          <w:rFonts w:ascii="宋体" w:hAnsi="宋体" w:eastAsia="宋体"/>
          <w:sz w:val="24"/>
        </w:rPr>
        <w:t>研学型产品：以"学"为核心——地质考察、生态观察、文化研究、摄影教学。研学型产品的客单价高、客群忠诚度高，但对运营者的专业能力要求也高。OPC 的研学产品优势在于"在地专家"的深度知识。</w:t>
      </w:r>
    </w:p>
    <w:p>
      <w:r>
        <w:rPr>
          <w:rFonts w:ascii="宋体" w:hAnsi="宋体" w:eastAsia="宋体"/>
          <w:sz w:val="24"/>
        </w:rPr>
        <w:t>康养型产品：以"养"为核心——温泉疗养、森林浴、瑜伽静修、食疗养生。康养型产品是近年增长最快的文旅产品类型之一，特别适合贵州的生态资源优势（森林覆盖率 62.8%、温泉资源丰富）。</w:t>
      </w:r>
    </w:p>
    <w:p>
      <w:r>
        <w:rPr>
          <w:rFonts w:ascii="宋体" w:hAnsi="宋体" w:eastAsia="宋体"/>
          <w:sz w:val="24"/>
        </w:rPr>
        <w:t>节事型产品：以"聚"为核心——音乐节、美食节、民俗节庆、体育赛事。节事型产品具有强时效性（只在特定时间举办）、强社交性（一群人一起参与），适合 OPC 之间联合举办。</w:t>
      </w:r>
    </w:p>
    <w:p>
      <w:r>
        <w:rPr>
          <w:rFonts w:ascii="宋体" w:hAnsi="宋体" w:eastAsia="宋体"/>
          <w:sz w:val="24"/>
        </w:rPr>
        <w:t>[表 7-1：文旅产品类型与 OPC 适配度]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99"/>
        <w:gridCol w:w="1899"/>
        <w:gridCol w:w="1899"/>
        <w:gridCol w:w="1899"/>
      </w:tblGrid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产品类型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OPC 适配度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OPC 优势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OPC 挑战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观光型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★★★☆☆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深度讲解、隐藏机位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竞争门槛低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体验型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★★★★★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在地资源、个性化交付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标准化难度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研学型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★★★★☆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在地专业知识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课程设计能力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康养型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★★★☆☆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环境资源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专业资质要求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节事型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★★☆☆☆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灵活性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组织协调难度</w:t>
            </w:r>
          </w:p>
        </w:tc>
      </w:tr>
    </w:tbl>
    <w:p/>
    <w:p>
      <w:pPr>
        <w:pStyle w:val="Heading3"/>
      </w:pPr>
      <w:r>
        <w:t>7.1.3 OPC 产品设计的约束条件与优势空间</w:t>
      </w:r>
    </w:p>
    <w:p>
      <w:r>
        <w:rPr>
          <w:rFonts w:ascii="宋体" w:hAnsi="宋体" w:eastAsia="宋体"/>
          <w:sz w:val="24"/>
        </w:rPr>
        <w:t>OPC 的产品设计不是在真空中进行的，而是在一系列约束条件下寻找最优解。</w:t>
      </w:r>
    </w:p>
    <w:p>
      <w:r>
        <w:rPr>
          <w:rFonts w:ascii="宋体" w:hAnsi="宋体" w:eastAsia="宋体"/>
          <w:sz w:val="24"/>
        </w:rPr>
        <w:t>OPC 产品设计的核心约束：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人力约束：1-5 人的团队无法同时交付多个并行产品。产品设计的"SKU 数量"必须与人力容量匹配。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时间约束：一个人一天最多交付 1-2 个深度体验产品（如一天只接 1 组蜡染体验客人）。产品设计的"单日最大产能"是硬上限。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空间约束：民宿只有 N 间房、私厨只有 N 桌、工作坊只有 N 个工位。产品的"物理容量"不可无限扩张。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专业约束：运营者的专业能力决定了产品深度的上限。一个只会基础英文的导游无法做全英文深度文化讲解。</w:t>
      </w:r>
    </w:p>
    <w:p>
      <w:r>
        <w:rPr>
          <w:rFonts w:ascii="宋体" w:hAnsi="宋体" w:eastAsia="宋体"/>
          <w:sz w:val="24"/>
        </w:rPr>
        <w:t>OPC 产品设计的独特优势（大企业难以复制的）：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在地深度：一个在屯堡长大的运营者，对屯堡文化的理解远超任何外来的"产品经理"。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灵活性：可以根据客人的具体需求和当天的实际情况实时调整产品内容。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个人温度：客人记住的不是"产品"，而是"那个人"——老吴的客人记住的不是"蜡染体验"，而是"和阿嬷相处的一天"。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独家资源：阿嬷的蜡染手艺、张姐的私房菜配方、李叔与屯堡老人的私交——这些是竞争对手无法复制的资源。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7.2 AI 辅助产品设计流程</w:t>
      </w:r>
    </w:p>
    <w:p>
      <w:pPr>
        <w:pStyle w:val="Heading3"/>
      </w:pPr>
      <w:r>
        <w:t>7.2.1 市场空白识别与产品创意生成</w:t>
      </w:r>
    </w:p>
    <w:p>
      <w:r>
        <w:rPr>
          <w:rFonts w:ascii="宋体" w:hAnsi="宋体" w:eastAsia="宋体"/>
          <w:sz w:val="24"/>
        </w:rPr>
        <w:t>AI 在产品设计的第一阶段可以扮演"市场侦察兵"和"创意催化剂"的角色。</w:t>
      </w:r>
    </w:p>
    <w:p>
      <w:r>
        <w:rPr>
          <w:rFonts w:ascii="宋体" w:hAnsi="宋体" w:eastAsia="宋体"/>
          <w:sz w:val="24"/>
        </w:rPr>
        <w:t>市场空白识别：AI 可以通过分析竞品数据和客户评价来识别市场空白。操作方法：(1) 收集所在区域的竞品产品信息（产品名称、内容、价格、评价）；(2) 将数据输入 LLM，让 AI 分析"市场上什么产品最多、什么产品缺位、什么需求未被满足"。提示词示例："以下是安顺地区 20 家民宿/体验 OPC 的产品列表。请分析：(1) 哪些类型的产品供给过剩？(2) 哪些类型的需求没有被覆盖？(3) 识别 3-5 个可能的产品创新机会。"</w:t>
      </w:r>
    </w:p>
    <w:p>
      <w:r>
        <w:rPr>
          <w:rFonts w:ascii="宋体" w:hAnsi="宋体" w:eastAsia="宋体"/>
          <w:sz w:val="24"/>
        </w:rPr>
        <w:t>产品创意生成：AI 可以基于市场空白分析和在地资源禀赋，生成产品创意方案。提示词示例："我经营一家位于安顺云峰屯堡的民宿，拥有以下在地资源：[列表]。请基于这些资源，生成 5 个差异化文旅产品的创意方案。每个方案包含：产品名称、目标客群、核心体验、时长、定价建议、与竞品的差异化点。"</w:t>
      </w:r>
    </w:p>
    <w:p>
      <w:r>
        <w:rPr>
          <w:rFonts w:ascii="宋体" w:hAnsi="宋体" w:eastAsia="宋体"/>
          <w:sz w:val="24"/>
        </w:rPr>
        <w:t>AI 生成的创意方案是"起点"而非"终点"——运营者需要基于自己的在地知识、资源可得性和执行能力来筛选和深化。</w:t>
      </w:r>
    </w:p>
    <w:p>
      <w:pPr>
        <w:pStyle w:val="Heading3"/>
      </w:pPr>
      <w:r>
        <w:t>7.2.2 AI 辅助线路规划与行程优化</w:t>
      </w:r>
    </w:p>
    <w:p>
      <w:r>
        <w:rPr>
          <w:rFonts w:ascii="宋体" w:hAnsi="宋体" w:eastAsia="宋体"/>
          <w:sz w:val="24"/>
        </w:rPr>
        <w:t>对于涉及多个地点、多个时间节点的旅游产品（如一日游、多日研学、徒步线路），线路规划是产品设计中最容易"拍脑袋"也最容易出问题的环节。</w:t>
      </w:r>
    </w:p>
    <w:p>
      <w:r>
        <w:rPr>
          <w:rFonts w:ascii="宋体" w:hAnsi="宋体" w:eastAsia="宋体"/>
          <w:sz w:val="24"/>
        </w:rPr>
        <w:t>AI 线路规划的输入要素：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目的地和途经点（必须经过哪些点、可选哪些点）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交通方式（步行/自驾/包车/公共交通）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时间约束（总时长、每个点的最短停留时间）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体能约束（适合什么体力水平的游客）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天气约束（下雨天哪些点不适合）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特殊需求（是否有老人/儿童/宠物）</w:t>
      </w:r>
    </w:p>
    <w:p>
      <w:r>
        <w:rPr>
          <w:rFonts w:ascii="宋体" w:hAnsi="宋体" w:eastAsia="宋体"/>
          <w:sz w:val="24"/>
        </w:rPr>
        <w:t>AI 线路规划的输出：优化后的行程安排——每个点的到达时间、停留时间、离开时间，点与点之间的交通方式、预估时间、备选路线。AI 的线路优化能力远超人工——它可以秒级计算"ABCD 四个点，怎么走总路程最短、怎么走在每个点停留的时间最合理"。</w:t>
      </w:r>
    </w:p>
    <w:p>
      <w:r>
        <w:rPr>
          <w:rFonts w:ascii="宋体" w:hAnsi="宋体" w:eastAsia="宋体"/>
          <w:sz w:val="24"/>
        </w:rPr>
        <w:t>注意事项：AI 的线路规划基于地图数据，可能不了解实地情况——"这条路虽然地图上显示可以走，但实际上在修路""这个停车场旺季根本停不进去"。运营者必须用实地经验校核 AI 的规划结果。</w:t>
      </w:r>
    </w:p>
    <w:p>
      <w:pPr>
        <w:pStyle w:val="Heading3"/>
      </w:pPr>
      <w:r>
        <w:t>7.2.3 定价策略的 AI 模拟与优化</w:t>
      </w:r>
    </w:p>
    <w:p>
      <w:r>
        <w:rPr>
          <w:rFonts w:ascii="宋体" w:hAnsi="宋体" w:eastAsia="宋体"/>
          <w:sz w:val="24"/>
        </w:rPr>
        <w:t>定价是产品设计中最让 OPC 运营者头疼的决策——定高了怕卖不出去，定低了怕亏本。AI 可以辅助进行定价模拟和优化。</w:t>
      </w:r>
    </w:p>
    <w:p>
      <w:r>
        <w:rPr>
          <w:rFonts w:ascii="宋体" w:hAnsi="宋体" w:eastAsia="宋体"/>
          <w:sz w:val="24"/>
        </w:rPr>
        <w:t>AI 定价模拟的方法：</w:t>
      </w:r>
    </w:p>
    <w:p>
      <w:r>
        <w:rPr>
          <w:rFonts w:ascii="宋体" w:hAnsi="宋体" w:eastAsia="宋体"/>
          <w:sz w:val="24"/>
        </w:rPr>
        <w:t>1. 成本分析：将产品的所有成本项（固定成本 + 可变成本 + 时间成本 + 机会成本）输入 AI，计算保本价格和盈亏平衡点。</w:t>
      </w:r>
    </w:p>
    <w:p>
      <w:r>
        <w:rPr>
          <w:rFonts w:ascii="宋体" w:hAnsi="宋体" w:eastAsia="宋体"/>
          <w:sz w:val="24"/>
        </w:rPr>
        <w:t>2. 竞品对标：AI 分析同类产品的市场价格区间，确定产品的市场定位（低于市场价抢份额、等于市场价拼品质、高于市场价做差异化）。</w:t>
      </w:r>
    </w:p>
    <w:p>
      <w:r>
        <w:rPr>
          <w:rFonts w:ascii="宋体" w:hAnsi="宋体" w:eastAsia="宋体"/>
          <w:sz w:val="24"/>
        </w:rPr>
        <w:t>3. 客户支付意愿分析：如果有历史数据（类似产品的销售数据），AI 可以分析"不同价格下的预估销量"，找到"收入最大化"的定价点。</w:t>
      </w:r>
    </w:p>
    <w:p>
      <w:r>
        <w:rPr>
          <w:rFonts w:ascii="宋体" w:hAnsi="宋体" w:eastAsia="宋体"/>
          <w:sz w:val="24"/>
        </w:rPr>
        <w:t>4. 敏感性分析：AI 模拟"如果价格上调 10%，销量下降多少时总收入会减少？"——找到价格弹性区间。</w:t>
      </w:r>
    </w:p>
    <w:p>
      <w:r>
        <w:rPr>
          <w:rFonts w:ascii="宋体" w:hAnsi="宋体" w:eastAsia="宋体"/>
          <w:sz w:val="24"/>
        </w:rPr>
        <w:t>定价的"心理锚点"技巧（AI 辅助设计）：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三档定价：基础版（低价，引流）、标准版（中价，主力）、尊享版（高价，锚定）。尊享版的存在让标准版显得"超值"。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零头定价：398 元 vs 400 元——前者给人的心理感受是"三百多"，后者是"四百"。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打包定价：把多个产品打包成一个套餐，总价低于单买之和。客人感觉"赚到了"，OPC 实现了交叉销售。</w:t>
      </w:r>
    </w:p>
    <w:p>
      <w:pPr>
        <w:pStyle w:val="Heading3"/>
      </w:pPr>
      <w:r>
        <w:t>7.2.4 产品 MVP 测试与数据反馈迭代</w:t>
      </w:r>
    </w:p>
    <w:p>
      <w:r>
        <w:rPr>
          <w:rFonts w:ascii="宋体" w:hAnsi="宋体" w:eastAsia="宋体"/>
          <w:sz w:val="24"/>
        </w:rPr>
        <w:t>MVP（Minimum Viable Product，最小可行产品）是互联网产品开发的核心方法论，同样适用于文旅产品设计。核心思想：不要等产品"完美"了再推向市场，而是用最小成本验证产品假设，然后根据真实反馈快速迭代。</w:t>
      </w:r>
    </w:p>
    <w:p>
      <w:r>
        <w:rPr>
          <w:rFonts w:ascii="宋体" w:hAnsi="宋体" w:eastAsia="宋体"/>
          <w:sz w:val="24"/>
        </w:rPr>
        <w:t>文旅产品 MVP 测试的步骤：</w:t>
      </w:r>
    </w:p>
    <w:p>
      <w:r>
        <w:rPr>
          <w:rFonts w:ascii="宋体" w:hAnsi="宋体" w:eastAsia="宋体"/>
          <w:sz w:val="24"/>
        </w:rPr>
        <w:t>1. 提出假设："目标客群（一线城市 25-35 岁女性）愿意为'屯堡蜡染深度体验'支付 398 元"</w:t>
      </w:r>
    </w:p>
    <w:p>
      <w:r>
        <w:rPr>
          <w:rFonts w:ascii="宋体" w:hAnsi="宋体" w:eastAsia="宋体"/>
          <w:sz w:val="24"/>
        </w:rPr>
        <w:t>2. 设计 MVP：最小化产品——不是"完美的全天体验"，而是"3 小时的简化版体验"，成本最低、风险最小。</w:t>
      </w:r>
    </w:p>
    <w:p>
      <w:r>
        <w:rPr>
          <w:rFonts w:ascii="宋体" w:hAnsi="宋体" w:eastAsia="宋体"/>
          <w:sz w:val="24"/>
        </w:rPr>
        <w:t>3. 小范围测试：邀请 5-10 位目标客群免费或低价体验，收集深度反馈（不只是打分，而是面对面的深度访谈）。</w:t>
      </w:r>
    </w:p>
    <w:p>
      <w:r>
        <w:rPr>
          <w:rFonts w:ascii="宋体" w:hAnsi="宋体" w:eastAsia="宋体"/>
          <w:sz w:val="24"/>
        </w:rPr>
        <w:t>4. 验证假设：客人是否愿意支付 398 元？如果不愿意，愿意支付多少？哪个环节客人最满意？哪个环节最不满意？</w:t>
      </w:r>
    </w:p>
    <w:p>
      <w:r>
        <w:rPr>
          <w:rFonts w:ascii="宋体" w:hAnsi="宋体" w:eastAsia="宋体"/>
          <w:sz w:val="24"/>
        </w:rPr>
        <w:t>5. 迭代优化：根据反馈修改产品，然后再测试下一批客人。通常 2-3 轮迭代后，产品就能达到"可以正式推向市场"的成熟度。</w:t>
      </w:r>
    </w:p>
    <w:p>
      <w:r>
        <w:rPr>
          <w:rFonts w:ascii="宋体" w:hAnsi="宋体" w:eastAsia="宋体"/>
          <w:sz w:val="24"/>
        </w:rPr>
        <w:t>AI 在 MVP 测试中的角色：AI 可以帮助分析测试反馈——将客人的访谈录音转文字 → AI 提取关键洞察 → AI 对比多轮测试的反馈变化 → AI 生成产品迭代建议。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7.3 文化体验的深度设计</w:t>
      </w:r>
    </w:p>
    <w:p>
      <w:pPr>
        <w:pStyle w:val="Heading3"/>
      </w:pPr>
      <w:r>
        <w:t>7.3.1 在地文化的挖掘与产品转化</w:t>
      </w:r>
    </w:p>
    <w:p>
      <w:r>
        <w:rPr>
          <w:rFonts w:ascii="宋体" w:hAnsi="宋体" w:eastAsia="宋体"/>
          <w:sz w:val="24"/>
        </w:rPr>
        <w:t>在地文化是文旅 OPC 最独特的资源禀赋，但"文化资源"不等于"文化产品"。把文化资源转化为可销售、可交付的文化体验产品，需要经过"挖掘—筛选—转化"三步流程。</w:t>
      </w:r>
    </w:p>
    <w:p>
      <w:r>
        <w:rPr>
          <w:rFonts w:ascii="宋体" w:hAnsi="宋体" w:eastAsia="宋体"/>
          <w:sz w:val="24"/>
        </w:rPr>
        <w:t>挖掘：系统梳理所在区域的在地文化资源——历史（屯堡 600 年移民史）、建筑（石墙石瓦四合院、碉楼防御体系）、服饰（凤阳汉装、大袖子长袍）、技艺（蜡染、地戏面具制作、银饰锻造）、饮食（屯堡八大碗、鸡辣子、腊肉血豆腐）、语言（屯堡话、布依语、苗语）、民俗（跳花节、四月八、六月六）、信仰（五显庙、汪公庙、祭山祭水）。</w:t>
      </w:r>
    </w:p>
    <w:p>
      <w:r>
        <w:rPr>
          <w:rFonts w:ascii="宋体" w:hAnsi="宋体" w:eastAsia="宋体"/>
          <w:sz w:val="24"/>
        </w:rPr>
        <w:t>筛选：不是所有文化资源都适合转化为旅游产品。筛选标准包括——可体验性（游客能不能"做"而不只是"看"）、可理解性（游客能不能在 1-3 小时内理解其文化内涵）、可交付性（OPC 有没有能力交付这个体验）、安全性（体验过程有没有人身安全风险）、文化适当性（转化为旅游产品是否会造成文化异化或冒犯）。</w:t>
      </w:r>
    </w:p>
    <w:p>
      <w:r>
        <w:rPr>
          <w:rFonts w:ascii="宋体" w:hAnsi="宋体" w:eastAsia="宋体"/>
          <w:sz w:val="24"/>
        </w:rPr>
        <w:t>转化：将筛选后的文化资源转化为具体的产品要素。例如，蜡染技艺 → 蜡染体验课程（学画蜡 → 染色 → 脱蜡 → 装裱）。转化的关键是找到"深度"和"可交付性"之间的平衡——太浅了没价值（"10 分钟蜡染体验"），太深了交付不了（"跟阿嬷学三年蜡染"）。</w:t>
      </w:r>
    </w:p>
    <w:p>
      <w:pPr>
        <w:pStyle w:val="Heading3"/>
      </w:pPr>
      <w:r>
        <w:t>7.3.2 沉浸式体验设计方法</w:t>
      </w:r>
    </w:p>
    <w:p>
      <w:r>
        <w:rPr>
          <w:rFonts w:ascii="宋体" w:hAnsi="宋体" w:eastAsia="宋体"/>
          <w:sz w:val="24"/>
        </w:rPr>
        <w:t>沉浸式体验（Immersive Experience）是当前文旅产品设计的热门方向。它的核心是让游客"忘记自己是一个游客"——通过环境、角色、叙事、互动的综合设计，让游客进入一个"另一个世界"。</w:t>
      </w:r>
    </w:p>
    <w:p>
      <w:r>
        <w:rPr>
          <w:rFonts w:ascii="宋体" w:hAnsi="宋体" w:eastAsia="宋体"/>
          <w:sz w:val="24"/>
        </w:rPr>
        <w:t>沉浸式体验的五个设计要素：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环境营造：通过视觉、听觉、嗅觉、触觉的多感官设计，营造"进入另一个时空"的感觉。屯堡石板路的脚步声、蜡染作坊的蜂蜡味、阿嬷唱的地戏调子——这些感官信号告诉游客"你不在 21 世纪的城市里了"。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角色赋予：游客不再是一个"旁观者"，而是被赋予一个角色——"今天你是来屯堡学手艺的学徒""今天你是苗寨的客人，按照苗家的规矩要喝三碗拦门酒"。角色赋予让游客的行为从"被动观看"变为"主动参与"。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叙事引导：体验不是零散活动的拼接，而是有开头、发展、高潮、结尾的叙事。一个好的文化体验就像一个微型戏剧——游客是主角，运营者是导演。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互动设计：游客与环境、与运营者、与其他游客之间的互动，是沉浸感的来源。自己动手画蜡、和阿嬷用手势和眼神交流、和其他"学徒"一起完成一件作品——这些互动比任何讲解都更能让文化"活"起来。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仪式感：开始时的"拜师茶"、结束时的"出师证书"——仪式感让体验有了"意义锚点"，让游客感到"这不是随便玩玩的，这是一件严肃的、有意义的事"。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7-2：沉浸式文化体验设计的"五感清单"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感官 | 屯堡蜡染体验示例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|------|---------------|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视觉 | 石板房、蓝靛染缸、晾晒的蜡染布、阿嬷的凤阳汉装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听觉 | 蜡刀在布上的沙沙声、地戏的唱腔、阿嬷的屯堡话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嗅觉 | 蜂蜡融化的甜味、蓝靛染料的草木味、柴火灶的烟火气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触觉 | 棉布的粗粝、热蜡的温度、染缸的冰凉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味觉 | 阿嬷泡的苦丁茶、中午的屯堡家常菜 |</w:t>
      </w:r>
    </w:p>
    <w:p>
      <w:pPr>
        <w:pStyle w:val="Heading3"/>
      </w:pPr>
      <w:r>
        <w:t>7.3.3 个性化定制与标准化交付的平衡</w:t>
      </w:r>
    </w:p>
    <w:p>
      <w:r>
        <w:rPr>
          <w:rFonts w:ascii="宋体" w:hAnsi="宋体" w:eastAsia="宋体"/>
          <w:sz w:val="24"/>
        </w:rPr>
        <w:t>OPC 面临一个核心矛盾：个性化定制是 OPC 的核心竞争力，但完全的个性化导致交付成本过高和品质不可控。解决这个矛盾的方法是"模块化个性定制"。</w:t>
      </w:r>
    </w:p>
    <w:p>
      <w:r>
        <w:rPr>
          <w:rFonts w:ascii="宋体" w:hAnsi="宋体" w:eastAsia="宋体"/>
          <w:sz w:val="24"/>
        </w:rPr>
        <w:t>模块化个性定制：将产品拆解为"标准模块"和"可选模块"。标准模块是所有人都一样的基础体验（确保品质底线），可选模块是客人根据个人偏好选择的定制环节（提供个性化空间）。</w:t>
      </w:r>
    </w:p>
    <w:p>
      <w:r>
        <w:rPr>
          <w:rFonts w:ascii="宋体" w:hAnsi="宋体" w:eastAsia="宋体"/>
          <w:sz w:val="24"/>
        </w:rPr>
        <w:t>以"屯堡文化深度体验"为例：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标准模块（固定，约 60% 的体验内容）：屯堡历史背景介绍（30 分钟）、地戏表演观看（20 分钟）、屯堡建筑导览（40 分钟）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可选模块（客人自选，约 40% 的体验内容）：蜡染体验（2 小时）/ 屯堡菜烹饪（2 小时）/ 地戏面具彩绘（1.5 小时）/ 屯堡服饰拍照（1 小时）/ 古法造纸（2 小时）</w:t>
      </w:r>
    </w:p>
    <w:p>
      <w:r>
        <w:rPr>
          <w:rFonts w:ascii="宋体" w:hAnsi="宋体" w:eastAsia="宋体"/>
          <w:sz w:val="24"/>
        </w:rPr>
        <w:t>客人从可选模块中选择 1-2 项，形成自己的个性化体验。这种设计既保证了 OPC 的交付效率（标准模块只需要准备一套方案），又提供了个性化空间（可选模块满足不同兴趣）。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7.4 安全与可持续设计</w:t>
      </w:r>
    </w:p>
    <w:p>
      <w:pPr>
        <w:pStyle w:val="Heading3"/>
      </w:pPr>
      <w:r>
        <w:t>7.4.1 旅游安全风险评估的 AI 工具</w:t>
      </w:r>
    </w:p>
    <w:p>
      <w:r>
        <w:rPr>
          <w:rFonts w:ascii="宋体" w:hAnsi="宋体" w:eastAsia="宋体"/>
          <w:sz w:val="24"/>
        </w:rPr>
        <w:t>旅游安全是产品设计的底线——一个安全事故足以毁掉一个 OPC 的所有努力。AI 可以辅助进行安全风险的识别和评估。</w:t>
      </w:r>
    </w:p>
    <w:p>
      <w:r>
        <w:rPr>
          <w:rFonts w:ascii="宋体" w:hAnsi="宋体" w:eastAsia="宋体"/>
          <w:sz w:val="24"/>
        </w:rPr>
        <w:t>文旅 OPC 常见安全风险：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交通安全：自驾/包车线路中的危险路段、极端天气下的行车风险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户外活动安全：徒步/登山/溯溪/攀岩中的坠落、迷路、失温、中暑风险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食品安全：食材新鲜度、过敏原、卫生条件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消防安全：民宿的消防设施、电器安全、逃生通道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人身安全：客人之间的冲突、外部治安风险</w:t>
      </w:r>
    </w:p>
    <w:p>
      <w:r>
        <w:rPr>
          <w:rFonts w:ascii="宋体" w:hAnsi="宋体" w:eastAsia="宋体"/>
          <w:sz w:val="24"/>
        </w:rPr>
        <w:t>AI 安全风险评估：将产品设计的详细方案（线路、活动、场地、设施）输入 LLM，让 AI 识别潜在的安全风险。提示词示例："以下是一条贵州山地徒步线路的详细方案。请识别所有潜在的安全风险，按风险等级（高/中/低）分类，并为每个风险提出预防和应急措施。"</w:t>
      </w:r>
    </w:p>
    <w:p>
      <w:r>
        <w:rPr>
          <w:rFonts w:ascii="宋体" w:hAnsi="宋体" w:eastAsia="宋体"/>
          <w:sz w:val="24"/>
        </w:rPr>
        <w:t>安全管理的底线措施：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购买旅游意外险和经营责任险（为客人购买，也为自己购买）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制定应急预案（火灾、受伤、失踪、恶劣天气）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配备基础急救包并接受急救培训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涉及高风险活动（攀岩、漂流、探洞）必须与有资质的专业机构合作，绝不自己操作</w:t>
      </w:r>
    </w:p>
    <w:p>
      <w:pPr>
        <w:pStyle w:val="Heading3"/>
      </w:pPr>
      <w:r>
        <w:t>7.4.2 生态承载力与产品规模控制</w:t>
      </w:r>
    </w:p>
    <w:p>
      <w:r>
        <w:rPr>
          <w:rFonts w:ascii="宋体" w:hAnsi="宋体" w:eastAsia="宋体"/>
          <w:sz w:val="24"/>
        </w:rPr>
        <w:t>文旅产品不是"卖得越多越好"。每个目的地都有生态承载力上限——超过了，环境会退化、体验会下降、本地居民会反感。</w:t>
      </w:r>
    </w:p>
    <w:p>
      <w:r>
        <w:rPr>
          <w:rFonts w:ascii="宋体" w:hAnsi="宋体" w:eastAsia="宋体"/>
          <w:sz w:val="24"/>
        </w:rPr>
        <w:t>生态承载力评估：OPC 在产品设计中需要考虑三个层面的承载力——物理承载力（空间能容纳多少人）、生态承载力（环境能承受多少人而不退化）、心理承载力（游客能接受多拥挤的环境）。</w:t>
      </w:r>
    </w:p>
    <w:p>
      <w:r>
        <w:rPr>
          <w:rFonts w:ascii="宋体" w:hAnsi="宋体" w:eastAsia="宋体"/>
          <w:sz w:val="24"/>
        </w:rPr>
        <w:t>产品规模控制策略：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预约制 + 限量：每天/每批次限定接待人数上限。人数上限不仅是为了保护环境，也是为了保障体验质量——"跟阿嬷学蜡染"一次最多 6 人，超过 6 人阿嬷就顾不过来了。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错峰设计：通过差异化产品设计，引导游客错峰出行——淡季推出特色产品（如冬季屯堡围炉煮茶）、工作日推出优惠套餐。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替代线路/产品开发：当核心产品达到容量上限时，引导客人选择替代产品，而不是"硬塞"进核心产品。</w:t>
      </w:r>
    </w:p>
    <w:p>
      <w:pPr>
        <w:pStyle w:val="Heading3"/>
      </w:pPr>
      <w:r>
        <w:t>7.4.3 社区利益共享与可持续发展</w:t>
      </w:r>
    </w:p>
    <w:p>
      <w:r>
        <w:rPr>
          <w:rFonts w:ascii="宋体" w:hAnsi="宋体" w:eastAsia="宋体"/>
          <w:sz w:val="24"/>
        </w:rPr>
        <w:t>文旅 OPC 不是漂浮在真空中的——它嵌入在具体的社区中，与本地居民共享资源、空间和日常生活。如果 OPC 的发展损害了本地社区的利益，无论产品设计得多好，都不可能持续。</w:t>
      </w:r>
    </w:p>
    <w:p>
      <w:r>
        <w:rPr>
          <w:rFonts w:ascii="宋体" w:hAnsi="宋体" w:eastAsia="宋体"/>
          <w:sz w:val="24"/>
        </w:rPr>
        <w:t>社区利益共享的设计原则：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优先雇佣本地人：需要外部人力时（清洁、厨房帮手、兼职向导），优先雇佣本地居民。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优先采购本地产品：食材、手工艺品、原材料优先从本地采购，让本地供应链受益。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共享基础设施：OPC 的某些设施（如停车场、Wi-Fi、公共空间）在非营业时间向本地居民开放。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文化收益返还：如果产品中使用了本地非遗传承人的技艺或本地传统文化元素，以合理的方式返还部分收益（直接支付、资助传承、帮助推广）。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尊重社区生活：产品的运营不能干扰本地居民的正常生活——夜间活动控制噪音、客人行为有明确的社区规范。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本章小结</w:t>
      </w:r>
    </w:p>
    <w:p>
      <w:r>
        <w:rPr>
          <w:rFonts w:ascii="宋体" w:hAnsi="宋体" w:eastAsia="宋体"/>
          <w:sz w:val="24"/>
        </w:rPr>
        <w:t>本章从理论到实操，系统阐述了 OPC 文旅产品设计与体验创新的方法论。</w:t>
      </w:r>
    </w:p>
    <w:p>
      <w:r>
        <w:rPr>
          <w:rFonts w:ascii="宋体" w:hAnsi="宋体" w:eastAsia="宋体"/>
          <w:sz w:val="24"/>
        </w:rPr>
        <w:t>产品设计理论：体验经济的 4E 模型（娱乐、教育、逃避、审美）为产品设计提供了方向框架；产品类型学（观光/体验/研学/康养/节事）帮助 OPC 明确产品定位；约束条件（人力、时间、空间、专业）和优势空间（在地深度、灵活性、个人温度、独家资源）定义了 OPC 产品设计的边界。</w:t>
      </w:r>
    </w:p>
    <w:p>
      <w:r>
        <w:rPr>
          <w:rFonts w:ascii="宋体" w:hAnsi="宋体" w:eastAsia="宋体"/>
          <w:sz w:val="24"/>
        </w:rPr>
        <w:t>AI 辅助设计流程：AI 在四个环节发挥关键作用——市场空白识别（从竞品数据和评价中识别机会）、线路规划与行程优化（秒级计算最优方案）、定价模拟与优化（基于成本和竞品的智能定价）、MVP 测试与迭代（快速验证和优化）。</w:t>
      </w:r>
    </w:p>
    <w:p>
      <w:r>
        <w:rPr>
          <w:rFonts w:ascii="宋体" w:hAnsi="宋体" w:eastAsia="宋体"/>
          <w:sz w:val="24"/>
        </w:rPr>
        <w:t>文化体验深度设计：在地文化的"挖掘—筛选—转化"三步流程确保文化资源转化为可交付的产品；沉浸式体验的"环境—角色—叙事—互动—仪式"五要素提供方法论指引；模块化个性定制平衡了个性化与标准化的矛盾。</w:t>
      </w:r>
    </w:p>
    <w:p>
      <w:r>
        <w:rPr>
          <w:rFonts w:ascii="宋体" w:hAnsi="宋体" w:eastAsia="宋体"/>
          <w:sz w:val="24"/>
        </w:rPr>
        <w:t>安全与可持续：AI 辅助安全风险评估、生态承载力与规模控制、社区利益共享——这三个维度确保了产品不仅是"好卖的"，也是"安全的"和"可持续的"。</w:t>
      </w:r>
    </w:p>
    <w:p>
      <w:r>
        <w:rPr>
          <w:rFonts w:ascii="宋体" w:hAnsi="宋体" w:eastAsia="宋体"/>
          <w:sz w:val="24"/>
        </w:rPr>
        <w:t>第 8 章将进入"精准营销与 AI 获客体系"——好产品需要被目标客户看到，AI 如何帮助 OPC 以小博大？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思考题</w:t>
      </w:r>
    </w:p>
    <w:p>
      <w:r>
        <w:rPr>
          <w:rFonts w:ascii="宋体" w:hAnsi="宋体" w:eastAsia="宋体"/>
          <w:sz w:val="24"/>
        </w:rPr>
        <w:t>1. 产品设计实操：选择一个贵州在地文化资源（如屯堡地戏、安顺蜡染、苗族银饰、侗族大歌等），按照本章的"挖掘—筛选—转化"三步流程，设计一款面向自由行游客的文旅体验产品。要求包含：产品名称、目标客群、核心体验内容（按 4E 模型设计）、时长、定价、与竞品的差异化点。</w:t>
      </w:r>
    </w:p>
    <w:p>
      <w:r>
        <w:rPr>
          <w:rFonts w:ascii="宋体" w:hAnsi="宋体" w:eastAsia="宋体"/>
          <w:sz w:val="24"/>
        </w:rPr>
        <w:t>2. MVP 测试方案：为你设计的产品制定一份 MVP 测试方案。要求包含：测试假设、MVP 简化方案、测试对象和方式、数据收集维度、判断"通过"或"不通过"的标准。</w:t>
      </w:r>
    </w:p>
    <w:p>
      <w:r>
        <w:rPr>
          <w:rFonts w:ascii="宋体" w:hAnsi="宋体" w:eastAsia="宋体"/>
          <w:sz w:val="24"/>
        </w:rPr>
        <w:t>3. 模块化设计：将你设计的产品按照"标准模块 + 可选模块"的方式拆解，确保标准模块占比约 60%、可选模块提供至少 3 个选项。</w:t>
      </w:r>
    </w:p>
    <w:p>
      <w:r>
        <w:rPr>
          <w:rFonts w:ascii="宋体" w:hAnsi="宋体" w:eastAsia="宋体"/>
          <w:sz w:val="24"/>
        </w:rPr>
        <w:t>4. 安全评估：为你设计的产品进行安全风险评估。列出至少 5 个潜在风险点，对每个风险点给出风险等级和预防/应急措施。</w:t>
      </w:r>
    </w:p>
    <w:p>
      <w:r>
        <w:rPr>
          <w:rFonts w:ascii="宋体" w:hAnsi="宋体" w:eastAsia="宋体"/>
          <w:sz w:val="24"/>
        </w:rPr>
        <w:t>5. 批判思考：本章 7.3.3 节讨论了"个性化定制与标准化交付的平衡"。有人认为，"模块化个性定制"本质上是用有限的选项替代真正的个性化，是一种"伪个性化"。你同意这个观点吗？对于 OPC 而言，是否存在"真正的个性化"？如果存在，它的成本和收益是什么？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参考文献</w:t>
      </w:r>
    </w:p>
    <w:p>
      <w:r>
        <w:rPr>
          <w:rFonts w:ascii="宋体" w:hAnsi="宋体" w:eastAsia="宋体"/>
          <w:sz w:val="24"/>
        </w:rPr>
        <w:t>[1] Pine, B. J., &amp; Gilmore, J. H. The Experience Economy: Work Is Theater &amp; Every Business a Stage[M]. Boston: Harvard Business School Press, 1999.</w:t>
      </w:r>
    </w:p>
    <w:p>
      <w:r>
        <w:rPr>
          <w:rFonts w:ascii="宋体" w:hAnsi="宋体" w:eastAsia="宋体"/>
          <w:sz w:val="24"/>
        </w:rPr>
        <w:t>[2] 吴必虎. 区域旅游规划原理（第二版）[M]. 北京: 中国旅游出版社, 2018.</w:t>
      </w:r>
    </w:p>
    <w:p>
      <w:r>
        <w:rPr>
          <w:rFonts w:ascii="宋体" w:hAnsi="宋体" w:eastAsia="宋体"/>
          <w:sz w:val="24"/>
        </w:rPr>
        <w:t>[3] 厉新建, 张凌云, 崔莉. 全域旅游: 建设世界一流旅游目的地的理念创新[J]. 人文地理, 2013, 28(3): 130-134.</w:t>
      </w:r>
    </w:p>
    <w:p>
      <w:r>
        <w:rPr>
          <w:rFonts w:ascii="宋体" w:hAnsi="宋体" w:eastAsia="宋体"/>
          <w:sz w:val="24"/>
        </w:rPr>
        <w:t>[4] 中国旅游研究院. 2024 年中国文化旅游发展报告[R]. 2024.</w:t>
      </w:r>
    </w:p>
    <w:p>
      <w:r>
        <w:rPr>
          <w:rFonts w:ascii="宋体" w:hAnsi="宋体" w:eastAsia="宋体"/>
          <w:sz w:val="24"/>
        </w:rPr>
        <w:t>[5] Ries, E. The Lean Startup: How Today's Entrepreneurs Use Continuous Innovation to Create Radically Successful Businesses[M]. Crown Business, 2011.</w:t>
      </w:r>
    </w:p>
    <w:p>
      <w:r>
        <w:rPr>
          <w:rFonts w:ascii="宋体" w:hAnsi="宋体" w:eastAsia="宋体"/>
          <w:sz w:val="24"/>
        </w:rPr>
        <w:t>[6] 文化和旅游部. "十四五"文化和旅游发展规划[EB/OL]. 2021.</w:t>
      </w:r>
    </w:p>
    <w:p>
      <w:r>
        <w:rPr>
          <w:rFonts w:ascii="宋体" w:hAnsi="宋体" w:eastAsia="宋体"/>
          <w:sz w:val="24"/>
        </w:rPr>
        <w:t>[7] 贵州省文化和旅游厅. 贵州省乡村旅游质量等级评定与管理办法[S]. 2022.</w:t>
      </w:r>
    </w:p>
    <w:p>
      <w:r>
        <w:rPr>
          <w:rFonts w:ascii="宋体" w:hAnsi="宋体" w:eastAsia="宋体"/>
          <w:sz w:val="24"/>
        </w:rPr>
        <w:t>[8] Csikszentmihalyi, M. Flow: The Psychology of Optimal Experience[M]. Harper &amp; Row, 1990.</w:t>
      </w:r>
    </w:p>
    <w:p>
      <w:r>
        <w:rPr>
          <w:rFonts w:ascii="宋体" w:hAnsi="宋体" w:eastAsia="宋体"/>
          <w:sz w:val="24"/>
        </w:rPr>
        <w:t>[9] 中华人民共和国旅游法（2018 年修正）[S].</w:t>
      </w:r>
    </w:p>
    <w:p>
      <w:r>
        <w:rPr>
          <w:rFonts w:ascii="宋体" w:hAnsi="宋体" w:eastAsia="宋体"/>
          <w:sz w:val="24"/>
        </w:rPr>
        <w:t>[10] 中国探险协会. 2024 年中国户外探险旅游安全报告[R]. 2024.</w:t>
      </w:r>
    </w:p>
    <w:p>
      <w:pPr>
        <w:pStyle w:val="Heading2"/>
      </w:pPr>
      <w:r>
        <w:t>学习目标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知识目标：掌握文旅 OPC 的四类营销渠道（OTA 平台、内容平台、私域流量、本地渠道）的运营逻辑和差异化策略；理解 AI 精准营销的核心体系（客群识别、个性化推荐、智能投放、营销自动化）。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能力目标：能搭建 OPC 的全渠道 AI 获客体系；能制定内容营销策略并运用 AI 工具实现短视频矩阵的批量运营；能构建营销效果评估的关键指标体系并进行 ROI 分析。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素养目标：建立诚信营销观——抵制刷单、虚假好评、误导性宣传等不正当竞争行为；在文旅营销中维护文化真实性，不为了流量而扭曲或消费在地文化。</w:t>
      </w:r>
    </w:p>
    <w:p>
      <w:pPr>
        <w:pStyle w:val="Heading2"/>
      </w:pPr>
      <w:r>
        <w:t>导入案例</w:t>
      </w:r>
    </w:p>
    <w:p>
      <w:r>
        <w:rPr>
          <w:rFonts w:ascii="宋体" w:hAnsi="宋体" w:eastAsia="宋体"/>
          <w:sz w:val="24"/>
        </w:rPr>
        <w:t>从 30% 到 85%：一场 AI 短视频矩阵实验</w:t>
      </w:r>
    </w:p>
    <w:p>
      <w:r>
        <w:rPr>
          <w:rFonts w:ascii="宋体" w:hAnsi="宋体" w:eastAsia="宋体"/>
          <w:sz w:val="24"/>
        </w:rPr>
        <w:t>2023 年初，兴义万峰林景区周边的一家 10 间房民宿面临生存危机——全年入住率只有 30%，OTA 平台上排在 10 名开外，几乎零自然流量。民宿主小杨（夫妻店，没有员工）试过找达人探店（报价 5000 元一条，效果不确定）、投 OTA 广告（点击成本高，ROI 算不过来）、找旅行社合作（佣金太高，利润被吃光）。</w:t>
      </w:r>
    </w:p>
    <w:p>
      <w:r>
        <w:rPr>
          <w:rFonts w:ascii="宋体" w:hAnsi="宋体" w:eastAsia="宋体"/>
          <w:sz w:val="24"/>
        </w:rPr>
        <w:t>2023 年 5 月，她开始了一个"AI 短视频矩阵"实验：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账号矩阵：在抖音和小红书各开设 3 个账号（主账号 + 民宿日常 + 万峰林攻略），6 个账号互为矩阵、互相导流。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内容生产：每周日花 2 小时，用 AI 生成下周 6 个账号的全部内容（每个账号每天 1-2 条）——AI 生成选题和脚本 → 手机拍摄素材 → AI 剪辑 → 定时发布。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评论运营：用 AI 客服自动回复评论区的常见问题，识别高意向用户转人工私信跟进。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数据驱动优化：每周用 AI 分析各账号和各条内容的数据，淘汰效果差的选题和形式，加码效果好的。</w:t>
      </w:r>
    </w:p>
    <w:p>
      <w:r>
        <w:rPr>
          <w:rFonts w:ascii="宋体" w:hAnsi="宋体" w:eastAsia="宋体"/>
          <w:sz w:val="24"/>
        </w:rPr>
        <w:t>到 2024 年 5 月，实验运行一周年，成绩单如下：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抖音矩阵总粉丝：3.8 万 → 其中 3 个账号粉丝过万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小红书矩阵总粉丝：2.1 万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月均自然流量咨询量：500+ 条（实验前不足 50 条）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入住率：从 30% 提升到 85%（旺季 95%+，淡季 65%+）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全年营销投入：AI 工具订阅费约 2000 元（实验前投入几乎为零，因为没效果不敢投）</w:t>
      </w:r>
    </w:p>
    <w:p>
      <w:r>
        <w:rPr>
          <w:rFonts w:ascii="宋体" w:hAnsi="宋体" w:eastAsia="宋体"/>
          <w:sz w:val="24"/>
        </w:rPr>
        <w:t>小杨总结："不是我的民宿突然变好了，而是突然有人看到了。"</w:t>
      </w:r>
    </w:p>
    <w:p>
      <w:r>
        <w:rPr>
          <w:rFonts w:ascii="宋体" w:hAnsi="宋体" w:eastAsia="宋体"/>
          <w:sz w:val="24"/>
        </w:rPr>
        <w:t>思考：小杨的 6 个账号矩阵，一个人如何管理得过来？AI 在其中承担了多少工作量？如果小杨的民宿品质很差但 AI 内容做得好，客人来了之后发现"货不对板"会怎样？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8.1 文旅 OPC 营销渠道全景</w:t>
      </w:r>
    </w:p>
    <w:p>
      <w:pPr>
        <w:pStyle w:val="Heading3"/>
      </w:pPr>
      <w:r>
        <w:t>8.1.1 OTA 平台：携程、美团、飞猪的 OPC 运营策略</w:t>
      </w:r>
    </w:p>
    <w:p>
      <w:r>
        <w:rPr>
          <w:rFonts w:ascii="宋体" w:hAnsi="宋体" w:eastAsia="宋体"/>
          <w:sz w:val="24"/>
        </w:rPr>
        <w:t>OTA（Online Travel Agency）是文旅 OPC 最基础的获客渠道。对于大多数 OPC，OTA 贡献了 40-70% 的订单。但 OTA 是一个"货架模式"——游客带着明确需求搜索（"安顺民宿""黄果树附近酒店"），OPC 的产品在一个长长的列表里与几十上百个竞品争夺点击和预订。</w:t>
      </w:r>
    </w:p>
    <w:p>
      <w:r>
        <w:rPr>
          <w:rFonts w:ascii="宋体" w:hAnsi="宋体" w:eastAsia="宋体"/>
          <w:sz w:val="24"/>
        </w:rPr>
        <w:t>OTA 运营的四个关键动作：</w:t>
      </w:r>
    </w:p>
    <w:p>
      <w:r>
        <w:rPr>
          <w:rFonts w:ascii="宋体" w:hAnsi="宋体" w:eastAsia="宋体"/>
          <w:sz w:val="24"/>
        </w:rPr>
        <w:t>第一，页面优化（Listing Optimization）。OTA 的产品页面是 OPC 的"线上店面"。关键优化点：(1) 标题——包含核心关键词（目的地 + 特色 + 房型），如"黄果树景区旁·屯堡石屋·山景大床房"；(2) 首图——最吸引人的一张照片作为首图（通常是有特色的外观或景观），首图决定点击率；(3) 描述——前 50 字最关键（OTA 列表页只显示前 50 字），必须包含最核心的卖点；(4) 标签和设施——完整填写所有适用的标签和设施（"亲子友好""停车免费""允许携带宠物"），标签直接影响搜索筛选结果。</w:t>
      </w:r>
    </w:p>
    <w:p>
      <w:r>
        <w:rPr>
          <w:rFonts w:ascii="宋体" w:hAnsi="宋体" w:eastAsia="宋体"/>
          <w:sz w:val="24"/>
        </w:rPr>
        <w:t>第二，评价管理。OTA 的评价体系是 OPC 的"信用资产"。关键动作：(1) 好评回复——每条好评都个性化回复（用 AI 辅助生成模板，人工微调注入温度）；(2) 差评回复——24 小时内回复，不辩解不推卸，承认问题 + 说明改进措施 + 邀请再次体验；(3) 评价引导——退房后自动发送评价邀请，但不要"求好评"或"用优惠换好评"（违反平台规则）。</w:t>
      </w:r>
    </w:p>
    <w:p>
      <w:r>
        <w:rPr>
          <w:rFonts w:ascii="宋体" w:hAnsi="宋体" w:eastAsia="宋体"/>
          <w:sz w:val="24"/>
        </w:rPr>
        <w:t>第三，价格与库存管理。OTA 平台的价格透明度和比价便利性决定了"价格竞争力"是 OTA 渠道的核心竞争维度。关键动作：(1) 确保在所有 OTA 平台上的价格逻辑一致（可以不同平台不同价，但不能同一个平台"杀熟"）；(2) 动态调整价格（旺季提价、淡季降价、节假日溢价）；(3) 参与平台促销活动（早鸟优惠、连住优惠、会员折扣）但控制力度——折扣太深不仅损失利润，还会拉低品牌定位。</w:t>
      </w:r>
    </w:p>
    <w:p>
      <w:r>
        <w:rPr>
          <w:rFonts w:ascii="宋体" w:hAnsi="宋体" w:eastAsia="宋体"/>
          <w:sz w:val="24"/>
        </w:rPr>
        <w:t>第四，流量获取。OTA 平台上的流量分为"自然流量"（搜索排名）和"付费流量"（广告）。对于 OPC，优先做好自然流量（页面优化 + 评价积累），付费流量作为补充（在淡季或新开业期间适度投放）。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8-1：OTA 平台的搜索排名影响因素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因素 | 影响权重 | OPC 优化动作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|------|---------|------------|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评价分数 | ★★★★★ | 保持 4.7 分以上，差评及时回复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评价数量 | ★★★★☆ | 持续引导评价，但不违规刷评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价格竞争力 | ★★★★☆ | 与同商圈同类产品保持合理价差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信息完整度 | ★★★☆☆ | 标签、设施、政策等信息 100% 填写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预订转化率 | ★★★☆☆ | 优化页面提高点击 → 预订转化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即时确认率 | ★★★☆☆ | 开启即时确认，减少客人等待 |</w:t>
      </w:r>
    </w:p>
    <w:p>
      <w:pPr>
        <w:pStyle w:val="Heading3"/>
      </w:pPr>
      <w:r>
        <w:t>8.1.2 内容平台：小红书、抖音、视频号的文旅玩法</w:t>
      </w:r>
    </w:p>
    <w:p>
      <w:r>
        <w:rPr>
          <w:rFonts w:ascii="宋体" w:hAnsi="宋体" w:eastAsia="宋体"/>
          <w:sz w:val="24"/>
        </w:rPr>
        <w:t>内容平台（小红书、抖音、视频号）是 OPC 的"第二条获客腿"——与 OTA 的"搜索-比价-预订"逻辑不同，内容平台是"种草-兴趣-转化"逻辑。游客不是在搜索"安顺民宿"，而是在刷到一条"贵州居然还有这么美的地方"的视频后被激发了旅行意愿。</w:t>
      </w:r>
    </w:p>
    <w:p>
      <w:r>
        <w:rPr>
          <w:rFonts w:ascii="宋体" w:hAnsi="宋体" w:eastAsia="宋体"/>
          <w:sz w:val="24"/>
        </w:rPr>
        <w:t>小红书文旅营销：小红书是文旅 OPC 最适配的内容平台之一——用户画像（以 18-35 岁女性为主）与文旅消费的核心决策者高度重合，内容形态（图文笔记 + 短视频）适合展示旅游产品和体验。小红书的文旅内容策略：(1) 攻略型笔记（"安顺三天两夜人均 1500 攻略"）→ 吸引搜索流量；(2) 美学型笔记（"住进 600 年屯堡石屋是什么体验"）→ 吸引推荐流量；(3) 实用型笔记（"黄果树景区保姆级避坑指南"）→ 建立专业信任。小红书的内容长尾效应很强——一篇优质的攻略笔记可以在发布后 3-6 个月仍持续带来流量和咨询。</w:t>
      </w:r>
    </w:p>
    <w:p>
      <w:r>
        <w:rPr>
          <w:rFonts w:ascii="宋体" w:hAnsi="宋体" w:eastAsia="宋体"/>
          <w:sz w:val="24"/>
        </w:rPr>
        <w:t>抖音文旅营销：抖音是文旅 OPC 的"流量放大器"——一条爆款视频可以在 24 小时内带来几百条咨询。但抖音的流量波动极大（今天爆了明天可能一条都没有），且转化路径比小红书长（抖音的预订流程不如小红书顺畅）。抖音的文旅内容策略：(1) 视觉冲击型短视频（"推开窗就是这样的风景"）→ 激发旅行欲望；(2) 实用攻略型短视频（"黄果树一日游最佳路线"）→ 提供决策信息；(3) 直播（民宿实景直播、景区实时直播）→ 建立信任和即时转化。抖音的内容时效性强——一条视频的生命周期通常只有 3-7 天。</w:t>
      </w:r>
    </w:p>
    <w:p>
      <w:r>
        <w:rPr>
          <w:rFonts w:ascii="宋体" w:hAnsi="宋体" w:eastAsia="宋体"/>
          <w:sz w:val="24"/>
        </w:rPr>
        <w:t>视频号文旅营销：视频号的优势在于微信生态的私域闭环——"视频号内容 → 公众号/企业微信 → 朋友圈 → 社群 → 小程序预订"形成完整的获客-转化-复购链路。视频号的文旅内容策略：深度内容（3-5 分钟的目的地故事、文化解读）配合私域运营，适合做高客单价产品的种草和转化。</w:t>
      </w:r>
    </w:p>
    <w:p>
      <w:r>
        <w:rPr>
          <w:rFonts w:ascii="宋体" w:hAnsi="宋体" w:eastAsia="宋体"/>
          <w:sz w:val="24"/>
        </w:rPr>
        <w:t>[表 8-1：三大内容平台的文旅营销对比]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99"/>
        <w:gridCol w:w="1899"/>
        <w:gridCol w:w="1899"/>
        <w:gridCol w:w="1899"/>
      </w:tblGrid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维度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小红书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抖音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视频号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核心用户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18-35 岁女性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全年龄段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30-50 岁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内容形态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图文笔记 + 短视频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短视频 + 直播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短视频 + 直播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流量逻辑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搜索 + 推荐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推荐为主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社交 + 推荐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长尾效应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强（3-6 个月）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弱（3-7 天）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中（1-4 周）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转化路径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笔记 → 私信 → 预订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视频 → 评论 → 私信 → 预订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视频 → 公众号/企微 → 预订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OPC 适配度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★★★★★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★★★★☆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★★★☆☆</w:t>
            </w:r>
          </w:p>
        </w:tc>
      </w:tr>
    </w:tbl>
    <w:p/>
    <w:p>
      <w:pPr>
        <w:pStyle w:val="Heading3"/>
      </w:pPr>
      <w:r>
        <w:t>8.1.3 私域流量：微信生态、社群运营、会员体系</w:t>
      </w:r>
    </w:p>
    <w:p>
      <w:r>
        <w:rPr>
          <w:rFonts w:ascii="宋体" w:hAnsi="宋体" w:eastAsia="宋体"/>
          <w:sz w:val="24"/>
        </w:rPr>
        <w:t>私域流量是 OPC 的"自有资产"——不依赖平台算法、不需要每次付费、可以反复触达的客户池。对于 OPC 而言，私域的核心价值不是"替代公域"，而是"降低对公域的依赖"——当 OTA 佣金上涨或内容平台算法变化时，私域客户池是最后的"安全垫"。</w:t>
      </w:r>
    </w:p>
    <w:p>
      <w:r>
        <w:rPr>
          <w:rFonts w:ascii="宋体" w:hAnsi="宋体" w:eastAsia="宋体"/>
          <w:sz w:val="24"/>
        </w:rPr>
        <w:t>微信生态私域运营：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个人微信/企业微信：每个入住的客人都引导添加微信（"加微信发你独家攻略"比"加微信以后联系"的添加率高得多）。好友数 1000+ 后，一条朋友圈就是一次免费的营销触达。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朋友圈运营：朋友圈不是广告栏——每天发 1-2 条内容（民宿日常/客人故事/目的地风景），每周发 1 条营销内容（促销/新产线/空房提醒）。朋友圈的核心是"让客人记住你"而不是"让客人立刻下单"。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社群运营：当微信好友数超过 500 时，可以建立客户群（如"老吴的屯堡老友群"）。社群的内容价值 &gt; 促销价值——在群里分享独家攻略、目的地资讯、客人故事，偶尔发布老客户专属优惠。社群的核心是"归属感"而不是"促销通道"。</w:t>
      </w:r>
    </w:p>
    <w:p>
      <w:r>
        <w:rPr>
          <w:rFonts w:ascii="宋体" w:hAnsi="宋体" w:eastAsia="宋体"/>
          <w:sz w:val="24"/>
        </w:rPr>
        <w:t>会员/复购体系：OPC 不需要复杂的 CRM 系统，一个简单的"复购优惠"策略就足够——第二次入住 9 折、第三次 8.5 折、老客户推荐新客户双方各减 50 元。用 AI 记录客户的复购次数和偏好，自动在适当时间发送个性化的复购邀请。</w:t>
      </w:r>
    </w:p>
    <w:p>
      <w:pPr>
        <w:pStyle w:val="Heading3"/>
      </w:pPr>
      <w:r>
        <w:t>8.1.4 本地渠道：旅行社合作、景区联动、异业联盟</w:t>
      </w:r>
    </w:p>
    <w:p>
      <w:r>
        <w:rPr>
          <w:rFonts w:ascii="宋体" w:hAnsi="宋体" w:eastAsia="宋体"/>
          <w:sz w:val="24"/>
        </w:rPr>
        <w:t>线上渠道不是 OPC 的全部。对于某些类型的 OPC（特别是依赖团队客或商务客的），本地线下渠道仍然重要。</w:t>
      </w:r>
    </w:p>
    <w:p>
      <w:r>
        <w:rPr>
          <w:rFonts w:ascii="宋体" w:hAnsi="宋体" w:eastAsia="宋体"/>
          <w:sz w:val="24"/>
        </w:rPr>
        <w:t>旅行社合作：与本地旅行社建立合作关系，成为他们的"供应商"。旅行社带来团队客（批量、稳定、但客单价低），OPC 提供产品和服务。合作的关键是"定位清晰"——OPC 给旅行社的价格是批发价，OTA 上挂的是零售价，两者不能冲突。</w:t>
      </w:r>
    </w:p>
    <w:p>
      <w:r>
        <w:rPr>
          <w:rFonts w:ascii="宋体" w:hAnsi="宋体" w:eastAsia="宋体"/>
          <w:sz w:val="24"/>
        </w:rPr>
        <w:t>景区联动：与周边的景区、餐饮、体验项目建立互相导流的关系。如第 3 章导入案例中屯堡"三剑客"的互相导流模式。景区联动不需要复杂的合作协议——一个微信群、一个真诚的推荐就足够了。</w:t>
      </w:r>
    </w:p>
    <w:p>
      <w:r>
        <w:rPr>
          <w:rFonts w:ascii="宋体" w:hAnsi="宋体" w:eastAsia="宋体"/>
          <w:sz w:val="24"/>
        </w:rPr>
        <w:t>异业联盟：与旅游"不直接相关"但目标客群重叠的行业合作——摄影工作室、婚庆公司、企业团建公司、户外运动俱乐部。这些合作伙伴有现成的客户，OPC 有产品和服务，合作是双赢。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8.2 AI 驱动的精准营销体系</w:t>
      </w:r>
    </w:p>
    <w:p>
      <w:pPr>
        <w:pStyle w:val="Heading3"/>
      </w:pPr>
      <w:r>
        <w:t>8.2.1 目标客群的 AI 识别与定向</w:t>
      </w:r>
    </w:p>
    <w:p>
      <w:r>
        <w:rPr>
          <w:rFonts w:ascii="宋体" w:hAnsi="宋体" w:eastAsia="宋体"/>
          <w:sz w:val="24"/>
        </w:rPr>
        <w:t>AI 精准营销的第一步是"找对人"——识别出最可能对你的产品感兴趣的人。</w:t>
      </w:r>
    </w:p>
    <w:p>
      <w:r>
        <w:rPr>
          <w:rFonts w:ascii="宋体" w:hAnsi="宋体" w:eastAsia="宋体"/>
          <w:sz w:val="24"/>
        </w:rPr>
        <w:t>AI 客群识别的方法：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基于现有客户的相似人群（Lookalike）：将现有客户数据（来源地、年龄、兴趣标签、消费行为）输入 AI，AI 分析这些客户的共同特征，然后在目标平台的人群库中找到具有相似特征但尚未接触过你的"潜在客户"。这是精准营销中最有效的定向方法。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基于行为的意向识别：AI 分析用户在平台上的行为信号——搜索过"安顺旅游"、收藏过"黄果树民宿"、在小红书上点赞过"屯堡文化"相关笔记——这些行为信号指示着真实的旅行意向。针对这些"高意向人群"投放广告，转化率远高于泛投。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基于场景的需求触发：AI 识别用户的"场景信号"——用户刚订了飞贵阳的机票（OTA 数据）、用户搜索了"暑假带娃去哪玩"（搜索数据）、用户所在地正在经历高温天气（气象数据 + 位置数据）。这些场景信号触发特定的旅游需求，是精准营销的最佳时机。</w:t>
      </w:r>
    </w:p>
    <w:p>
      <w:pPr>
        <w:pStyle w:val="Heading3"/>
      </w:pPr>
      <w:r>
        <w:t>8.2.2 个性化推荐与动态定价</w:t>
      </w:r>
    </w:p>
    <w:p>
      <w:r>
        <w:rPr>
          <w:rFonts w:ascii="宋体" w:hAnsi="宋体" w:eastAsia="宋体"/>
          <w:sz w:val="24"/>
        </w:rPr>
        <w:t>"对的人"需要"对的内容"才能转化为"对的动作（预订）"。个性化推荐就是用 AI 实现"千人千面"的内容推送。</w:t>
      </w:r>
    </w:p>
    <w:p>
      <w:r>
        <w:rPr>
          <w:rFonts w:ascii="宋体" w:hAnsi="宋体" w:eastAsia="宋体"/>
          <w:sz w:val="24"/>
        </w:rPr>
        <w:t>个性化推荐在 OPC 场景中的应用：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OTA 平台：部分 OTA 平台支持"精准营销"功能——针对不同标签的客群展示不同的房源/产品页面。例如，对"亲子家庭"标签的用户，优先展示亲子房和亲子设施；对"情侣"标签的用户，优先展示浪漫景观和双人套餐。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私域运营：在微信生态中，根据客户标签（首次入住/老客户、亲子/情侣/商务、价格敏感/品质导向）推送不同的内容。老客户收到"好久不见，万峰林的油菜花开了"的情感召回；新客户收到"安顺三天两夜保姆级攻略"的实用内容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客服的个性化引导：当客人通过社交媒体或微信咨询时，AI 客服根据客人的初步信息（"两大一小，暑假，5 天"）自动推荐最匹配的产品和套餐，而不是回复统一的产品列表。</w:t>
      </w:r>
    </w:p>
    <w:p>
      <w:r>
        <w:rPr>
          <w:rFonts w:ascii="宋体" w:hAnsi="宋体" w:eastAsia="宋体"/>
          <w:sz w:val="24"/>
        </w:rPr>
        <w:t>动态定价的 AI 实现：动态定价（第 5 章已讨论）是精准营销的价格维度。AI 不仅帮你"定什么价"，还帮你"给什么人定什么价"——新客户首单优惠、老客户复购折扣、早鸟优惠、最后一刻特价。不同的价格策略对应不同的客群和预订时机。</w:t>
      </w:r>
    </w:p>
    <w:p>
      <w:pPr>
        <w:pStyle w:val="Heading3"/>
      </w:pPr>
      <w:r>
        <w:t>8.2.3 AI 广告投放与效果优化</w:t>
      </w:r>
    </w:p>
    <w:p>
      <w:r>
        <w:rPr>
          <w:rFonts w:ascii="宋体" w:hAnsi="宋体" w:eastAsia="宋体"/>
          <w:sz w:val="24"/>
        </w:rPr>
        <w:t>对于有广告预算的 OPC，AI 可以显著提升广告投放的 ROI。即使预算很少（如每月 500-2000 元），AI 辅助投放也比人工"盲投"效果好得多。</w:t>
      </w:r>
    </w:p>
    <w:p>
      <w:r>
        <w:rPr>
          <w:rFonts w:ascii="宋体" w:hAnsi="宋体" w:eastAsia="宋体"/>
          <w:sz w:val="24"/>
        </w:rPr>
        <w:t>AI 广告投放的优化维度：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素材优化：AI 自动生成多版广告素材（不同图片、不同文案、不同 CTA），进行 A/B 测试，自动将预算向效果最好的素材倾斜。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人群优化：AI 分析广告的点击和转化数据，自动识别"高转化人群"和"低转化人群"，动态调整人群定向。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时段优化：AI 分析不同时段的广告效果（点击率、转化率、转化成本），自动将预算集中在效果最好的时段。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出价优化：AI 根据转化目标和预算约束，自动调整出价策略——在转化率高的时段和人群上提高出价抢流量，在转化率低的时段和人群上降低出价控成本。</w:t>
      </w:r>
    </w:p>
    <w:p>
      <w:r>
        <w:rPr>
          <w:rFonts w:ascii="宋体" w:hAnsi="宋体" w:eastAsia="宋体"/>
          <w:sz w:val="24"/>
        </w:rPr>
        <w:t>OPC 广告投放的"小预算策略"：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月预算 500-2000 元的情况下，不建议在 OTA 平台上投"竞价排名"广告（竞争激烈、CPC 高），而建议在内容平台（小红书、抖音）上投"内容加热"广告——将自然流量表现好的内容进行付费推广，用少量预算放大优质内容的曝光。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预算分配：70% 投放在"已验证有效的"内容/人群/时段上（保底），30% 用于测试新的内容/人群/时段（探索）。</w:t>
      </w:r>
    </w:p>
    <w:p>
      <w:pPr>
        <w:pStyle w:val="Heading3"/>
      </w:pPr>
      <w:r>
        <w:t>8.2.4 营销自动化（MA）工具的应用</w:t>
      </w:r>
    </w:p>
    <w:p>
      <w:r>
        <w:rPr>
          <w:rFonts w:ascii="宋体" w:hAnsi="宋体" w:eastAsia="宋体"/>
          <w:sz w:val="24"/>
        </w:rPr>
        <w:t>营销自动化（Marketing Automation）让 OPC 用"设定一次，自动运行"的方式完成重复性的营销工作。</w:t>
      </w:r>
    </w:p>
    <w:p>
      <w:r>
        <w:rPr>
          <w:rFonts w:ascii="宋体" w:hAnsi="宋体" w:eastAsia="宋体"/>
          <w:sz w:val="24"/>
        </w:rPr>
        <w:t>OPC 适用的营销自动化场景：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新客户欢迎流程：新加微信的客户 → 自动发送欢迎消息 + 目的地攻略 + 产品介绍 → 3 天后自动发送客户案例/好评 → 7 天后自动发送首单优惠券。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老客户复购激活：距上次入住/出行 3 个月 → 自动发送"好久不见"问候 + 目的地季节推荐 → 6 个月 → 自动发送复购优惠券 → 12 个月 → 自动发送"年度回顾 + 老客户专属福利"。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节日/生日关怀：客户生日/纪念日 → 自动发送祝福和专属优惠。节假日 → 自动发送节日问候和应季产品推荐。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差评挽回：OTA 收到差评 → 自动预警 → AI 辅助生成回复草稿 → 人工审核发布 → 7 天后自动跟进客户满意度。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8.3 内容营销与 IP 打造</w:t>
      </w:r>
    </w:p>
    <w:p>
      <w:pPr>
        <w:pStyle w:val="Heading3"/>
      </w:pPr>
      <w:r>
        <w:t>8.3.1 AI 辅助的内容策略规划</w:t>
      </w:r>
    </w:p>
    <w:p>
      <w:r>
        <w:rPr>
          <w:rFonts w:ascii="宋体" w:hAnsi="宋体" w:eastAsia="宋体"/>
          <w:sz w:val="24"/>
        </w:rPr>
        <w:t>内容营销不是"想到什么发什么"，而是有策略、有节奏、有目标的系统工程。</w:t>
      </w:r>
    </w:p>
    <w:p>
      <w:r>
        <w:rPr>
          <w:rFonts w:ascii="宋体" w:hAnsi="宋体" w:eastAsia="宋体"/>
          <w:sz w:val="24"/>
        </w:rPr>
        <w:t>内容策略的"三三制"原则：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三分之一引流内容：攻略、避坑、合集——目标是有用，吸引新客关注。这类内容选题来源于"游客搜什么"——用 AI 分析搜索热词和热门问题。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三分之一种草内容：场景展示、体验分享、客户故事——目标是激发旅行欲望。这类内容选题来源于"产品的独特卖点"——用 AI 辅助提炼和包装。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三分之一转化内容：产品介绍、限时优惠、客户好评——目标是推动预订。这类内容选题来源于"产品和服务亮点"——用 AI 辅助生成不同版本的转化文案。</w:t>
      </w:r>
    </w:p>
    <w:p>
      <w:r>
        <w:rPr>
          <w:rFonts w:ascii="宋体" w:hAnsi="宋体" w:eastAsia="宋体"/>
          <w:sz w:val="24"/>
        </w:rPr>
        <w:t>AI 内容日历的生成：将以上三类内容按照一定的比例和节奏，排布到一个月的日历中。例如，每周 7 天：3 条引流 + 3 条种草 + 1 条转化。用 AI 自动生成内容日历——输入"本月关键节点（节假日、季节特色、促销计划）"，AI 输出"本月内容日历（每日选题、内容类型、核心信息）"。</w:t>
      </w:r>
    </w:p>
    <w:p>
      <w:pPr>
        <w:pStyle w:val="Heading3"/>
      </w:pPr>
      <w:r>
        <w:t>8.3.2 短视频矩阵的批量运营</w:t>
      </w:r>
    </w:p>
    <w:p>
      <w:r>
        <w:rPr>
          <w:rFonts w:ascii="宋体" w:hAnsi="宋体" w:eastAsia="宋体"/>
          <w:sz w:val="24"/>
        </w:rPr>
        <w:t>短视频矩阵是 OPC 内容营销的"核武器"——用多个账号、多个角度、多种形式覆盖目标客群的所有内容触点。但矩阵运营面临的核心挑战是"一个人怎么产出 3-6 个账号的日更内容"。</w:t>
      </w:r>
    </w:p>
    <w:p>
      <w:r>
        <w:rPr>
          <w:rFonts w:ascii="宋体" w:hAnsi="宋体" w:eastAsia="宋体"/>
          <w:sz w:val="24"/>
        </w:rPr>
        <w:t>AI 驱动的矩阵运营方案（参考导入案例）：</w:t>
      </w:r>
    </w:p>
    <w:p>
      <w:r>
        <w:rPr>
          <w:rFonts w:ascii="宋体" w:hAnsi="宋体" w:eastAsia="宋体"/>
          <w:sz w:val="24"/>
        </w:rPr>
        <w:t>1. 账号定位分工：主账号（品牌 IP，讲民宿/产品故事）、攻略号（目的地攻略，吸引搜索流量）、日常号（幕后花絮、客户互动，增强真实感和信任感）。三个账号共享素材池，但内容角度和风格不同。</w:t>
      </w:r>
    </w:p>
    <w:p>
      <w:r>
        <w:rPr>
          <w:rFonts w:ascii="宋体" w:hAnsi="宋体" w:eastAsia="宋体"/>
          <w:sz w:val="24"/>
        </w:rPr>
        <w:t>2. AI 素材一鱼多吃：一次拍摄/采集的素材 → AI 自动拆分为不同账号的不同版本——主账号发"民宿主人的一天"、攻略号发"黄果树周边 5 个隐藏机位"、日常号发"今天客人带了一只超可爱的柯基"。</w:t>
      </w:r>
    </w:p>
    <w:p>
      <w:r>
        <w:rPr>
          <w:rFonts w:ascii="宋体" w:hAnsi="宋体" w:eastAsia="宋体"/>
          <w:sz w:val="24"/>
        </w:rPr>
        <w:t>3. AI 定时发布 + 自动互动：全周内容一次排期 → 定时自动发布 → AI 自动回复评论 → 高意向评论自动标记提醒人工跟进。</w:t>
      </w:r>
    </w:p>
    <w:p>
      <w:pPr>
        <w:pStyle w:val="Heading3"/>
      </w:pPr>
      <w:r>
        <w:t>8.3.3 OPC 个人/品牌 IP 的 AI 塑造路径</w:t>
      </w:r>
    </w:p>
    <w:p>
      <w:r>
        <w:rPr>
          <w:rFonts w:ascii="宋体" w:hAnsi="宋体" w:eastAsia="宋体"/>
          <w:sz w:val="24"/>
        </w:rPr>
        <w:t>在文旅行业，"人"是最有感染力的品牌载体。客人选择一家民宿，往往不是因为"这家民宿有多好"，而是因为"这个民宿主人很有意思"。OPC 的 IP 打造不是"包装一个虚假人设"，而是"放大真实的个人魅力"。</w:t>
      </w:r>
    </w:p>
    <w:p>
      <w:r>
        <w:rPr>
          <w:rFonts w:ascii="宋体" w:hAnsi="宋体" w:eastAsia="宋体"/>
          <w:sz w:val="24"/>
        </w:rPr>
        <w:t>AI 辅助 IP 塑造：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个人故事提炼：运营者向 AI 讲述自己的故事（为什么做这行、经历了什么、相信什么），AI 帮助提炼为有感染力的品牌故事和个人标签。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内容风格固化：AI 分析运营者最成功的过往内容，提炼出"内容风格指南"——语言特征、话题偏好、互动风格，帮助运营者在内容创作中保持一致的"人格"。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辅助出镜：不想/不适合真人出镜的 OPC 运营者，可以用 AI 生成虚拟形象或动画形象作为"代言人"（类似"我是你的 AI 民宿管家"），但需要明示这是虚拟形象，避免欺骗。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8-2：文旅 OPC 的 IP 打造三要素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**真实性**：IP 必须基于真实的个人/品牌特质，不能虚构。客人最终会见到你，虚假的 IP 会在见面的那一刻崩塌。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**一致性**：IP 的视觉风格、语言风格、内容主题、互动方式应在所有渠道保持一致，形成统一的品牌认知。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**价值输出**：IP 的核心不是"让别人认识你"，而是"持续为受众提供价值"——攻略、知识、情感共鸣、美的享受。</w:t>
      </w:r>
    </w:p>
    <w:p>
      <w:pPr>
        <w:pStyle w:val="Heading3"/>
      </w:pPr>
      <w:r>
        <w:t>8.3.4 UGC 激励与 KOC 合作管理</w:t>
      </w:r>
    </w:p>
    <w:p>
      <w:r>
        <w:rPr>
          <w:rFonts w:ascii="宋体" w:hAnsi="宋体" w:eastAsia="宋体"/>
          <w:sz w:val="24"/>
        </w:rPr>
        <w:t>UGC（用户生成内容）和 KOC（关键意见消费者）是 OPC 获客的"信任杠杆"——潜在客人更相信"一个普通游客的真实分享"，而不是"商家自己的宣传"。</w:t>
      </w:r>
    </w:p>
    <w:p>
      <w:r>
        <w:rPr>
          <w:rFonts w:ascii="宋体" w:hAnsi="宋体" w:eastAsia="宋体"/>
          <w:sz w:val="24"/>
        </w:rPr>
        <w:t>UGC 激励策略：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体验即内容：将"值得拍照/拍视频"的体验环节设计进产品——一个精心布置的打卡点、一个仪式感满满的环节（阿嬷教你画第一笔蜡）、一个惊喜的小礼物。客人天然会拍照分享，不需要刻意"求好评"。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适度的物质激励：退房时赠送一个小礼物（本地特产、手写卡片），附上一句话"如果喜欢，欢迎在小红书/抖音分享你的体验，标记我们哦"——这是礼貌的引导，不是违规的"好评返现"。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UGC 再传播：获得客人授权后，将优质的 UGC 内容转发到自己的账号上——既是内容来源，也是对客人的认可（客人会更愿意再次分享）。</w:t>
      </w:r>
    </w:p>
    <w:p>
      <w:r>
        <w:rPr>
          <w:rFonts w:ascii="宋体" w:hAnsi="宋体" w:eastAsia="宋体"/>
          <w:sz w:val="24"/>
        </w:rPr>
        <w:t>KOC 合作策略：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KOC ≠ KOL（关键意见领袖）：KOL 是粉丝量大的专业博主，合作费用高（几千到几万）；KOC 是粉丝量不大（几百到几千）但内容真实、粉丝信任度高的普通用户。对于预算有限的 OPC，KOC 合作的 ROI 通常高于 KOL。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KOC 合作方式：邀请 KOC 免费体验产品，对方发布真实体验内容（不强制好评、不审核内容）。OPC 提供的是"体验机会"，KOC 提供的是"真实分享"。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培养自己的 KOC：从老客户中发掘"爱分享、会拍照、有粉丝"的人，建立长期的"体验官"关系——每次推出新产品或季节性体验时邀请他们来体验和分享。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8.4 营销效果评估与优化</w:t>
      </w:r>
    </w:p>
    <w:p>
      <w:pPr>
        <w:pStyle w:val="Heading3"/>
      </w:pPr>
      <w:r>
        <w:t>8.4.1 关键指标体系的构建</w:t>
      </w:r>
    </w:p>
    <w:p>
      <w:r>
        <w:rPr>
          <w:rFonts w:ascii="宋体" w:hAnsi="宋体" w:eastAsia="宋体"/>
          <w:sz w:val="24"/>
        </w:rPr>
        <w:t>没有衡量就没有管理。OPC 的营销效果评估不需要复杂的 BI 系统，5-8 个关键指标（KPI）就足够。</w:t>
      </w:r>
    </w:p>
    <w:p>
      <w:r>
        <w:rPr>
          <w:rFonts w:ascii="宋体" w:hAnsi="宋体" w:eastAsia="宋体"/>
          <w:sz w:val="24"/>
        </w:rPr>
        <w:t>OPC 营销 KPI 体系：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99"/>
        <w:gridCol w:w="1899"/>
        <w:gridCol w:w="1899"/>
        <w:gridCol w:w="1899"/>
      </w:tblGrid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指标类别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具体指标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计算方式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查看频率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流量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月咨询量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各渠道咨询总和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周/月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转化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咨询 → 预订转化率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预订数 ÷ 咨询数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周/月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渠道效率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各渠道订单占比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某渠道订单数 ÷ 总订单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月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获客成本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单位获客成本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营销总支出 ÷ 新客数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月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客户价值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平均客单价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总收入 ÷ 总订单数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月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忠诚度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复购率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老客户订单数 ÷ 总订单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季/年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口碑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NPS（净推荐值）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推荐者% - 贬损者%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季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内容效果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单条内容 ROI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内容带来的收入 ÷ 内容生产成本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月</w:t>
            </w:r>
          </w:p>
        </w:tc>
      </w:tr>
    </w:tbl>
    <w:p/>
    <w:p>
      <w:pPr>
        <w:pStyle w:val="Heading3"/>
      </w:pPr>
      <w:r>
        <w:t>8.4.2 归因分析与渠道效能评估</w:t>
      </w:r>
    </w:p>
    <w:p>
      <w:r>
        <w:rPr>
          <w:rFonts w:ascii="宋体" w:hAnsi="宋体" w:eastAsia="宋体"/>
          <w:sz w:val="24"/>
        </w:rPr>
        <w:t>归因分析回答一个关键问题："这个客人到底是被哪个渠道带来的？"——客人可能先在小红书看到一篇笔记（种草），然后在携程上搜索（比价），最后通过微信咨询后预订。那么，功劳归小红书、携程还是微信？</w:t>
      </w:r>
    </w:p>
    <w:p>
      <w:r>
        <w:rPr>
          <w:rFonts w:ascii="宋体" w:hAnsi="宋体" w:eastAsia="宋体"/>
          <w:sz w:val="24"/>
        </w:rPr>
        <w:t>OPC 适用的简化归因方法：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最后点击归因：功劳 100% 归给预订前的最后一个触点（如微信咨询）。简单但不公平——小红书种草的功劳被忽略了。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首次点击归因：功劳 100% 归给客人第一次接触的触点（如小红书笔记）。突出了"种草"的价值，但忽略了"转化"的贡献。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多触点归因（推荐）：在预订时询问客人"您是通过什么渠道了解到我们的？"（OTA 预订页面可以添加自定义问题，微信咨询时可以口头询问）。不追求精确到百分比，但能给出大致的渠道贡献分布。</w:t>
      </w:r>
    </w:p>
    <w:p>
      <w:pPr>
        <w:pStyle w:val="Heading3"/>
      </w:pPr>
      <w:r>
        <w:t>8.4.3 营销投入的边际收益分析</w:t>
      </w:r>
    </w:p>
    <w:p>
      <w:r>
        <w:rPr>
          <w:rFonts w:ascii="宋体" w:hAnsi="宋体" w:eastAsia="宋体"/>
          <w:sz w:val="24"/>
        </w:rPr>
        <w:t>OPC 的营销预算有限，每一分钱都要花在刀刃上。边际收益分析帮助回答"再投 500 元到渠道 A，能多赚多少钱"。</w:t>
      </w:r>
    </w:p>
    <w:p>
      <w:r>
        <w:rPr>
          <w:rFonts w:ascii="宋体" w:hAnsi="宋体" w:eastAsia="宋体"/>
          <w:sz w:val="24"/>
        </w:rPr>
        <w:t>边际收益分析的方法：</w:t>
      </w:r>
    </w:p>
    <w:p>
      <w:r>
        <w:rPr>
          <w:rFonts w:ascii="宋体" w:hAnsi="宋体" w:eastAsia="宋体"/>
          <w:sz w:val="24"/>
        </w:rPr>
        <w:t>1. 记录每个渠道在不同投入水平下的产出（咨询量、预订量、收入）。</w:t>
      </w:r>
    </w:p>
    <w:p>
      <w:r>
        <w:rPr>
          <w:rFonts w:ascii="宋体" w:hAnsi="宋体" w:eastAsia="宋体"/>
          <w:sz w:val="24"/>
        </w:rPr>
        <w:t>2. 计算边际收益：增加单位投入（如 +500 元广告费）带来的增量收入。</w:t>
      </w:r>
    </w:p>
    <w:p>
      <w:r>
        <w:rPr>
          <w:rFonts w:ascii="宋体" w:hAnsi="宋体" w:eastAsia="宋体"/>
          <w:sz w:val="24"/>
        </w:rPr>
        <w:t>3. 比较各渠道的边际收益：边际收益最高的渠道 → 优先增加投入；边际收益为负的渠道 → 减少或停止投入。</w:t>
      </w:r>
    </w:p>
    <w:p>
      <w:r>
        <w:rPr>
          <w:rFonts w:ascii="宋体" w:hAnsi="宋体" w:eastAsia="宋体"/>
          <w:sz w:val="24"/>
        </w:rPr>
        <w:t>4. 注意边际收益递减规律：当投入达到一定水平后，每增加一单位投入带来的增量产出会递减。边际收益开始递减的点 → 该渠道的"最优投入水平"。</w:t>
      </w:r>
    </w:p>
    <w:p>
      <w:r>
        <w:rPr>
          <w:rFonts w:ascii="宋体" w:hAnsi="宋体" w:eastAsia="宋体"/>
          <w:sz w:val="24"/>
        </w:rPr>
        <w:t>OPC 营销预算分配原则：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70% 投入在"已验证有效"的渠道上（保底）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20% 投入在"有潜力但未充分验证"的渠道上（增长）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10% 投入在"全新尝试"的渠道上（探索）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本章小结</w:t>
      </w:r>
    </w:p>
    <w:p>
      <w:r>
        <w:rPr>
          <w:rFonts w:ascii="宋体" w:hAnsi="宋体" w:eastAsia="宋体"/>
          <w:sz w:val="24"/>
        </w:rPr>
        <w:t>本章系统构建了文旅 OPC 的精准营销与 AI 获客体系，核心结论可概括为"全渠道覆盖、AI 精准化、内容矩阵化、效果可衡量"。</w:t>
      </w:r>
    </w:p>
    <w:p>
      <w:r>
        <w:rPr>
          <w:rFonts w:ascii="宋体" w:hAnsi="宋体" w:eastAsia="宋体"/>
          <w:sz w:val="24"/>
        </w:rPr>
        <w:t>全渠道覆盖：OTA 平台（货架模式，搜索-比价-预订）、内容平台（种草模式，兴趣-内容-转化）、私域流量（关系模式，信任-复购-推荐）、本地渠道（协作模式，导流-互补-共赢）——四类渠道各有定位，不可偏废。</w:t>
      </w:r>
    </w:p>
    <w:p>
      <w:r>
        <w:rPr>
          <w:rFonts w:ascii="宋体" w:hAnsi="宋体" w:eastAsia="宋体"/>
          <w:sz w:val="24"/>
        </w:rPr>
        <w:t>AI 精准化：从客群识别（找对人）到个性化推荐（说对话）到智能投放（花对钱）到营销自动化（做对事），AI 让 OPC 用"一个人的精力"实现"一个团队的营销能力"。</w:t>
      </w:r>
    </w:p>
    <w:p>
      <w:r>
        <w:rPr>
          <w:rFonts w:ascii="宋体" w:hAnsi="宋体" w:eastAsia="宋体"/>
          <w:sz w:val="24"/>
        </w:rPr>
        <w:t>内容矩阵化："三三制"内容策略 + AI 驱动的短视频矩阵 + 个人 IP 塑造 + UGC/KOC 杠杆——内容营销是 OPC 以小博大的核心武器。导入案例中民宿入住率从 30% 到 85% 的跃升，印证了"AI + 内容矩阵"的威力。</w:t>
      </w:r>
    </w:p>
    <w:p>
      <w:r>
        <w:rPr>
          <w:rFonts w:ascii="宋体" w:hAnsi="宋体" w:eastAsia="宋体"/>
          <w:sz w:val="24"/>
        </w:rPr>
        <w:t>效果可衡量：关键指标体系 + 归因分析 + 边际收益分析——营销不是玄学，投入产出可以用数据说话。OPC 不需要复杂的 BI 系统，5-8 个核心指标 + 每月一次复盘就足够。</w:t>
      </w:r>
    </w:p>
    <w:p>
      <w:r>
        <w:rPr>
          <w:rFonts w:ascii="宋体" w:hAnsi="宋体" w:eastAsia="宋体"/>
          <w:sz w:val="24"/>
        </w:rPr>
        <w:t>第 9 章将进入第三篇的最后一章——智能服务交付与客户关系管理，解决"客人来了之后"的一切问题。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思考题</w:t>
      </w:r>
    </w:p>
    <w:p>
      <w:r>
        <w:rPr>
          <w:rFonts w:ascii="宋体" w:hAnsi="宋体" w:eastAsia="宋体"/>
          <w:sz w:val="24"/>
        </w:rPr>
        <w:t>1. 渠道策略设计：为第 7 章思考题中你设计的文旅体验产品，制定一份全渠道营销策略。要求包含：OTA 平台策略（如果有）、内容平台策略（主攻哪个平台、内容类型和频率）、私域流量策略、本地渠道策略。说明各渠道的定位和预期贡献占比。</w:t>
      </w:r>
    </w:p>
    <w:p>
      <w:r>
        <w:rPr>
          <w:rFonts w:ascii="宋体" w:hAnsi="宋体" w:eastAsia="宋体"/>
          <w:sz w:val="24"/>
        </w:rPr>
        <w:t>2. 短视频矩阵方案：假设你运营一家安顺屯堡文化民宿，请设计一个"1+2"短视频矩阵方案（1 个主账号 + 2 个垂直账号）。要求包含：每个账号的定位、内容方向、目标受众、与主账号的导流关系。</w:t>
      </w:r>
    </w:p>
    <w:p>
      <w:r>
        <w:rPr>
          <w:rFonts w:ascii="宋体" w:hAnsi="宋体" w:eastAsia="宋体"/>
          <w:sz w:val="24"/>
        </w:rPr>
        <w:t>3. 营销 ROI 计算：某 OPC 上个月的营销数据如下——总营销支出 3000 元（小红书内容加热 1500 元 + 抖音内容加热 1000 元 + OTA 广告 500 元），总新客 45 人，总收入 54,000 元。已知：(a) 小红书渠道带来了 18 个新客，(b) 抖音渠道带来了 15 个新客，(c) OTA 广告带来了 12 个新客。请计算每个渠道的获客成本和 ROI，并给出下个月的预算调整建议。</w:t>
      </w:r>
    </w:p>
    <w:p>
      <w:r>
        <w:rPr>
          <w:rFonts w:ascii="宋体" w:hAnsi="宋体" w:eastAsia="宋体"/>
          <w:sz w:val="24"/>
        </w:rPr>
        <w:t>4. IP 塑造练习：为你自己（或你熟悉的某个文旅 OPC 运营者）设计一份个人 IP 塑造方案。要求包含：个人标签（3-5 个关键词）、品牌故事（200 字）、内容风格指南（语言特征、话题偏好、视觉风格）。</w:t>
      </w:r>
    </w:p>
    <w:p>
      <w:r>
        <w:rPr>
          <w:rFonts w:ascii="宋体" w:hAnsi="宋体" w:eastAsia="宋体"/>
          <w:sz w:val="24"/>
        </w:rPr>
        <w:t>5. 批判思考：本章导入案例中，小杨通过 AI 短视频矩阵将入住率从 30% 提升到 85%。但如果所有万峰林的民宿都采用同样的 AI 内容矩阵策略，会发生什么？当"AI 内容"成为标配而不是差异化武器时，民宿之间还能靠什么竞争？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参考文献</w:t>
      </w:r>
    </w:p>
    <w:p>
      <w:r>
        <w:rPr>
          <w:rFonts w:ascii="宋体" w:hAnsi="宋体" w:eastAsia="宋体"/>
          <w:sz w:val="24"/>
        </w:rPr>
        <w:t>[1] 菲利普·科特勒, 凯文·莱恩·凯勒. 营销管理（第 16 版）[M]. 北京: 中国人民大学出版社, 2022.</w:t>
      </w:r>
    </w:p>
    <w:p>
      <w:r>
        <w:rPr>
          <w:rFonts w:ascii="宋体" w:hAnsi="宋体" w:eastAsia="宋体"/>
          <w:sz w:val="24"/>
        </w:rPr>
        <w:t>[2] 小红书. 2024 年小红书文旅行业营销白皮书[R]. 2024.</w:t>
      </w:r>
    </w:p>
    <w:p>
      <w:r>
        <w:rPr>
          <w:rFonts w:ascii="宋体" w:hAnsi="宋体" w:eastAsia="宋体"/>
          <w:sz w:val="24"/>
        </w:rPr>
        <w:t>[3] 抖音生活服务. 2024 年抖音文旅内容与消费趋势报告[R]. 2024.</w:t>
      </w:r>
    </w:p>
    <w:p>
      <w:r>
        <w:rPr>
          <w:rFonts w:ascii="宋体" w:hAnsi="宋体" w:eastAsia="宋体"/>
          <w:sz w:val="24"/>
        </w:rPr>
        <w:t>[4] 腾讯广告. 2024 年微信生态文旅营销指南[R]. 2024.</w:t>
      </w:r>
    </w:p>
    <w:p>
      <w:r>
        <w:rPr>
          <w:rFonts w:ascii="宋体" w:hAnsi="宋体" w:eastAsia="宋体"/>
          <w:sz w:val="24"/>
        </w:rPr>
        <w:t>[5] 携程集团. 携程 2024 年旅游营销趋势报告[R]. 2024.</w:t>
      </w:r>
    </w:p>
    <w:p>
      <w:r>
        <w:rPr>
          <w:rFonts w:ascii="宋体" w:hAnsi="宋体" w:eastAsia="宋体"/>
          <w:sz w:val="24"/>
        </w:rPr>
        <w:t>[6] Berger, J. Contagious: Why Things Catch On[M]. Simon &amp; Schuster, 2013.</w:t>
      </w:r>
    </w:p>
    <w:p>
      <w:r>
        <w:rPr>
          <w:rFonts w:ascii="宋体" w:hAnsi="宋体" w:eastAsia="宋体"/>
          <w:sz w:val="24"/>
        </w:rPr>
        <w:t>[7] 中华人民共和国广告法（2021 年修正）[S].</w:t>
      </w:r>
    </w:p>
    <w:p>
      <w:r>
        <w:rPr>
          <w:rFonts w:ascii="宋体" w:hAnsi="宋体" w:eastAsia="宋体"/>
          <w:sz w:val="24"/>
        </w:rPr>
        <w:t>[8] 中华人民共和国电子商务法[S]. 2019.</w:t>
      </w:r>
    </w:p>
    <w:p>
      <w:r>
        <w:rPr>
          <w:rFonts w:ascii="宋体" w:hAnsi="宋体" w:eastAsia="宋体"/>
          <w:sz w:val="24"/>
        </w:rPr>
        <w:t>[9] 中国广告协会. 互联网广告管理办法[S]. 2023.</w:t>
      </w:r>
    </w:p>
    <w:p>
      <w:r>
        <w:rPr>
          <w:rFonts w:ascii="宋体" w:hAnsi="宋体" w:eastAsia="宋体"/>
          <w:sz w:val="24"/>
        </w:rPr>
        <w:t>[10] Holiday, R. Growth Hacker Marketing: A Primer on the Future of PR, Marketing, and Advertising[M]. Portfolio, 2014.</w:t>
      </w:r>
    </w:p>
    <w:p>
      <w:pPr>
        <w:pStyle w:val="Heading2"/>
      </w:pPr>
      <w:r>
        <w:t>学习目标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知识目标：掌握智能服务交付的技术架构（服务触点地图、AI 客服、智能导览、异常处理机制）；理解客户全生命周期管理的五阶段模型（获客→转化→交付→留存→传播）和 AI 在每一阶段的赋能方式。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能力目标：能搭建 OPC 的智能服务体系（AI 客服 + 自助服务 + 人工兜底）；能设计客户分层与差异化运营方案；能建立在线声誉监控和差评预警机制。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素养目标：树立"服务即营销"的理念——每一次服务交付都是一次营销机会，每一个满意的客人都是免费的推广渠道。以人民为中心的服务理念体现在：不因客人"消费低"而区别对待，不因客人"不懂行"而敷衍，为特殊群体（老年人、残障人士、外语游客）提供无障碍服务。</w:t>
      </w:r>
    </w:p>
    <w:p>
      <w:pPr>
        <w:pStyle w:val="Heading2"/>
      </w:pPr>
      <w:r>
        <w:t>导入案例</w:t>
      </w:r>
    </w:p>
    <w:p>
      <w:r>
        <w:rPr>
          <w:rFonts w:ascii="宋体" w:hAnsi="宋体" w:eastAsia="宋体"/>
          <w:sz w:val="24"/>
        </w:rPr>
        <w:t>一个人的 7×24 小时前台</w:t>
      </w:r>
    </w:p>
    <w:p>
      <w:r>
        <w:rPr>
          <w:rFonts w:ascii="宋体" w:hAnsi="宋体" w:eastAsia="宋体"/>
          <w:sz w:val="24"/>
        </w:rPr>
        <w:t>2023 年夏天的一个深夜，凌晨 1:30，镇远古城一家民宿的客人突然肚子疼，在微信上问民宿主"附近有没有 24 小时药店"。民宿主已经睡了——他不可能 24 小时守着手机等客人发消息。</w:t>
      </w:r>
    </w:p>
    <w:p>
      <w:r>
        <w:rPr>
          <w:rFonts w:ascii="宋体" w:hAnsi="宋体" w:eastAsia="宋体"/>
          <w:sz w:val="24"/>
        </w:rPr>
        <w:t>但客人在 30 秒内收到了回复："镇远县人民医院急诊科（24 小时），距离 1.2 公里，步行约 15 分钟。地址：XX 路 XX 号。如需帮助，请拨打前台电话 XXX，我马上过来。"消息末尾附了一个温暖的 Emoji 和一句"注意保暖，镇远晚上凉。"</w:t>
      </w:r>
    </w:p>
    <w:p>
      <w:r>
        <w:rPr>
          <w:rFonts w:ascii="宋体" w:hAnsi="宋体" w:eastAsia="宋体"/>
          <w:sz w:val="24"/>
        </w:rPr>
        <w:t>回复这条消息的不是人——是民宿部署的 AI 客服。民宿主第二天早上醒来，看到了昨晚的对话记录和一条客人的追加回复："太感谢了！已经没事了，你们服务真好。"</w:t>
      </w:r>
    </w:p>
    <w:p>
      <w:r>
        <w:rPr>
          <w:rFonts w:ascii="宋体" w:hAnsi="宋体" w:eastAsia="宋体"/>
          <w:sz w:val="24"/>
        </w:rPr>
        <w:t>这不是孤例。这家民宿的 AI 客服在过去一年中处理了超过 3000 条客户咨询——从"Wi-Fi 密码多少"到"镇远哪家酸汤鱼最正宗"到"我们明天要赶早班火车，能提前退房吗"——平均响应时间 2.8 秒，客人满意度 4.8 分（满分 5 分）。民宿主每天的客服时间从 4 小时降到了 30 分钟——只处理 AI 转过来的复杂问题和投诉。</w:t>
      </w:r>
    </w:p>
    <w:p>
      <w:r>
        <w:rPr>
          <w:rFonts w:ascii="宋体" w:hAnsi="宋体" w:eastAsia="宋体"/>
          <w:sz w:val="24"/>
        </w:rPr>
        <w:t>民宿主说了一句耐人寻味的话："AI 客服给我的不是'自由'，而是'专注'——我终于有时间在客人到店时和他们好好聊天，而不是一直盯着手机回复下一位客人的咨询。"</w:t>
      </w:r>
    </w:p>
    <w:p>
      <w:r>
        <w:rPr>
          <w:rFonts w:ascii="宋体" w:hAnsi="宋体" w:eastAsia="宋体"/>
          <w:sz w:val="24"/>
        </w:rPr>
        <w:t>思考：客人知道回复他的"不是人"吗？知道了会介意吗？AI 客服和人工客服的边界在哪里？民宿主说 AI 给他的是"专注"而非"自由"——这个区别意味着什么？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9.1 智能服务交付体系</w:t>
      </w:r>
    </w:p>
    <w:p>
      <w:pPr>
        <w:pStyle w:val="Heading3"/>
      </w:pPr>
      <w:r>
        <w:t>9.1.1 服务触点地图与 AI 介入点设计</w:t>
      </w:r>
    </w:p>
    <w:p>
      <w:r>
        <w:rPr>
          <w:rFonts w:ascii="宋体" w:hAnsi="宋体" w:eastAsia="宋体"/>
          <w:sz w:val="24"/>
        </w:rPr>
        <w:t>服务触点（Touchpoint）是客人在整个消费旅程中与 OPC 发生交互的每一个节点。绘制服务触点地图的目的，是在每个触点上明确"谁来做"——AI 做还是人做。</w:t>
      </w:r>
    </w:p>
    <w:p>
      <w:r>
        <w:rPr>
          <w:rFonts w:ascii="宋体" w:hAnsi="宋体" w:eastAsia="宋体"/>
          <w:sz w:val="24"/>
        </w:rPr>
        <w:t>文旅 OPC 的典型服务触点地图（以民宿为例）：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99"/>
        <w:gridCol w:w="1899"/>
        <w:gridCol w:w="1899"/>
        <w:gridCol w:w="1899"/>
      </w:tblGrid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旅程阶段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服务触点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 还是人？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具体方案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预订前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浏览 OTA 页面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优化后的产品页面自动展示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预订前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在线咨询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AI（80%）+ 人（20%）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 自动回复常见问题，复杂需求转人工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预订中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订单确认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自动确认 + 自动发送预订信息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出行前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出行提醒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提前 3 天自动发送天气 + 穿衣提醒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出行前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交通指引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提前 1 天自动发送导航 + 停车信息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到店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迎接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**人**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人工迎接，建立第一印象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到店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入住办理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 + 人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智能门锁自动发密码，人负责介绍和寒暄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入住中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日常咨询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AI（90%）+ 人（10%）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 客服 7×24 响应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入住中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在地体验推荐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**人**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基于深度交流的个性化推荐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退房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退房办理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自动结算 + 自动发送退房确认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离店后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评价邀请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24 小时后自动发送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离店后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复购触达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 + 人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 定时触达 + 人审核内容</w:t>
            </w:r>
          </w:p>
        </w:tc>
      </w:tr>
    </w:tbl>
    <w:p/>
    <w:p>
      <w:r>
        <w:rPr>
          <w:rFonts w:ascii="宋体" w:hAnsi="宋体" w:eastAsia="宋体"/>
          <w:sz w:val="24"/>
        </w:rPr>
        <w:t>设计原则：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高频标准化触点 → AI：咨询回复、信息发送、提醒通知——规则清晰、频次高、不需要情感判断，交给 AI。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低频高价值触点 → 人：迎接、深度交流、个性化推荐、投诉安抚——这些触点是客人体验的核心，人的温度和判断力不可替代。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做效率，人做温度：AI 让"不遗漏任何客人"成为可能，人让"不冷落任何客人"成为可能。</w:t>
      </w:r>
    </w:p>
    <w:p>
      <w:pPr>
        <w:pStyle w:val="Heading3"/>
      </w:pPr>
      <w:r>
        <w:t>9.1.2 AI 客服：意图识别、多轮对话、情感安抚</w:t>
      </w:r>
    </w:p>
    <w:p>
      <w:r>
        <w:rPr>
          <w:rFonts w:ascii="宋体" w:hAnsi="宋体" w:eastAsia="宋体"/>
          <w:sz w:val="24"/>
        </w:rPr>
        <w:t>AI 客服是智能服务交付体系的核心引擎。一个配置良好的 AI 客服可以让 OPC 实现"一个人提供五星级酒店的客服响应速度"。</w:t>
      </w:r>
    </w:p>
    <w:p>
      <w:r>
        <w:rPr>
          <w:rFonts w:ascii="宋体" w:hAnsi="宋体" w:eastAsia="宋体"/>
          <w:sz w:val="24"/>
        </w:rPr>
        <w:t>AI 客服的四大核心能力：</w:t>
      </w:r>
    </w:p>
    <w:p>
      <w:r>
        <w:rPr>
          <w:rFonts w:ascii="宋体" w:hAnsi="宋体" w:eastAsia="宋体"/>
          <w:sz w:val="24"/>
        </w:rPr>
        <w:t>意图识别：客人说"你们离高铁站远不远"——AI 识别为"交通咨询"→ 调取知识库中的交通信息 → 回复具体距离和交通方式。意图识别的准确率决定了 AI 客服的"智商"。配置方法：在知识库中为每条 FAQ 标注 3-5 种可能的问法，帮助 AI 学习"同一个意图的不同表达方式"。</w:t>
      </w:r>
    </w:p>
    <w:p>
      <w:r>
        <w:rPr>
          <w:rFonts w:ascii="宋体" w:hAnsi="宋体" w:eastAsia="宋体"/>
          <w:sz w:val="24"/>
        </w:rPr>
        <w:t>多轮对话：客人说"有房吗"→ AI 反问"请问您需要什么日期？几位入住？"→ 客人回答"下周五，两个人"→ AI 查询房态 → 回复"下周五（X 月 X 日）还有山景大床房，价格 XXX 元/晚，需要帮您预订吗？"多轮对话让 AI 客服不只是"问答机器人"，而是一个能完成完整业务流程的"虚拟管家"。</w:t>
      </w:r>
    </w:p>
    <w:p>
      <w:r>
        <w:rPr>
          <w:rFonts w:ascii="宋体" w:hAnsi="宋体" w:eastAsia="宋体"/>
          <w:sz w:val="24"/>
        </w:rPr>
        <w:t>情感安抚：AI 检测到客人的消息中包含负面情绪信号（愤怒、焦虑、失望）→ AI 不再按照标准话术回复，而是先表达理解和共情（"非常抱歉给您带来不好的体验，我完全理解您的感受"）→ 同时自动标记"需要人工跟进"→ 将对话转给运营者。情感安抚不是 AI 擅长的领域——AI 可以识别情绪，但真正的情感安抚还需要人来完成。</w:t>
      </w:r>
    </w:p>
    <w:p>
      <w:r>
        <w:rPr>
          <w:rFonts w:ascii="宋体" w:hAnsi="宋体" w:eastAsia="宋体"/>
          <w:sz w:val="24"/>
        </w:rPr>
        <w:t>知识库动态更新：AI 客服的知识库不是"设一次就完事"。每周应检查一次"未识别问题"（AI 无法回答而转人工的问题），将这些新问题补充到知识库中。一个运营 6 个月以上的 AI 客服，应该能回答 95% 以上的常见问题。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9-1：AI 客服的"转人工"决策树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```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客人发来消息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 xml:space="preserve">  ├─ AI 能 100% 确定答案 → AI 直接回复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 xml:space="preserve">  ├─ AI 能确定意图但答案不够精确 → AI 回复 + 标注"待人工确认"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 xml:space="preserve">  ├─ AI 无法确定意图 → 回复"让我帮您查一下"→ 转人工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 xml:space="preserve">  ├─ 检测到负面情绪（愤怒/焦虑/失望）→ 先共情 → 转人工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 xml:space="preserve">  └─ 客人明确要求"转人工"→ 立即转人工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```</w:t>
      </w:r>
    </w:p>
    <w:p>
      <w:pPr>
        <w:pStyle w:val="Heading3"/>
      </w:pPr>
      <w:r>
        <w:t>9.1.3 智能导览与自助服务终端</w:t>
      </w:r>
    </w:p>
    <w:p>
      <w:r>
        <w:rPr>
          <w:rFonts w:ascii="宋体" w:hAnsi="宋体" w:eastAsia="宋体"/>
          <w:sz w:val="24"/>
        </w:rPr>
        <w:t>对于导游和景区 OPC，"智能导览"是 AI 服务交付的重要形式——用技术手段将"导游的知识"转化为"客人随时可获取的服务"。</w:t>
      </w:r>
    </w:p>
    <w:p>
      <w:r>
        <w:rPr>
          <w:rFonts w:ascii="宋体" w:hAnsi="宋体" w:eastAsia="宋体"/>
          <w:sz w:val="24"/>
        </w:rPr>
        <w:t>智能导览的实现形式：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微信小程序/网页导览（最低成本方案）：将景点解说内容制作成微信小程序或网页，客人扫码即可收听。内容可以用 AI 语音合成录制，支持多语言版本。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实时翻译导览（适合接待入境游客的导游 OPC）：导游用中文讲解 → AI 实时翻译成英文/日文/韩文 → 客人通过耳机收听。目前 AI 实时翻译的准确率在旅游场景中已经达到可用水平（90%+），可以显著降低导游 OPC 的多语言服务门槛。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个性化攻略生成（适合民宿/酒店 OPC）：客人输入自己的兴趣、时间、体力水平 → AI 自动生成个性化的周边游玩攻略（包含路线、时间、交通、预算）。攻略可以通过微信、打印卡片或房间内的二维码提供给客人。</w:t>
      </w:r>
    </w:p>
    <w:p>
      <w:r>
        <w:rPr>
          <w:rFonts w:ascii="宋体" w:hAnsi="宋体" w:eastAsia="宋体"/>
          <w:sz w:val="24"/>
        </w:rPr>
        <w:t>自助服务终端：对于民宿 OPC，"智能门锁 + 自助入住指引"是最基本的自助服务体系——客人无需人工接待即可完成入住。进阶方案包括：房间内的智能音箱（"小度小度，空调调到 26 度""附近的餐厅推荐"）、自助茶水和零食吧（扫码自取、自动记账）。</w:t>
      </w:r>
    </w:p>
    <w:p>
      <w:pPr>
        <w:pStyle w:val="Heading3"/>
      </w:pPr>
      <w:r>
        <w:t>9.1.4 异常处理与人工兜底机制</w:t>
      </w:r>
    </w:p>
    <w:p>
      <w:r>
        <w:rPr>
          <w:rFonts w:ascii="宋体" w:hAnsi="宋体" w:eastAsia="宋体"/>
          <w:sz w:val="24"/>
        </w:rPr>
        <w:t>AI 服务体系的"阿喀琉斯之踵"是异常处理——AI 可以完美处理"正常情况"，但面对"异常情况"（突发事件、特殊需求、系统故障）时往往束手无策。</w:t>
      </w:r>
    </w:p>
    <w:p>
      <w:r>
        <w:rPr>
          <w:rFonts w:ascii="宋体" w:hAnsi="宋体" w:eastAsia="宋体"/>
          <w:sz w:val="24"/>
        </w:rPr>
        <w:t>必须有人工兜底的场景：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突发事件：客人生病/受伤、自然灾害（暴雨/地震）、治安事件。AI 可以辅助——提供医院地址、转发天气预报、报警——但现场处理和情感支持必须由人来完成。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严重投诉：客人因为服务质量问题而非常愤怒。AI 可以初步安抚和记录，但真正的"灭火"需要人的真诚道歉和实际行动。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特殊需求：超出知识库覆盖范围的个性化需求——"我要求婚，能帮忙布置一下吗""我是残疾人，房间方便吗""我对花生过敏，早餐能安排吗"。这些需求需要人的判断力和同理心。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系统故障：AI 客服本身故障、智能门锁没电、Wi-Fi 断网。必须有备用的人工方案——纸质入住指引、物理钥匙、运营者的手机热点。</w:t>
      </w:r>
    </w:p>
    <w:p>
      <w:r>
        <w:rPr>
          <w:rFonts w:ascii="宋体" w:hAnsi="宋体" w:eastAsia="宋体"/>
          <w:sz w:val="24"/>
        </w:rPr>
        <w:t>人工兜底的设计原则：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24 小时待命但不过度打扰：运营者不需要 24 小时盯着手机——AI 负责 7×24 值守，紧急情况自动电话呼叫运营者。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转人工后的响应承诺：在 AI 转人工时，向客人明确告知预计响应时间（"已通知民宿主人，预计 5 分钟内回复您"），设定合理预期。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事后复盘：每次 AI 转人工的案例，事后都复盘——为什么 AI 没处理？知识库需要补充什么？流程需要怎么优化？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9.2 客户全生命周期管理</w:t>
      </w:r>
    </w:p>
    <w:p>
      <w:pPr>
        <w:pStyle w:val="Heading3"/>
      </w:pPr>
      <w:r>
        <w:t>9.2.1 获客→转化→交付→留存→传播的五阶段模型</w:t>
      </w:r>
    </w:p>
    <w:p>
      <w:r>
        <w:rPr>
          <w:rFonts w:ascii="宋体" w:hAnsi="宋体" w:eastAsia="宋体"/>
          <w:sz w:val="24"/>
        </w:rPr>
        <w:t>客户全生命周期管理（Customer Lifecycle Management）将客人与 OPC 的关系看作一个从"陌生人"到"推荐者"的渐进过程。每个阶段有不同的管理目标、关键动作和 AI 赋能方式。</w:t>
      </w:r>
    </w:p>
    <w:p>
      <w:r>
        <w:rPr>
          <w:rFonts w:ascii="宋体" w:hAnsi="宋体" w:eastAsia="宋体"/>
          <w:sz w:val="24"/>
        </w:rPr>
        <w:t>[表 9-1：客户全生命周期五阶段模型]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19"/>
        <w:gridCol w:w="1519"/>
        <w:gridCol w:w="1519"/>
        <w:gridCol w:w="1519"/>
        <w:gridCol w:w="1519"/>
      </w:tblGrid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阶段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客人状态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管理目标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关键动作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AI 赋能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获客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不知道你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被发现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内容营销、广告投放、渠道运营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AI 内容生产、智能投放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转化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知道但未下单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被说服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咨询回复、产品展示、优惠引导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AI 客服、个性化推荐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交付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已下单未体验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被满足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入住/出行服务、在地体验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AI 客服、自助服务、智能导览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留存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体验结束已离开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被记住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离店跟进、复购优惠、节日关怀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AI 定时触达、个性化推荐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传播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满意且愿意分享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被推荐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UGC 激励、转介绍引导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AI 监测 UGC、自动发送推荐邀请</w:t>
            </w:r>
          </w:p>
        </w:tc>
      </w:tr>
    </w:tbl>
    <w:p/>
    <w:p>
      <w:r>
        <w:rPr>
          <w:rFonts w:ascii="宋体" w:hAnsi="宋体" w:eastAsia="宋体"/>
          <w:sz w:val="24"/>
        </w:rPr>
        <w:t>五阶段模型的核心洞察：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大多数 OPC 只做前三阶段：获客（拼命拉新）、转化（努力成交）、交付（认真服务）——然后客人离店，关系结束。留存和传播被忽略，导致"不断拉新、不断流失"的恶性循环。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留存和传播的 ROI 远高于获客：获取一个新客户的成本是维护一个老客户的 5-7 倍（营销学经典结论，在文旅行业同样成立）。一个老客户的复购和推荐，可能带来 3-5 个新客户，且获客成本几乎为零。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让留存和传播从"有心无力"变为"自动运行"：过去，OPC 运营者"想"做客户维护但"没时间"做——旺季忙着服务新客人，淡季忙着找新客人。AI 定时触达 + AI 个性化内容让客户维护可以自动运行，不需要占用运营者大量时间。</w:t>
      </w:r>
    </w:p>
    <w:p>
      <w:pPr>
        <w:pStyle w:val="Heading3"/>
      </w:pPr>
      <w:r>
        <w:t>9.2.2 AI 驱动的客户分层与差异化运营</w:t>
      </w:r>
    </w:p>
    <w:p>
      <w:r>
        <w:rPr>
          <w:rFonts w:ascii="宋体" w:hAnsi="宋体" w:eastAsia="宋体"/>
          <w:sz w:val="24"/>
        </w:rPr>
        <w:t>不是所有客户都值得投入同样的精力。客户分层的核心思想是：将有限的运营精力投入到价值最高的客户身上。</w:t>
      </w:r>
    </w:p>
    <w:p>
      <w:r>
        <w:rPr>
          <w:rFonts w:ascii="宋体" w:hAnsi="宋体" w:eastAsia="宋体"/>
          <w:sz w:val="24"/>
        </w:rPr>
        <w:t>客户分层的"RFM 模型"简化版：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R（Recency，最近一次消费）：距上次入住/出行多久了？3 个月内 → 活跃客户，6-12 个月 → 沉睡客户，12 个月以上 → 流失客户。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F（Frequency，消费频次）：一共消费了几次？1 次 → 新客户，2-3 次 → 回头客，4 次以上 → 忠实客户。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M（Monetary，消费金额）：累计消费金额？高消费 → 高价值客户，中等消费 → 普通客户，低消费 → 价格敏感型客户。</w:t>
      </w:r>
    </w:p>
    <w:p>
      <w:r>
        <w:rPr>
          <w:rFonts w:ascii="宋体" w:hAnsi="宋体" w:eastAsia="宋体"/>
          <w:sz w:val="24"/>
        </w:rPr>
        <w:t>基于分层的差异化运营策略：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99"/>
        <w:gridCol w:w="1899"/>
        <w:gridCol w:w="1899"/>
        <w:gridCol w:w="1899"/>
      </w:tblGrid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客户层级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RFM 特征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运营策略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触达频率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VIP 客户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高消费 + 多次复购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专属优惠、优先预订、生日惊喜、1 对 1 维护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每月 1 次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活跃回头客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最近消费 + 复购 2-3 次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复购优惠、新产线优先体验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每季 2-3 次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新客户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仅消费 1 次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离店后跟进、首单复购券、目的地内容持续触达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每月 1 次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沉睡客户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6-12 月未消费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季节召回（"黄果树的秋天来了"）、大力度复购优惠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每季 1 次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流失客户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12 月+ 未消费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轻触达（节日问候），不强推促销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每年 1-2 次</w:t>
            </w:r>
          </w:p>
        </w:tc>
      </w:tr>
    </w:tbl>
    <w:p/>
    <w:p>
      <w:r>
        <w:rPr>
          <w:rFonts w:ascii="宋体" w:hAnsi="宋体" w:eastAsia="宋体"/>
          <w:sz w:val="24"/>
        </w:rPr>
        <w:t>AI 实现客户分层和差异化运营：将客户数据（消费记录、互动记录、标签信息）输入 AI，AI 自动完成 RFM 分层并生成每个客户层级的差异化运营方案和触达内容。运营者审核后，通过营销自动化工具执行。</w:t>
      </w:r>
    </w:p>
    <w:p>
      <w:pPr>
        <w:pStyle w:val="Heading3"/>
      </w:pPr>
      <w:r>
        <w:t>9.2.3 流失预警与客户挽回策略</w:t>
      </w:r>
    </w:p>
    <w:p>
      <w:r>
        <w:rPr>
          <w:rFonts w:ascii="宋体" w:hAnsi="宋体" w:eastAsia="宋体"/>
          <w:sz w:val="24"/>
        </w:rPr>
        <w:t>客户的流失不是突然发生的——在彻底流失之前，通常有一系列预警信号。AI 可以帮助识别这些信号，在客户"正在流失"而不是"已经流失"的时候介入。</w:t>
      </w:r>
    </w:p>
    <w:p>
      <w:r>
        <w:rPr>
          <w:rFonts w:ascii="宋体" w:hAnsi="宋体" w:eastAsia="宋体"/>
          <w:sz w:val="24"/>
        </w:rPr>
        <w:t>流失预警信号：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距上次消费超过 6 个月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最近 3 次触达（微信消息/朋友圈/优惠券）均未互动（未回复、未点击）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在 OTA 平台上的评价频率降低（过去每 3 次入住写 1 条评价，最近 3 次都没写）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取消了关注/退订了消息</w:t>
      </w:r>
    </w:p>
    <w:p>
      <w:r>
        <w:rPr>
          <w:rFonts w:ascii="宋体" w:hAnsi="宋体" w:eastAsia="宋体"/>
          <w:sz w:val="24"/>
        </w:rPr>
        <w:t>客户挽回策略：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6 个月无消费 → 温暖召回："好久不见！黄果树的夏天来了，给你留了一个老朋友的专属优惠。"（附 7 折复购券，30 天有效）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12 个月无消费 → 深度唤醒："去年这个时候你正在万峰林看日落呢。今年我们新增了稻田下午茶，想邀请你来体验。"（附 6 折复购券 + 免费升级房型）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18 个月+ 无消费 → 体面告别：不强推促销，只发节日问候和目的地季节变化。保持联系但不施加压力。有些客人只是因为生活阶段变化（孩子上学了、换工作了）而不再旅行，不是对你不满意。</w:t>
      </w:r>
    </w:p>
    <w:p>
      <w:pPr>
        <w:pStyle w:val="Heading3"/>
      </w:pPr>
      <w:r>
        <w:t>9.2.4 客户数据资产管理</w:t>
      </w:r>
    </w:p>
    <w:p>
      <w:r>
        <w:rPr>
          <w:rFonts w:ascii="宋体" w:hAnsi="宋体" w:eastAsia="宋体"/>
          <w:sz w:val="24"/>
        </w:rPr>
        <w:t>客户数据是 OPC 最被低估的资产。一个经营 3 年的 OPC，微信好友 2000+、订单记录 3000+ 条、评价 500+ 条——这些数据如果被系统性地管理和利用，其价值远超硬件资产。</w:t>
      </w:r>
    </w:p>
    <w:p>
      <w:r>
        <w:rPr>
          <w:rFonts w:ascii="宋体" w:hAnsi="宋体" w:eastAsia="宋体"/>
          <w:sz w:val="24"/>
        </w:rPr>
        <w:t>客户数据资产的"资产负债表"：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身份数据：姓名、联系方式、来源地、生日/纪念日（用于个性化服务和精准营销）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行为数据：消费记录、偏好产品、预订渠道、预订提前期、消费金额（用于客户分层和需求预测）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情感数据：评价内容、互动记录、投诉历史、转介绍记录（用于满意度分析和流失预警）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社交数据：社交媒体账号、UGC 内容、影响力（用于 KOC 识别和合作）</w:t>
      </w:r>
    </w:p>
    <w:p>
      <w:r>
        <w:rPr>
          <w:rFonts w:ascii="宋体" w:hAnsi="宋体" w:eastAsia="宋体"/>
          <w:sz w:val="24"/>
        </w:rPr>
        <w:t>数据资产的管理原则：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合规采集：客户数据必须在合法合规的前提下采集——告知用途、获取同意、最小必要。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安全存储：客户敏感信息（身份证号、手机号）不得明文存储在未加密的本地文件中，使用有安全认证的 SaaS 工具管理。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定期清理：超过 3 年未互动的客户数据、已退群/删好友的客户、明确要求删除数据的客户——定期清理，既合规也减轻管理负担。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价值激活：数据不是"存着"就有价值，而是"用起来"才有价值。每个月至少一次，用 AI 分析客户数据，输出可行动的洞察（哪些客户该触达了、哪些产品该调整了）。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9.3 口碑管理与在线声誉维护</w:t>
      </w:r>
    </w:p>
    <w:p>
      <w:pPr>
        <w:pStyle w:val="Heading3"/>
      </w:pPr>
      <w:r>
        <w:t>9.3.1 在线评论的 AI 监测与分析</w:t>
      </w:r>
    </w:p>
    <w:p>
      <w:r>
        <w:rPr>
          <w:rFonts w:ascii="宋体" w:hAnsi="宋体" w:eastAsia="宋体"/>
          <w:sz w:val="24"/>
        </w:rPr>
        <w:t>对于文旅 OPC，在线评论（OTA 评价、社交媒体提及、地图 App 评论）是最重要的口碑载体。一条差评可能让 10 个潜在客人放弃预订，一条走心的好评可能带来 5 个新客人。</w:t>
      </w:r>
    </w:p>
    <w:p>
      <w:r>
        <w:rPr>
          <w:rFonts w:ascii="宋体" w:hAnsi="宋体" w:eastAsia="宋体"/>
          <w:sz w:val="24"/>
        </w:rPr>
        <w:t>AI 评论监测的方案：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自动汇总：将 OTA 平台（携程、美团、飞猪、途家）、社交媒体（小红书、抖音）、地图 App（高德、百度）上的所有评论自动汇总到一个地方——最简单的方案是用飞书/钉钉多维表格 + AI 字段，手动复制粘贴；进阶方案是用第三方舆情监测工具（如识微商情、梅花网）。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情感分析：AI 自动分析每条评论的情感倾向（正面/中性/负面）和情感强度（强烈/一般/轻微）。负面评论自动高亮预警。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主题聚类：AI 自动将评论中的高频主题聚类——"服务"（出现 120 次，情感得分 4.2）、"卫生"（出现 85 次，情感得分 4.6）、"早餐"（出现 60 次，情感得分 3.8，⚠ 低于平均）——运营者一眼就能看到"哪个方面需要改进"。</w:t>
      </w:r>
    </w:p>
    <w:p>
      <w:pPr>
        <w:pStyle w:val="Heading3"/>
      </w:pPr>
      <w:r>
        <w:t>9.3.2 差评预警与快速响应机制</w:t>
      </w:r>
    </w:p>
    <w:p>
      <w:r>
        <w:rPr>
          <w:rFonts w:ascii="宋体" w:hAnsi="宋体" w:eastAsia="宋体"/>
          <w:sz w:val="24"/>
        </w:rPr>
        <w:t>差评的杀伤力不在于"差评本身"，而在于"差评没有得到及时和妥善的回应"。一条没有回复的差评告诉潜在客人两件事：第一，这个 OPC 的服务可能确实有问题；第二，这个 OPC 的运营者不关心客人的感受。</w:t>
      </w:r>
    </w:p>
    <w:p>
      <w:r>
        <w:rPr>
          <w:rFonts w:ascii="宋体" w:hAnsi="宋体" w:eastAsia="宋体"/>
          <w:sz w:val="24"/>
        </w:rPr>
        <w:t>差评处理的"黄金 24 小时"原则：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0-1 小时：AI 监测到新差评 → 自动预警通知运营者 → AI 生成差评回复草稿（基于差评的具体内容，表达歉意 + 说明原因 + 改进措施 + 邀请再次体验）。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1-4 小时：运营者审核 AI 草稿，根据实际情况修改和个性化（加入具体的改进措施，如"我们已经更换了隔音窗户"比"我们会改进"更有说服力）。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4-24 小时：发布差评回复。如果客人留下了联系方式，同时通过私信/微信表达歉意和补偿方案。</w:t>
      </w:r>
    </w:p>
    <w:p>
      <w:r>
        <w:rPr>
          <w:rFonts w:ascii="宋体" w:hAnsi="宋体" w:eastAsia="宋体"/>
          <w:sz w:val="24"/>
        </w:rPr>
        <w:t>差评回复的"三要三不要"：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✅ 要真诚道歉（"非常抱歉给您带来了不好的体验"），不要敷衍（"感谢您的反馈"——这听起来像在感谢差评）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✅ 要说明具体原因和改进措施（"隔音问题我们已经在所有房间加装了隔音条"），不要推卸责任（"是隔壁在装修，不关我们的事"）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✅ 要邀请再次体验（"希望有机会能弥补这次的遗憾"），不要要求修改差评（"能不能把差评改成好评"——这是违规的）</w:t>
      </w:r>
    </w:p>
    <w:p>
      <w:pPr>
        <w:pStyle w:val="Heading3"/>
      </w:pPr>
      <w:r>
        <w:t>9.3.3 AI 辅助的好评引导与口碑裂变</w:t>
      </w:r>
    </w:p>
    <w:p>
      <w:r>
        <w:rPr>
          <w:rFonts w:ascii="宋体" w:hAnsi="宋体" w:eastAsia="宋体"/>
          <w:sz w:val="24"/>
        </w:rPr>
        <w:t>好评不是"求"来的，而是"设计"出来的——通过卓越的体验让客人主动想写好评，通过适度的引导让客人知道"怎么写"和"在哪写"。</w:t>
      </w:r>
    </w:p>
    <w:p>
      <w:r>
        <w:rPr>
          <w:rFonts w:ascii="宋体" w:hAnsi="宋体" w:eastAsia="宋体"/>
          <w:sz w:val="24"/>
        </w:rPr>
        <w:t>好评引导的合规方式：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体验中埋下"好评钩子"：一个惊喜的小礼物、一个仪式感满满的环节、一句让人会心一笑的话——这些是客人愿意写好评的真正原因，因为客人真的"被感动了"。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离店时的温和提醒：退房时/离店时，送上一张手写卡片（或发送一条微信），内容大约是"谢谢你来，希望这里让你度过了一段美好的时光。如果方便的话，可以在 XX 平台分享一下你的体验，让更多人知道这个美好的地方。"——这是礼貌的引导，不是违规的"索要好评"。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绝对不做的：用优惠/返现换取好评（违反 OTA 平台规则，可能导致封号）；要求客人按照特定内容写好评（违反评价真实性原则）；骚扰客人反复催促写好评。</w:t>
      </w:r>
    </w:p>
    <w:p>
      <w:r>
        <w:rPr>
          <w:rFonts w:ascii="宋体" w:hAnsi="宋体" w:eastAsia="宋体"/>
          <w:sz w:val="24"/>
        </w:rPr>
        <w:t>口碑裂变的机制设计：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转介绍激励："老客户推荐新客户，双方各减 50 元"——这个简单的机制可以持续驱动口碑传播。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UGC 激励：客人发布社交媒体内容后，主动点赞、评论、转发——被官方账号"翻牌"本身就是一种激励。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社群分享：在客户群中分享客人的优质 UGC（经客人同意），既是对分享者的认可，也激励其他客人效仿。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9.4 客户数据资产管理</w:t>
      </w:r>
    </w:p>
    <w:p>
      <w:r>
        <w:rPr>
          <w:rFonts w:ascii="宋体" w:hAnsi="宋体" w:eastAsia="宋体"/>
          <w:sz w:val="24"/>
        </w:rPr>
        <w:t>（本节内容与 9.2.4 一致，保持大纲结构）</w:t>
      </w:r>
    </w:p>
    <w:p>
      <w:r>
        <w:rPr>
          <w:rFonts w:ascii="宋体" w:hAnsi="宋体" w:eastAsia="宋体"/>
          <w:sz w:val="24"/>
        </w:rPr>
        <w:t>客户数据是 OPC 最被低估的资产。一个经营 3 年的 OPC，微信好友 2000+、订单记录 3000+ 条、评价 500+ 条——这些数据如果被系统性地管理和利用，其价值远超硬件资产。</w:t>
      </w:r>
    </w:p>
    <w:p>
      <w:r>
        <w:rPr>
          <w:rFonts w:ascii="宋体" w:hAnsi="宋体" w:eastAsia="宋体"/>
          <w:sz w:val="24"/>
        </w:rPr>
        <w:t>数据资产的价值兑现路径：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直接变现：基于客户数据做精准营销和个性化推荐，提升复购率和客单价。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间接变现：基于客户数据分析市场趋势和产品方向，做出更准确的经营决策。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资产增值：随着客户数据资产的积累，OPC 的"数据护城河"越来越深——新进入者无法在短期内复制你的客户关系和数据洞察。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本章小结</w:t>
      </w:r>
    </w:p>
    <w:p>
      <w:r>
        <w:rPr>
          <w:rFonts w:ascii="宋体" w:hAnsi="宋体" w:eastAsia="宋体"/>
          <w:sz w:val="24"/>
        </w:rPr>
        <w:t>本章系统构建了文旅 OPC 的智能服务交付与客户关系管理体系。</w:t>
      </w:r>
    </w:p>
    <w:p>
      <w:r>
        <w:rPr>
          <w:rFonts w:ascii="宋体" w:hAnsi="宋体" w:eastAsia="宋体"/>
          <w:sz w:val="24"/>
        </w:rPr>
        <w:t>智能服务交付：通过服务触点地图明确"AI 做效率，人做温度"的分工——高频标准化触点交给 AI（客服、提醒、信息发送），低频高价值触点留给人类（迎接、深度交流、投诉安抚）。AI 客服的四大能力（意图识别、多轮对话、情感安抚、知识库动态更新）让 OPC 实现"一个人的 7×24 小时前台"。智能导览和自助服务终端进一步释放了运营者的时间。人工兜底机制确保了异常情况下服务不中断。</w:t>
      </w:r>
    </w:p>
    <w:p>
      <w:r>
        <w:rPr>
          <w:rFonts w:ascii="宋体" w:hAnsi="宋体" w:eastAsia="宋体"/>
          <w:sz w:val="24"/>
        </w:rPr>
        <w:t>客户全生命周期管理：从获客到传播的五阶段模型提醒 OPC——服务不是"客人离店就结束"，而是"客人离店才开始"。AI 驱动的客户分层（RFM 模型）和差异化运营让有限的精力投入到最有价值的客户身上。流失预警和挽回策略帮助 OPC 在客户"正在流失"时介入，而不是"已经流失"后遗憾。</w:t>
      </w:r>
    </w:p>
    <w:p>
      <w:r>
        <w:rPr>
          <w:rFonts w:ascii="宋体" w:hAnsi="宋体" w:eastAsia="宋体"/>
          <w:sz w:val="24"/>
        </w:rPr>
        <w:t>口碑管理：AI 监测全渠道评论，差评"黄金 24 小时"快速响应，好评通过体验设计自然引导。口碑不是"管"出来的，而是"做"出来的——极致体验是最好的营销。</w:t>
      </w:r>
    </w:p>
    <w:p>
      <w:r>
        <w:rPr>
          <w:rFonts w:ascii="宋体" w:hAnsi="宋体" w:eastAsia="宋体"/>
          <w:sz w:val="24"/>
        </w:rPr>
        <w:t>第三篇"设计与运营篇"到此结束。从第 10 章开始，将进入第四篇"场景实战篇"，将前三篇的理论和方法应用到三类具体的 OPC 场景——导游/旅拍、民宿/住宿、文创/美食/非遗。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思考题</w:t>
      </w:r>
    </w:p>
    <w:p>
      <w:r>
        <w:rPr>
          <w:rFonts w:ascii="宋体" w:hAnsi="宋体" w:eastAsia="宋体"/>
          <w:sz w:val="24"/>
        </w:rPr>
        <w:t>1. 服务触点设计：为你熟悉的某个文旅 OPC（民宿、导游、体验工作坊均可），绘制完整的服务触点地图（从预订前到离店后）。在每个触点上标注"AI/人/混合"，并说明分工理由。</w:t>
      </w:r>
    </w:p>
    <w:p>
      <w:r>
        <w:rPr>
          <w:rFonts w:ascii="宋体" w:hAnsi="宋体" w:eastAsia="宋体"/>
          <w:sz w:val="24"/>
        </w:rPr>
        <w:t>2. AI 客服知识库：为上一题中的 OPC 设计一份 AI 客服知识库，包含至少 30 条 FAQ。每条 FAQ 需要包含：问题分类、3-5 种可能的问法、标准答案。确保覆盖 80% 以上的常见咨询场景。</w:t>
      </w:r>
    </w:p>
    <w:p>
      <w:r>
        <w:rPr>
          <w:rFonts w:ascii="宋体" w:hAnsi="宋体" w:eastAsia="宋体"/>
          <w:sz w:val="24"/>
        </w:rPr>
        <w:t>3. 客户分层方案：假设你经营一家民宿 OPC，有 500 位微信好友客户。请设计一套 RFM 分层标准（给出 R、F、M 的具体阈值），并为每一层级设计差异化的运营策略和触达内容。</w:t>
      </w:r>
    </w:p>
    <w:p>
      <w:r>
        <w:rPr>
          <w:rFonts w:ascii="宋体" w:hAnsi="宋体" w:eastAsia="宋体"/>
          <w:sz w:val="24"/>
        </w:rPr>
        <w:t>4. 差评应对模拟：以下是某民宿收到的一条差评——"房间隔音太差了，隔壁说话听得一清二楚，一晚上没睡好。600 多一晚就这？太失望了。"请撰写你的回复（OTA 公开回复 + 私信/微信私聊各一份），并说明你的回复策略。</w:t>
      </w:r>
    </w:p>
    <w:p>
      <w:r>
        <w:rPr>
          <w:rFonts w:ascii="宋体" w:hAnsi="宋体" w:eastAsia="宋体"/>
          <w:sz w:val="24"/>
        </w:rPr>
        <w:t>5. 批判思考：本章提出"AI 做效率，人做温度"的服务分工原则。但在实践中，有些客人更喜欢"高效"而不是"温度"——他们希望入住全程不被打扰，不需要民宿主寒暄聊天。对于这类客人，"温度"可能变成"打扰"。请讨论：如何识别不同客人的服务偏好？如何让 AI 帮助实现"千人千面"的服务方式——对喜欢温度的客人给温度，对喜欢效率的客人给效率？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参考文献</w:t>
      </w:r>
    </w:p>
    <w:p>
      <w:r>
        <w:rPr>
          <w:rFonts w:ascii="宋体" w:hAnsi="宋体" w:eastAsia="宋体"/>
          <w:sz w:val="24"/>
        </w:rPr>
        <w:t>[1] Zeithaml, V. A., Bitner, M. J., &amp; Gremler, D. D. Services Marketing: Integrating Customer Focus Across the Firm (7th Edition)[M]. McGraw-Hill, 2017.</w:t>
      </w:r>
    </w:p>
    <w:p>
      <w:r>
        <w:rPr>
          <w:rFonts w:ascii="宋体" w:hAnsi="宋体" w:eastAsia="宋体"/>
          <w:sz w:val="24"/>
        </w:rPr>
        <w:t>[2] Reichheld, F. F. The One Number You Need to Grow[J]. Harvard Business Review, 2003, 81(12): 46-54.</w:t>
      </w:r>
    </w:p>
    <w:p>
      <w:r>
        <w:rPr>
          <w:rFonts w:ascii="宋体" w:hAnsi="宋体" w:eastAsia="宋体"/>
          <w:sz w:val="24"/>
        </w:rPr>
        <w:t>[3] 中国饭店协会. 2024 年中国住宿业服务质量报告[R]. 2024.</w:t>
      </w:r>
    </w:p>
    <w:p>
      <w:r>
        <w:rPr>
          <w:rFonts w:ascii="宋体" w:hAnsi="宋体" w:eastAsia="宋体"/>
          <w:sz w:val="24"/>
        </w:rPr>
        <w:t>[4] 携程集团. 携程 2024 年酒店服务质量白皮书[R]. 2024.</w:t>
      </w:r>
    </w:p>
    <w:p>
      <w:r>
        <w:rPr>
          <w:rFonts w:ascii="宋体" w:hAnsi="宋体" w:eastAsia="宋体"/>
          <w:sz w:val="24"/>
        </w:rPr>
        <w:t>[5] 中华人民共和国个人信息保护法[S]. 2021.</w:t>
      </w:r>
    </w:p>
    <w:p>
      <w:r>
        <w:rPr>
          <w:rFonts w:ascii="宋体" w:hAnsi="宋体" w:eastAsia="宋体"/>
          <w:sz w:val="24"/>
        </w:rPr>
        <w:t>[6] Pine, B. J., &amp; Gilmore, J. H. The Experience Economy (Updated Edition)[M]. Harvard Business Review Press, 2019.</w:t>
      </w:r>
    </w:p>
    <w:p>
      <w:r>
        <w:rPr>
          <w:rFonts w:ascii="宋体" w:hAnsi="宋体" w:eastAsia="宋体"/>
          <w:sz w:val="24"/>
        </w:rPr>
        <w:t>[7] 中华人民共和国旅游法（2018 年修正）[S].</w:t>
      </w:r>
    </w:p>
    <w:p>
      <w:r>
        <w:rPr>
          <w:rFonts w:ascii="宋体" w:hAnsi="宋体" w:eastAsia="宋体"/>
          <w:sz w:val="24"/>
        </w:rPr>
        <w:t>[8] 文化和旅游部. 在线旅游经营服务管理暂行规定[S]. 2020.</w:t>
      </w:r>
    </w:p>
    <w:p>
      <w:r>
        <w:rPr>
          <w:rFonts w:ascii="宋体" w:hAnsi="宋体" w:eastAsia="宋体"/>
          <w:sz w:val="24"/>
        </w:rPr>
        <w:t>[9] Dixon, M., Freeman, K., &amp; Toman, N. Stop Trying to Delight Your Customers[J]. Harvard Business Review, 2010, 88(7/8): 116-122.</w:t>
      </w:r>
    </w:p>
    <w:p>
      <w:r>
        <w:rPr>
          <w:rFonts w:ascii="宋体" w:hAnsi="宋体" w:eastAsia="宋体"/>
          <w:sz w:val="24"/>
        </w:rPr>
        <w:t>[10] 中国消费者协会. 2024 年旅游消费维权报告[R]. 2024.</w:t>
      </w:r>
    </w:p>
    <w:p>
      <w:r>
        <w:br w:type="page"/>
      </w:r>
    </w:p>
    <w:p/>
    <w:p/>
    <w:p/>
    <w:p/>
    <w:p>
      <w:pPr>
        <w:jc w:val="center"/>
      </w:pPr>
      <w:r>
        <w:rPr>
          <w:rFonts w:ascii="黑体" w:hAnsi="黑体" w:eastAsia="黑体"/>
          <w:b/>
          <w:color w:val="003366"/>
          <w:sz w:val="52"/>
        </w:rPr>
        <w:t>第四篇 场景实战篇</w:t>
      </w:r>
    </w:p>
    <w:p>
      <w:r>
        <w:br w:type="page"/>
      </w:r>
    </w:p>
    <w:p>
      <w:pPr>
        <w:pStyle w:val="Heading2"/>
      </w:pPr>
      <w:r>
        <w:t>学习目标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知识目标：掌握导游服务 OPC 和旅拍服务 OPC 的运营模式、收入结构和 AI 赋能方法；理解从"传统导游"到"AI 增强型导游"的转型路径；了解旅拍 OPC 的全链路运营体系。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能力目标：能设计 AI 增强的导游服务产品（AI 解说词生成、多语言服务、个性化定制）；能搭建旅拍 OPC 的全流程运营体系（从获客到交付）；能运用 AI 工具实现服务标准化和品牌差异化。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素养目标：树立"文化讲解者"而非"景点复读机"的职业认同——导游的核心价值不是"告诉你这是什么"，而是"让你理解这为什么重要"。在文化传播中讲好中国故事、贵州故事，在旅拍服务中尊重在地文化和游客隐私。</w:t>
      </w:r>
    </w:p>
    <w:p>
      <w:pPr>
        <w:pStyle w:val="Heading2"/>
      </w:pPr>
      <w:r>
        <w:t>导入案例</w:t>
      </w:r>
    </w:p>
    <w:p>
      <w:r>
        <w:rPr>
          <w:rFonts w:ascii="宋体" w:hAnsi="宋体" w:eastAsia="宋体"/>
          <w:sz w:val="24"/>
        </w:rPr>
        <w:t>从"背词机器"到"文化翻译者"</w:t>
      </w:r>
    </w:p>
    <w:p>
      <w:r>
        <w:rPr>
          <w:rFonts w:ascii="宋体" w:hAnsi="宋体" w:eastAsia="宋体"/>
          <w:sz w:val="24"/>
        </w:rPr>
        <w:t>李明（化名）在安顺做了 8 年地接导游。前 6 年，他的工作模式可以概括为"背词 + 带路"——把旅行社给的导游词背熟，按照固定线路带客人走完黄果树-龙宫-天龙屯堡三日游。客人评价不差但也不出彩——"导游还行，讲得挺清楚的"。</w:t>
      </w:r>
    </w:p>
    <w:p>
      <w:r>
        <w:rPr>
          <w:rFonts w:ascii="宋体" w:hAnsi="宋体" w:eastAsia="宋体"/>
          <w:sz w:val="24"/>
        </w:rPr>
        <w:t>2023 年，OTA 平台上出现了越来越多"网约导游"——自由执业导游直接在平台上接散客，没有旅行社抽成，但也没有旅行社给客源。李明决定转型，但他面临三个难题：第一，习惯了团队客的"流水线作业"，不知道怎么服务散客；第二，不知道怎么做线上获客；第三，他的导游词"千人一面"——对退休大爷团和 90 后闺蜜团讲的是一模一样的内容。</w:t>
      </w:r>
    </w:p>
    <w:p>
      <w:r>
        <w:rPr>
          <w:rFonts w:ascii="宋体" w:hAnsi="宋体" w:eastAsia="宋体"/>
          <w:sz w:val="24"/>
        </w:rPr>
        <w:t>他用 AI 解决了这三个问题：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获客：用 AI 批量生产抖音和小红书内容——"安顺导游告诉你，黄果树 99% 的人不知道的隐藏机位""屯堡地戏不是'跳大神'，是 600 年前的军傩"。三个月积累了 1.5 万粉丝，月均咨询量 200+。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服务差异化：AI 帮他做了四套导游词——"标准版"（通用）、"深度版"（历史文化爱好者）、"亲子版"（带小朋友的家庭）、"网红打卡版"（年轻闺蜜团）。同样的线路，不同的讲法，客人反馈"这导游太懂我了"。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多语言服务：AI 实时翻译让李明可以接待外国游客——他用中文讲，AI 实时翻译成英文显示在客人的手机上。</w:t>
      </w:r>
    </w:p>
    <w:p>
      <w:r>
        <w:rPr>
          <w:rFonts w:ascii="宋体" w:hAnsi="宋体" w:eastAsia="宋体"/>
          <w:sz w:val="24"/>
        </w:rPr>
        <w:t>2024 年，李明的年收入从 2022 年的 8 万元增长到 28 万元。他说了一句话："以前我是'背词机器'，现在我是一个'文化翻译者'——把 600 年前的屯堡故事翻译成 2024 年的年轻人听得懂、感兴趣的话。"</w:t>
      </w:r>
    </w:p>
    <w:p>
      <w:r>
        <w:rPr>
          <w:rFonts w:ascii="宋体" w:hAnsi="宋体" w:eastAsia="宋体"/>
          <w:sz w:val="24"/>
        </w:rPr>
        <w:t>思考：李明的转型，AI 解决了什么、没解决什么？他的核心竞争力是"AI 用得好"还是"屯堡文化讲得深"？如果另一个导游也用了同样的 AI 工具，他们的服务还会有差异吗？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10.1 导游 OPC 的运营模式</w:t>
      </w:r>
    </w:p>
    <w:p>
      <w:pPr>
        <w:pStyle w:val="Heading3"/>
      </w:pPr>
      <w:r>
        <w:t>10.1.1 个体导游的 OPC 转型路径</w:t>
      </w:r>
    </w:p>
    <w:p>
      <w:r>
        <w:rPr>
          <w:rFonts w:ascii="宋体" w:hAnsi="宋体" w:eastAsia="宋体"/>
          <w:sz w:val="24"/>
        </w:rPr>
        <w:t>中国约有 80 万持证导游，其中超过 60% 为自由执业或兼职导游。从"挂靠旅行社等派团"到"自由执业自己接客"，是导游 OPC 转型的第一步。从"自由执业自己接客"到"AI 增强型个人品牌"，是导游 OPC 转型的第二步。</w:t>
      </w:r>
    </w:p>
    <w:p>
      <w:r>
        <w:rPr>
          <w:rFonts w:ascii="宋体" w:hAnsi="宋体" w:eastAsia="宋体"/>
          <w:sz w:val="24"/>
        </w:rPr>
        <w:t>转型路径一：挂靠旅行社 → 自由执业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平台选择：携程"当地向导"、马蜂窝"当地玩伴"、飞猪"当地导游"——选择一个平台作为"主战场"，做好这个平台的评分和口碑，再扩展到其他平台。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产品设计：从"标准化一日游"升级为"主题化深度游"——"黄果树+龙宫一日游"（同质化严重）→ "黄果树水帘洞摄影之旅"（差异化）→ "跟着地质学视角看黄果树"（专业化）。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定价策略：自由执业导游的定价通常高于旅行社导游（因为没有旅行社抽成，导游拿全款），但定价必须与价值匹配。如果价格高但服务与旅行社导游没区别，客人会不满意。</w:t>
      </w:r>
    </w:p>
    <w:p>
      <w:r>
        <w:rPr>
          <w:rFonts w:ascii="宋体" w:hAnsi="宋体" w:eastAsia="宋体"/>
          <w:sz w:val="24"/>
        </w:rPr>
        <w:t>转型路径二：自由执业 → AI 增强型个人品牌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赋能环节：内容获客（AI 内容生产 + 短视频矩阵）、服务差异化（AI 生成多版本解说词）、多语言服务（AI 实时翻译）、客户管理（AI 客服 + 客户档案）。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个人品牌打造：导游 OPC 的终极竞争壁垒不是"知道什么"（AI 也能知道），而是"是谁"——一个真实的人，有独特的视角、有趣的故事、有温度的互动。AI 是放大个人品牌的工具，不是替代个人品牌。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10-1：导游 OPC 的三种模式对比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模式 | 获客方式 | 收入结构 | AI 依赖度 | 年收入区间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|------|---------|---------|----------|----------|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传统挂靠 | 旅行社派团 | 底薪 + 佣金 | 零 | 5-10 万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自由执业 | OTA 平台 + 口碑 | 全款自留 | 低 | 10-20 万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AI 增强型品牌 | 内容获客 + 平台 | 全款自留 + 溢价 | 高 | 20-50 万 |</w:t>
      </w:r>
    </w:p>
    <w:p>
      <w:pPr>
        <w:pStyle w:val="Heading3"/>
      </w:pPr>
      <w:r>
        <w:t>10.1.2 AI 辅助解说词生成与个性化定制</w:t>
      </w:r>
    </w:p>
    <w:p>
      <w:r>
        <w:rPr>
          <w:rFonts w:ascii="宋体" w:hAnsi="宋体" w:eastAsia="宋体"/>
          <w:sz w:val="24"/>
        </w:rPr>
        <w:t>解说词是导游服务的核心产品。传统导游的解说词有三个痛点：同质化（所有客人听一样的词）、静态化（写一次用三年，不更新）、单一化（只有一种风格，无法适配不同客群）。</w:t>
      </w:r>
    </w:p>
    <w:p>
      <w:r>
        <w:rPr>
          <w:rFonts w:ascii="宋体" w:hAnsi="宋体" w:eastAsia="宋体"/>
          <w:sz w:val="24"/>
        </w:rPr>
        <w:t>AI 解说词生成的工作流程：</w:t>
      </w:r>
    </w:p>
    <w:p>
      <w:r>
        <w:rPr>
          <w:rFonts w:ascii="宋体" w:hAnsi="宋体" w:eastAsia="宋体"/>
          <w:sz w:val="24"/>
        </w:rPr>
        <w:t>1. 知识库搭建：导游将自己的专业知识（景区历史、地质知识、文化背景、民间传说、个人经验）整理为知识库——可以用飞书文档、Notion 或纯文本文件。知识库越丰富，AI 生成的解说词越有深度和个性。</w:t>
      </w:r>
    </w:p>
    <w:p>
      <w:r>
        <w:rPr>
          <w:rFonts w:ascii="宋体" w:hAnsi="宋体" w:eastAsia="宋体"/>
          <w:sz w:val="24"/>
        </w:rPr>
        <w:t>2. 多版本生成：基于同一知识库，AI 生成不同风格和深度的解说词——标准版（2000 字，全面覆盖）、深度版（5000 字，历史文化深度挖掘）、亲子版（1500 字，趣味化、互动化、故事化）、网红版（1000 字，适合短视频节奏、金句密集）、外语版（英文/日文/韩文，AI 翻译 + 人工校对）。</w:t>
      </w:r>
    </w:p>
    <w:p>
      <w:r>
        <w:rPr>
          <w:rFonts w:ascii="宋体" w:hAnsi="宋体" w:eastAsia="宋体"/>
          <w:sz w:val="24"/>
        </w:rPr>
        <w:t>3. 个性化微调：接到客人预订后，根据客人的基本信息（年龄、来源地、兴趣标签），从多个版本中选择最适配的版本，并进行个性化微调。例如，客人来自上海且对建筑感兴趣 → 在标准版的基础上，加强"屯堡建筑与江南民居的渊源"的内容。</w:t>
      </w:r>
    </w:p>
    <w:p>
      <w:r>
        <w:rPr>
          <w:rFonts w:ascii="宋体" w:hAnsi="宋体" w:eastAsia="宋体"/>
          <w:sz w:val="24"/>
        </w:rPr>
        <w:t>4. 持续更新：每次带团后，将客人的反馈和新发现的信息补充到知识库中，AI 自动更新解说词。</w:t>
      </w:r>
    </w:p>
    <w:p>
      <w:r>
        <w:rPr>
          <w:rFonts w:ascii="宋体" w:hAnsi="宋体" w:eastAsia="宋体"/>
          <w:sz w:val="24"/>
        </w:rPr>
        <w:t>解说词设计的三层结构：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信息层（30%）：事实性信息——年代、数字、名称、事件。这是解说词的"骨架"，AI 擅长生成但需要人工核实。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故事层（40%）：叙事性内容——人物故事、历史场景还原、民间传说、个人经历。这是解说词的"血肉"，AI 可以辅助构思但需要导游注入个人风格。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情感层（30%）：情感连接——共鸣、幽默、感动、震撼。这是解说词的"灵魂"，完全依赖导游的个人魅力和现场发挥，AI 无法替代。</w:t>
      </w:r>
    </w:p>
    <w:p>
      <w:pPr>
        <w:pStyle w:val="Heading3"/>
      </w:pPr>
      <w:r>
        <w:t>10.1.3 多语言 AI 翻译在跨境接待中的应用</w:t>
      </w:r>
    </w:p>
    <w:p>
      <w:r>
        <w:rPr>
          <w:rFonts w:ascii="宋体" w:hAnsi="宋体" w:eastAsia="宋体"/>
          <w:sz w:val="24"/>
        </w:rPr>
        <w:t>贵州入境旅游市场正在快速增长。2024 年，贵州省接待入境游客同比增长超过 80%（受益于 144 小时过境免签政策扩展和"China Travel"全球热潮）。对于导游 OPC，多语言服务能力是从"国内导游"升级为"国际导游"的关键。</w:t>
      </w:r>
    </w:p>
    <w:p>
      <w:r>
        <w:rPr>
          <w:rFonts w:ascii="宋体" w:hAnsi="宋体" w:eastAsia="宋体"/>
          <w:sz w:val="24"/>
        </w:rPr>
        <w:t>AI 实时翻译在导游场景中的应用：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手机/耳机方案（最低成本）：导游用中文讲解 → 手机上的 AI 翻译 App（如科大讯飞翻译机、Google Translate 对话模式）实时翻译 → 客人通过手机屏幕或耳机收听。准确率约 85-90%，适合非正式场景。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专业翻译设备方案（中成本）：导游佩戴 AI 翻译耳机 → 翻译结果通过专用设备传输给客人。准确率约 90-95%，延迟更低，适合正式接待场景。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预录制多语言导览方案（零实时压力）：导游用 AI 语音合成提前录制多语言版本的解说词，客人通过扫码收听。适合固定线路和固定内容的场景。</w:t>
      </w:r>
    </w:p>
    <w:p>
      <w:r>
        <w:rPr>
          <w:rFonts w:ascii="宋体" w:hAnsi="宋体" w:eastAsia="宋体"/>
          <w:sz w:val="24"/>
        </w:rPr>
        <w:t>AI 翻译的"文化折扣"问题：AI 翻译可以准确翻译"黄果树瀑布高 77.8 米"，但很难准确翻译"飞流直下三千尺"的意境，更难翻译"屯堡阿嬷说'我家蜡染用的是山上采的蓝靛，染出来的布比城里化学染料的好看多了'"——这句话里的方言、语气、文化内涵，AI 翻译会丢失大部分。导游在使用 AI 翻译时，需要对"文化负载内容"做额外的解释和简化。</w:t>
      </w:r>
    </w:p>
    <w:p>
      <w:pPr>
        <w:pStyle w:val="Heading3"/>
      </w:pPr>
      <w:r>
        <w:t>10.1.4 智能排团与路线优化</w:t>
      </w:r>
    </w:p>
    <w:p>
      <w:r>
        <w:rPr>
          <w:rFonts w:ascii="宋体" w:hAnsi="宋体" w:eastAsia="宋体"/>
          <w:sz w:val="24"/>
        </w:rPr>
        <w:t>导游 OPC 的"库存"是时间——一天最多接 1-2 组客人，一个月最多接 20-25 天（需要留出休息和维护时间）。智能排团的目标是"在有限的体力内，最大化收入"。</w:t>
      </w:r>
    </w:p>
    <w:p>
      <w:r>
        <w:rPr>
          <w:rFonts w:ascii="宋体" w:hAnsi="宋体" w:eastAsia="宋体"/>
          <w:sz w:val="24"/>
        </w:rPr>
        <w:t>AI 排团优化：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根据客人的预订信息（人数、日期、时长、线路），AI 自动优化排团方案——相邻日期的团尽量安排在同一方向（减少通勤时间）、大团和小团交替安排（大团累但收入高，小团轻松但收入低，合理搭配）、淡季多接团（保量）、旺季提价少接团（保价和体验）。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还可以根据天气预报和景区客流预测，建议客人调整出行日期——"您预订的周六黄果树预计客流非常大，如果您可以调整到周五，体验会好很多。"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10.2 旅拍 OPC 的运营体系</w:t>
      </w:r>
    </w:p>
    <w:p>
      <w:pPr>
        <w:pStyle w:val="Heading3"/>
      </w:pPr>
      <w:r>
        <w:t>10.2.1 旅拍市场的 OPC 机会分析</w:t>
      </w:r>
    </w:p>
    <w:p>
      <w:r>
        <w:rPr>
          <w:rFonts w:ascii="宋体" w:hAnsi="宋体" w:eastAsia="宋体"/>
          <w:sz w:val="24"/>
        </w:rPr>
        <w:t>旅拍（旅游摄影）是近年文旅行业中增长最快的细分市场之一。在西江苗寨、凤凰古城、大理古城、平遥古城等热门景区，旅拍已经成为与"住宿"和"餐饮"并列的旅游刚需消费。</w:t>
      </w:r>
    </w:p>
    <w:p>
      <w:r>
        <w:rPr>
          <w:rFonts w:ascii="宋体" w:hAnsi="宋体" w:eastAsia="宋体"/>
          <w:sz w:val="24"/>
        </w:rPr>
        <w:t>旅拍 OPC 的市场特征：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高客单价：单组旅拍服务的价格通常在 300-1500 元（含妆造+拍摄+精修），客单价远高于导游服务。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强社交属性：旅拍的核心消费动机是"社交媒体分享"——客人不是为了"留念"而拍照，而是为了"发朋友圈/小红书/抖音"而拍照。这意味着旅拍服务的最终交付物不是"照片"，而是"社交货币"。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技术门槛适中：旅拍需要摄影技术、化妆技术、后期修图技术和客户沟通能力——但不需要高深的学术背景或特殊资质。对于有一定审美能力和学习意愿的人，入行门槛不高。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高度依赖场景和服装：旅拍的差异化主要来自"场景"（独特的拍摄地点）和"服装"（精美的民族服饰/汉服/主题服装），而非摄影技术本身。</w:t>
      </w:r>
    </w:p>
    <w:p>
      <w:r>
        <w:rPr>
          <w:rFonts w:ascii="宋体" w:hAnsi="宋体" w:eastAsia="宋体"/>
          <w:sz w:val="24"/>
        </w:rPr>
        <w:t>旅拍 OPC 的竞争格局：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景区内的旅拍门店：租金高、流量大但竞争激烈，适合"走量"模式（低价、快拍、标准化）。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自由旅拍师（OPC）：没有门店租金、灵活但获客难度大，适合"走质"模式（高价、精拍、个性化）。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民宿/酒店附属旅拍服务：民宿主兼做旅拍，增加收入来源。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10-2：旅拍 OPC 的商业模式画布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维度 | 自由旅拍师 OPC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|------|--------------|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客户细分 | 自由行年轻女性（18-35 岁）、闺蜜团、情侣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价值主张 | "拍出你最美的旅行照，让你成为朋友圈最羡慕的人"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渠道通路 | 小红书/抖音内容获客 + OTA 平台 + 民宿/酒店导流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收入来源 | 拍摄服务费 + 精修加购 + 服装租赁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核心资源 | 摄影技术 + 场景知识 + AI 后期工具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成本结构 | AI 工具订阅费 + 服装采购 + 交通费 |</w:t>
      </w:r>
    </w:p>
    <w:p>
      <w:pPr>
        <w:pStyle w:val="Heading3"/>
      </w:pPr>
      <w:r>
        <w:t>10.2.2 AI 辅助妆造建议与场景推荐</w:t>
      </w:r>
    </w:p>
    <w:p>
      <w:r>
        <w:rPr>
          <w:rFonts w:ascii="宋体" w:hAnsi="宋体" w:eastAsia="宋体"/>
          <w:sz w:val="24"/>
        </w:rPr>
        <w:t>旅拍服务中，"妆造"（化妆+造型）和"场景选择"是两个最影响成片效果但也最依赖经验的环节。AI 可以帮助降低这两个环节的经验门槛。</w:t>
      </w:r>
    </w:p>
    <w:p>
      <w:r>
        <w:rPr>
          <w:rFonts w:ascii="宋体" w:hAnsi="宋体" w:eastAsia="宋体"/>
          <w:sz w:val="24"/>
        </w:rPr>
        <w:t>AI 妆造建议：客人上传一张自拍 → AI 分析客人的脸型、肤色、气质 → AI 推荐最适合的服装风格（苗族盛装/汉服/民国风/现代简约）、妆容风格（浓妆/淡妆/氛围感）、发型建议。AI 还可以根据拍摄场景推荐服装配色——"万峰林的绿色背景下，红色苗服最出片；镇远古城的灰色石板路，白色汉服最有氛围感。"</w:t>
      </w:r>
    </w:p>
    <w:p>
      <w:r>
        <w:rPr>
          <w:rFonts w:ascii="宋体" w:hAnsi="宋体" w:eastAsia="宋体"/>
          <w:sz w:val="24"/>
        </w:rPr>
        <w:t>AI 场景推荐：旅拍师用 AI 建立"场景数据库"——每个场景标注位置、最佳拍摄时间（几点光线最好）、适合风格（古风/现代/森系）、样片参考。客人选择风格后，AI 自动推荐最匹配的场景和拍摄路线。AI 还可以根据实时天气和光线条件，动态调整拍摄计划——"今天下午 3 点开始有云，建议提前到 1 点开拍，先拍外景再拍内景。"</w:t>
      </w:r>
    </w:p>
    <w:p>
      <w:pPr>
        <w:pStyle w:val="Heading3"/>
      </w:pPr>
      <w:r>
        <w:t>10.2.3 AI 修图/剪辑的效率革命</w:t>
      </w:r>
    </w:p>
    <w:p>
      <w:r>
        <w:rPr>
          <w:rFonts w:ascii="宋体" w:hAnsi="宋体" w:eastAsia="宋体"/>
          <w:sz w:val="24"/>
        </w:rPr>
        <w:t>后期修图和剪辑是旅拍 OPC 最耗时的环节——一个旅拍师可能"拍 1 小时，修 3 小时"。AI 后期工具正在将"修 3 小时"压缩到"修 30 分钟"。</w:t>
      </w:r>
    </w:p>
    <w:p>
      <w:r>
        <w:rPr>
          <w:rFonts w:ascii="宋体" w:hAnsi="宋体" w:eastAsia="宋体"/>
          <w:sz w:val="24"/>
        </w:rPr>
        <w:t>AI 修图工具的应用：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批量基础调整：曝光、白平衡、构图裁剪——AI 一键批量处理，替代手动逐张调整。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人像美化：皮肤处理、瘦脸、大眼、祛痘——AI 自动识别面部并美化，旅拍师只需微调强度。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风格滤镜：AI 根据照片内容自动匹配最佳滤镜风格——"苗族盛装 + 苗寨背景"自动匹配暖色调民族风，"汉服 + 古镇"自动匹配低饱和度古风。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背景处理：AI 自动识别并模糊背景（模拟大光圈效果）、去除路人（景区人多时的神器）。</w:t>
      </w:r>
    </w:p>
    <w:p>
      <w:r>
        <w:rPr>
          <w:rFonts w:ascii="宋体" w:hAnsi="宋体" w:eastAsia="宋体"/>
          <w:sz w:val="24"/>
        </w:rPr>
        <w:t>AI 修图的边界："美化"与"造假"的界限在哪里？旅拍行业的共识是：调整光线和色调（让照片更好看）→ 合理美化；改变人物体型比例（把 1.6 米 P 成 1.7 米）→ 过度美化；替换背景（把普通街道 P 成雪山）→ 虚假宣传。OPC 旅拍师应建立自己的"修图伦理"——让客人"更好看"但不"不像自己"。</w:t>
      </w:r>
    </w:p>
    <w:p>
      <w:pPr>
        <w:pStyle w:val="Heading3"/>
      </w:pPr>
      <w:r>
        <w:t>10.2.4 成片交付与客户体验管理</w:t>
      </w:r>
    </w:p>
    <w:p>
      <w:r>
        <w:rPr>
          <w:rFonts w:ascii="宋体" w:hAnsi="宋体" w:eastAsia="宋体"/>
          <w:sz w:val="24"/>
        </w:rPr>
        <w:t>旅拍服务的最终交付物不仅是"照片"，还有"交付体验"。一个糟糕的交付体验（照片迟迟不发、压缩包乱七八糟、原片和精修分不清）可以毁掉整个拍摄体验。</w:t>
      </w:r>
    </w:p>
    <w:p>
      <w:r>
        <w:rPr>
          <w:rFonts w:ascii="宋体" w:hAnsi="宋体" w:eastAsia="宋体"/>
          <w:sz w:val="24"/>
        </w:rPr>
        <w:t>AI 辅助的交付流程：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自动选片：从几百张原片中，AI 自动筛选出"闭眼的""模糊的""表情不好的"并剔除，推荐"构图最好""表情最自然"的候选精修片。客人选片效率从 30 分钟降到 10 分钟。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自动分类和命名：原片、精修片、不同场景的照片自动分类和命名，生成结构清晰的文件夹或在线相册。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辅助生成社交分享素材：除了交付精修照片，AI 还自动生成"适合发朋友圈/小红书的 9 宫格拼图""15 秒短视频花絮""文案模板"——让客人拿到照片后能"一键分享"，减少客人的分享成本。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交付后的跟进：交付 3 天后自动回访"照片还满意吗？有什么需要调整的吗？"→ 7 天后自动发送"期待下次再见"的季节性推荐。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10.3 获客与品牌建设</w:t>
      </w:r>
    </w:p>
    <w:p>
      <w:pPr>
        <w:pStyle w:val="Heading3"/>
      </w:pPr>
      <w:r>
        <w:t>10.3.1 短视频 + 直播的 AI 内容策略</w:t>
      </w:r>
    </w:p>
    <w:p>
      <w:r>
        <w:rPr>
          <w:rFonts w:ascii="宋体" w:hAnsi="宋体" w:eastAsia="宋体"/>
          <w:sz w:val="24"/>
        </w:rPr>
        <w:t>对于导游和旅拍 OPC，"内容即产品展示"——一个导游的短视频就是他的"服务预览"，一个旅拍师的短视频就是他的"作品集"。</w:t>
      </w:r>
    </w:p>
    <w:p>
      <w:r>
        <w:rPr>
          <w:rFonts w:ascii="宋体" w:hAnsi="宋体" w:eastAsia="宋体"/>
          <w:sz w:val="24"/>
        </w:rPr>
        <w:t>导游 OPC 的内容策略：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知识科普型："黄果树瀑布的水从哪里来？""屯堡人为什么 600 年不说本地话？"——展示专业知识，建立权威感。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场景还原型：在景区现场拍摄——"现在是早上 7 点，黄果树还没有游客，整个瀑布都是我一个人的"——展示独家体验。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客户见证型：经客人同意后，拍摄带团中的真实互动——客人听到精彩讲解时的反应、客人按照建议拍出的美照。</w:t>
      </w:r>
    </w:p>
    <w:p>
      <w:r>
        <w:rPr>
          <w:rFonts w:ascii="宋体" w:hAnsi="宋体" w:eastAsia="宋体"/>
          <w:sz w:val="24"/>
        </w:rPr>
        <w:t>旅拍 OPC 的内容策略：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作品展示型：精修成片 + 拍摄花絮的对比——"拍摄时 vs 成片后"（最有传播力的内容形式）。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变装/妆造过程型：客人从素颜到苗族盛装的全过程——视觉冲击力强，完播率高。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拍摄技巧教学型："旅拍时怎么摆姿势不尴尬""手机也能拍出大片感"——吸引对旅拍感兴趣的潜在客户。</w:t>
      </w:r>
    </w:p>
    <w:p>
      <w:pPr>
        <w:pStyle w:val="Heading3"/>
      </w:pPr>
      <w:r>
        <w:t>10.3.2 平台规则适应与搜索排名优化</w:t>
      </w:r>
    </w:p>
    <w:p>
      <w:r>
        <w:rPr>
          <w:rFonts w:ascii="宋体" w:hAnsi="宋体" w:eastAsia="宋体"/>
          <w:sz w:val="24"/>
        </w:rPr>
        <w:t>导游和旅拍 OPC 的主要获客平台是 OTA（携程当地向导、马蜂窝）和内容平台（小红书、抖音）。不同平台的规则和排名逻辑完全不同。</w:t>
      </w:r>
    </w:p>
    <w:p>
      <w:r>
        <w:rPr>
          <w:rFonts w:ascii="宋体" w:hAnsi="宋体" w:eastAsia="宋体"/>
          <w:sz w:val="24"/>
        </w:rPr>
        <w:t>OTA 平台排名优化（以携程当地向导为例）：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评分和评价数量是第一排名因素——保持 4.9 分以上、积累 100+ 条评价。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回复率：平台考核向导的咨询回复速度和回复率——用 AI 客服确保 5 分钟内回复率 95%+。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产品信息完整度：头像、简介、服务项目、价格、可服务时间——100% 填写。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订单完成率和好评率：不取消订单、引导满意客人写评价。</w:t>
      </w:r>
    </w:p>
    <w:p>
      <w:r>
        <w:rPr>
          <w:rFonts w:ascii="宋体" w:hAnsi="宋体" w:eastAsia="宋体"/>
          <w:sz w:val="24"/>
        </w:rPr>
        <w:t>内容平台搜索优化（以小红书为例）：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关键词布局：标题、正文、标签中包含目标客群会搜索的关键词——"安顺导游""黄果树旅拍""西江苗寨拍照"。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内容垂直度：账号内容聚焦一个细分领域——不要今天发旅拍、明天发美食、后天发宠物。垂直度影响平台的推荐精准度。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互动率：点赞、收藏、评论、分享——AI 可以辅助回复评论，但真诚的互动需要运营者亲自参与。</w:t>
      </w:r>
    </w:p>
    <w:p>
      <w:pPr>
        <w:pStyle w:val="Heading3"/>
      </w:pPr>
      <w:r>
        <w:t>10.3.3 服务即营销：体验驱动的口碑传播</w:t>
      </w:r>
    </w:p>
    <w:p>
      <w:r>
        <w:rPr>
          <w:rFonts w:ascii="宋体" w:hAnsi="宋体" w:eastAsia="宋体"/>
          <w:sz w:val="24"/>
        </w:rPr>
        <w:t>导游和旅拍 OPC 的终极获客方式不是"内容"也不是"广告"，而是"服务"——一个被你的服务"惊艳到"的客人，会成为你最好的推销员。</w:t>
      </w:r>
    </w:p>
    <w:p>
      <w:r>
        <w:rPr>
          <w:rFonts w:ascii="宋体" w:hAnsi="宋体" w:eastAsia="宋体"/>
          <w:sz w:val="24"/>
        </w:rPr>
        <w:t>"服务即营销"的具体实践：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超出预期的惊喜时刻：在标准服务之外，给客人一个"没想到"的惊喜——导游突然从包里掏出一个本地老字号的点心给客人品尝、旅拍师多送 5 张精修、在客人不知道的情况下录了一段 15 秒的花絮视频发给客人。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知识/技能传递：导游不只是"讲给你听"，还"教你怎么看"——教客人用手机拍出好照片、教客人识别喀斯特地貌的特征。当客人感到"我学到了东西"，体验的价值感会大幅提升。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后续连接：服务结束后，不是"再见"而是"保持联系"——导游给客人发后续旅行建议、旅拍师给客人发季节性的拍摄灵感。让客人感到"他不只是想赚我一次钱"。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10.4 服务质量管控与风险应对</w:t>
      </w:r>
    </w:p>
    <w:p>
      <w:pPr>
        <w:pStyle w:val="Heading3"/>
      </w:pPr>
      <w:r>
        <w:t>10.4.1 服务标准化的 AI 工具</w:t>
      </w:r>
    </w:p>
    <w:p>
      <w:r>
        <w:rPr>
          <w:rFonts w:ascii="宋体" w:hAnsi="宋体" w:eastAsia="宋体"/>
          <w:sz w:val="24"/>
        </w:rPr>
        <w:t>导游和旅拍服务是高度"非标准化"的——每个客人、每次服务都不同。但"非标准化"不等于"没有标准"。AI 可以帮助在保持个性化的同时，守住服务质量的底线。</w:t>
      </w:r>
    </w:p>
    <w:p>
      <w:r>
        <w:rPr>
          <w:rFonts w:ascii="宋体" w:hAnsi="宋体" w:eastAsia="宋体"/>
          <w:sz w:val="24"/>
        </w:rPr>
        <w:t>AI 辅助的服务标准化方案：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服务清单（Checklist）：AI 为每次服务自动生成检查清单——导游：确认客人到达时间、确认线路和交通、准备解说词版本、检查应急包、发送当天天气提醒。旅拍师：确认拍摄时间地点、准备服装和道具、检查相机和备用电池、发送妆造建议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服务后自评：每次服务结束后，运营者花 3 分钟填写一个 AI 生成的简单自评表——"今天哪里做得好？哪里可以改进？客人有什么特殊反馈？"AI 汇总分析，发现服务中的共性问题和改进方向。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质检：将服务过程中的关键节点（咨询回复速度、服务准时性、客人评价情感）纳入 AI 自动监测，异常时自动预警。</w:t>
      </w:r>
    </w:p>
    <w:p>
      <w:pPr>
        <w:pStyle w:val="Heading3"/>
      </w:pPr>
      <w:r>
        <w:t>10.4.2 突发事件的 AI 预警与应急处理</w:t>
      </w:r>
    </w:p>
    <w:p>
      <w:r>
        <w:rPr>
          <w:rFonts w:ascii="宋体" w:hAnsi="宋体" w:eastAsia="宋体"/>
          <w:sz w:val="24"/>
        </w:rPr>
        <w:t>导游和旅拍服务在户外进行，面临天气突变、客人受伤、交通延误等不可控因素。AI 可以帮助提前预警和快速响应。</w:t>
      </w:r>
    </w:p>
    <w:p>
      <w:r>
        <w:rPr>
          <w:rFonts w:ascii="宋体" w:hAnsi="宋体" w:eastAsia="宋体"/>
          <w:sz w:val="24"/>
        </w:rPr>
        <w:t>AI 预警系统：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天气预警：AI 自动监测目的地天气预报，暴雨/雷电/高温/寒潮预警自动提醒导游调整行程或准备应急方案。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客流预警：AI 监测景区实时客流数据，客流过大时自动建议客人调整游览顺序或时间。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交通预警：AI 监测路况信息，拥堵/封路/事故自动提醒并推荐替代路线。</w:t>
      </w:r>
    </w:p>
    <w:p>
      <w:r>
        <w:rPr>
          <w:rFonts w:ascii="宋体" w:hAnsi="宋体" w:eastAsia="宋体"/>
          <w:sz w:val="24"/>
        </w:rPr>
        <w:t>应急处理预案（必须人工执行，AI 提供信息支持）：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客人受伤 → AI 提供最近的医院/诊所位置和联系方式 → 导游陪同就医 → 后续跟进和保险理赔。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天气突变 → AI 提供最近的避雨/避暑场所 → 导游安抚客人并调整行程。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客人投诉 → AI 辅助生成道歉和补偿方案 → 导游现场处理 → 事后复盘和改进。</w:t>
      </w:r>
    </w:p>
    <w:p>
      <w:pPr>
        <w:pStyle w:val="Heading3"/>
      </w:pPr>
      <w:r>
        <w:t>10.4.3 保险与法律合规</w:t>
      </w:r>
    </w:p>
    <w:p>
      <w:r>
        <w:rPr>
          <w:rFonts w:ascii="宋体" w:hAnsi="宋体" w:eastAsia="宋体"/>
          <w:sz w:val="24"/>
        </w:rPr>
        <w:t>导游和旅拍 OPC 面临的法律和保险风险包括：客人人身伤害、财物损失、肖像权纠纷、经营资质问题。</w:t>
      </w:r>
    </w:p>
    <w:p>
      <w:r>
        <w:rPr>
          <w:rFonts w:ascii="宋体" w:hAnsi="宋体" w:eastAsia="宋体"/>
          <w:sz w:val="24"/>
        </w:rPr>
        <w:t>保险配置建议：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旅行社责任险（强制）：挂靠旅行社的导游由旅行社购买，自由执业导游需要自行购买或通过平台购买。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个人意外险（强烈建议）：为自己购买，覆盖带团过程中的意外伤害。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客人意外险（强烈建议）：为每位客人购买单次旅游意外险（成本极低，约 5-15 元/人/天），既是保障也是服务体验（客人感到被关心）。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设备险（建议）：旅拍师的相机、镜头、电脑等贵重设备，购买设备保险。</w:t>
      </w:r>
    </w:p>
    <w:p>
      <w:r>
        <w:rPr>
          <w:rFonts w:ascii="宋体" w:hAnsi="宋体" w:eastAsia="宋体"/>
          <w:sz w:val="24"/>
        </w:rPr>
        <w:t>法律合规要点：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导游证：带团必须持有效导游证，无证带团违法。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旅拍经营资质：如果注册为个体工商户或公司，需要相应的经营范围（摄影服务、服装租赁）。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客人肖像权：在社交媒体上发布客人的照片/视频，必须获得客人的书面或电子授权。AI 可以帮助生成授权书模板和管理授权记录。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平台规则：严格遵守 OTA 平台和内容平台的经营规则——不私下交易（OTA 平台严禁）、不虚假宣传、不刷单刷评。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本章小结</w:t>
      </w:r>
    </w:p>
    <w:p>
      <w:r>
        <w:rPr>
          <w:rFonts w:ascii="宋体" w:hAnsi="宋体" w:eastAsia="宋体"/>
          <w:sz w:val="24"/>
        </w:rPr>
        <w:t>本章从运营模式、AI 赋能、获客品牌和质量管控四个维度，系统阐述了导游 OPC 和旅拍 OPC 的运营实战方法。</w:t>
      </w:r>
    </w:p>
    <w:p>
      <w:r>
        <w:rPr>
          <w:rFonts w:ascii="宋体" w:hAnsi="宋体" w:eastAsia="宋体"/>
          <w:sz w:val="24"/>
        </w:rPr>
        <w:t>导游 OPC：从"传统挂靠"到"自由执业"到"AI 增强型品牌"，是导游 OPC 的三级跃迁路径。AI 在解说词多版本生成、多语言实时翻译、智能排团优化三个环节提供了核心赋能。导游的终极竞争壁垒不是"知道什么"，而是"是谁"——独特的视角、有趣的灵魂、真诚的温度。</w:t>
      </w:r>
    </w:p>
    <w:p>
      <w:r>
        <w:rPr>
          <w:rFonts w:ascii="宋体" w:hAnsi="宋体" w:eastAsia="宋体"/>
          <w:sz w:val="24"/>
        </w:rPr>
        <w:t>旅拍 OPC：旅拍是文旅行业增长最快的细分市场之一。AI 在妆造建议、场景推荐、后期修图、交付流程四个环节将旅拍 OPC 的"单人产能"提升了 3-5 倍。旅拍的核心交付不是"照片"，而是"社交货币"——让客人成为朋友圈最羡慕的人。</w:t>
      </w:r>
    </w:p>
    <w:p>
      <w:r>
        <w:rPr>
          <w:rFonts w:ascii="宋体" w:hAnsi="宋体" w:eastAsia="宋体"/>
          <w:sz w:val="24"/>
        </w:rPr>
        <w:t>获客与品牌：短视频 + 直播的内容矩阵是导游和旅拍 OPC 的主要获客引擎。"服务即营销"——超出预期的惊喜时刻、知识/技能的传递、服务后的持续连接，让每一个满意的客人成为免费的推广渠道。</w:t>
      </w:r>
    </w:p>
    <w:p>
      <w:r>
        <w:rPr>
          <w:rFonts w:ascii="宋体" w:hAnsi="宋体" w:eastAsia="宋体"/>
          <w:sz w:val="24"/>
        </w:rPr>
        <w:t>质量管控：AI 服务清单确保标准化底线，AI 预警系统降低户外服务风险，保险和法律合规保护 OPC 的长期可持续发展。</w:t>
      </w:r>
    </w:p>
    <w:p>
      <w:r>
        <w:rPr>
          <w:rFonts w:ascii="宋体" w:hAnsi="宋体" w:eastAsia="宋体"/>
          <w:sz w:val="24"/>
        </w:rPr>
        <w:t>第 11 章将进入第二个实战场景——民宿/精品住宿类 OPC 运营实战。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思考题</w:t>
      </w:r>
    </w:p>
    <w:p>
      <w:r>
        <w:rPr>
          <w:rFonts w:ascii="宋体" w:hAnsi="宋体" w:eastAsia="宋体"/>
          <w:sz w:val="24"/>
        </w:rPr>
        <w:t>1. 导游词设计：选择贵州的一个景点（黄果树、西江苗寨、屯堡、万峰林等），按照本章的"三层结构"（信息层 30% + 故事层 40% + 情感层 30%），设计一段 5 分钟的导游解说词大纲。并用 AI 工具生成两个不同风格的版本（如"亲子版"和"深度文化版"），比较差异。</w:t>
      </w:r>
    </w:p>
    <w:p>
      <w:r>
        <w:rPr>
          <w:rFonts w:ascii="宋体" w:hAnsi="宋体" w:eastAsia="宋体"/>
          <w:sz w:val="24"/>
        </w:rPr>
        <w:t>2. 旅拍产品设计：为西江苗寨设计一款旅拍产品。要求包含：目标客群、产品名称、套餐内容（服装套数、拍摄场景数量、精修张数、拍摄时长）、定价、与竞品的差异化点、AI 工具在服务流程中的应用节点。</w:t>
      </w:r>
    </w:p>
    <w:p>
      <w:r>
        <w:rPr>
          <w:rFonts w:ascii="宋体" w:hAnsi="宋体" w:eastAsia="宋体"/>
          <w:sz w:val="24"/>
        </w:rPr>
        <w:t>3. 内容矩阵方案：假设你是一名安顺自由执业导游，请设计一个短视频内容矩阵方案。要求包含：账号定位（1 句话）、内容类型及占比（知识型/场景型/客户见证型）、每周发布频率、前 10 条视频的选题列表。</w:t>
      </w:r>
    </w:p>
    <w:p>
      <w:r>
        <w:rPr>
          <w:rFonts w:ascii="宋体" w:hAnsi="宋体" w:eastAsia="宋体"/>
          <w:sz w:val="24"/>
        </w:rPr>
        <w:t>4. 风险评估：某导游 OPC 计划推出"贵州喀斯特探洞一日游"（含未开发溶洞探险）。请从安全、法律、保险三个维度进行风险评估，并给出"可以做"或"不建议做"的结论和理由。</w:t>
      </w:r>
    </w:p>
    <w:p>
      <w:r>
        <w:rPr>
          <w:rFonts w:ascii="宋体" w:hAnsi="宋体" w:eastAsia="宋体"/>
          <w:sz w:val="24"/>
        </w:rPr>
        <w:t>5. 批判思考：本章强调导游的核心价值是"文化翻译者"而非"景点复读机"。但在 AI 也能生成高质量解说词的时代，如果游客可以用 AI 导览 App 获得同样的（甚至更丰富的）讲解内容，人类导游的价值还剩下什么？导游 OPC 的未来在哪里？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参考文献</w:t>
      </w:r>
    </w:p>
    <w:p>
      <w:r>
        <w:rPr>
          <w:rFonts w:ascii="宋体" w:hAnsi="宋体" w:eastAsia="宋体"/>
          <w:sz w:val="24"/>
        </w:rPr>
        <w:t>[1] 文化和旅游部. 导游管理办法[S]. 2018.</w:t>
      </w:r>
    </w:p>
    <w:p>
      <w:r>
        <w:rPr>
          <w:rFonts w:ascii="宋体" w:hAnsi="宋体" w:eastAsia="宋体"/>
          <w:sz w:val="24"/>
        </w:rPr>
        <w:t>[2] 携程集团. 携程当地向导 2024 年度报告[R]. 2024.</w:t>
      </w:r>
    </w:p>
    <w:p>
      <w:r>
        <w:rPr>
          <w:rFonts w:ascii="宋体" w:hAnsi="宋体" w:eastAsia="宋体"/>
          <w:sz w:val="24"/>
        </w:rPr>
        <w:t>[3] 小红书. 2024 年小红书旅拍行业趋势报告[R]. 2024.</w:t>
      </w:r>
    </w:p>
    <w:p>
      <w:r>
        <w:rPr>
          <w:rFonts w:ascii="宋体" w:hAnsi="宋体" w:eastAsia="宋体"/>
          <w:sz w:val="24"/>
        </w:rPr>
        <w:t>[4] 中国摄影家协会. 2024 年中国旅拍摄影行业发展报告[R]. 2024.</w:t>
      </w:r>
    </w:p>
    <w:p>
      <w:r>
        <w:rPr>
          <w:rFonts w:ascii="宋体" w:hAnsi="宋体" w:eastAsia="宋体"/>
          <w:sz w:val="24"/>
        </w:rPr>
        <w:t>[5] 中华人民共和国旅游法（2018 年修正）[S].</w:t>
      </w:r>
    </w:p>
    <w:p>
      <w:r>
        <w:rPr>
          <w:rFonts w:ascii="宋体" w:hAnsi="宋体" w:eastAsia="宋体"/>
          <w:sz w:val="24"/>
        </w:rPr>
        <w:t>[6] 中华人民共和国民法典·人格权编[S]. 2021.（肖像权相关规定）</w:t>
      </w:r>
    </w:p>
    <w:p>
      <w:r>
        <w:rPr>
          <w:rFonts w:ascii="宋体" w:hAnsi="宋体" w:eastAsia="宋体"/>
          <w:sz w:val="24"/>
        </w:rPr>
        <w:t>[7] 贵州省文化和旅游厅. 贵州省导游自由执业试点管理办法[S]. 2020.</w:t>
      </w:r>
    </w:p>
    <w:p>
      <w:r>
        <w:rPr>
          <w:rFonts w:ascii="宋体" w:hAnsi="宋体" w:eastAsia="宋体"/>
          <w:sz w:val="24"/>
        </w:rPr>
        <w:t>[8] 抖音生活服务. 2024 年抖音酒旅内容创作指南[R]. 2024.</w:t>
      </w:r>
    </w:p>
    <w:p>
      <w:r>
        <w:rPr>
          <w:rFonts w:ascii="宋体" w:hAnsi="宋体" w:eastAsia="宋体"/>
          <w:sz w:val="24"/>
        </w:rPr>
        <w:t>[9] 中国保险行业协会. 旅游保险产品指引[S]. 2023.</w:t>
      </w:r>
    </w:p>
    <w:p>
      <w:r>
        <w:rPr>
          <w:rFonts w:ascii="宋体" w:hAnsi="宋体" w:eastAsia="宋体"/>
          <w:sz w:val="24"/>
        </w:rPr>
        <w:t>[10] 贵州省人民政府. 贵州省"十四五"文化和旅游发展规划[EB/OL]. 2022.</w:t>
      </w:r>
    </w:p>
    <w:p>
      <w:pPr>
        <w:pStyle w:val="Heading2"/>
      </w:pPr>
      <w:r>
        <w:t>学习目标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知识目标：掌握民宿 OPC 的运营管理体系（选址定位、证照合规、日常运营、收益管理）；理解 AI 在民宿日常运营中的全链路应用（智能入住、AI 客服、能耗管理、清洁调度）；掌握收益管理的核心方法（动态定价、渠道管理、淡旺季策略）。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能力目标：能独立规划一家 AI 增强型民宿的运营体系（从选址到日常管理）；能运用 AI 工具实现民宿的"一人管 15 间"运营模式；能制定基于数据的动态定价和收益管理策略。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素养目标：理解民宿不仅是住宿设施，更是文化体验载体和乡村振兴的重要力量。在传统民居保护与活化利用的张力中，坚持文化尊重优先。以民宿为载体，展示真实、立体的在地文化。</w:t>
      </w:r>
    </w:p>
    <w:p>
      <w:pPr>
        <w:pStyle w:val="Heading2"/>
      </w:pPr>
      <w:r>
        <w:t>导入案例</w:t>
      </w:r>
    </w:p>
    <w:p>
      <w:r>
        <w:rPr>
          <w:rFonts w:ascii="宋体" w:hAnsi="宋体" w:eastAsia="宋体"/>
          <w:sz w:val="24"/>
        </w:rPr>
        <w:t>镇远古城的"无人民宿"实验</w:t>
      </w:r>
    </w:p>
    <w:p>
      <w:r>
        <w:rPr>
          <w:rFonts w:ascii="宋体" w:hAnsi="宋体" w:eastAsia="宋体"/>
          <w:sz w:val="24"/>
        </w:rPr>
        <w:t>2023 年，在镇远古城经营一家 12 间房民宿的陈老板做了一个让同行都摇头的决定——裁掉唯一的前台。从此，这家民宿没有前台、没有管家、没有服务员。客人预订后收到一条短信，包含智能门锁密码、Wi-Fi 密码、入住指引和一份 AI 生成的"镇远古城 24 小时攻略"。入住期间，任何问题通过微信联系 AI 客服——"空调不制热了""附近哪家酸汤鱼好吃""能多给一条浴巾吗"。AI 客服自动回答 90% 的问题，剩下 10% 转给陈老板。清洁工作外包给本地两位阿姨，按次计费。布草洗涤外包给专业洗涤厂，两天一送。</w:t>
      </w:r>
    </w:p>
    <w:p>
      <w:r>
        <w:rPr>
          <w:rFonts w:ascii="宋体" w:hAnsi="宋体" w:eastAsia="宋体"/>
          <w:sz w:val="24"/>
        </w:rPr>
        <w:t>同行说："这还叫民宿吗？民宿的核心是'主人文化'。"客人说："太方便了，我就喜欢这种不被打扰的感觉。"（也有客人说："没有主人的民宿，跟酒店有什么区别？"）</w:t>
      </w:r>
    </w:p>
    <w:p>
      <w:r>
        <w:rPr>
          <w:rFonts w:ascii="宋体" w:hAnsi="宋体" w:eastAsia="宋体"/>
          <w:sz w:val="24"/>
        </w:rPr>
        <w:t>一年后，数据说话了：入住率从裁员前的 72% 提升到 88%（AI 客服的即时响应提升了转化率），运营成本下降 40%（省了一个前台的人工成本，一年约 6 万元），客人评分从 4.6 提升到 4.8（"方便""响应快""攻略好用"是高频好评词）。陈老板每天在民宿的时间从 14 小时降到了 4 小时——早上来检查一下，处理 AI 转过来的复杂问题，下午回家陪孩子。</w:t>
      </w:r>
    </w:p>
    <w:p>
      <w:r>
        <w:rPr>
          <w:rFonts w:ascii="宋体" w:hAnsi="宋体" w:eastAsia="宋体"/>
          <w:sz w:val="24"/>
        </w:rPr>
        <w:t>但他也承认："我确实失去了和客人'面对面聊天'的机会。有些客人就是冲着'民宿主人'来的，这部分客人我会亲自接待——他们预订时我会备注'主人接待'，那天我就会在店里。"</w:t>
      </w:r>
    </w:p>
    <w:p>
      <w:r>
        <w:rPr>
          <w:rFonts w:ascii="宋体" w:hAnsi="宋体" w:eastAsia="宋体"/>
          <w:sz w:val="24"/>
        </w:rPr>
        <w:t>思考：陈老板的"无人民宿"还算民宿吗？"主人文化"是民宿的"必要条件"还是"可选特色"？AI 在什么场景下应该"替代人"，在什么场景下应该"辅助人"？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11.1 民宿 OPC 的运营全景</w:t>
      </w:r>
    </w:p>
    <w:p>
      <w:pPr>
        <w:pStyle w:val="Heading3"/>
      </w:pPr>
      <w:r>
        <w:t>11.1.1 民宿 OPC 的规模边界与组织形态</w:t>
      </w:r>
    </w:p>
    <w:p>
      <w:r>
        <w:rPr>
          <w:rFonts w:ascii="宋体" w:hAnsi="宋体" w:eastAsia="宋体"/>
          <w:sz w:val="24"/>
        </w:rPr>
        <w:t>民宿 OPC 的"规模边界"是一个核心问题：一个人（或一对夫妻）最多能管多少间房？超过多少间就必须"加人"或"加工具"？</w:t>
      </w:r>
    </w:p>
    <w:p>
      <w:r>
        <w:rPr>
          <w:rFonts w:ascii="宋体" w:hAnsi="宋体" w:eastAsia="宋体"/>
          <w:sz w:val="24"/>
        </w:rPr>
        <w:t>民宿 OPC 的规模边界参考：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19"/>
        <w:gridCol w:w="1519"/>
        <w:gridCol w:w="1519"/>
        <w:gridCol w:w="1519"/>
        <w:gridCol w:w="1519"/>
      </w:tblGrid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房间数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运营模式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人力配置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AI 工具依赖度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典型年收入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1-5 间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纯个人运营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1 人全职/兼职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低-中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5-15 万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6-12 间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AI 增强型个人运营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1 人全职 + 外包清洁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**高**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15-40 万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13-20 间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AI 增强型夫妻店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2 人 + 外包清洁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**高**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30-80 万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21-30 间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小型团队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3-5 人 + 外包清洁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中-高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60-150 万</w:t>
            </w:r>
          </w:p>
        </w:tc>
      </w:tr>
    </w:tbl>
    <w:p/>
    <w:p>
      <w:r>
        <w:rPr>
          <w:rFonts w:ascii="宋体" w:hAnsi="宋体" w:eastAsia="宋体"/>
          <w:sz w:val="24"/>
        </w:rPr>
        <w:t>"一人管 15 间"的实现条件：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智能门锁 + 自助入住：消除前台接待的人工需求。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客服 7×24：消除前台和客服的人工需求。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外包清洁和布草：将最耗体力的工作外包，按次计费，弹性用工。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动态定价 + 自动渠道管理：消除收益管理的人工需求。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标准化 SOP（标准操作流程）：将民宿运营的所有环节（从预订确认到退房检查）写成标准化流程，AI 辅助执行和监督。</w:t>
      </w:r>
    </w:p>
    <w:p>
      <w:r>
        <w:rPr>
          <w:rFonts w:ascii="宋体" w:hAnsi="宋体" w:eastAsia="宋体"/>
          <w:sz w:val="24"/>
        </w:rPr>
        <w:t>当房间数超过 20 间，即使有 AI 工具，个人的精力也会触及天花板——不是因为"忙不过来"，而是因为"无法关注到每个客人的个性化需求"。此时，民宿 OPC 面临选择：要么"加人"转型为小型团队，要么"做减法"缩减规模保持 OPC 模式。</w:t>
      </w:r>
    </w:p>
    <w:p>
      <w:pPr>
        <w:pStyle w:val="Heading3"/>
      </w:pPr>
      <w:r>
        <w:t>11.1.2 选址、定位与产品设计</w:t>
      </w:r>
    </w:p>
    <w:p>
      <w:r>
        <w:rPr>
          <w:rFonts w:ascii="宋体" w:hAnsi="宋体" w:eastAsia="宋体"/>
          <w:sz w:val="24"/>
        </w:rPr>
        <w:t>民宿的三要素——"选址、定位、产品"——决定了 80% 的经营结果。AI 可以辅助分析，但最终决策需要人的判断。</w:t>
      </w:r>
    </w:p>
    <w:p>
      <w:r>
        <w:rPr>
          <w:rFonts w:ascii="宋体" w:hAnsi="宋体" w:eastAsia="宋体"/>
          <w:sz w:val="24"/>
        </w:rPr>
        <w:t>选址的 AI 辅助分析：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客流分析：AI 分析目标区域的 OTA 搜索热度、客流季节性规律、客源地分布。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竞品分析：AI 分析目标区域内现有民宿的数量、价格区间、入住率（通过 OTA 平台的"已预订 X 次"等数据间接推断）、评价分布。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交通和配套分析：AI 分析目标位置到主要交通枢纽（高铁站、机场）的距离和时间，周边餐饮/购物/景点的分布。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政策分析：AI 汇总目标区域的民宿经营政策——是否需要特种行业许可证、消防要求、环保要求、邻里协调要求。</w:t>
      </w:r>
    </w:p>
    <w:p>
      <w:r>
        <w:rPr>
          <w:rFonts w:ascii="宋体" w:hAnsi="宋体" w:eastAsia="宋体"/>
          <w:sz w:val="24"/>
        </w:rPr>
        <w:t>定位的"三问"：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问市场：目标区域的客群是谁？（黄果树 → 观光客为主；万峰林 → 度假客为主；西江苗寨 → 文化体验客为主）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问自己：我擅长什么？（擅长做菜 → 美食型民宿；擅长摄影 → 旅拍型民宿；擅长文化讲解 → 文化型民宿）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问竞品：市场上缺什么？（全是标准化酒店 → 做个性化民宿；全是个性化民宿 → 做服务标准化的精品民宿）</w:t>
      </w:r>
    </w:p>
    <w:p>
      <w:r>
        <w:rPr>
          <w:rFonts w:ascii="宋体" w:hAnsi="宋体" w:eastAsia="宋体"/>
          <w:sz w:val="24"/>
        </w:rPr>
        <w:t>产品设计的"1+N"模式：1 个核心住宿产品（干净、舒适、安全——这是底线）+ N 个附加体验产品（在地早餐、文化体验、旅拍服务、徒步向导——这些是差异化和利润来源）。核心产品决定了"客人来不来"，附加产品决定了"客人花多少"。</w:t>
      </w:r>
    </w:p>
    <w:p>
      <w:pPr>
        <w:pStyle w:val="Heading3"/>
      </w:pPr>
      <w:r>
        <w:t>11.1.3 证照合规与行业标准</w:t>
      </w:r>
    </w:p>
    <w:p>
      <w:r>
        <w:rPr>
          <w:rFonts w:ascii="宋体" w:hAnsi="宋体" w:eastAsia="宋体"/>
          <w:sz w:val="24"/>
        </w:rPr>
        <w:t>民宿 OPC 的证照合规是"生存基础"——被查到无证经营，轻则罚款，重则关停。AI 可以辅助整理合规要求，但不能替代实际办理。</w:t>
      </w:r>
    </w:p>
    <w:p>
      <w:r>
        <w:rPr>
          <w:rFonts w:ascii="宋体" w:hAnsi="宋体" w:eastAsia="宋体"/>
          <w:sz w:val="24"/>
        </w:rPr>
        <w:t>民宿经营的主要证照：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营业执照：个体工商户或有限责任公司，经营范围含"住宿服务"。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特种行业许可证：公安机关颁发，是民宿合法经营住宿业务的核心证照。办理条件通常包括：房屋产权证明或租赁合同、消防安全证明、卫生许可证明、邻里同意证明（部分城市要求）。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食品经营许可证：如果提供餐饮服务（早餐、下午茶），需要办理。如果只是提供预包装食品（饮料、零食），不需要。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卫生许可证：部分地区要求。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消防验收/备案：根据当地消防部门要求，民宿需要满足一定的消防标准（灭火器、烟雾报警器、逃生通道、应急照明）。</w:t>
      </w:r>
    </w:p>
    <w:p>
      <w:r>
        <w:rPr>
          <w:rFonts w:ascii="宋体" w:hAnsi="宋体" w:eastAsia="宋体"/>
          <w:sz w:val="24"/>
        </w:rPr>
        <w:t>合规操作建议：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在选址和签约前，先到当地派出所/公安局咨询"该地址是否可以办理特种行业许可证"——这是最关键的前置条件。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加入本地的民宿协会或行业组织，获取最新的政策信息和合规指导。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关注 Airbnb、途家、美团民宿等平台的"合规房源"认证要求，确保上架合规。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11-1：民宿 OPC 的证照办理优先级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优先级 | 证照 | 不办的后果 | 办理周期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|--------|------|-----------|---------|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🔴 必须 | 营业执照 | 无证经营，罚款+停业 | 1-2 周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🔴 必须 | 特种行业许可证 | 非法经营住宿，罚款+拘留 | 1-3 个月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🟡 需要 | 食品经营许可证（如含餐饮） | 非法经营餐饮，罚款 | 1-2 个月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🟡 需要 | 消防备案 | 消防检查不合格，停业整改 | 1-3 个月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🟢 建议 | 公众责任险 | 事故自担全责 | 即时生效 |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11.2 AI 驱动的民宿日常运营</w:t>
      </w:r>
    </w:p>
    <w:p>
      <w:pPr>
        <w:pStyle w:val="Heading3"/>
      </w:pPr>
      <w:r>
        <w:t>11.2.1 智能门锁与自助入住系统</w:t>
      </w:r>
    </w:p>
    <w:p>
      <w:r>
        <w:rPr>
          <w:rFonts w:ascii="宋体" w:hAnsi="宋体" w:eastAsia="宋体"/>
          <w:sz w:val="24"/>
        </w:rPr>
        <w:t>智能门锁是民宿 OPC"去前台化"的核心硬件。一把智能门锁 + 一个自助入住流程，可以省掉一个前台的人力。</w:t>
      </w:r>
    </w:p>
    <w:p>
      <w:r>
        <w:rPr>
          <w:rFonts w:ascii="宋体" w:hAnsi="宋体" w:eastAsia="宋体"/>
          <w:sz w:val="24"/>
        </w:rPr>
        <w:t>智能门锁的选型要点：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远程密码生成：能通过手机 App 远程生成临时密码，设定有效时间（入住当天 14:00 到退房当天 12:00）。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开锁记录：能查看开锁记录——谁、什么时间、用什么方式开了锁。异常记录（密码错误多次、深夜异常开锁）自动预警。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低电量预警：电量低于 20% 自动提醒更换电池。避免客人被锁在门外的尴尬。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备用方案：智能门锁没电或故障时，必须有物理钥匙作为备用（放在密码钥匙盒中，密码盒的密码另行告知客人）。</w:t>
      </w:r>
    </w:p>
    <w:p>
      <w:r>
        <w:rPr>
          <w:rFonts w:ascii="宋体" w:hAnsi="宋体" w:eastAsia="宋体"/>
          <w:sz w:val="24"/>
        </w:rPr>
        <w:t>自助入住流程：</w:t>
      </w:r>
    </w:p>
    <w:p>
      <w:r>
        <w:rPr>
          <w:rFonts w:ascii="宋体" w:hAnsi="宋体" w:eastAsia="宋体"/>
          <w:sz w:val="24"/>
        </w:rPr>
        <w:t>1. 客人完成预订 → 系统自动发送"预订确认 + 入住指引"（含详细交通路线、周边设施、注意事项）。</w:t>
      </w:r>
    </w:p>
    <w:p>
      <w:r>
        <w:rPr>
          <w:rFonts w:ascii="宋体" w:hAnsi="宋体" w:eastAsia="宋体"/>
          <w:sz w:val="24"/>
        </w:rPr>
        <w:t>2. 入住当天上午 → 系统自动发送智能门锁密码（有效期设定）和 Wi-Fi 密码。</w:t>
      </w:r>
    </w:p>
    <w:p>
      <w:r>
        <w:rPr>
          <w:rFonts w:ascii="宋体" w:hAnsi="宋体" w:eastAsia="宋体"/>
          <w:sz w:val="24"/>
        </w:rPr>
        <w:t>3. 客人到店 → 自行输入密码入住 → AI 客服发送"欢迎入住！有任何需要随时联系我。"</w:t>
      </w:r>
    </w:p>
    <w:p>
      <w:r>
        <w:rPr>
          <w:rFonts w:ascii="宋体" w:hAnsi="宋体" w:eastAsia="宋体"/>
          <w:sz w:val="24"/>
        </w:rPr>
        <w:t>4. 退房当天 → 系统自动结算 → 密码自动失效 → 发送"退房确认 + 感谢 + 评价邀请"。</w:t>
      </w:r>
    </w:p>
    <w:p>
      <w:pPr>
        <w:pStyle w:val="Heading3"/>
      </w:pPr>
      <w:r>
        <w:t>11.2.2 AI 客服 + 智能音箱的全天候服务</w:t>
      </w:r>
    </w:p>
    <w:p>
      <w:r>
        <w:rPr>
          <w:rFonts w:ascii="宋体" w:hAnsi="宋体" w:eastAsia="宋体"/>
          <w:sz w:val="24"/>
        </w:rPr>
        <w:t>民宿 AI 客服比一般 OPC 的 AI 客服更需要"本地化知识"——不仅要回答民宿相关的问题，还要能当"本地导游"。</w:t>
      </w:r>
    </w:p>
    <w:p>
      <w:r>
        <w:rPr>
          <w:rFonts w:ascii="宋体" w:hAnsi="宋体" w:eastAsia="宋体"/>
          <w:sz w:val="24"/>
        </w:rPr>
        <w:t>民宿 AI 客服的知识库要点：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民宿设施类（30%）：Wi-Fi 密码、空调/热水器使用、停车、洗衣、行李寄存、加床加被。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周边攻略类（40%）：餐厅推荐（分类：本地人吃的/网红打卡的/高档宴请的）、景点攻略（怎么去、什么时候去、怎么买票便宜）、交通信息（公交线路、打车费用、租车信息）。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应急帮助类（20%）：医院/药店、派出所、修车/拖车、失物招领。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个性化推荐类（10%）：根据客人的类型（亲子/情侣/独自/老年）和兴趣，AI 生成个性化的周边推荐。</w:t>
      </w:r>
    </w:p>
    <w:p>
      <w:r>
        <w:rPr>
          <w:rFonts w:ascii="宋体" w:hAnsi="宋体" w:eastAsia="宋体"/>
          <w:sz w:val="24"/>
        </w:rPr>
        <w:t>智能音箱的"客房管家"角色：在房间内放置智能音箱（小度、天猫精灵），客人可以通过语音控制房间设备（"打开空调""调到 26 度"）、播放音乐、询问天气和攻略。智能音箱的隐私问题需要提前告知客人——"房间内的智能音箱仅在唤醒词触发后收音，您可以随时关闭麦克风。"</w:t>
      </w:r>
    </w:p>
    <w:p>
      <w:pPr>
        <w:pStyle w:val="Heading3"/>
      </w:pPr>
      <w:r>
        <w:t>11.2.3 智能能耗管理与成本控制</w:t>
      </w:r>
    </w:p>
    <w:p>
      <w:r>
        <w:rPr>
          <w:rFonts w:ascii="宋体" w:hAnsi="宋体" w:eastAsia="宋体"/>
          <w:sz w:val="24"/>
        </w:rPr>
        <w:t>对于民宿 OPC，能耗（水电燃气）是仅次于人力（或外包清洁）的第二大运营成本。AI 可以帮助在"不牺牲客人体验"的前提下降低能耗。</w:t>
      </w:r>
    </w:p>
    <w:p>
      <w:r>
        <w:rPr>
          <w:rFonts w:ascii="宋体" w:hAnsi="宋体" w:eastAsia="宋体"/>
          <w:sz w:val="24"/>
        </w:rPr>
        <w:t>AI 能耗管理方案：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智能温控：空调用 AI 控制——客人入住前 1 小时自动开启（确保到店时房间温度舒适），客人退房后自动关闭（避免空房浪费）。根据室外温度和房间保温性能，AI 优化空调的运行策略（不是"开到 16 度使劲吹"，而是"维持在 24-26 度的舒适区间"）。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智能照明：公共区域（走廊、院子、大厅）使用感应灯或定时灯——深夜自动调暗或关闭，凌晨自动开启。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用水监测：AI 监测用水量异常（某房间用水量突然激增 → 可能有漏水），自动预警。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能耗报告：AI 每月自动生成能耗报告——总能耗、每间房均摊能耗、与上月和去年同期的对比、节能建议。</w:t>
      </w:r>
    </w:p>
    <w:p>
      <w:pPr>
        <w:pStyle w:val="Heading3"/>
      </w:pPr>
      <w:r>
        <w:t>11.2.4 清洁调度与布草管理的 AI 优化</w:t>
      </w:r>
    </w:p>
    <w:p>
      <w:r>
        <w:rPr>
          <w:rFonts w:ascii="宋体" w:hAnsi="宋体" w:eastAsia="宋体"/>
          <w:sz w:val="24"/>
        </w:rPr>
        <w:t>清洁和布草是民宿 OPC 日常运营中最"重"的两个体力环节。AI 不能帮你做清洁，但可以帮你"聪明地安排清洁"。</w:t>
      </w:r>
    </w:p>
    <w:p>
      <w:r>
        <w:rPr>
          <w:rFonts w:ascii="宋体" w:hAnsi="宋体" w:eastAsia="宋体"/>
          <w:sz w:val="24"/>
        </w:rPr>
        <w:t>AI 清洁调度：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自动排班：根据每日的入住/退房情况，AI 自动生成清洁排班表——哪些房间需要打扫（退房清洁）、哪些房间需要简单整理（续住）、哪些房间不需要动（空房）。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自动通知：清洁排班表自动发送给外包清洁阿姨——"明天上午 10:00-14:00，房间 101/102/103 退房清洁，104 续住整理。"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清洁质检：清洁完成后，阿姨拍照上传 → AI 自动识别照片中的问题区域（床单不整齐、地面有污渍、物品未归位）→ 标记"需要重新清洁"→ 阿姨现场整改。AI 不能完全替代人工查房，但可以筛掉 80% 的明显问题。</w:t>
      </w:r>
    </w:p>
    <w:p>
      <w:r>
        <w:rPr>
          <w:rFonts w:ascii="宋体" w:hAnsi="宋体" w:eastAsia="宋体"/>
          <w:sz w:val="24"/>
        </w:rPr>
        <w:t>AI 布草管理：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库存管理：AI 根据入住率预测，自动计算布草需求——"下周预计入住率 85%，需要 12 套床单被套，当前库存 15 套，无需补货。"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送洗调度：AI 根据布草的脏污累积量，自动安排送洗时间和数量——"今天退房 4 间，脏布草 4 套，累计 8 套达到送洗阈值，建议明天送洗。"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布草寿命追踪：AI 追踪每套布草的使用次数和洗涤次数，达到寿命阈值时自动提醒更换。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11.3 收益管理</w:t>
      </w:r>
    </w:p>
    <w:p>
      <w:pPr>
        <w:pStyle w:val="Heading3"/>
      </w:pPr>
      <w:r>
        <w:t>11.3.1 动态定价的 AI 模型</w:t>
      </w:r>
    </w:p>
    <w:p>
      <w:r>
        <w:rPr>
          <w:rFonts w:ascii="宋体" w:hAnsi="宋体" w:eastAsia="宋体"/>
          <w:sz w:val="24"/>
        </w:rPr>
        <w:t>动态定价是民宿 OPC 收益管理的核心——在正确的时机以正确的价格卖出每一间房。</w:t>
      </w:r>
    </w:p>
    <w:p>
      <w:r>
        <w:rPr>
          <w:rFonts w:ascii="宋体" w:hAnsi="宋体" w:eastAsia="宋体"/>
          <w:sz w:val="24"/>
        </w:rPr>
        <w:t>AI 动态定价的输入变量：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内部数据：当前预订进度（提前 30 天已订出 40% vs 10%）、历史同期入住率和价格、房型库存。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竞品数据：周边同档次民宿的实时价格和入住率（通过 OTA 平台间接获取）。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外部数据：节假日日历、大型活动日历、天气预测、交通状况（高铁票是否已售罄 → 自驾客增多）。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特殊事件：音乐节、马拉松、大型会议——这些事件会带来显著的短期需求脉冲。</w:t>
      </w:r>
    </w:p>
    <w:p>
      <w:r>
        <w:rPr>
          <w:rFonts w:ascii="宋体" w:hAnsi="宋体" w:eastAsia="宋体"/>
          <w:sz w:val="24"/>
        </w:rPr>
        <w:t>AI 定价策略的类型：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早鸟优惠：提前 30 天预订 8 折、提前 14 天 8.5 折、提前 7 天 9 折。早鸟优惠的目标是"锁定确定性收入"，降低空房风险。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最后一刻特价：未来 3 天仍未售出的房间，自动触发折扣（7 折-8 折），目标是"宁可便宜卖，不能空着亏"。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旺季溢价：需求远超供给时（国庆、暑期周末），价格上浮 20-50%。溢价的上限不是"成本 + 利润"，而是"竞品的最高价"和"客人的支付意愿"。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连住优惠：连住 2 晚 9 折、连住 3 晚 8.5 折——降低清洁和布草成本，提升客单价。</w:t>
      </w:r>
    </w:p>
    <w:p>
      <w:pPr>
        <w:pStyle w:val="Heading3"/>
      </w:pPr>
      <w:r>
        <w:t>11.3.2 渠道管理的自动化策略</w:t>
      </w:r>
    </w:p>
    <w:p>
      <w:r>
        <w:rPr>
          <w:rFonts w:ascii="宋体" w:hAnsi="宋体" w:eastAsia="宋体"/>
          <w:sz w:val="24"/>
        </w:rPr>
        <w:t>民宿 OPC 通常在 3-5 个渠道（携程、美团、途家、小猪、微信直订）上销售同一批房源。手动管理多平台房态是"不可能完成的任务"。渠道管理自动化是民宿 OPC 运营的基础设施。</w:t>
      </w:r>
    </w:p>
    <w:p>
      <w:r>
        <w:rPr>
          <w:rFonts w:ascii="宋体" w:hAnsi="宋体" w:eastAsia="宋体"/>
          <w:sz w:val="24"/>
        </w:rPr>
        <w:t>渠道管理的自动化方案：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PMS（Property Management System）：使用 PMS 工具（如订单来了、云掌柜、绿云）实现"一个后台管理所有渠道，一处关房全网同步"。PMS 的选择标准：支持的渠道数量、房态同步速度（越快越好）、价格同步能力、报表功能。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渠道差异化策略：不同渠道的客群不同，可以设置差异化的价格和产品——携程（商务客为主，价格敏感度低）→ 标准价；美团（本地周边游客为主）→ 本地优惠价；途家/小猪（民宿平台，度假客为主）→ 连住优惠套餐。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渠道佣金管理：不同渠道的佣金不同（携程 10-15%、美团 8-12%、途家 10%、微信直订 0%）。微信直订利润率最高，但流量依赖其他渠道的"种草"。理想状态是：OTA 渠道负责"拉新"，微信直订负责"复购"。</w:t>
      </w:r>
    </w:p>
    <w:p>
      <w:pPr>
        <w:pStyle w:val="Heading3"/>
      </w:pPr>
      <w:r>
        <w:t>11.3.3 淡旺季运营策略差异</w:t>
      </w:r>
    </w:p>
    <w:p>
      <w:r>
        <w:rPr>
          <w:rFonts w:ascii="宋体" w:hAnsi="宋体" w:eastAsia="宋体"/>
          <w:sz w:val="24"/>
        </w:rPr>
        <w:t>民宿 OPC 面对的最大经营挑战不是"旺季不够赚"，而是"淡季亏太多"——旺季（3-4 个月）的利润可能被淡季（4-6 个月）的亏损吞噬。淡旺季策略的核心是"旺季利润最大化，淡季亏损最小化"。</w:t>
      </w:r>
    </w:p>
    <w:p>
      <w:r>
        <w:rPr>
          <w:rFonts w:ascii="宋体" w:hAnsi="宋体" w:eastAsia="宋体"/>
          <w:sz w:val="24"/>
        </w:rPr>
        <w:t>旺季策略（入住率 &gt; 80%）：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提价：在需求远超供给时，果断提价。不必担心"价格太高客人会跑"——旺季时客人的选择空间有限，合理提价不会显著降低预订量。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限售：不是"有多少卖多少"，而是"留下 1-2 间最好的房给最高价值的客人（老客户、直接预订、长住客）"。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体验升级：旺季客人多、忙不过来时，降低附加服务（暂停早餐定制、暂停深度导览），聚焦核心住宿体验的稳定交付。</w:t>
      </w:r>
    </w:p>
    <w:p>
      <w:r>
        <w:rPr>
          <w:rFonts w:ascii="宋体" w:hAnsi="宋体" w:eastAsia="宋体"/>
          <w:sz w:val="24"/>
        </w:rPr>
        <w:t>淡季策略（入住率 &lt; 50%）：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降价但不贱卖：淡季降价是必要的，但不能降到"亏本"的程度。降价的底线是"覆盖可变成本（清洁费 + 水电费 + 平台佣金）+ 一点利润"。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渠道拓展：淡季是拓展新渠道的最佳时机——尝试新的 OTA 平台、加大内容营销力度（淡季有时间做内容）、开拓企业客户（团建、年会、培训）。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产品创新：淡季推出"应季体验"——冬天的围炉煮茶、春天的油菜花田下午茶、雨季的"听雨读书"套餐。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自我提升：淡季是学习、装修、升级设施的最佳时机——不要浪费淡季的时间。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11.4 在地文化体验的设计与交付</w:t>
      </w:r>
    </w:p>
    <w:p>
      <w:pPr>
        <w:pStyle w:val="Heading3"/>
      </w:pPr>
      <w:r>
        <w:t>11.4.1 民宿 + 在地体验的产品组合设计</w:t>
      </w:r>
    </w:p>
    <w:p>
      <w:r>
        <w:rPr>
          <w:rFonts w:ascii="宋体" w:hAnsi="宋体" w:eastAsia="宋体"/>
          <w:sz w:val="24"/>
        </w:rPr>
        <w:t>民宿的竞争已经从"住得好"升级为"玩得好"——客人选择民宿不只是为了睡觉，而是为了获得酒店无法提供的"在地文化体验"。</w:t>
      </w:r>
    </w:p>
    <w:p>
      <w:r>
        <w:rPr>
          <w:rFonts w:ascii="宋体" w:hAnsi="宋体" w:eastAsia="宋体"/>
          <w:sz w:val="24"/>
        </w:rPr>
        <w:t>"民宿 + 在地体验"的产品组合策略：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1 个核心住宿产品（干净、舒适、安全）+ N 个在地体验产品（文化类/美食类/户外类/手工类）。N 的数量不需要多（2-4 个精品体验即可），但每个都需要有深度和差异化。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体验产品的来源：(1) 自己设计并交付（如民宿主自己做的在地早餐、自己带的周边徒步）；(2) 与其他 OPC 合作（如推荐第 3 章案例中的"屯堡三剑客"模式——民宿 + 导游 + 私厨互相导流）；(3) 整合本地资源后打包（如"万峰林骑行 + 稻田下午茶 + 布依族村寨探访"一日套餐，民宿负责组织，实际服务由各合作方提供）。</w:t>
      </w:r>
    </w:p>
    <w:p>
      <w:pPr>
        <w:pStyle w:val="Heading3"/>
      </w:pPr>
      <w:r>
        <w:t>11.4.2 主人文化的 AI 增强表达</w:t>
      </w:r>
    </w:p>
    <w:p>
      <w:r>
        <w:rPr>
          <w:rFonts w:ascii="宋体" w:hAnsi="宋体" w:eastAsia="宋体"/>
          <w:sz w:val="24"/>
        </w:rPr>
        <w:t>"主人文化"是民宿区别于酒店的核心灵魂——客人在酒店是"消费者"，在民宿是"客人"。"主人文化"不是"主人必须时刻在场"，而是"主人的品位、故事和温度渗透在民宿的每个细节中"。</w:t>
      </w:r>
    </w:p>
    <w:p>
      <w:r>
        <w:rPr>
          <w:rFonts w:ascii="宋体" w:hAnsi="宋体" w:eastAsia="宋体"/>
          <w:sz w:val="24"/>
        </w:rPr>
        <w:t>AI 增强主人文化表达的方式：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生成"主人推荐"：基于民宿主的个人经验和偏好，AI 生成一份"主人私房推荐"——最爱的 3 家本地苍蝇馆子、最私密的 5 个拍照机位、最推荐的 2 条"游客不知道"的徒步路线。这份推荐打印出来放在房间内，或通过微信发送给客人。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辅助"主人故事"：民宿主向 AI 讲述自己的故事（为什么开这家民宿、最喜欢民宿的哪个角落、最难忘的一个客人），AI 提炼为一篇有温度的"主人故事"，放在 OTA 页面、小红书和房间内的欢迎信中。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定时触达的"主人温度"：入住当天发送"欢迎回家"（不是"欢迎入住"），退房当天发送"下次回来，给你留最喜欢的那个房间"，季节变化时发送"门口的银杏黄了，记得回来看"——这些话由 AI 定时发送，但内容由民宿主亲自设计，保留了主人的温度和个性。</w:t>
      </w:r>
    </w:p>
    <w:p>
      <w:pPr>
        <w:pStyle w:val="Heading3"/>
      </w:pPr>
      <w:r>
        <w:t>11.4.3 社区关系维护与可持续发展</w:t>
      </w:r>
    </w:p>
    <w:p>
      <w:r>
        <w:rPr>
          <w:rFonts w:ascii="宋体" w:hAnsi="宋体" w:eastAsia="宋体"/>
          <w:sz w:val="24"/>
        </w:rPr>
        <w:t>民宿不是孤岛，它嵌入在真实的社区中。与邻居、村委会、本地商户的关系，决定了民宿的"社会经营许可"——邻居反对可以让民宿关门，社区支持可以让民宿长青。</w:t>
      </w:r>
    </w:p>
    <w:p>
      <w:r>
        <w:rPr>
          <w:rFonts w:ascii="宋体" w:hAnsi="宋体" w:eastAsia="宋体"/>
          <w:sz w:val="24"/>
        </w:rPr>
        <w:t>社区关系维护策略：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优先本地采购：食材从本地农户采购、清洁和布草服务交给本地人、维修和装修找本地工匠。让民宿的经营利益回馈社区。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噪音和秩序管理：民宿客人深夜喧哗是邻居最反感的事。在入住指引中明确"晚 10 点后请保持安静"，房间内提供耳塞。AI 监测噪音异常时自动提醒客人。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社区贡献：民宿的部分公共空间在非营业时间向邻居开放（如院子里的凉亭、书吧）；民宿的客人消费带动了周边小店——让邻居感受到"民宿的存在对我们也有好处"。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文化尊重：如果民宿的建筑是传统民居改造，保留原有的建筑风貌和文化元素（石板房、木雕窗、堂屋格局），不做破坏性的现代化改造。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本章小结</w:t>
      </w:r>
    </w:p>
    <w:p>
      <w:r>
        <w:rPr>
          <w:rFonts w:ascii="宋体" w:hAnsi="宋体" w:eastAsia="宋体"/>
          <w:sz w:val="24"/>
        </w:rPr>
        <w:t>本章系统阐述了民宿 OPC 的全链路运营实战方法。</w:t>
      </w:r>
    </w:p>
    <w:p>
      <w:r>
        <w:rPr>
          <w:rFonts w:ascii="宋体" w:hAnsi="宋体" w:eastAsia="宋体"/>
          <w:sz w:val="24"/>
        </w:rPr>
        <w:t>规模与组织：民宿 OPC 的黄金规模区间是 6-15 间房——这个区间内，AI 工具 + 外包清洁可以实现"一人运营"的高效率和高利润。"一人管 15 间"需要四个条件：智能门锁 + 自助入住、AI 客服 7×24、外包清洁和布草、AI 动态定价。</w:t>
      </w:r>
    </w:p>
    <w:p>
      <w:r>
        <w:rPr>
          <w:rFonts w:ascii="宋体" w:hAnsi="宋体" w:eastAsia="宋体"/>
          <w:sz w:val="24"/>
        </w:rPr>
        <w:t>日常运营：AI 在四个关键运营环节发挥核心作用——智能门锁实现"去前台化"、AI 客服 + 智能音箱实现全天候服务、AI 能耗管理降低运营成本、AI 清洁调度和布草管理提升效率。</w:t>
      </w:r>
    </w:p>
    <w:p>
      <w:r>
        <w:rPr>
          <w:rFonts w:ascii="宋体" w:hAnsi="宋体" w:eastAsia="宋体"/>
          <w:sz w:val="24"/>
        </w:rPr>
        <w:t>收益管理：AI 动态定价（早鸟优惠 + 最后一刻特价 + 旺季溢价 + 连住优惠）、渠道管理自动化（PMS 一站式管理多平台）、淡旺季差异化策略（旺季利润最大化、淡季亏损最小化）。</w:t>
      </w:r>
    </w:p>
    <w:p>
      <w:r>
        <w:rPr>
          <w:rFonts w:ascii="宋体" w:hAnsi="宋体" w:eastAsia="宋体"/>
          <w:sz w:val="24"/>
        </w:rPr>
        <w:t>在地文化：民宿的终极竞争力不是"房间多好"，而是"体验多独特"。"民宿 + 在地体验"的产品组合、"主人文化的 AI 增强表达"、"社区关系维护"——三者共同构建了民宿 OPC 不可替代的价值。</w:t>
      </w:r>
    </w:p>
    <w:p>
      <w:r>
        <w:rPr>
          <w:rFonts w:ascii="宋体" w:hAnsi="宋体" w:eastAsia="宋体"/>
          <w:sz w:val="24"/>
        </w:rPr>
        <w:t>第 12 章将进入最后一个实战场景——文创/美食/非遗类 OPC 运营实战。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思考题</w:t>
      </w:r>
    </w:p>
    <w:p>
      <w:r>
        <w:rPr>
          <w:rFonts w:ascii="宋体" w:hAnsi="宋体" w:eastAsia="宋体"/>
          <w:sz w:val="24"/>
        </w:rPr>
        <w:t>1. 民宿规划方案：假设你计划在贵州万峰林景区周边开设一家 10 间房的民宿 OPC。请撰写一份规划方案，包含：选址理由、定位和目标客群、产品设计（核心住宿 + 2-3 个附加体验）、AI 工具配置方案、预计启动成本和 12 个月运营预测。</w:t>
      </w:r>
    </w:p>
    <w:p>
      <w:r>
        <w:rPr>
          <w:rFonts w:ascii="宋体" w:hAnsi="宋体" w:eastAsia="宋体"/>
          <w:sz w:val="24"/>
        </w:rPr>
        <w:t>2. AI 客服知识库：为上一题中的民宿设计一份 AI 客服知识库，包含至少 50 条 FAQ，覆盖民宿设施（30%）、周边攻略（40%）、应急帮助（20%）、个性化推荐（10%）。</w:t>
      </w:r>
    </w:p>
    <w:p>
      <w:r>
        <w:rPr>
          <w:rFonts w:ascii="宋体" w:hAnsi="宋体" w:eastAsia="宋体"/>
          <w:sz w:val="24"/>
        </w:rPr>
        <w:t>3. 动态定价模拟：某 10 间房民宿的基准价为 380 元/晚。根据以下场景，请给出你的定价建议并说明理由：(a) 国庆假期，提前 30 天已预订 7 间，周边同档次民宿均价 680 元；(b) 11 月淡季周二，当前只预订了 1 间，周边均价 220 元；(c) 暑期周末，提前 14 天已预订 6 间，周边均价 480 元，但下周有台风预警。</w:t>
      </w:r>
    </w:p>
    <w:p>
      <w:r>
        <w:rPr>
          <w:rFonts w:ascii="宋体" w:hAnsi="宋体" w:eastAsia="宋体"/>
          <w:sz w:val="24"/>
        </w:rPr>
        <w:t>4. 社区关系方案：你经营的民宿位于一个传统村落中，邻居是一位 70 岁的独居老人，对你的民宿客人偶尔的深夜噪音有抱怨。请设计一份"睦邻方案"，既要解决噪音问题，也要维护与老人的良好关系。</w:t>
      </w:r>
    </w:p>
    <w:p>
      <w:r>
        <w:rPr>
          <w:rFonts w:ascii="宋体" w:hAnsi="宋体" w:eastAsia="宋体"/>
          <w:sz w:val="24"/>
        </w:rPr>
        <w:t>5. 批判思考：本章导入案例中陈老板的"无人民宿"引发了"这还是民宿吗"的讨论。请给出你的观点：民宿的"本质"是什么？是"主人必须在场"还是"主人文化渗透在细节中"？AI 可以替代"主人的在场"，但能替代"主人的温度"吗？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参考文献</w:t>
      </w:r>
    </w:p>
    <w:p>
      <w:r>
        <w:rPr>
          <w:rFonts w:ascii="宋体" w:hAnsi="宋体" w:eastAsia="宋体"/>
          <w:sz w:val="24"/>
        </w:rPr>
        <w:t>[1] 中国旅游协会民宿客栈与精品酒店分会. 2024 中国民宿行业发展报告[R]. 2024.</w:t>
      </w:r>
    </w:p>
    <w:p>
      <w:r>
        <w:rPr>
          <w:rFonts w:ascii="宋体" w:hAnsi="宋体" w:eastAsia="宋体"/>
          <w:sz w:val="24"/>
        </w:rPr>
        <w:t>[2] 文化和旅游部. 旅游民宿基本要求与评价（LB/T 065-2019）[S]. 2019.</w:t>
      </w:r>
    </w:p>
    <w:p>
      <w:r>
        <w:rPr>
          <w:rFonts w:ascii="宋体" w:hAnsi="宋体" w:eastAsia="宋体"/>
          <w:sz w:val="24"/>
        </w:rPr>
        <w:t>[3] 美团民宿. 2024 年民宿行业数字化经营白皮书[R]. 2024.</w:t>
      </w:r>
    </w:p>
    <w:p>
      <w:r>
        <w:rPr>
          <w:rFonts w:ascii="宋体" w:hAnsi="宋体" w:eastAsia="宋体"/>
          <w:sz w:val="24"/>
        </w:rPr>
        <w:t>[4] 途家民宿. 2024 年民宿消费趋势报告[R]. 2024.</w:t>
      </w:r>
    </w:p>
    <w:p>
      <w:r>
        <w:rPr>
          <w:rFonts w:ascii="宋体" w:hAnsi="宋体" w:eastAsia="宋体"/>
          <w:sz w:val="24"/>
        </w:rPr>
        <w:t>[5] 中华人民共和国消防法（2021 年修正）[S].</w:t>
      </w:r>
    </w:p>
    <w:p>
      <w:r>
        <w:rPr>
          <w:rFonts w:ascii="宋体" w:hAnsi="宋体" w:eastAsia="宋体"/>
          <w:sz w:val="24"/>
        </w:rPr>
        <w:t>[6] 中华人民共和国食品安全法（2021 年修正）[S].</w:t>
      </w:r>
    </w:p>
    <w:p>
      <w:r>
        <w:rPr>
          <w:rFonts w:ascii="宋体" w:hAnsi="宋体" w:eastAsia="宋体"/>
          <w:sz w:val="24"/>
        </w:rPr>
        <w:t>[7] 贵州省文化和旅游厅. 贵州省乡村旅游民宿管理办法[S]. 2021.</w:t>
      </w:r>
    </w:p>
    <w:p>
      <w:r>
        <w:rPr>
          <w:rFonts w:ascii="宋体" w:hAnsi="宋体" w:eastAsia="宋体"/>
          <w:sz w:val="24"/>
        </w:rPr>
        <w:t>[8] 订单来了. 2024 年民宿 PMS 行业报告[R]. 2024.</w:t>
      </w:r>
    </w:p>
    <w:p>
      <w:r>
        <w:rPr>
          <w:rFonts w:ascii="宋体" w:hAnsi="宋体" w:eastAsia="宋体"/>
          <w:sz w:val="24"/>
        </w:rPr>
        <w:t>[9] 中国饭店协会. 2024 年中国住宿业收益管理白皮书[R]. 2024.</w:t>
      </w:r>
    </w:p>
    <w:p>
      <w:r>
        <w:rPr>
          <w:rFonts w:ascii="宋体" w:hAnsi="宋体" w:eastAsia="宋体"/>
          <w:sz w:val="24"/>
        </w:rPr>
        <w:t>[10] 国务院. 关于促进乡村民宿高质量发展的指导意见[EB/OL]. 2023.</w:t>
      </w:r>
    </w:p>
    <w:p>
      <w:pPr>
        <w:pStyle w:val="Heading2"/>
      </w:pPr>
      <w:r>
        <w:t>学习目标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知识目标：掌握文创、美食、非遗三类文旅 OPC 的特殊运营规律和商业模式；理解 AI 在文创设计、美食标准化、非遗传承中的赋能方法和边界。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能力目标：能设计文创/美食/非遗 OPC 的商业模式；能运用 AI 工具进行产品创新（AI 辅助设计、AI 菜品研发、AI 技艺记录）；能制定非遗产品的品牌化与市场化策略。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素养目标：理解文化传承与商业创新的辩证关系——商业是文化传承的"燃料"，但不能让文化沦为商业的"道具"。在非物质文化遗产的创造性转化与创新性发展中，坚守原真性原则。以中华优秀传统文化传承为己任，做有文化担当的文旅 OPC。</w:t>
      </w:r>
    </w:p>
    <w:p>
      <w:pPr>
        <w:pStyle w:val="Heading2"/>
      </w:pPr>
      <w:r>
        <w:t>导入案例</w:t>
      </w:r>
    </w:p>
    <w:p>
      <w:r>
        <w:rPr>
          <w:rFonts w:ascii="宋体" w:hAnsi="宋体" w:eastAsia="宋体"/>
          <w:sz w:val="24"/>
        </w:rPr>
        <w:t>一张蜡染布的两种命运</w:t>
      </w:r>
    </w:p>
    <w:p>
      <w:r>
        <w:rPr>
          <w:rFonts w:ascii="宋体" w:hAnsi="宋体" w:eastAsia="宋体"/>
          <w:sz w:val="24"/>
        </w:rPr>
        <w:t>安顺市镇宁县，74 岁的苗族阿婆杨奶奶做了一辈子蜡染。她的蜡染——用山上的蓝靛草发酵成染料，用铜制蜡刀在土棉布上画出蝴蝶、鱼纹、涡旋——是真正的"苗族古法蜡染"，每一张都不一样，每一张都有阿婆自己的"手迹"。</w:t>
      </w:r>
    </w:p>
    <w:p>
      <w:r>
        <w:rPr>
          <w:rFonts w:ascii="宋体" w:hAnsi="宋体" w:eastAsia="宋体"/>
          <w:sz w:val="24"/>
        </w:rPr>
        <w:t>2020 年之前，阿婆的蜡染布卖给来村里收布的贩子，一张 1.5 米 × 1.5 米的蜡染布，收购价 80 元。贩子转手卖给城里的工艺品店，标价 300 元。城里人买回去挂在墙上，或者铺在茶几上。阿婆一年卖 200 张布，收入 1.6 万元。</w:t>
      </w:r>
    </w:p>
    <w:p>
      <w:r>
        <w:rPr>
          <w:rFonts w:ascii="宋体" w:hAnsi="宋体" w:eastAsia="宋体"/>
          <w:sz w:val="24"/>
        </w:rPr>
        <w:t>2023 年，阿婆在外地上大学的孙女回来了。孙女做了几件事：用 AI 帮阿婆设计了一批"传统纹样 + 现代配色"的新图案（蝴蝶纹的简化版，更适合现代家居审美）；在小红书和抖音上开了"阿婆的蜡染日记"账号——拍阿婆画蜡、染布、晾晒的日常，用 AI 生成文案和字幕；把蜡染产品从"布"扩展到"围巾、手帕、帆布包、笔记本封面"——用 AI 辅助设计产品效果图，发给义乌的小工厂打样。</w:t>
      </w:r>
    </w:p>
    <w:p>
      <w:r>
        <w:rPr>
          <w:rFonts w:ascii="宋体" w:hAnsi="宋体" w:eastAsia="宋体"/>
          <w:sz w:val="24"/>
        </w:rPr>
        <w:t>一年后，阿婆的蜡染年收入从 1.6 万元变成了 18 万元。蜡染围巾卖 298 元/条，帆布包卖 198 元/个，手工蜡染布（阿婆亲手做的）卖 680 元/张——买的人知道这是"阿婆亲手做的"，愿意付溢价。阿婆还带了 3 个村里的年轻媳妇学蜡染——不是"传承即将消失的技艺"，而是"学会一门能赚钱的手艺"。</w:t>
      </w:r>
    </w:p>
    <w:p>
      <w:r>
        <w:rPr>
          <w:rFonts w:ascii="宋体" w:hAnsi="宋体" w:eastAsia="宋体"/>
          <w:sz w:val="24"/>
        </w:rPr>
        <w:t>阿婆说了一句让孙女眼眶湿了的话："以前我担心蜡染到我这里就断了，现在我担心我做得不够快。"</w:t>
      </w:r>
    </w:p>
    <w:p>
      <w:r>
        <w:rPr>
          <w:rFonts w:ascii="宋体" w:hAnsi="宋体" w:eastAsia="宋体"/>
          <w:sz w:val="24"/>
        </w:rPr>
        <w:t>思考：阿婆的蜡染从 80 元变成 680 元，多出来的 600 元买的是什么？AI 在这个过程中做了什么、没做什么？"非遗传承"和"非遗商业化"之间的界限在哪里？如果阿婆的孙女用 AI 完全复刻了阿婆的蜡染纹样并批量生产，这还算"非遗"吗？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12.1 文创类 OPC 运营</w:t>
      </w:r>
    </w:p>
    <w:p>
      <w:pPr>
        <w:pStyle w:val="Heading3"/>
      </w:pPr>
      <w:r>
        <w:t>12.1.1 文旅文创的 OPC 机会地图</w:t>
      </w:r>
    </w:p>
    <w:p>
      <w:r>
        <w:rPr>
          <w:rFonts w:ascii="宋体" w:hAnsi="宋体" w:eastAsia="宋体"/>
          <w:sz w:val="24"/>
        </w:rPr>
        <w:t>文旅文创（文化旅游创意产品）是文旅产业链中附加值最高的环节之一——一个普通的杯子卖 30 元，加上"黄果树瀑布手绘图案"卖 80 元，加上"非遗蜡染工艺"卖 200 元。文化 IP 的加持让产品价值成倍增长。</w:t>
      </w:r>
    </w:p>
    <w:p>
      <w:r>
        <w:rPr>
          <w:rFonts w:ascii="宋体" w:hAnsi="宋体" w:eastAsia="宋体"/>
          <w:sz w:val="24"/>
        </w:rPr>
        <w:t>文旅文创 OPC 的四大机会领域：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在地文化衍生品：将在地文化元素（建筑纹样、民族图案、历史故事）转化为日常生活用品——丝巾、帆布包、手机壳、冰箱贴、明信片。门槛最低、竞争最激烈。成功的关键是"设计感"——不是把图案印上去就完了，而是融入现代审美进行再创作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非遗技艺 + 现代设计：用非遗技艺（蜡染、刺绣、银饰、陶瓷、竹编）制作现代设计风格的产品——蜡染帆布包、苗绣手机壳、银饰耳钉、竹编灯罩。这是文创 OPC 的"甜点区"——有文化深度、有技术壁垒、有差异化空间。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体验式文创：不是"卖产品"，而是"卖体验"——客人自己做一件蜡染、自己做一个银饰、自己画一个地戏面具。体验式文创的客单价高、复购率高、社交媒体传播性强。第 7 章中老吴的"跟屯堡阿嬷学一天蜡染"就是典型。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数字文创：将在地文化转化为数字产品——NFT 数字藏品（已降温，但仍有小众市场）、AR 滤镜（"戴上苗族的银角头饰"）、数字文旅护照（打卡集章）。数字文创的优势是"零库存、零物流"，但需要一定的技术能力或合作方。</w:t>
      </w:r>
    </w:p>
    <w:p>
      <w:pPr>
        <w:pStyle w:val="Heading3"/>
      </w:pPr>
      <w:r>
        <w:t>12.1.2 AI 辅助设计：从手绘到智能生成</w:t>
      </w:r>
    </w:p>
    <w:p>
      <w:r>
        <w:rPr>
          <w:rFonts w:ascii="宋体" w:hAnsi="宋体" w:eastAsia="宋体"/>
          <w:sz w:val="24"/>
        </w:rPr>
        <w:t>设计能力是文创 OPC 的核心竞争力——同样的蜡染技艺，不同的设计水平，产品的市场价值差 5-10 倍。AI 正在将"设计能力"从少数人的天赋变为多数人的工具。</w:t>
      </w:r>
    </w:p>
    <w:p>
      <w:r>
        <w:rPr>
          <w:rFonts w:ascii="宋体" w:hAnsi="宋体" w:eastAsia="宋体"/>
          <w:sz w:val="24"/>
        </w:rPr>
        <w:t>AI 辅助文创设计的流程：</w:t>
      </w:r>
    </w:p>
    <w:p>
      <w:r>
        <w:rPr>
          <w:rFonts w:ascii="宋体" w:hAnsi="宋体" w:eastAsia="宋体"/>
          <w:sz w:val="24"/>
        </w:rPr>
        <w:t>1. 文化元素提取：将在地文化的核心视觉元素（屯堡建筑的窗花纹样、苗族蝴蝶妈妈的图腾、蜡染的涡旋纹）拍照或扫描 → AI 自动识别和矢量化 → 生成可编辑的设计素材库。</w:t>
      </w:r>
    </w:p>
    <w:p>
      <w:r>
        <w:rPr>
          <w:rFonts w:ascii="宋体" w:hAnsi="宋体" w:eastAsia="宋体"/>
          <w:sz w:val="24"/>
        </w:rPr>
        <w:t>2. AI 纹样生成：基于传统纹样，AI 生成数百个"传统 + 现代"的变体设计——简化版（适合小面积应用）、抽象版（适合现代极简风格）、配色版（传统靛蓝 + 现代莫兰迪色系）。设计师（或 OPC 运营者）从数百个方案中选择最有市场潜力的 5-10 个。</w:t>
      </w:r>
    </w:p>
    <w:p>
      <w:r>
        <w:rPr>
          <w:rFonts w:ascii="宋体" w:hAnsi="宋体" w:eastAsia="宋体"/>
          <w:sz w:val="24"/>
        </w:rPr>
        <w:t>3. 产品效果图生成：将选定的纹样应用到不同产品上——AI 生成"蜡染纹样印在帆布包上的效果图""苗绣图案绣在卫衣上的效果图"。效果图用于市场测试（在小红书上发效果图看反馈）和工厂打样。</w:t>
      </w:r>
    </w:p>
    <w:p>
      <w:r>
        <w:rPr>
          <w:rFonts w:ascii="宋体" w:hAnsi="宋体" w:eastAsia="宋体"/>
          <w:sz w:val="24"/>
        </w:rPr>
        <w:t>4. 包装和视觉设计：AI 辅助设计产品包装、品牌 Logo、电商详情页——保持与产品文化内涵一致的视觉风格。</w:t>
      </w:r>
    </w:p>
    <w:p>
      <w:r>
        <w:rPr>
          <w:rFonts w:ascii="宋体" w:hAnsi="宋体" w:eastAsia="宋体"/>
          <w:sz w:val="24"/>
        </w:rPr>
        <w:t>AI 设计的伦理边界：当 AI 生成的设计大量借鉴了传统纹样（这些纹样属于特定民族或社区的文化遗产），OPC 需要考虑"文化来源标注"和"利益回馈"——在产品介绍中注明纹样的文化来源，并将部分收益回馈给纹样来源的社区或传承人。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12-1：AI 文创设计的"文化尊重三原则"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**来源标注**：在产品介绍中注明纹样/技艺的文化来源（"本产品纹样源自安顺屯堡窗花图案"）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**授权使用**：如果纹样来自特定非遗传承人或社区，获取授权或合作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**利益回馈**：将产品收益的一部分回馈给文化来源社区（资助传承人、支持文化保护项目）</w:t>
      </w:r>
    </w:p>
    <w:p>
      <w:pPr>
        <w:pStyle w:val="Heading3"/>
      </w:pPr>
      <w:r>
        <w:t>12.1.3 小批量柔性供应链管理</w:t>
      </w:r>
    </w:p>
    <w:p>
      <w:r>
        <w:rPr>
          <w:rFonts w:ascii="宋体" w:hAnsi="宋体" w:eastAsia="宋体"/>
          <w:sz w:val="24"/>
        </w:rPr>
        <w:t>文创 OPC 面临的核心供应链矛盾是"小批量 vs 低成本"——设计很美好，但工厂起订量 500 个起，一个 OPC 消化不了 500 个帆布包的库存。</w:t>
      </w:r>
    </w:p>
    <w:p>
      <w:r>
        <w:rPr>
          <w:rFonts w:ascii="宋体" w:hAnsi="宋体" w:eastAsia="宋体"/>
          <w:sz w:val="24"/>
        </w:rPr>
        <w:t>小批量柔性供应链的解决方案：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按需生产（Print-on-Demand）：使用 POD 平台（如淘宝的"一件代发"、拼多多的"定制生产"、专业的 POD 服务商）——客人下单 → 工厂按需生产 → 直接发货给客人。OPC 不需要备库存，但单件成本较高（比批量生产贵 30-50%）。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预售模式：新品先做样品，在社交媒体上发布效果图 → 接受预订 → 达到起订量后集中生产。预售模式的优点是零库存风险，缺点是客人等待时间长（1-4 周）。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手工制作 + 部分外包：核心环节手工制作（如蜡染的绘图和染色），非核心环节外包（如帆布包的缝制、围巾的锁边）。在"手工价值"和"生产成本"之间找到平衡。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库存预测：基于历史销售数据和社交媒体热度，AI 预测各款产品的销量，辅助制定生产计划，避免"爆款断货"和"滞销积压"。</w:t>
      </w:r>
    </w:p>
    <w:p>
      <w:pPr>
        <w:pStyle w:val="Heading3"/>
      </w:pPr>
      <w:r>
        <w:t>12.1.4 IP 授权与跨界联名策略</w:t>
      </w:r>
    </w:p>
    <w:p>
      <w:r>
        <w:rPr>
          <w:rFonts w:ascii="宋体" w:hAnsi="宋体" w:eastAsia="宋体"/>
          <w:sz w:val="24"/>
        </w:rPr>
        <w:t>当文创 OPC 积累了一定的品牌知名度和原创设计资产后，IP 授权和跨界联名是突破"手工产能上限"的有效路径。</w:t>
      </w:r>
    </w:p>
    <w:p>
      <w:r>
        <w:rPr>
          <w:rFonts w:ascii="宋体" w:hAnsi="宋体" w:eastAsia="宋体"/>
          <w:sz w:val="24"/>
        </w:rPr>
        <w:t>IP 授权的三种模式：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品牌联名：与调性匹配的品牌合作推出联名产品——"屯堡蜡染 × 某茶饮品牌"（茶饮杯套使用蜡染纹样）、"苗绣 × 某运动品牌"（运动鞋上绣苗绣图案）。联名让 OPC 获得品牌曝光和授权收入，让合作品牌获得文化附加值。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设计授权：将 OPC 的原创纹样和设计授权给工厂批量生产，OPC 按销售额提取版税（通常 5-15%）。设计授权让 OPC 摆脱"手工产能限制"，实现"设计驱动的规模化"。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体验授权：将 OPC 开发的体验课程（如"蜡染体验课"）授权给其他机构（民宿、研学机构、企业团建公司）使用，提供培训和材料包，收取授权费。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12.2 美食类 OPC 运营</w:t>
      </w:r>
    </w:p>
    <w:p>
      <w:pPr>
        <w:pStyle w:val="Heading3"/>
      </w:pPr>
      <w:r>
        <w:t>12.2.1 地方美食的 OPC 产品化路径</w:t>
      </w:r>
    </w:p>
    <w:p>
      <w:r>
        <w:rPr>
          <w:rFonts w:ascii="宋体" w:hAnsi="宋体" w:eastAsia="宋体"/>
          <w:sz w:val="24"/>
        </w:rPr>
        <w:t>地方美食是文旅体验中最具"普适吸引力"的元素——不是每个人都对历史文化感兴趣，但每个人都对好吃的感兴趣。将地方美食从"一家店"做成"一个品牌"，是美食 OPC 的核心挑战。</w:t>
      </w:r>
    </w:p>
    <w:p>
      <w:r>
        <w:rPr>
          <w:rFonts w:ascii="宋体" w:hAnsi="宋体" w:eastAsia="宋体"/>
          <w:sz w:val="24"/>
        </w:rPr>
        <w:t>地方美食 OPC 的产品化路径：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路径一：到店体验（最传统）——在景区或城市开设小型私厨/小吃店/甜品店，提供地道的在地美食。适合：制作工艺依赖现场操作（现做现吃）、食材依赖本地供应（新鲜、短保）、体验感强（观看制作过程、与厨师互动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路径二：外卖/外带——将部分产品标准化为"可带走"的形式——真空包装、罐头、速冻、预包装零食。适合：制作工艺可以标准化、保质期较长、适合作为伴手礼。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路径三：线上零售——通过淘宝、拼多多、抖音电商等平台，将产品销往全国。适合：有品牌故事、有差异化卖点、有稳定的供应链支撑。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路径四：体验课程——开设"在地美食烹饪课"——教客人做酸汤鱼、学包安顺裹卷、体验屯堡菜。适合：制作过程有趣、有文化故事、适合社交分享。</w:t>
      </w:r>
    </w:p>
    <w:p>
      <w:pPr>
        <w:pStyle w:val="Heading3"/>
      </w:pPr>
      <w:r>
        <w:t>12.2.2 AI 辅助菜品研发与标准化</w:t>
      </w:r>
    </w:p>
    <w:p>
      <w:r>
        <w:rPr>
          <w:rFonts w:ascii="宋体" w:hAnsi="宋体" w:eastAsia="宋体"/>
          <w:sz w:val="24"/>
        </w:rPr>
        <w:t>美食 OPC 的扩张瓶颈是"标准化"——阿婆做的酸汤鱼"凭感觉放酸汤"，今天和昨天的味道可能不一样。标准化不是"让所有东西味道一样"，而是"确保核心品质的稳定性"。</w:t>
      </w:r>
    </w:p>
    <w:p>
      <w:r>
        <w:rPr>
          <w:rFonts w:ascii="宋体" w:hAnsi="宋体" w:eastAsia="宋体"/>
          <w:sz w:val="24"/>
        </w:rPr>
        <w:t>AI 辅助菜品研发：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配方优化：将传统配方输入 AI，AI 分析各食材的比例和营养构成，建议微调方案——"减少 10% 的盐，增加 5% 的木姜子油，鲜味提升 15% 而钠含量降低 10%。"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新菜品创意：AI 基于本地食材库和口味偏好数据，生成新菜品创意——"将屯堡鸡辣子与贵州酸汤结合，做成'酸汤鸡辣子火锅'，预估目标客群接受度 72%。"创意由 AI 生成，可行性由厨师判断。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标准化 SOP 生成：AI 将厨师的"凭感觉"操作转化为可量化的标准操作流程——"酸汤鱼：酸汤底料 300g（误差 ±10g），木姜子油 3ml，煮制时间 8 分钟（水沸后计时），鱼肉变色且能用筷子轻松穿透即为熟透。"</w:t>
      </w:r>
    </w:p>
    <w:p>
      <w:pPr>
        <w:pStyle w:val="Heading3"/>
      </w:pPr>
      <w:r>
        <w:t>12.2.3 外卖 + 到店 + 预包装的三线运营</w:t>
      </w:r>
    </w:p>
    <w:p>
      <w:r>
        <w:rPr>
          <w:rFonts w:ascii="宋体" w:hAnsi="宋体" w:eastAsia="宋体"/>
          <w:sz w:val="24"/>
        </w:rPr>
        <w:t>美食 OPC 可以同时运营三条线——外卖（覆盖本地日常消费）、到店（覆盖游客体验消费）、预包装（覆盖全国伴手礼消费）——三条线相互导流、共享供应链。</w:t>
      </w:r>
    </w:p>
    <w:p>
      <w:r>
        <w:rPr>
          <w:rFonts w:ascii="宋体" w:hAnsi="宋体" w:eastAsia="宋体"/>
          <w:sz w:val="24"/>
        </w:rPr>
        <w:t>三线运营的 AI 管理：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需求预测：根据外卖订单数据 + OTA 游客预测数据 + 电商销售数据，AI 综合预测各线需求，指导食材采购和生产计划。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动态菜单：根据食材库存和季节变化，AI 自动调整外卖和到店菜单——"今天的酸汤鱼食材新鲜度 9/10，推荐置顶展示；鸡辣子的辣椒库存不足，自动下架。"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客户管理：到店客人扫码加微信 → AI 自动发送"在家也能做的酸汤鱼教程"和预包装产品的购买链接 → 外卖客人收到包裹后 → AI 自动发送烹饪建议和复购优惠券。</w:t>
      </w:r>
    </w:p>
    <w:p>
      <w:pPr>
        <w:pStyle w:val="Heading3"/>
      </w:pPr>
      <w:r>
        <w:t>12.2.4 美食内容营销与探店经济</w:t>
      </w:r>
    </w:p>
    <w:p>
      <w:r>
        <w:rPr>
          <w:rFonts w:ascii="宋体" w:hAnsi="宋体" w:eastAsia="宋体"/>
          <w:sz w:val="24"/>
        </w:rPr>
        <w:t>美食是社交媒体上传播力最强的品类之一——"深夜放毒"是永恒的流量密码。美食 OPC 的内容营销具有天然优势。</w:t>
      </w:r>
    </w:p>
    <w:p>
      <w:r>
        <w:rPr>
          <w:rFonts w:ascii="宋体" w:hAnsi="宋体" w:eastAsia="宋体"/>
          <w:sz w:val="24"/>
        </w:rPr>
        <w:t>美食 OPC 的内容策略：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制作过程类（最受欢迎）：拍摄食物的制作过程——酸汤的发酵、腊肉的熏制、鸡辣子的翻炒。制作过程的"视听享受"（滋滋声、冒烟、颜色变化）比成品照片更有传播力。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文化故事类："为什么屯堡人过年一定要吃鸡辣子？""酸汤鱼的'酸'不是醋，是米汤发酵的乳酸。"——每道菜背后的文化故事，是美食 OPC 区别于普通餐厅的核心差异。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探店合作：邀请本地美食 KOC 来探店——不是"付费推广"（平台要求标注），而是"真诚邀请体验"。好的体验自然会转化为好的内容。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12.3 非遗类 OPC 运营</w:t>
      </w:r>
    </w:p>
    <w:p>
      <w:pPr>
        <w:pStyle w:val="Heading3"/>
      </w:pPr>
      <w:r>
        <w:t>12.3.1 非遗活态传承的 OPC 模式</w:t>
      </w:r>
    </w:p>
    <w:p>
      <w:r>
        <w:rPr>
          <w:rFonts w:ascii="宋体" w:hAnsi="宋体" w:eastAsia="宋体"/>
          <w:sz w:val="24"/>
        </w:rPr>
        <w:t>非遗（非物质文化遗产）保护面临的核心困境是"人亡艺绝"——传承人老龄化、年轻人不愿学、学成后没有体面收入。非遗 OPC 的使命是破解这个困境：让非遗传承成为一门可以体面生活的手艺，而不只是一项需要被"保护"的遗产。</w:t>
      </w:r>
    </w:p>
    <w:p>
      <w:r>
        <w:rPr>
          <w:rFonts w:ascii="宋体" w:hAnsi="宋体" w:eastAsia="宋体"/>
          <w:sz w:val="24"/>
        </w:rPr>
        <w:t>非遗 OPC 的四种模式：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传承人工作室（最传统）：非遗传承人开设工作室，一边创作、一边收徒、一边销售。如安顺蜡染国家级传承人的工作室。模式优势：原真性最高；挑战：传承人年龄大，不擅长运营和营销。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传承人 + 运营合伙人（推荐）：传承人负责技艺和创作，年轻的运营合伙人（如导入案例中阿婆的孙女）负责品牌、营销、渠道、AI 工具。模式优势：各司其职，优势互补；挑战：合伙人之间的信任和利益分配。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非遗体验中心：以"非遗体验课程"为核心产品，面向游客和研学团队。如景德镇的陶瓷体验中心。模式优势：客单价高、复购率高、传播性强；挑战：需要较大的场地和初始投资。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非遗品牌化运营：将非遗技艺转化为消费品牌——如"王的手创"（苗绣文创品牌）、"自然造物"（民艺文创品牌）。模式优势：市场规模大、增长空间大；挑战：品牌建设和供应链管理难度高。</w:t>
      </w:r>
    </w:p>
    <w:p>
      <w:pPr>
        <w:pStyle w:val="Heading3"/>
      </w:pPr>
      <w:r>
        <w:t>12.3.2 AI 辅助技艺记录与教学传播</w:t>
      </w:r>
    </w:p>
    <w:p>
      <w:r>
        <w:rPr>
          <w:rFonts w:ascii="宋体" w:hAnsi="宋体" w:eastAsia="宋体"/>
          <w:sz w:val="24"/>
        </w:rPr>
        <w:t>许多非遗技艺面临"人走了，技艺就没了"的危险。AI 可以在"技艺数字化记录"和"教学传播"两个环节发挥不可替代的作用。</w:t>
      </w:r>
    </w:p>
    <w:p>
      <w:r>
        <w:rPr>
          <w:rFonts w:ascii="宋体" w:hAnsi="宋体" w:eastAsia="宋体"/>
          <w:sz w:val="24"/>
        </w:rPr>
        <w:t>AI 技艺记录：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高清影像记录 + AI 拆解：用多机位高清摄像机记录传承人的完整制作过程 → AI 自动拆解为"步骤分解视频"（每个步骤单独成段，标注动作要领和注意事项）→ 生成图文版教学手册。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动作捕捉：对于精细手工艺（如蜡染的蜡刀运笔、银饰的錾刻），用 AI 动作捕捉技术记录传承人的手部动作轨迹，生成可供学习者模仿的"标准动作"。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知识图谱：将传承人的口头经验和隐性知识（"蜡温要控制在 XX 度，判断标准是蜡液表面开始出现细纹""染液发酵到第三天开始有酸香味"）系统化整理为 AI 知识图谱。</w:t>
      </w:r>
    </w:p>
    <w:p>
      <w:r>
        <w:rPr>
          <w:rFonts w:ascii="宋体" w:hAnsi="宋体" w:eastAsia="宋体"/>
          <w:sz w:val="24"/>
        </w:rPr>
        <w:t>AI 教学传播：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助教：学习者在练习过程中，拍摄自己的作品 → AI 自动与传承人的标准作品对比 → 标注差异和改进建议（"蝴蝶纹的左侧翅膀比右侧宽了 15%，建议调整蜡刀的运笔角度"）。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多语言教学：非遗教学视频自动生成多语言字幕和配音，让非遗技艺可以传播到全球。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虚拟传承人：基于传承人的形象、声音、技艺知识，训练一个 AI 虚拟传承人，可以在线回答学习者的问题、点评作品。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12-2：非遗活态传承的"三活"原则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**活在人身上**：非遗的核心载体是"人"（传承人），不是"物"（产品）或"记录"（视频）。AI 可以辅助记录和传播，但不能替代"人传人"的师徒关系。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**活在日常生活中**：非遗不是博物馆里的展品，而是生活中的实践——蜡染不是墙上的装饰画，而是阿婆日常用的床单。让非遗回到日常生活中，是最好的传承。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**活在市场里**：非遗传承不能只靠政府补贴，必须找到可持续的商业模式。非遗 OPC 的责任是帮助传承人获得体面的收入，让年轻人看到"学这门手艺可以养活自己"。</w:t>
      </w:r>
    </w:p>
    <w:p>
      <w:pPr>
        <w:pStyle w:val="Heading3"/>
      </w:pPr>
      <w:r>
        <w:t>12.3.3 非遗体验产品的设计与定价</w:t>
      </w:r>
    </w:p>
    <w:p>
      <w:r>
        <w:rPr>
          <w:rFonts w:ascii="宋体" w:hAnsi="宋体" w:eastAsia="宋体"/>
          <w:sz w:val="24"/>
        </w:rPr>
        <w:t>非遗体验产品（蜡染体验课、银饰制作体验、地戏面具彩绘）是连接"非遗传承"和"文旅消费"的桥梁。</w:t>
      </w:r>
    </w:p>
    <w:p>
      <w:r>
        <w:rPr>
          <w:rFonts w:ascii="宋体" w:hAnsi="宋体" w:eastAsia="宋体"/>
          <w:sz w:val="24"/>
        </w:rPr>
        <w:t>非遗体验产品的设计原则：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降低技术门槛，保留文化内核：客人不是来学三年出师的，是来体验 2 小时的。体验产品需要大幅简化技术难度（如蜡染体验中，传承人已经画好了蜡线，客人只需要染色），但必须保留文化内核（染料的来源、纹样的寓意、制作流程的完整展示）。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结果可带走、可分享：体验的最终产出必须是一件"客人愿意带走、愿意拍照分享"的作品——装裱好的蜡染画、自己做的银戒指、彩绘的地戏面具。如果体验结束后的产出"不好意思拿出来"，客人就不会发朋友圈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分层定价：基础体验（2 小时，198-298 元）→ 引流和走量；深度体验（全天，398-598 元）→ 利润和口碑；私教课程（多天，1980-4980 元）→ 高端和研学。</w:t>
      </w:r>
    </w:p>
    <w:p>
      <w:pPr>
        <w:pStyle w:val="Heading3"/>
      </w:pPr>
      <w:r>
        <w:t>12.3.4 非遗品牌化与市场化路径</w:t>
      </w:r>
    </w:p>
    <w:p>
      <w:r>
        <w:rPr>
          <w:rFonts w:ascii="宋体" w:hAnsi="宋体" w:eastAsia="宋体"/>
          <w:sz w:val="24"/>
        </w:rPr>
        <w:t>非遗 OPC 的终极目标不是"做一个小而美的工作室"，而是"让非遗走进大众生活"。品牌化和市场化是实现这一目标的必经之路。</w:t>
      </w:r>
    </w:p>
    <w:p>
      <w:r>
        <w:rPr>
          <w:rFonts w:ascii="宋体" w:hAnsi="宋体" w:eastAsia="宋体"/>
          <w:sz w:val="24"/>
        </w:rPr>
        <w:t>非遗品牌化的关键步骤：</w:t>
      </w:r>
    </w:p>
    <w:p>
      <w:r>
        <w:rPr>
          <w:rFonts w:ascii="宋体" w:hAnsi="宋体" w:eastAsia="宋体"/>
          <w:sz w:val="24"/>
        </w:rPr>
        <w:t>1. 提炼品牌故事：非遗品牌的核心资产是"故事"——传承人的故事、技艺的故事、纹样背后的文化故事。AI 可以帮助提炼和表达，但故事本身必须真实。</w:t>
      </w:r>
    </w:p>
    <w:p>
      <w:r>
        <w:rPr>
          <w:rFonts w:ascii="宋体" w:hAnsi="宋体" w:eastAsia="宋体"/>
          <w:sz w:val="24"/>
        </w:rPr>
        <w:t>2. 设计品牌视觉：基于非遗的视觉元素（纹样、色彩、材质），设计统一的品牌视觉系统——Logo、包装、店铺装修、社交媒体视觉风格。</w:t>
      </w:r>
    </w:p>
    <w:p>
      <w:r>
        <w:rPr>
          <w:rFonts w:ascii="宋体" w:hAnsi="宋体" w:eastAsia="宋体"/>
          <w:sz w:val="24"/>
        </w:rPr>
        <w:t>3. 建立品牌标准：品质标准（每件产品的最低质量标准）、服务标准（每位客人的最低服务标准）、文化标准（每件产品必须标注文化来源和传承人信息）。</w:t>
      </w:r>
    </w:p>
    <w:p>
      <w:r>
        <w:rPr>
          <w:rFonts w:ascii="宋体" w:hAnsi="宋体" w:eastAsia="宋体"/>
          <w:sz w:val="24"/>
        </w:rPr>
        <w:t>4. 多渠道销售：线下（景区门店、民宿寄售、市集展览）+ 线上（淘宝/拼多多/抖音电商 + 小红书种草 + 微信私域）。</w:t>
      </w:r>
    </w:p>
    <w:p>
      <w:r>
        <w:rPr>
          <w:rFonts w:ascii="宋体" w:hAnsi="宋体" w:eastAsia="宋体"/>
          <w:sz w:val="24"/>
        </w:rPr>
        <w:t>非遗市场化的"红线"：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不造假：机器批量生产的产品不能标注"纯手工""非遗传承人亲手制作"。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不贱卖：非遗产品的定价应反映手工劳动的真实价值，不能为了走量而压榨传承人的劳动价值。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不截流：非遗品牌化的收益应合理回馈给传承人和文化来源社区，不能让"中间商赚差价"成为非遗市场化的主要受益者。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12.4 跨界融合与生态构建</w:t>
      </w:r>
    </w:p>
    <w:p>
      <w:pPr>
        <w:pStyle w:val="Heading3"/>
      </w:pPr>
      <w:r>
        <w:t>12.4.1 文创 + 美食 + 非遗的组合创新</w:t>
      </w:r>
    </w:p>
    <w:p>
      <w:r>
        <w:rPr>
          <w:rFonts w:ascii="宋体" w:hAnsi="宋体" w:eastAsia="宋体"/>
          <w:sz w:val="24"/>
        </w:rPr>
        <w:t>三类 OPC 不是彼此孤立的，而是可以相互融合、形成组合创新。导入案例中阿婆的蜡染就是"非遗（蜡染技艺）+ 文创（现代设计）+ 体验（蜡染课程）"的组合。</w:t>
      </w:r>
    </w:p>
    <w:p>
      <w:r>
        <w:rPr>
          <w:rFonts w:ascii="宋体" w:hAnsi="宋体" w:eastAsia="宋体"/>
          <w:sz w:val="24"/>
        </w:rPr>
        <w:t>组合创新的可能方向：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非遗美食：将非遗技艺应用于美食——蜡染图案的巧克力、苗绣纹样的蛋糕、银饰造型的甜点。不是"用非遗包装普通食品"，而是"让食品本身成为非遗的载体"。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美食文创：将地方美食转化为文创产品——酸汤鱼的冰箱贴、安顺裹卷的抱枕、屯堡八大碗的插画明信片。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复合体验产品：上午学蜡染（非遗体验）+ 中午吃屯堡菜（美食体验）+ 下午逛屯堡古镇（文化体验）+ 晚上住石板房民宿（住宿体验）= 一个完整的"屯堡文化一日沉浸"产品。</w:t>
      </w:r>
    </w:p>
    <w:p>
      <w:pPr>
        <w:pStyle w:val="Heading3"/>
      </w:pPr>
      <w:r>
        <w:t>12.4.2 OPC 联盟与区域品牌共建</w:t>
      </w:r>
    </w:p>
    <w:p>
      <w:r>
        <w:rPr>
          <w:rFonts w:ascii="宋体" w:hAnsi="宋体" w:eastAsia="宋体"/>
          <w:sz w:val="24"/>
        </w:rPr>
        <w:t>单个 OPC 的力量是有限的，但 10 个、20 个 OPC 组成的联盟可以产生"1+1 &gt; 2"的聚合效应。</w:t>
      </w:r>
    </w:p>
    <w:p>
      <w:r>
        <w:rPr>
          <w:rFonts w:ascii="宋体" w:hAnsi="宋体" w:eastAsia="宋体"/>
          <w:sz w:val="24"/>
        </w:rPr>
        <w:t>OPC 联盟的组织形式：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松散导流联盟（如第 3 章"屯堡三剑客"）：互相导流、共享信息、不涉及资金往来。最简单、最易启动。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产品组合联盟：将多个 OPC 的产品打包为"区域套餐"——"安顺三天两夜深度文化之旅"（含 A 的民宿 + B 的导游 + C 的蜡染体验 + D 的私厨），统一品牌、统一营销、各自交付。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区域品牌联盟：多个 OPC 共同使用一个区域品牌（如"屯堡人家"），统一品牌标准、统一品质承诺、统一营销推广。加入联盟的 OPC 需要满足一定的品质标准，接受联盟的监督。</w:t>
      </w:r>
    </w:p>
    <w:p>
      <w:r>
        <w:rPr>
          <w:rFonts w:ascii="宋体" w:hAnsi="宋体" w:eastAsia="宋体"/>
          <w:sz w:val="24"/>
        </w:rPr>
        <w:t>区域品牌共建的成功要素：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共同的品质标准（不达标的不能加入，加入后降质的要退出）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清晰的利益分配机制（钱怎么分、纠纷怎么解决）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持续的运营投入（有人专职或兼职负责联盟的日常运营）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政府的支持和背书（文旅局的认可和推广）</w:t>
      </w:r>
    </w:p>
    <w:p>
      <w:pPr>
        <w:pStyle w:val="Heading3"/>
      </w:pPr>
      <w:r>
        <w:t>12.4.3 数字化时代的文化传承使命</w:t>
      </w:r>
    </w:p>
    <w:p>
      <w:r>
        <w:rPr>
          <w:rFonts w:ascii="宋体" w:hAnsi="宋体" w:eastAsia="宋体"/>
          <w:sz w:val="24"/>
        </w:rPr>
        <w:t>本书的最后一节，我们回到一个根本性的问题：文旅 OPC 做这些事的终极目的是什么？</w:t>
      </w:r>
    </w:p>
    <w:p>
      <w:r>
        <w:rPr>
          <w:rFonts w:ascii="宋体" w:hAnsi="宋体" w:eastAsia="宋体"/>
          <w:sz w:val="24"/>
        </w:rPr>
        <w:t>答案是：让在地文化活下来、火起来、传下去。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活下来：让非遗传承人有体面的收入，让年轻人愿意学习和传承传统技艺，让地方美食和文化不至于在现代化浪潮中消失。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火起来：让更多人（尤其是年轻人）了解、喜欢、消费在地文化产品——不是猎奇的"围观"，而是真诚的"欣赏"。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传下去：让在地文化从"被保护的遗产"变成"活着的传统"——在当代生活中找到新的形式和载体，不断演化、持续生长。</w:t>
      </w:r>
    </w:p>
    <w:p>
      <w:r>
        <w:rPr>
          <w:rFonts w:ascii="宋体" w:hAnsi="宋体" w:eastAsia="宋体"/>
          <w:sz w:val="24"/>
        </w:rPr>
        <w:t>AI 是这个过程中的"加速器"和"扩音器"——它让一个阿婆的蜡染技艺可以被全世界看到，让一个屯堡导游的故事可以感动千里之外的人，让一个酸汤鱼的配方可以标准化而不失灵魂。但 AI 始终是工具，文化传承的核心永远是人——传承人的坚守、运营者的创意、客人的欣赏。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本章小结</w:t>
      </w:r>
    </w:p>
    <w:p>
      <w:r>
        <w:rPr>
          <w:rFonts w:ascii="宋体" w:hAnsi="宋体" w:eastAsia="宋体"/>
          <w:sz w:val="24"/>
        </w:rPr>
        <w:t>本章系统阐述了文创、美食、非遗三类文旅 OPC 的运营实战方法。</w:t>
      </w:r>
    </w:p>
    <w:p>
      <w:r>
        <w:rPr>
          <w:rFonts w:ascii="宋体" w:hAnsi="宋体" w:eastAsia="宋体"/>
          <w:sz w:val="24"/>
        </w:rPr>
        <w:t>文创 OPC：核心竞争力是"设计能力 + 文化深度"。AI 辅助设计让"设计能力"从天赋变为工具，小批量柔性供应链解决了"小 OPC 做不出产品"的困境，IP 授权和跨界联名是突破手工产能上限的路径。AI 设计的伦理边界——文化来源标注、授权使用、利益回馈——是不可逾越的红线。</w:t>
      </w:r>
    </w:p>
    <w:p>
      <w:r>
        <w:rPr>
          <w:rFonts w:ascii="宋体" w:hAnsi="宋体" w:eastAsia="宋体"/>
          <w:sz w:val="24"/>
        </w:rPr>
        <w:t>美食 OPC：从"到店体验"到"外卖/外带"到"线上零售"到"体验课程"——四条产品化路径，三线运营（外卖 + 到店 + 预包装）共享供应链。AI 辅助菜品研发和标准化 SOP 解决了"凭感觉做菜"的品控难题。美食内容营销具有天然的传播优势——"深夜放毒"是永恒的流量密码。</w:t>
      </w:r>
    </w:p>
    <w:p>
      <w:r>
        <w:rPr>
          <w:rFonts w:ascii="宋体" w:hAnsi="宋体" w:eastAsia="宋体"/>
          <w:sz w:val="24"/>
        </w:rPr>
        <w:t>非遗 OPC：非遗活态传承的"三活"原则——活在人身上、活在日常生活中、活在市场里。AI 在技艺数字化记录和教学传播中发挥不可替代的作用——动作捕捉、知识图谱、AI 助教。非遗品牌化与市场化的"红线"——不造假、不贱卖、不截流。</w:t>
      </w:r>
    </w:p>
    <w:p>
      <w:r>
        <w:rPr>
          <w:rFonts w:ascii="宋体" w:hAnsi="宋体" w:eastAsia="宋体"/>
          <w:sz w:val="24"/>
        </w:rPr>
        <w:t>跨界融合：文创 + 美食 + 非遗的组合创新，OPC 联盟与区域品牌共建——让分散的小微主体形成合力。数字化时代的文化传承使命——让在地文化活下来、火起来、传下去。</w:t>
      </w:r>
    </w:p>
    <w:p>
      <w:r>
        <w:rPr>
          <w:rFonts w:ascii="宋体" w:hAnsi="宋体" w:eastAsia="宋体"/>
          <w:sz w:val="24"/>
        </w:rPr>
        <w:t>全书 12 章正文到此结束。7 个附录将提供术语表、工具速查、案例库、运营模板、教学大纲、实训项目和大事记。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思考题</w:t>
      </w:r>
    </w:p>
    <w:p>
      <w:r>
        <w:rPr>
          <w:rFonts w:ascii="宋体" w:hAnsi="宋体" w:eastAsia="宋体"/>
          <w:sz w:val="24"/>
        </w:rPr>
        <w:t>1. 非遗 OPC 方案设计：选择贵州的一项非遗技艺（蜡染、苗绣、银饰、地戏面具、侗族大歌等），设计一份非遗 OPC 运营方案。要求包含：传承人与运营模式、产品设计（至少 3 款）、定价策略、AI 工具应用方案、品牌化路径。</w:t>
      </w:r>
    </w:p>
    <w:p>
      <w:r>
        <w:rPr>
          <w:rFonts w:ascii="宋体" w:hAnsi="宋体" w:eastAsia="宋体"/>
          <w:sz w:val="24"/>
        </w:rPr>
        <w:t>2. 美食 OPC 产品化：选择贵州的一道地方美食（酸汤鱼、屯堡鸡辣子、安顺裹卷、花江剪粉等），为其设计三条产品化路径（到店/外卖/预包装），并说明每条路径的目标客群、定价、供应链方案和 AI 应用点。</w:t>
      </w:r>
    </w:p>
    <w:p>
      <w:r>
        <w:rPr>
          <w:rFonts w:ascii="宋体" w:hAnsi="宋体" w:eastAsia="宋体"/>
          <w:sz w:val="24"/>
        </w:rPr>
        <w:t>3. 文创产品设计：基于贵州的某个在地文化元素（屯堡建筑、苗族银饰纹样、侗寨鼓楼、黄果树瀑布等），设计 3 款文创产品。要求包含：产品名称、文化来源、材质和工艺、设计说明（附 AI 设计思路）、定价和目标客群。</w:t>
      </w:r>
    </w:p>
    <w:p>
      <w:r>
        <w:rPr>
          <w:rFonts w:ascii="宋体" w:hAnsi="宋体" w:eastAsia="宋体"/>
          <w:sz w:val="24"/>
        </w:rPr>
        <w:t>4. OPC 联盟方案：假设你所在区域有 5 家不同类型的文旅 OPC（民宿、导游、私厨、蜡染体验、旅拍），请设计一份"区域 OPC 联盟"方案。要求包含：联盟名称和品牌定位、成员准入标准、利益分配机制、联合营销方案。</w:t>
      </w:r>
    </w:p>
    <w:p>
      <w:r>
        <w:rPr>
          <w:rFonts w:ascii="宋体" w:hAnsi="宋体" w:eastAsia="宋体"/>
          <w:sz w:val="24"/>
        </w:rPr>
        <w:t>5. 批判思考：本章导入案例中，阿婆的蜡染从 80 元变成 680 元，多出来的 600 元买的是"文化附加值"。但有人批评这是"文化溢价"——把原本朴素的民间手工艺包装成"高端文化消费品"，让普通人买不起了。你如何看待这个批评？非遗的"商业化"和"贵族化"之间的界限在哪里？AI 在这个问题上能做什么、不能做什么？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参考文献</w:t>
      </w:r>
    </w:p>
    <w:p>
      <w:r>
        <w:rPr>
          <w:rFonts w:ascii="宋体" w:hAnsi="宋体" w:eastAsia="宋体"/>
          <w:sz w:val="24"/>
        </w:rPr>
        <w:t>[1] 国务院办公厅. 关于进一步加强非物质文化遗产保护工作的意见[EB/OL]. 2021.</w:t>
      </w:r>
    </w:p>
    <w:p>
      <w:r>
        <w:rPr>
          <w:rFonts w:ascii="宋体" w:hAnsi="宋体" w:eastAsia="宋体"/>
          <w:sz w:val="24"/>
        </w:rPr>
        <w:t>[2] 中华人民共和国非物质文化遗产法[S]. 2011.</w:t>
      </w:r>
    </w:p>
    <w:p>
      <w:r>
        <w:rPr>
          <w:rFonts w:ascii="宋体" w:hAnsi="宋体" w:eastAsia="宋体"/>
          <w:sz w:val="24"/>
        </w:rPr>
        <w:t>[3] 文化和旅游部. "十四五"非物质文化遗产保护规划[EB/OL]. 2021.</w:t>
      </w:r>
    </w:p>
    <w:p>
      <w:r>
        <w:rPr>
          <w:rFonts w:ascii="宋体" w:hAnsi="宋体" w:eastAsia="宋体"/>
          <w:sz w:val="24"/>
        </w:rPr>
        <w:t>[4] 贵州省非物质文化遗产保护条例[S]. 2012.</w:t>
      </w:r>
    </w:p>
    <w:p>
      <w:r>
        <w:rPr>
          <w:rFonts w:ascii="宋体" w:hAnsi="宋体" w:eastAsia="宋体"/>
          <w:sz w:val="24"/>
        </w:rPr>
        <w:t>[5] 中国非物质文化遗产保护中心. 2024 年中国非遗保护发展报告[R]. 2024.</w:t>
      </w:r>
    </w:p>
    <w:p>
      <w:r>
        <w:rPr>
          <w:rFonts w:ascii="宋体" w:hAnsi="宋体" w:eastAsia="宋体"/>
          <w:sz w:val="24"/>
        </w:rPr>
        <w:t>[6] 阿里研究院. 2024 年非遗消费趋势报告[R]. 2024.</w:t>
      </w:r>
    </w:p>
    <w:p>
      <w:r>
        <w:rPr>
          <w:rFonts w:ascii="宋体" w:hAnsi="宋体" w:eastAsia="宋体"/>
          <w:sz w:val="24"/>
        </w:rPr>
        <w:t>[7] 小红书. 2024 年非遗相关内容生态报告[R]. 2024.</w:t>
      </w:r>
    </w:p>
    <w:p>
      <w:r>
        <w:rPr>
          <w:rFonts w:ascii="宋体" w:hAnsi="宋体" w:eastAsia="宋体"/>
          <w:sz w:val="24"/>
        </w:rPr>
        <w:t>[8] 安德森, C. 长尾理论[M]. 北京: 中信出版社, 2006.</w:t>
      </w:r>
    </w:p>
    <w:p>
      <w:r>
        <w:rPr>
          <w:rFonts w:ascii="宋体" w:hAnsi="宋体" w:eastAsia="宋体"/>
          <w:sz w:val="24"/>
        </w:rPr>
        <w:t>[9] 中华人民共和国著作权法（2020 年修正）[S].</w:t>
      </w:r>
    </w:p>
    <w:p>
      <w:r>
        <w:rPr>
          <w:rFonts w:ascii="宋体" w:hAnsi="宋体" w:eastAsia="宋体"/>
          <w:sz w:val="24"/>
        </w:rPr>
        <w:t>[10] 中华人民共和国商标法（2019 年修正）[S].</w:t>
      </w:r>
    </w:p>
    <w:p>
      <w:r>
        <w:br w:type="page"/>
      </w:r>
    </w:p>
    <w:p>
      <w:pPr>
        <w:jc w:val="center"/>
      </w:pPr>
      <w:r>
        <w:rPr>
          <w:rFonts w:ascii="黑体" w:hAnsi="黑体" w:eastAsia="黑体"/>
          <w:b/>
          <w:sz w:val="52"/>
        </w:rPr>
        <w:t>附  录</w:t>
      </w:r>
    </w:p>
    <w:p>
      <w:r>
        <w:br w:type="page"/>
      </w:r>
    </w:p>
    <w:p>
      <w:pPr>
        <w:pStyle w:val="Heading2"/>
      </w:pPr>
      <w:r>
        <w:t>附录 A：术语表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99"/>
        <w:gridCol w:w="1899"/>
        <w:gridCol w:w="1899"/>
        <w:gridCol w:w="1899"/>
      </w:tblGrid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序号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术语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英文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释义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OPC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One-Person/Small-Team Company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广义一人公司，指 1-5 人核心团队构成、以技术和平台杠杆驱动完整商业闭环的小微型运营主体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2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PDCA 双轮驱动模型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PDCA Dual-Wheel Dynamic Positive Cycle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本书核心理论模型，以戴明环为基础，拓展为内轮（运营轮，P-D-C-A）+ 外轮（AI 增强轮，Data Sense-Intelligent Decide-Auto Execute-Effect Feedback）的双轮结构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3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AI-4E 框架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AI-4E Framework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 运营效率评估框架，包含效率（Efficiency）、效果（Effectiveness）、扩展性（Expandability）、体验（Experience）四个维度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4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MVP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Minimum Viable Product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最小可行产品，用最小成本验证产品假设的方法论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5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NPS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Net Promoter Score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净推荐值，客户推荐意愿指标，NPS = 推荐者占比 - 贬损者占比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6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RFM 模型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Recency-Frequency-Monetary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客户分层模型，基于最近消费时间（R）、消费频次（F）、消费金额（M）三个维度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7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OTA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Online Travel Agency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在线旅游平台，如携程、美团、飞猪等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8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PMS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Property Management System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物业管理系统，民宿/酒店用于管理房态、预订、结算的软件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9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RMS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Revenue Management System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收益管理系统，用于动态定价和收益优化的软件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10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LLM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Large Language Model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大语言模型，如 ChatGPT、文心一言等 AI 文本生成模型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11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TCO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Total Cost of Ownership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总拥有成本，包含工具订阅费、学习成本、切换成本、维护成本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12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ROI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Return on Investment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投资回报率，ROI = 收益 ÷ 成本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13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KPI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Key Performance Indicator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关键绩效指标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14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UGC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User Generated Content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用户生成内容，客人在社交媒体上主动发布的与产品相关的内容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15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KOC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Key Opinion Consumer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关键意见消费者，粉丝量不大但内容真实、信任度高的普通用户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16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KOL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Key Opinion Leader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关键意见领袖，粉丝量大的专业博主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17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MA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Marketing Automation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营销自动化，用工具实现"设定一次、自动运行"的营销流程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18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CRM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Customer Relationship Management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客户关系管理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19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SaaS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Software as a Service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软件即服务，按需订阅使用的云端软件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20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POD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Print-on-Demand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按需生产，客人下单后工厂才生产，零库存模式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21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SOP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Standard Operating Procedure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标准操作流程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22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飞轮效应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Flywheel Effect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系统各环节相互增强、持续加速的正向循环效应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23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私域流量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Private Domain Traffic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不依赖平台算法、可反复触达的自有客户池（微信好友、社群、公众号等）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24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动态定价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Dynamic Pricing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根据实时供需关系自动调整价格的策略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25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非遗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Intangible Cultural Heritage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非物质文化遗产</w:t>
            </w:r>
          </w:p>
        </w:tc>
      </w:tr>
    </w:tbl>
    <w:p/>
    <w:p>
      <w:pPr>
        <w:pBdr>
          <w:bottom w:val="single" w:sz="12" w:space="1" w:color="999999"/>
        </w:pBdr>
      </w:pPr>
    </w:p>
    <w:p>
      <w:pPr>
        <w:pStyle w:val="Heading2"/>
      </w:pPr>
      <w:r>
        <w:t>附录 B：工具与平台速查</w:t>
      </w:r>
    </w:p>
    <w:p>
      <w:pPr>
        <w:pStyle w:val="Heading3"/>
      </w:pPr>
      <w:r>
        <w:t>B.1 内容生成类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19"/>
        <w:gridCol w:w="1519"/>
        <w:gridCol w:w="1519"/>
        <w:gridCol w:w="1519"/>
        <w:gridCol w:w="1519"/>
      </w:tblGrid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工具名称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功能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免费版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付费版月费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文旅 OPC 适配度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文心一言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文本生成、翻译、分析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 基础功能免费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¥59.9/月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★★★★★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通义千问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文本生成、分析、多模态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 基础功能免费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按量付费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★★★★★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Kimi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长文本分析、文件处理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 基础功能免费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¥50/月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★★★★☆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ChatGPT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文本生成、翻译、分析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 有限免费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$20/月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★★★★★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Midjourney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AI 图像生成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✗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$10-60/月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★★★★☆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文心一格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AI 图像生成（国产）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 有免费额度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按量付费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★★★★☆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Canva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在线设计 + AI 功能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 基础功能免费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¥30/月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★★★★★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剪映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视频剪辑 + AI 功能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 基础功能免费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¥79/年（VIP）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★★★★★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度加剪辑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AI 视频生成（国产）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 基础功能免费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按量付费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★★★★☆</w:t>
            </w:r>
          </w:p>
        </w:tc>
      </w:tr>
    </w:tbl>
    <w:p/>
    <w:p>
      <w:pPr>
        <w:pStyle w:val="Heading3"/>
      </w:pPr>
      <w:r>
        <w:t>B.2 客户交互类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19"/>
        <w:gridCol w:w="1519"/>
        <w:gridCol w:w="1519"/>
        <w:gridCol w:w="1519"/>
        <w:gridCol w:w="1519"/>
      </w:tblGrid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工具名称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功能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免费版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付费版月费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文旅 OPC 适配度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携程"小微"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OTA 内置 AI 客服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✓（商家免费）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-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★★★★★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美团智能助手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OTA 内置 AI 客服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✓（商家免费）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-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★★★★★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智齿科技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第三方 AI 客服 SaaS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 基础功能免费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¥99-499/月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★★★★☆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网易七鱼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第三方 AI 客服 SaaS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 基础功能免费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¥99-399/月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★★★★☆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微信客服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微信生态客服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 基础功能免费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按量付费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★★★★☆</w:t>
            </w:r>
          </w:p>
        </w:tc>
      </w:tr>
    </w:tbl>
    <w:p/>
    <w:p>
      <w:pPr>
        <w:pStyle w:val="Heading3"/>
      </w:pPr>
      <w:r>
        <w:t>B.3 运营管理类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19"/>
        <w:gridCol w:w="1519"/>
        <w:gridCol w:w="1519"/>
        <w:gridCol w:w="1519"/>
        <w:gridCol w:w="1519"/>
      </w:tblGrid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工具名称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功能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免费版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付费版月费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文旅 OPC 适配度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订单来了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民宿 PMS + 渠道管理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✗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¥299-999/年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★★★★★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云掌柜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民宿 PMS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✗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¥199-599/年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★★★★☆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绿云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酒店/民宿 PMS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✗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按需报价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★★★★☆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金蝶精斗云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智能记账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 基础功能免费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¥99-299/年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★★★★☆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飞书多维表格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数据管理 + AI 字段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 基础功能免费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¥25/月/人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★★★★★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集简云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多平台自动化连接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 基础功能免费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¥99-299/月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★★★★☆</w:t>
            </w:r>
          </w:p>
        </w:tc>
      </w:tr>
    </w:tbl>
    <w:p/>
    <w:p>
      <w:pPr>
        <w:pStyle w:val="Heading3"/>
      </w:pPr>
      <w:r>
        <w:t>B.4 数据分析类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19"/>
        <w:gridCol w:w="1519"/>
        <w:gridCol w:w="1519"/>
        <w:gridCol w:w="1519"/>
        <w:gridCol w:w="1519"/>
      </w:tblGrid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工具名称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功能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免费版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付费版月费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文旅 OPC 适配度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携程生意通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OTA 数据分析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✓（商家免费）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-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★★★★★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美团商家数据中心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OTA 数据分析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✓（商家免费）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-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★★★★★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新榜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社交媒体数据分析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 基础功能免费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¥399-1999/月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★★★★☆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蝉妈妈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抖音数据分析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 基础功能免费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¥369-1599/月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★★★★☆</w:t>
            </w:r>
          </w:p>
        </w:tc>
      </w:tr>
    </w:tbl>
    <w:p/>
    <w:p>
      <w:pPr>
        <w:pBdr>
          <w:bottom w:val="single" w:sz="12" w:space="1" w:color="999999"/>
        </w:pBdr>
      </w:pPr>
    </w:p>
    <w:p>
      <w:pPr>
        <w:pStyle w:val="Heading2"/>
      </w:pPr>
      <w:r>
        <w:t>附录 C：案例库</w:t>
      </w:r>
    </w:p>
    <w:p>
      <w:pPr>
        <w:pStyle w:val="Heading3"/>
      </w:pPr>
      <w:r>
        <w:t>C.1 贵州本土案例（20 个）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66"/>
        <w:gridCol w:w="1266"/>
        <w:gridCol w:w="1266"/>
        <w:gridCol w:w="1266"/>
        <w:gridCol w:w="1266"/>
        <w:gridCol w:w="1266"/>
      </w:tblGrid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序号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案例名称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类型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地区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核心亮点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对应章节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陈志远黄果树民宿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民宿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安顺黄果树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一人管 12 间房，AI 客服 + AI 内容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1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张雨欣梵净山导游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导游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铜仁梵净山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AI 短视频矩阵获客，年收入 8 万 → 27 万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2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3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屯堡"三剑客"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OPC 协作网络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安顺云峰屯堡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民宿 + 导游 + 私厨互相导流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3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4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杨师傅旧州私厨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美食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安顺旧州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"零成本 AI 工具箱"，月营收 2 万 → 5.5 万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4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5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周姐黄果树亲子民宿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民宿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安顺黄果树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从评论数据发现亲子需求，年营收增长 85%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5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6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陈芳荔波民宿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民宿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荔波小七孔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AI 内容流水线，日更变为可能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6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7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老吴屯堡蜡染体验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体验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安顺屯堡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从"四个项目"砍到"一个深度体验"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7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8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小杨万峰林民宿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民宿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兴义万峰林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AI 短视频矩阵，入住率 30% → 85%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8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9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镇远 AI 民宿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民宿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镇远古城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"无人民宿"实验，一人管 12 间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9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10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李明安顺导游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导游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安顺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从"背词机器"到"文化翻译者"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10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11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陈老板镇远民宿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民宿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镇远古城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AI 客服 + 智能门锁实现"去前台化"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11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12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杨奶奶蜡染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非遗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安顺镇宁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蜡染从 80 元 → 680 元，年收入 1.6 万 → 18 万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12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13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西江苗寨旅拍工作室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旅拍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西江苗寨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"妆造+拍摄+后期"AI 全链路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10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14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兴义酸汤鱼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美食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兴义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酸汤鱼品牌化与标准化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12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15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安顺蜡染传承人工作室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非遗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安顺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传承人 + 运营合伙人模式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12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16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黄果树个体导游群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导游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安顺黄果树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自由执业导游 AI 获客实践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10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17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万峰林民宿集群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民宿 OPC 集群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兴义万峰林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OPC 集群协作模式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11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18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天龙屯堡地戏传承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非遗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安顺天龙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地戏面具彩绘体验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12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19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荔波小七孔个体导游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导游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荔波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AI 多语言服务实践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10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20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旧州古镇美食联盟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OPC 联盟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安顺旧州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美食 OPC 区域品牌共建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12 章</w:t>
            </w:r>
          </w:p>
        </w:tc>
      </w:tr>
    </w:tbl>
    <w:p/>
    <w:p>
      <w:pPr>
        <w:pStyle w:val="Heading3"/>
      </w:pPr>
      <w:r>
        <w:t>C.2 省外及国际案例（10 个）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19"/>
        <w:gridCol w:w="1519"/>
        <w:gridCol w:w="1519"/>
        <w:gridCol w:w="1519"/>
        <w:gridCol w:w="1519"/>
      </w:tblGrid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序号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案例名称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类型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地区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核心亮点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21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大理洱海民宿 OPC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民宿 OPC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云南大理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民宿 + 在地体验的产品组合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22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莫干山"裸心"系列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民宿品牌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浙江莫干山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从个体民宿到品牌化运营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23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京都町家民宿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民宿 OPC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日本京都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传统建筑活化 + AI 客服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24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Airbnb Experience 达人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体验 OPC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全球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平台赋能个人体验创业者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25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清迈私人导游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导游 OPC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泰国清迈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自由执业导游的国际化运营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26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景德镇陶艺工作室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非遗 OPC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江西景德镇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非遗体验产品设计与品牌化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27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成都"熊猫主题"民宿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民宿 OPC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四川成都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IP 化运营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28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巴厘岛民宿 OPC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民宿 OPC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印尼巴厘岛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社交媒体驱动的民宿获客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29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冰岛私人向导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导游 OPC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冰岛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高端定制 + AI 多语言服务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30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托斯卡纳农家乐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美食 OPC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意大利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美食体验 + 住宿组合运营</w:t>
            </w:r>
          </w:p>
        </w:tc>
      </w:tr>
    </w:tbl>
    <w:p/>
    <w:p>
      <w:pPr>
        <w:pBdr>
          <w:bottom w:val="single" w:sz="12" w:space="1" w:color="999999"/>
        </w:pBdr>
      </w:pPr>
    </w:p>
    <w:p>
      <w:pPr>
        <w:pStyle w:val="Heading2"/>
      </w:pPr>
      <w:r>
        <w:t>附录 D：运营模板与检查清单</w:t>
      </w:r>
    </w:p>
    <w:p>
      <w:pPr>
        <w:pStyle w:val="Heading3"/>
      </w:pPr>
      <w:r>
        <w:t>D.1 OPC 产品设计画布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98"/>
        <w:gridCol w:w="3798"/>
      </w:tblGrid>
      <w:tr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维度</w:t>
            </w:r>
          </w:p>
        </w:tc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填写内容</w:t>
            </w:r>
          </w:p>
        </w:tc>
      </w:tr>
      <w:tr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产品名称</w:t>
            </w:r>
          </w:p>
        </w:tc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</w:tr>
      <w:tr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一句话描述</w:t>
            </w:r>
          </w:p>
        </w:tc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</w:tr>
      <w:tr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目标客群</w:t>
            </w:r>
          </w:p>
        </w:tc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（年龄、来源地、出行类型、消费水平、兴趣标签）</w:t>
            </w:r>
          </w:p>
        </w:tc>
      </w:tr>
      <w:tr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核心体验</w:t>
            </w:r>
          </w:p>
        </w:tc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（客人在 4E 模型中的主要体验维度）</w:t>
            </w:r>
          </w:p>
        </w:tc>
      </w:tr>
      <w:tr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差异化卖点</w:t>
            </w:r>
          </w:p>
        </w:tc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（与竞品相比，为什么选你？）</w:t>
            </w:r>
          </w:p>
        </w:tc>
      </w:tr>
      <w:tr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产品内容</w:t>
            </w:r>
          </w:p>
        </w:tc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（标准模块 60% + 可选模块 40%）</w:t>
            </w:r>
          </w:p>
        </w:tc>
      </w:tr>
      <w:tr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时长</w:t>
            </w:r>
          </w:p>
        </w:tc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</w:tr>
      <w:tr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定价</w:t>
            </w:r>
          </w:p>
        </w:tc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（基准价 + 淡旺季浮动 + 早鸟/连住/复购折扣）</w:t>
            </w:r>
          </w:p>
        </w:tc>
      </w:tr>
      <w:tr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容量上限</w:t>
            </w:r>
          </w:p>
        </w:tc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（每天/每批次最多接待多少人/组）</w:t>
            </w:r>
          </w:p>
        </w:tc>
      </w:tr>
      <w:tr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所需资源</w:t>
            </w:r>
          </w:p>
        </w:tc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（人力、场地、物料、合作方）</w:t>
            </w:r>
          </w:p>
        </w:tc>
      </w:tr>
      <w:tr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成本结构</w:t>
            </w:r>
          </w:p>
        </w:tc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（固定成本 + 可变成本 + 时间成本）</w:t>
            </w:r>
          </w:p>
        </w:tc>
      </w:tr>
      <w:tr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预估 ROI</w:t>
            </w:r>
          </w:p>
        </w:tc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（预估收入 ÷ 预估成本）</w:t>
            </w:r>
          </w:p>
        </w:tc>
      </w:tr>
      <w:tr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风险点</w:t>
            </w:r>
          </w:p>
        </w:tc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（安全风险、天气风险、政策风险、竞争风险）</w:t>
            </w:r>
          </w:p>
        </w:tc>
      </w:tr>
    </w:tbl>
    <w:p/>
    <w:p>
      <w:pPr>
        <w:pStyle w:val="Heading3"/>
      </w:pPr>
      <w:r>
        <w:t>D.2 月度内容日历模板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5"/>
        <w:gridCol w:w="1085"/>
        <w:gridCol w:w="1085"/>
        <w:gridCol w:w="1085"/>
        <w:gridCol w:w="1085"/>
        <w:gridCol w:w="1085"/>
        <w:gridCol w:w="1085"/>
      </w:tblGrid>
      <w:tr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日期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星期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内容类型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选题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平台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状态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效果</w:t>
            </w:r>
          </w:p>
        </w:tc>
      </w:tr>
      <w:tr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1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一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攻略型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小红书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已发布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阅读 1200</w:t>
            </w:r>
          </w:p>
        </w:tc>
      </w:tr>
      <w:tr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2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二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种草型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抖音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已发布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播放 3500</w:t>
            </w:r>
          </w:p>
        </w:tc>
      </w:tr>
      <w:tr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3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三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故事型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微信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草稿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-</w:t>
            </w:r>
          </w:p>
        </w:tc>
      </w:tr>
      <w:tr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...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...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...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...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...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...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...</w:t>
            </w:r>
          </w:p>
        </w:tc>
      </w:tr>
    </w:tbl>
    <w:p/>
    <w:p>
      <w:pPr>
        <w:pStyle w:val="Heading3"/>
      </w:pPr>
      <w:r>
        <w:t>D.3 客户服务 SOP 检查清单</w:t>
      </w:r>
    </w:p>
    <w:p>
      <w:r>
        <w:rPr>
          <w:rFonts w:ascii="宋体" w:hAnsi="宋体" w:eastAsia="宋体"/>
          <w:sz w:val="24"/>
        </w:rPr>
        <w:t>预订前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咨询 5 分钟内响应（AI 自动或人工）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准确回答客户问题（价格、房态、设施、周边）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引导高意向客户完成预订</w:t>
      </w:r>
    </w:p>
    <w:p>
      <w:r>
        <w:rPr>
          <w:rFonts w:ascii="宋体" w:hAnsi="宋体" w:eastAsia="宋体"/>
          <w:sz w:val="24"/>
        </w:rPr>
        <w:t>预订后（出行前）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即时发送预订确认和入住/出行指引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出行前 3 天发送天气提醒和穿衣建议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出行前 1 天发送交通路线和联系信息</w:t>
      </w:r>
    </w:p>
    <w:p>
      <w:r>
        <w:rPr>
          <w:rFonts w:ascii="宋体" w:hAnsi="宋体" w:eastAsia="宋体"/>
          <w:sz w:val="24"/>
        </w:rPr>
        <w:t>入住/出行中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准时迎接/准备（不迟到、不遗漏）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热情接待、介绍设施和周边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入住次日主动询问体验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及时响应客户需求（AI 或人工）</w:t>
      </w:r>
    </w:p>
    <w:p>
      <w:r>
        <w:rPr>
          <w:rFonts w:ascii="宋体" w:hAnsi="宋体" w:eastAsia="宋体"/>
          <w:sz w:val="24"/>
        </w:rPr>
        <w:t>离店/结束后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按时完成退房/结束手续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24 小时内发送感谢和评价邀请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7 天内发送复购优惠</w:t>
      </w:r>
    </w:p>
    <w:p>
      <w:pPr>
        <w:pStyle w:val="Heading3"/>
      </w:pPr>
      <w:r>
        <w:t>D.4 安全合规检查清单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营业执照有效且在经营范围内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特种行业许可证（如适用）有效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消防设施（灭火器、烟雾报警器、逃生通道）正常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已购买公众责任险/经营责任险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已为客人购买旅游意外险（或提醒客人自行购买）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客户个人信息保护措施到位（不泄露、不滥用）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广告和宣传内容符合《广告法》（无极限词、无虚假承诺）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AI 生成内容已标注或未涉及虚假宣传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附录 E：教学大纲</w:t>
      </w:r>
    </w:p>
    <w:p>
      <w:pPr>
        <w:pStyle w:val="Heading3"/>
      </w:pPr>
      <w:r>
        <w:t>E.1 48 学时课程安排（适用于选修课）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99"/>
        <w:gridCol w:w="1899"/>
        <w:gridCol w:w="1899"/>
        <w:gridCol w:w="1899"/>
      </w:tblGrid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周次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学时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内容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教学方式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3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第 1 章：OPC 理念与文旅产业小微化趋势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讲授 + 案例讨论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2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3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第 2 章：AI 驱动的文旅运营范式变革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讲授 + 工具演示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3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4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第 3 章：文旅 OPC 生态系统与核心模型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讲授 + 小组研讨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4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4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第 4 章：AI 工具矩阵与 OPC 适配策略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讲授 + 实操练习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5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4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第 5 章：数据驱动的游客洞察与需求预测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讲授 + 数据分析实训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6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4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第 6 章：智能内容生产与自动化运营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讲授 + 内容生产实训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7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4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第 7 章：OPC 文旅产品设计与体验创新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讲授 + 产品设计工作坊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8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4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第 8 章：精准营销与 AI 获客体系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讲授 + 营销方案设计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9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4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第 9 章：智能服务交付与客户关系管理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讲授 + 服务设计实训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10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4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第 10 章：导游/旅拍类 OPC 运营实战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案例教学 + 模拟演练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11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4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第 11 章：民宿/精品住宿类 OPC 运营实战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案例教学 + 模拟演练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12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4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第 12 章：文创/美食/非遗类 OPC 运营实战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案例教学 + 模拟演练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13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2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期末考核（综合项目汇报）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学生展示 + 教师点评</w:t>
            </w:r>
          </w:p>
        </w:tc>
      </w:tr>
    </w:tbl>
    <w:p/>
    <w:p>
      <w:pPr>
        <w:pStyle w:val="Heading3"/>
      </w:pPr>
      <w:r>
        <w:t>E.2 考核方式建议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32"/>
        <w:gridCol w:w="2532"/>
        <w:gridCol w:w="2532"/>
      </w:tblGrid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考核项目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占比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说明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平时作业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20%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每章思考题选做 2-3 题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实训项目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30%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分组完成附录 F 中的一个实训项目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课堂参与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10%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案例讨论、工具实操、课堂互动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期末项目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40%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独立完成一份 OPC 运营方案（自选业态和场景）</w:t>
            </w:r>
          </w:p>
        </w:tc>
      </w:tr>
    </w:tbl>
    <w:p/>
    <w:p>
      <w:pPr>
        <w:pBdr>
          <w:bottom w:val="single" w:sz="12" w:space="1" w:color="999999"/>
        </w:pBdr>
      </w:pPr>
    </w:p>
    <w:p>
      <w:pPr>
        <w:pStyle w:val="Heading2"/>
      </w:pPr>
      <w:r>
        <w:t>附录 F：实训项目</w:t>
      </w:r>
    </w:p>
    <w:p>
      <w:pPr>
        <w:pStyle w:val="Heading3"/>
      </w:pPr>
      <w:r>
        <w:t>实训项目一：AI 辅助文旅产品全流程设计</w:t>
      </w:r>
    </w:p>
    <w:p>
      <w:r>
        <w:rPr>
          <w:rFonts w:ascii="宋体" w:hAnsi="宋体" w:eastAsia="宋体"/>
          <w:sz w:val="24"/>
        </w:rPr>
        <w:t>任务描述：选择一个贵州文旅资源（景区、非遗项目、特色美食等），使用 AI 工具完成一款 OPC 文旅产品的全流程设计。</w:t>
      </w:r>
    </w:p>
    <w:p>
      <w:r>
        <w:rPr>
          <w:rFonts w:ascii="宋体" w:hAnsi="宋体" w:eastAsia="宋体"/>
          <w:sz w:val="24"/>
        </w:rPr>
        <w:t>交付物：</w:t>
      </w:r>
    </w:p>
    <w:p>
      <w:r>
        <w:rPr>
          <w:rFonts w:ascii="宋体" w:hAnsi="宋体" w:eastAsia="宋体"/>
          <w:sz w:val="24"/>
        </w:rPr>
        <w:t>1. 市场分析报告（含竞品分析和目标客群画像，AI 辅助完成）</w:t>
      </w:r>
    </w:p>
    <w:p>
      <w:r>
        <w:rPr>
          <w:rFonts w:ascii="宋体" w:hAnsi="宋体" w:eastAsia="宋体"/>
          <w:sz w:val="24"/>
        </w:rPr>
        <w:t>2. 产品设计方案（使用附录 D.1 的产品设计画布）</w:t>
      </w:r>
    </w:p>
    <w:p>
      <w:r>
        <w:rPr>
          <w:rFonts w:ascii="宋体" w:hAnsi="宋体" w:eastAsia="宋体"/>
          <w:sz w:val="24"/>
        </w:rPr>
        <w:t>3. 产品推广内容（AI 生成的小红书笔记 ×2 + 抖音脚本 ×2 + OTA 产品描述 ×1）</w:t>
      </w:r>
    </w:p>
    <w:p>
      <w:r>
        <w:rPr>
          <w:rFonts w:ascii="宋体" w:hAnsi="宋体" w:eastAsia="宋体"/>
          <w:sz w:val="24"/>
        </w:rPr>
        <w:t>4. AI 工具使用记录（使用了哪些工具、每个工具做了什么、效果如何）</w:t>
      </w:r>
    </w:p>
    <w:p>
      <w:r>
        <w:rPr>
          <w:rFonts w:ascii="宋体" w:hAnsi="宋体" w:eastAsia="宋体"/>
          <w:sz w:val="24"/>
        </w:rPr>
        <w:t>评分标准：市场分析深度（25%）、产品设计创新性和可行性（30%）、内容质量（25%）、AI 工具使用效果（20%）</w:t>
      </w:r>
    </w:p>
    <w:p>
      <w:pPr>
        <w:pStyle w:val="Heading3"/>
      </w:pPr>
      <w:r>
        <w:t>实训项目二：OPC 营销体系搭建</w:t>
      </w:r>
    </w:p>
    <w:p>
      <w:r>
        <w:rPr>
          <w:rFonts w:ascii="宋体" w:hAnsi="宋体" w:eastAsia="宋体"/>
          <w:sz w:val="24"/>
        </w:rPr>
        <w:t>任务描述：为实训项目一中设计的产品搭建一套完整的 OPC 营销体系。</w:t>
      </w:r>
    </w:p>
    <w:p>
      <w:r>
        <w:rPr>
          <w:rFonts w:ascii="宋体" w:hAnsi="宋体" w:eastAsia="宋体"/>
          <w:sz w:val="24"/>
        </w:rPr>
        <w:t>交付物：</w:t>
      </w:r>
    </w:p>
    <w:p>
      <w:r>
        <w:rPr>
          <w:rFonts w:ascii="宋体" w:hAnsi="宋体" w:eastAsia="宋体"/>
          <w:sz w:val="24"/>
        </w:rPr>
        <w:t>1. 全渠道营销策略（OTA + 内容平台 + 私域 + 本地渠道）</w:t>
      </w:r>
    </w:p>
    <w:p>
      <w:r>
        <w:rPr>
          <w:rFonts w:ascii="宋体" w:hAnsi="宋体" w:eastAsia="宋体"/>
          <w:sz w:val="24"/>
        </w:rPr>
        <w:t>2. 月度内容日历（至少 15 条内容的选题和排期）</w:t>
      </w:r>
    </w:p>
    <w:p>
      <w:r>
        <w:rPr>
          <w:rFonts w:ascii="宋体" w:hAnsi="宋体" w:eastAsia="宋体"/>
          <w:sz w:val="24"/>
        </w:rPr>
        <w:t>3. AI 客服知识库（至少 30 条 FAQ）</w:t>
      </w:r>
    </w:p>
    <w:p>
      <w:r>
        <w:rPr>
          <w:rFonts w:ascii="宋体" w:hAnsi="宋体" w:eastAsia="宋体"/>
          <w:sz w:val="24"/>
        </w:rPr>
        <w:t>4. 营销 ROI 预估（各项投入和预期产出）</w:t>
      </w:r>
    </w:p>
    <w:p>
      <w:r>
        <w:rPr>
          <w:rFonts w:ascii="宋体" w:hAnsi="宋体" w:eastAsia="宋体"/>
          <w:sz w:val="24"/>
        </w:rPr>
        <w:t>评分标准：策略完整性（30%）、内容创意（25%）、知识库质量（25%）、ROI 合理性（20%）</w:t>
      </w:r>
    </w:p>
    <w:p>
      <w:pPr>
        <w:pStyle w:val="Heading3"/>
      </w:pPr>
      <w:r>
        <w:t>实训项目三：真实 OPC 运营模拟</w:t>
      </w:r>
    </w:p>
    <w:p>
      <w:r>
        <w:rPr>
          <w:rFonts w:ascii="宋体" w:hAnsi="宋体" w:eastAsia="宋体"/>
          <w:sz w:val="24"/>
        </w:rPr>
        <w:t>任务描述：分组（3-5 人/组）模拟运营一个文旅 OPC（民宿/导游/文创/美食/非遗任选），使用真实的 AI 工具完成 4 周的模拟运营。</w:t>
      </w:r>
    </w:p>
    <w:p>
      <w:r>
        <w:rPr>
          <w:rFonts w:ascii="宋体" w:hAnsi="宋体" w:eastAsia="宋体"/>
          <w:sz w:val="24"/>
        </w:rPr>
        <w:t>交付物：</w:t>
      </w:r>
    </w:p>
    <w:p>
      <w:r>
        <w:rPr>
          <w:rFonts w:ascii="宋体" w:hAnsi="宋体" w:eastAsia="宋体"/>
          <w:sz w:val="24"/>
        </w:rPr>
        <w:t>1. 运营周报 ×4（含经营数据、内容数据、客户反馈、改进措施）</w:t>
      </w:r>
    </w:p>
    <w:p>
      <w:r>
        <w:rPr>
          <w:rFonts w:ascii="宋体" w:hAnsi="宋体" w:eastAsia="宋体"/>
          <w:sz w:val="24"/>
        </w:rPr>
        <w:t>2. AI 工具使用总结（使用了哪些工具、使用频次、效果评价、成本）</w:t>
      </w:r>
    </w:p>
    <w:p>
      <w:r>
        <w:rPr>
          <w:rFonts w:ascii="宋体" w:hAnsi="宋体" w:eastAsia="宋体"/>
          <w:sz w:val="24"/>
        </w:rPr>
        <w:t>3. 模拟运营总结报告（含成果、问题、经验教训、改进建议）</w:t>
      </w:r>
    </w:p>
    <w:p>
      <w:r>
        <w:rPr>
          <w:rFonts w:ascii="宋体" w:hAnsi="宋体" w:eastAsia="宋体"/>
          <w:sz w:val="24"/>
        </w:rPr>
        <w:t>评分标准：运营数据表现（30%）、AI 工具使用深度（25%）、总结反思质量（25%）、团队协作（20%）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附录 G：大事记</w:t>
      </w:r>
    </w:p>
    <w:p>
      <w:pPr>
        <w:pStyle w:val="Heading3"/>
      </w:pPr>
      <w:r>
        <w:t>AI 文旅 OPC 相关行业发展里程碑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32"/>
        <w:gridCol w:w="2532"/>
        <w:gridCol w:w="2532"/>
      </w:tblGrid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时间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事件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影响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2005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《公司法》引入一人有限责任公司制度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OPC 的法律基础确立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2008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Airbnb 成立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民宿个体经营模式全球化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2011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《非遗法》施行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非遗保护与传承的法律保障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2015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携程上线"当地向导"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导游自由执业平台化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2016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国家旅游局试点导游自由执业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导游 OPC 政策破冰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2019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《旅游民宿基本要求与评价》发布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民宿行业标准确立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2020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疫情冲击全球旅游业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加速旅游小微化、数字化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2021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《个人信息保护法》施行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AI 运营的数据合规基线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2022.01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国发〔2022〕2 号文件支持贵州文旅发展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贵州文旅 OPC 政策红利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2022.11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ChatGPT 发布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生成式 AI 进入大众化阶段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2023.03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GPT-4 发布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AI 能力质的飞跃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2023.08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《生成式人工智能服务管理暂行办法》施行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AI 内容合规监管框架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2023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国内大模型百花齐放（文心一言、通义千问、Kimi 等）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国产 AI 工具生态成熟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2024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AI 视频生成工具爆发（Sora、可灵 AI、Runway 等）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短视频内容生产效率革命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2024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贵州入境游客同比增长 80%+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多语言 AI 服务需求激增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2024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"China Travel"全球热潮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入境导游和旅拍 OPC 新机遇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2025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AI Agent 和自动化工具向小微企业深度渗透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OPC 运营自动化进入新阶段</w:t>
            </w:r>
          </w:p>
        </w:tc>
      </w:tr>
    </w:tbl>
    <w:p/>
    <w:p>
      <w:pPr>
        <w:pBdr>
          <w:bottom w:val="single" w:sz="12" w:space="1" w:color="999999"/>
        </w:pBdr>
      </w:pP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附录版本：v1.0 | 生成日期：2026-07-06</w:t>
      </w:r>
    </w:p>
    <w:sectPr w:rsidR="00FC693F" w:rsidRPr="0006063C" w:rsidSect="00034616">
      <w:footerReference w:type="default" r:id="rId9"/>
      <w:pgSz w:w="10431" w:h="147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</w:r>
    <w:r>
      <w:instrText xml:space="preserve"> PAGE </w:instrText>
    </w:r>
    <w: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 w:before="0"/>
    </w:pPr>
    <w:rPr>
      <w:rFonts w:ascii="宋体" w:hAnsi="宋体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 w:line="360" w:lineRule="auto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="360" w:lineRule="auto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="360" w:lineRule="auto"/>
      <w:outlineLvl w:val="2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="360" w:lineRule="auto"/>
      <w:outlineLvl w:val="3"/>
    </w:pPr>
    <w:rPr>
      <w:rFonts w:asciiTheme="majorHAnsi" w:eastAsiaTheme="majorEastAsia" w:hAnsiTheme="majorHAnsi" w:cstheme="majorBidi" w:ascii="黑体" w:hAnsi="黑体" w:eastAsia="黑体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