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color w:val="666666"/>
          <w:sz w:val="32"/>
        </w:rPr>
        <w:t>数字文旅系列教材</w:t>
      </w:r>
    </w:p>
    <w:p/>
    <w:p>
      <w:pPr>
        <w:jc w:val="center"/>
      </w:pPr>
      <w:r>
        <w:rPr>
          <w:rFonts w:ascii="Microsoft YaHei" w:hAnsi="Microsoft YaHei" w:eastAsia="Microsoft YaHei"/>
          <w:b/>
          <w:color w:val="1A5C8E"/>
          <w:sz w:val="72"/>
        </w:rPr>
        <w:t>数字文旅概论</w:t>
      </w:r>
    </w:p>
    <w:p/>
    <w:p/>
    <w:p/>
    <w:p/>
    <w:p/>
    <w:p/>
    <w:p/>
    <w:p/>
    <w:p>
      <w:pPr>
        <w:jc w:val="center"/>
      </w:pPr>
      <w:r>
        <w:rPr>
          <w:rFonts w:ascii="Microsoft YaHei" w:hAnsi="Microsoft YaHei" w:eastAsia="Microsoft YaHei"/>
          <w:color w:val="999999"/>
          <w:sz w:val="28"/>
        </w:rPr>
        <w:t>2026年</w:t>
      </w:r>
    </w:p>
    <w:p>
      <w:r>
        <w:br w:type="page"/>
      </w:r>
    </w:p>
    <w:p>
      <w:pPr>
        <w:jc w:val="center"/>
      </w:pPr>
      <w:r>
        <w:rPr>
          <w:rFonts w:ascii="Microsoft YaHei" w:hAnsi="Microsoft YaHei" w:eastAsia="Microsoft YaHei"/>
          <w:b/>
          <w:color w:val="1A5C8E"/>
          <w:sz w:val="48"/>
        </w:rPr>
        <w:t>目  录</w:t>
      </w:r>
    </w:p>
    <w:p/>
    <w:p>
      <w:r>
        <w:br w:type="page"/>
      </w:r>
    </w:p>
    <w:p>
      <w:pPr>
        <w:pStyle w:val="Heading1"/>
      </w:pPr>
      <w:r>
        <w:t>第 1 章 数字文旅的概念与内涵</w:t>
      </w:r>
    </w:p>
    <w:p>
      <w:pPr>
        <w:pStyle w:val="Heading2"/>
      </w:pPr>
      <w:r>
        <w:t>学习目标</w:t>
      </w:r>
    </w:p>
    <w:p>
      <w:pPr>
        <w:pStyle w:val="ListBullet"/>
      </w:pPr>
      <w:r>
        <w:rPr>
          <w:b/>
        </w:rPr>
        <w:t>知识目标</w:t>
      </w:r>
      <w:r>
        <w:t>：学生能够准确复述数字文旅的核心定义与学科边界，辨析数字文旅与智慧旅游、文旅信息化、在线旅游等相关概念的区别与联系，理解数字文旅的多维构成要素。</w:t>
      </w:r>
    </w:p>
    <w:p>
      <w:pPr>
        <w:pStyle w:val="ListBullet"/>
      </w:pPr>
      <w:r>
        <w:rPr>
          <w:b/>
        </w:rPr>
        <w:t>能力目标</w:t>
      </w:r>
      <w:r>
        <w:t>：学生能够运用数字文旅的概念框架分析现实中的文旅数字化现象，对给定的文旅数字化案例进行要素拆解和归类。</w:t>
      </w:r>
    </w:p>
    <w:p>
      <w:pPr>
        <w:pStyle w:val="ListBullet"/>
      </w:pPr>
      <w:r>
        <w:rPr>
          <w:b/>
        </w:rPr>
        <w:t>素养目标</w:t>
      </w:r>
      <w:r>
        <w:t>：学生能够建立数字化转型背景下文旅学科发展的使命感，理解"数字中国"战略对文旅产业和旅游教育的深远意义，形成将技术创新与人文关怀相结合的思维方式。</w:t>
      </w:r>
    </w:p>
    <w:p>
      <w:r>
        <w:t>---</w:t>
      </w:r>
    </w:p>
    <w:p>
      <w:pPr>
        <w:pStyle w:val="Heading2"/>
      </w:pPr>
      <w:r>
        <w:t>导入案例</w:t>
      </w:r>
    </w:p>
    <w:p>
      <w:r>
        <w:t>2020 年 5 月，贵州省在全国率先推出全域智慧旅游平台——"一码游贵州"。游客只需扫描一个二维码，即可在一个微信小程序内完成全省景区的门票预约、导航导览、酒店预订、特产购买、咨询投诉等全流程服务。截至 2024 年底，该平台已接入全省 400 余家 A 级景区、超过 3 万家酒店民宿和数万家餐饮商户，累计服务游客超过 5 亿人次。</w:t>
      </w:r>
    </w:p>
    <w:p>
      <w:r>
        <w:t>"一码游贵州"不仅仅是一个技术工具，它更是一个典型的数字文旅生态系统：以数据为纽带，将政府管理、企业运营、游客体验三方连接在一起；以平台为载体，重构了旅游资源的分发方式和游客的服务获取方式；以智能为核心，通过大数据分析优化客流调度、精准营销和应急管理。这一案例生动诠释了数字文旅"是什么"——它既不是简单的"旅游+互联网"，也不是"景区信息化"的升级版，而是一种全新的产业形态和学科范式。</w:t>
      </w:r>
    </w:p>
    <w:p>
      <w:r>
        <w:rPr>
          <w:b/>
        </w:rPr>
        <w:t>引导性问题</w:t>
      </w:r>
      <w:r>
        <w:t>：</w:t>
      </w:r>
    </w:p>
    <w:p>
      <w:pPr>
        <w:pStyle w:val="ListBullet"/>
      </w:pPr>
      <w:r>
        <w:t>"一码游贵州"与传统的在线旅游平台（如携程、美团）有何本质区别？</w:t>
      </w:r>
    </w:p>
    <w:p>
      <w:pPr>
        <w:pStyle w:val="ListBullet"/>
      </w:pPr>
      <w:r>
        <w:t>如果去掉二维码和微信小程序，"一码游贵州"背后的数字化能力还剩下什么？</w:t>
      </w:r>
    </w:p>
    <w:p>
      <w:pPr>
        <w:pStyle w:val="ListBullet"/>
      </w:pPr>
      <w:r>
        <w:t>为什么说数字文旅是一种"新的产业形态"而非仅仅是"技术工具"？</w:t>
      </w:r>
    </w:p>
    <w:p>
      <w:r>
        <w:t>---</w:t>
      </w:r>
    </w:p>
    <w:p>
      <w:pPr>
        <w:pStyle w:val="Heading2"/>
      </w:pPr>
      <w:r>
        <w:t>1.1 数字文旅的定义与边界</w:t>
      </w:r>
    </w:p>
    <w:p>
      <w:pPr>
        <w:pStyle w:val="Heading3"/>
      </w:pPr>
      <w:r>
        <w:t>1.1.1 数字文旅的提出与演进</w:t>
      </w:r>
    </w:p>
    <w:p>
      <w:r>
        <w:t>数字文旅（Digital Cultural Tourism）这一概念的形成并非一蹴而就，而是经历了从"旅游信息化"到"智慧旅游"再到"数字文旅"三个阶段的演进。理解这一演进过程，有助于准确把握数字文旅的核心要义。</w:t>
      </w:r>
    </w:p>
    <w:p>
      <w:r>
        <w:rPr>
          <w:b/>
        </w:rPr>
        <w:t>第一阶段：旅游信息化（1990 年代至 2000 年代）</w:t>
      </w:r>
      <w:r>
        <w:t>。这一阶段的核心特征是将计算机和互联网技术引入旅游行业，实现业务流程的电子化和网络化。标志性事件包括：全球分销系统（GDS）在航空和酒店业的普及、旅游企业资源计划（ERP）系统的部署、旅游目的地营销系统（DMS）的建设。旅游信息化的本质是"将线下流程搬到线上"，信息技术扮演的是工具性角色——替代人工操作、提高效率、降低成本。在这一阶段，信息技术与旅游产业之间是"油与水"的关系：可以混合使用，但并未深度融合。</w:t>
      </w:r>
    </w:p>
    <w:p>
      <w:r>
        <w:rPr>
          <w:b/>
        </w:rPr>
        <w:t>第二阶段：智慧旅游（2010 年代）</w:t>
      </w:r>
      <w:r>
        <w:t>。随着移动互联网、物联网、云计算和大数据技术的成熟，"智慧旅游"概念应运而生。2011 年，原国家旅游局提出"智慧旅游"发展战略，标志着中国旅游数字化进入新阶段。智慧旅游的核心特征是实时感知、智能分析和主动服务：通过传感器和移动终端实时采集游客位置、行为和环境数据，利用云计算进行大规模数据处理，基于人工智能算法实现个性化推荐和精准管理。智慧旅游的本质是"让系统有了感知和思考能力"，信息技术开始从工具角色升级为"神经系统"。然而，这一阶段的智慧旅游仍然以供给侧为重心——即更多关注"如何用技术更好地管理景区和游客"，而非"如何用技术创造新的文旅价值和体验"。</w:t>
      </w:r>
    </w:p>
    <w:p>
      <w:r>
        <w:rPr>
          <w:b/>
        </w:rPr>
        <w:t>第三阶段：数字文旅（2020 年代至今）</w:t>
      </w:r>
      <w:r>
        <w:t>。数字文旅概念的正式提出，标志着从"技术赋能旅游"到"技术与文旅深度融合创造新价值"的范式转换。2020 年，文化和旅游部等部门联合印发《关于深化"互联网+旅游"推动旅游业高质量发展的意见》，明确提出"数字文旅"发展方向。2022 年，中共中央办公厅、国务院办公厅印发《关于推进实施国家文化数字化战略的意见》，将文化数字化上升为国家战略。同年，国务院印发《关于支持贵州在新时代西部大开发上闯新路的意见》（国发〔2022〕2 号），明确支持贵州打造"数字经济发展创新区"。</w:t>
      </w:r>
    </w:p>
    <w:p>
      <w:r>
        <w:t>数字文旅与前两个阶段的根本区别在于：第一，从"技术工具论"转向"技术本体论"——数字技术不再是外在于文旅产业的工具，而是成为文旅产品的有机组成部分（如虚拟现实景区本身就是一种文旅产品）；第二，从"供给侧驱动"转向"供需双侧协同"——数字化不仅改变了旅游企业的运营方式，也深刻重塑了游客的消费行为和体验方式；第三，从"单一产业视角"转向"多产业融合视角"——数字文旅将文化产业与旅游产业的数字化转型统一纳入考察框架，强调文化资源数字化和旅游服务数字化的协同互动。</w:t>
      </w:r>
    </w:p>
    <w:p>
      <w:pPr>
        <w:spacing w:before="80" w:after="80"/>
        <w:ind w:left="680"/>
        <w:pBdr>
          <w:left w:val="single" w:sz="12" w:color="2C7AA8"/>
        </w:pBdr>
      </w:pPr>
      <w:r>
        <w:rPr>
          <w:i/>
          <w:color w:val="555555"/>
          <w:sz w:val="22"/>
        </w:rPr>
        <w:t>知识卡片 1-1：全球分销系统（GDS）是旅游信息化的先驱。以 Sabre 系统为例，它最初是美国航空公司于 1960 年代开发的机票预订系统，后来发展为覆盖全球数十万家酒店、航空公司和旅行社的综合分销平台。GDS 的核心机制是将碎片化的旅游资源（机票、酒店、租车等）标准化为可查询、可预订的"库存单元"，这一机制至今仍是 OTA 平台的技术基础。</w:t>
      </w:r>
    </w:p>
    <w:p>
      <w:pPr>
        <w:pStyle w:val="Heading3"/>
      </w:pPr>
      <w:r>
        <w:t>1.1.2 数字文旅的核心定义</w:t>
      </w:r>
    </w:p>
    <w:p>
      <w:r>
        <w:t>基于上述演进分析，本书将数字文旅定义为：</w:t>
      </w:r>
    </w:p>
    <w:p>
      <w:pPr>
        <w:spacing w:before="80" w:after="80"/>
        <w:ind w:left="680"/>
        <w:pBdr>
          <w:left w:val="single" w:sz="12" w:color="2C7AA8"/>
        </w:pBdr>
      </w:pPr>
      <w:r>
        <w:rPr>
          <w:i/>
          <w:color w:val="555555"/>
          <w:sz w:val="22"/>
        </w:rPr>
        <w:t>数字文旅是以数据为核心生产要素，以数字技术为关键驱动力，以平台生态系统为主要组织形态，实现文化资源数字化保护与开发、旅游服务智能化供给与管理、游客体验个性化设计与优化的新型产业形态和学科领域。</w:t>
      </w:r>
    </w:p>
    <w:p>
      <w:r>
        <w:t>这一定义包含四个核心要素：</w:t>
      </w:r>
    </w:p>
    <w:p>
      <w:r>
        <w:rPr>
          <w:b/>
        </w:rPr>
        <w:t>第一，数据是核心生产要素。</w:t>
      </w:r>
      <w:r>
        <w:t xml:space="preserve"> 在传统旅游经济中，核心生产要素是土地（景区资源）、劳动力（旅游从业人员）和资本（旅游投资）。在数字文旅中，数据成为第四种核心要素——游客的搜索行为、预订偏好、游览轨迹、消费记录、评价反馈等数据，本身就是具有独立价值的生产资源。数据要素的独特之处在于其非竞争性和边际成本递减特征：一份数据可以同时被多个主体使用而不减损其价值，这彻底改变了文旅产业的价值创造逻辑。</w:t>
      </w:r>
    </w:p>
    <w:p>
      <w:r>
        <w:rPr>
          <w:b/>
        </w:rPr>
        <w:t>第二，数字技术是关键驱动力。</w:t>
      </w:r>
      <w:r>
        <w:t xml:space="preserve"> 云计算提供算力支撑，物联网实现万物互联，人工智能赋予系统"智慧"，区块链构建信任机制，虚拟现实和增强现实创造沉浸体验。这些技术不是孤立作用于文旅产业的，而是以"技术栈"的方式协同驱动——底层基础设施提供算力和连接，中层平台提供数据和算法，上层应用提供服务和体验。</w:t>
      </w:r>
    </w:p>
    <w:p>
      <w:r>
        <w:rPr>
          <w:b/>
        </w:rPr>
        <w:t>第三，平台生态系统是主要组织形态。</w:t>
      </w:r>
      <w:r>
        <w:t xml:space="preserve"> 传统旅游产业的组织形态以"景区-旅行社-酒店"的线性价值链为主。数字文旅则呈现出以平台为核心的生态系统特征：平台连接供给端（景区、酒店、餐饮、交通等）和需求端（游客），并通过数据和服务实现双边甚至多边的价值共创。在这个生态系统中，参与者的角色是动态变化的——游客可以同时是内容生产者（发布游记、短视频），景区可以同时是数据提供者和数据消费者。</w:t>
      </w:r>
    </w:p>
    <w:p>
      <w:r>
        <w:rPr>
          <w:b/>
        </w:rPr>
        <w:t>第四，文化数字化与旅游数字化统一纳入框架。</w:t>
      </w:r>
      <w:r>
        <w:t xml:space="preserve"> 数字文旅之所以不简单地等同于"数字旅游"，是因为它特别强调文化资源的数字化保护与开发。这体现了中国语境下"文旅融合"的独特内涵：文化是旅游的灵魂，旅游是文化的载体，数字技术则为二者的深度融合提供了前所未有的可能。</w:t>
      </w:r>
    </w:p>
    <w:p>
      <w:pPr>
        <w:spacing w:before="80" w:after="80"/>
        <w:ind w:left="680"/>
        <w:pBdr>
          <w:left w:val="single" w:sz="12" w:color="2C7AA8"/>
        </w:pBdr>
      </w:pPr>
      <w:r>
        <w:rPr>
          <w:i/>
          <w:color w:val="555555"/>
          <w:sz w:val="22"/>
        </w:rPr>
        <w:t>知识卡片 1-2：生产要素理论的演进。古典经济学认为土地、劳动、资本是三大生产要素；新古典经济学加入了企业家才能；21 世纪以来，数据被广泛认为是第五种生产要素。2019 年，中共十九届四中全会首次将数据增列为生产要素。2022 年发布的《中共中央 国务院关于构建数据基础制度更好发挥数据要素作用的意见》（"数据二十条"）进一步明确了数据产权、流通交易、收益分配和治理的制度框架。</w:t>
      </w:r>
    </w:p>
    <w:p>
      <w:pPr>
        <w:pStyle w:val="Heading3"/>
      </w:pPr>
      <w:r>
        <w:t>1.1.3 数字文旅与相关概念辨析</w:t>
      </w:r>
    </w:p>
    <w:p>
      <w:r>
        <w:t>在实际使用中，数字文旅经常与智慧旅游、文旅信息化、在线旅游等概念混用。厘清这些概念的关系，有助于建立清晰的学科边界。</w:t>
      </w:r>
    </w:p>
    <w:p>
      <w:r>
        <w:rPr>
          <w:b/>
        </w:rPr>
        <w:t>数字文旅与智慧旅游</w:t>
      </w:r>
      <w:r>
        <w:t>。智慧旅游强调技术赋能的"智慧化"，其核心是运用物联网、大数据、人工智能等技术实现旅游服务的实时感知、智能分析和主动响应。智慧旅游的典型应用场景包括：智能票务系统、客流实时监测、智能导览推送等。数字文旅在涵盖智慧旅游全部内容的基础上，进一步拓展了三个维度：一是文化维度——将文化遗产数字化保护、文化内容数字化创作、文化体验数字化呈现纳入体系；二是产业维度——不仅关注技术如何优化现有旅游服务，更关注技术如何催生新的文旅业态和商业模式；三是治理维度——将数据治理、算法伦理、数字鸿沟等社会治理议题纳入研究范畴。简言之，智慧旅游是数字文旅的子集，侧重于"用技术让旅游更智慧"，而数字文旅是更完整的学科框架。</w:t>
      </w:r>
    </w:p>
    <w:p>
      <w:r>
        <w:rPr>
          <w:b/>
        </w:rPr>
        <w:t>数字文旅与文旅信息化</w:t>
      </w:r>
      <w:r>
        <w:t>。文旅信息化是更早期的概念，侧重于将信息技术应用于文旅行业管理和业务流程。文旅信息化的典型工作包括：建设旅游政务网站、部署景区票务系统、开发酒店管理软件等。数字文旅与文旅信息化的核心区别在于：信息化是"流程数字化"——将已有业务流程搬到数字平台上，而数字文旅是"价值数字化"——数字技术本身成为创造新价值的源泉。以景区导览为例：信息化阶段的做法是将纸质地图扫描为电子地图（流程数字化）；数字文旅阶段的做法是开发基于增强现实的沉浸式导览应用（价值数字化）。</w:t>
      </w:r>
    </w:p>
    <w:p>
      <w:r>
        <w:rPr>
          <w:b/>
        </w:rPr>
        <w:t>数字文旅与在线旅游</w:t>
      </w:r>
      <w:r>
        <w:t>。在线旅游（Online Travel Agency, OTA）指的是通过互联网平台进行旅游产品和服务的预订与交易，代表企业如携程、美团、飞猪等。OTA 是数字文旅的一个重要组成部分，但不能等同于数字文旅。OTA 的商业模式本质上是"旅游产品的数字分销"——将酒店客房、机票、景区门票等标准化产品通过互联网渠道销售，其核心竞争力在于流量获取和交易效率。数字文旅的范畴远大于 OTA：它不仅包括交易环节的数字化，还包括资源保护、内容创作、体验设计、目的地管理等全链条的数字化。</w:t>
      </w:r>
    </w:p>
    <w:p>
      <w:r>
        <w:t>[表 1-1：数字文旅与相关概念辨析]</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概念</w:t>
            </w:r>
          </w:p>
        </w:tc>
        <w:tc>
          <w:tcPr>
            <w:tcW w:type="dxa" w:w="1768"/>
          </w:tcPr>
          <w:p>
            <w:pPr>
              <w:spacing w:after="40" w:line="240" w:lineRule="auto"/>
            </w:pPr>
            <w:r>
              <w:rPr>
                <w:b/>
                <w:sz w:val="20"/>
              </w:rPr>
              <w:t>核心关注</w:t>
            </w:r>
          </w:p>
        </w:tc>
        <w:tc>
          <w:tcPr>
            <w:tcW w:type="dxa" w:w="1768"/>
          </w:tcPr>
          <w:p>
            <w:pPr>
              <w:spacing w:after="40" w:line="240" w:lineRule="auto"/>
            </w:pPr>
            <w:r>
              <w:rPr>
                <w:b/>
                <w:sz w:val="20"/>
              </w:rPr>
              <w:t>典型技术</w:t>
            </w:r>
          </w:p>
        </w:tc>
        <w:tc>
          <w:tcPr>
            <w:tcW w:type="dxa" w:w="1768"/>
          </w:tcPr>
          <w:p>
            <w:pPr>
              <w:spacing w:after="40" w:line="240" w:lineRule="auto"/>
            </w:pPr>
            <w:r>
              <w:rPr>
                <w:b/>
                <w:sz w:val="20"/>
              </w:rPr>
              <w:t>典型应用</w:t>
            </w:r>
          </w:p>
        </w:tc>
        <w:tc>
          <w:tcPr>
            <w:tcW w:type="dxa" w:w="1768"/>
          </w:tcPr>
          <w:p>
            <w:pPr>
              <w:spacing w:after="40" w:line="240" w:lineRule="auto"/>
            </w:pPr>
            <w:r>
              <w:rPr>
                <w:b/>
                <w:sz w:val="20"/>
              </w:rPr>
              <w:t>与数字文旅的关系</w:t>
            </w:r>
          </w:p>
        </w:tc>
      </w:tr>
      <w:tr>
        <w:tc>
          <w:tcPr>
            <w:tcW w:type="dxa" w:w="1768"/>
          </w:tcPr>
          <w:p>
            <w:pPr>
              <w:spacing w:after="40" w:line="240" w:lineRule="auto"/>
            </w:pPr>
            <w:r>
              <w:rPr>
                <w:sz w:val="20"/>
              </w:rPr>
              <w:t>文旅信息化</w:t>
            </w:r>
          </w:p>
        </w:tc>
        <w:tc>
          <w:tcPr>
            <w:tcW w:type="dxa" w:w="1768"/>
          </w:tcPr>
          <w:p>
            <w:pPr>
              <w:spacing w:after="40" w:line="240" w:lineRule="auto"/>
            </w:pPr>
            <w:r>
              <w:rPr>
                <w:sz w:val="20"/>
              </w:rPr>
              <w:t>业务流程电子化</w:t>
            </w:r>
          </w:p>
        </w:tc>
        <w:tc>
          <w:tcPr>
            <w:tcW w:type="dxa" w:w="1768"/>
          </w:tcPr>
          <w:p>
            <w:pPr>
              <w:spacing w:after="40" w:line="240" w:lineRule="auto"/>
            </w:pPr>
            <w:r>
              <w:rPr>
                <w:sz w:val="20"/>
              </w:rPr>
              <w:t>数据库、ERP、办公自动化</w:t>
            </w:r>
          </w:p>
        </w:tc>
        <w:tc>
          <w:tcPr>
            <w:tcW w:type="dxa" w:w="1768"/>
          </w:tcPr>
          <w:p>
            <w:pPr>
              <w:spacing w:after="40" w:line="240" w:lineRule="auto"/>
            </w:pPr>
            <w:r>
              <w:rPr>
                <w:sz w:val="20"/>
              </w:rPr>
              <w:t>电子票务、酒店管理系统</w:t>
            </w:r>
          </w:p>
        </w:tc>
        <w:tc>
          <w:tcPr>
            <w:tcW w:type="dxa" w:w="1768"/>
          </w:tcPr>
          <w:p>
            <w:pPr>
              <w:spacing w:after="40" w:line="240" w:lineRule="auto"/>
            </w:pPr>
            <w:r>
              <w:rPr>
                <w:sz w:val="20"/>
              </w:rPr>
              <w:t>数字文旅的前身</w:t>
            </w:r>
          </w:p>
        </w:tc>
      </w:tr>
      <w:tr>
        <w:tc>
          <w:tcPr>
            <w:tcW w:type="dxa" w:w="1768"/>
          </w:tcPr>
          <w:p>
            <w:pPr>
              <w:spacing w:after="40" w:line="240" w:lineRule="auto"/>
            </w:pPr>
            <w:r>
              <w:rPr>
                <w:sz w:val="20"/>
              </w:rPr>
              <w:t>智慧旅游</w:t>
            </w:r>
          </w:p>
        </w:tc>
        <w:tc>
          <w:tcPr>
            <w:tcW w:type="dxa" w:w="1768"/>
          </w:tcPr>
          <w:p>
            <w:pPr>
              <w:spacing w:after="40" w:line="240" w:lineRule="auto"/>
            </w:pPr>
            <w:r>
              <w:rPr>
                <w:sz w:val="20"/>
              </w:rPr>
              <w:t>服务智能化</w:t>
            </w:r>
          </w:p>
        </w:tc>
        <w:tc>
          <w:tcPr>
            <w:tcW w:type="dxa" w:w="1768"/>
          </w:tcPr>
          <w:p>
            <w:pPr>
              <w:spacing w:after="40" w:line="240" w:lineRule="auto"/>
            </w:pPr>
            <w:r>
              <w:rPr>
                <w:sz w:val="20"/>
              </w:rPr>
              <w:t>IoT、大数据、AI</w:t>
            </w:r>
          </w:p>
        </w:tc>
        <w:tc>
          <w:tcPr>
            <w:tcW w:type="dxa" w:w="1768"/>
          </w:tcPr>
          <w:p>
            <w:pPr>
              <w:spacing w:after="40" w:line="240" w:lineRule="auto"/>
            </w:pPr>
            <w:r>
              <w:rPr>
                <w:sz w:val="20"/>
              </w:rPr>
              <w:t>智能导览、客流监测</w:t>
            </w:r>
          </w:p>
        </w:tc>
        <w:tc>
          <w:tcPr>
            <w:tcW w:type="dxa" w:w="1768"/>
          </w:tcPr>
          <w:p>
            <w:pPr>
              <w:spacing w:after="40" w:line="240" w:lineRule="auto"/>
            </w:pPr>
            <w:r>
              <w:rPr>
                <w:sz w:val="20"/>
              </w:rPr>
              <w:t>数字文旅的子集</w:t>
            </w:r>
          </w:p>
        </w:tc>
      </w:tr>
      <w:tr>
        <w:tc>
          <w:tcPr>
            <w:tcW w:type="dxa" w:w="1768"/>
          </w:tcPr>
          <w:p>
            <w:pPr>
              <w:spacing w:after="40" w:line="240" w:lineRule="auto"/>
            </w:pPr>
            <w:r>
              <w:rPr>
                <w:sz w:val="20"/>
              </w:rPr>
              <w:t>在线旅游</w:t>
            </w:r>
          </w:p>
        </w:tc>
        <w:tc>
          <w:tcPr>
            <w:tcW w:type="dxa" w:w="1768"/>
          </w:tcPr>
          <w:p>
            <w:pPr>
              <w:spacing w:after="40" w:line="240" w:lineRule="auto"/>
            </w:pPr>
            <w:r>
              <w:rPr>
                <w:sz w:val="20"/>
              </w:rPr>
              <w:t>产品在线分销</w:t>
            </w:r>
          </w:p>
        </w:tc>
        <w:tc>
          <w:tcPr>
            <w:tcW w:type="dxa" w:w="1768"/>
          </w:tcPr>
          <w:p>
            <w:pPr>
              <w:spacing w:after="40" w:line="240" w:lineRule="auto"/>
            </w:pPr>
            <w:r>
              <w:rPr>
                <w:sz w:val="20"/>
              </w:rPr>
              <w:t>互联网、移动支付</w:t>
            </w:r>
          </w:p>
        </w:tc>
        <w:tc>
          <w:tcPr>
            <w:tcW w:type="dxa" w:w="1768"/>
          </w:tcPr>
          <w:p>
            <w:pPr>
              <w:spacing w:after="40" w:line="240" w:lineRule="auto"/>
            </w:pPr>
            <w:r>
              <w:rPr>
                <w:sz w:val="20"/>
              </w:rPr>
              <w:t>OTA 平台、机票比价</w:t>
            </w:r>
          </w:p>
        </w:tc>
        <w:tc>
          <w:tcPr>
            <w:tcW w:type="dxa" w:w="1768"/>
          </w:tcPr>
          <w:p>
            <w:pPr>
              <w:spacing w:after="40" w:line="240" w:lineRule="auto"/>
            </w:pPr>
            <w:r>
              <w:rPr>
                <w:sz w:val="20"/>
              </w:rPr>
              <w:t>数字文旅的交易环节</w:t>
            </w:r>
          </w:p>
        </w:tc>
      </w:tr>
      <w:tr>
        <w:tc>
          <w:tcPr>
            <w:tcW w:type="dxa" w:w="1768"/>
          </w:tcPr>
          <w:p>
            <w:pPr>
              <w:spacing w:after="40" w:line="240" w:lineRule="auto"/>
            </w:pPr>
            <w:r>
              <w:rPr>
                <w:sz w:val="20"/>
              </w:rPr>
              <w:t>数字文旅</w:t>
            </w:r>
          </w:p>
        </w:tc>
        <w:tc>
          <w:tcPr>
            <w:tcW w:type="dxa" w:w="1768"/>
          </w:tcPr>
          <w:p>
            <w:pPr>
              <w:spacing w:after="40" w:line="240" w:lineRule="auto"/>
            </w:pPr>
            <w:r>
              <w:rPr>
                <w:sz w:val="20"/>
              </w:rPr>
              <w:t>产业全面数字化转型</w:t>
            </w:r>
          </w:p>
        </w:tc>
        <w:tc>
          <w:tcPr>
            <w:tcW w:type="dxa" w:w="1768"/>
          </w:tcPr>
          <w:p>
            <w:pPr>
              <w:spacing w:after="40" w:line="240" w:lineRule="auto"/>
            </w:pPr>
            <w:r>
              <w:rPr>
                <w:sz w:val="20"/>
              </w:rPr>
              <w:t>全栈技术+数据要素</w:t>
            </w:r>
          </w:p>
        </w:tc>
        <w:tc>
          <w:tcPr>
            <w:tcW w:type="dxa" w:w="1768"/>
          </w:tcPr>
          <w:p>
            <w:pPr>
              <w:spacing w:after="40" w:line="240" w:lineRule="auto"/>
            </w:pPr>
            <w:r>
              <w:rPr>
                <w:sz w:val="20"/>
              </w:rPr>
              <w:t>平台生态、沉浸式体验</w:t>
            </w:r>
          </w:p>
        </w:tc>
        <w:tc>
          <w:tcPr>
            <w:tcW w:type="dxa" w:w="1768"/>
          </w:tcPr>
          <w:p>
            <w:pPr>
              <w:spacing w:after="40" w:line="240" w:lineRule="auto"/>
            </w:pPr>
            <w:r>
              <w:rPr>
                <w:sz w:val="20"/>
              </w:rPr>
              <w:t>完整的学科框架</w:t>
            </w:r>
          </w:p>
        </w:tc>
      </w:tr>
    </w:tbl>
    <w:p/>
    <w:p>
      <w:pPr>
        <w:pStyle w:val="Heading3"/>
      </w:pPr>
      <w:r>
        <w:t>1.1.4 数字文旅的国际视角与中国特色</w:t>
      </w:r>
    </w:p>
    <w:p>
      <w:r>
        <w:t>数字文旅虽是一个在中国语境下形成并广泛使用的概念，但世界各国的文旅数字化实践各有特色，理解国际视角有助于更全面地把握数字文旅的内涵。</w:t>
      </w:r>
    </w:p>
    <w:p>
      <w:r>
        <w:rPr>
          <w:b/>
        </w:rPr>
        <w:t>欧洲：文化遗产数字化的先行者。</w:t>
      </w:r>
      <w:r>
        <w:t xml:space="preserve"> 欧洲委员会于2011年启动Europeana项目，旨在将欧洲丰富的文化遗产资源进行数字化整合，目前已收录超过5000万件数字文物。意大利学者Maietti（2023）提出了基于数字工具的文化遗产可持续利用概念框架，强调数字技术不仅服务于保护，更应面向公众的可持续体验。西班牙学者Pardo Abad和Delgado Álvarez（2022）研究了工业遗产旅游目的地中数字内容呈现的转型，提出了"智能文化遗产空间"（Smart Cultural Heritage Spaces）概念。欧洲实践的特色在于：以文化遗产保护为起点，以公共获取为目标，以制度规范为保障，形成了"保护—数字化—公众利用"的完整链条。</w:t>
      </w:r>
    </w:p>
    <w:p>
      <w:r>
        <w:rPr>
          <w:b/>
        </w:rPr>
        <w:t>亚洲：智慧旅游目的地的积极探索。</w:t>
      </w:r>
      <w:r>
        <w:t xml:space="preserve"> 韩国济州岛通过数字治理推动智慧旅游发展，将智能城市概念与旅游目的地管理深度融合（Adedoyin &amp; An, 2017）。日本在文化旅游中注重数字叙事与包容性设计的结合，Kasemsarn等（2023）构建了包容性数字叙事框架，强调文化旅游中不同群体的可及性。东南亚国家则更关注数字平台对社区旅游的赋能，如尼泊尔的研究展示了数字平台如何支持发展中国家社区旅游的数字化转型（Pradhan et al., 2021）。</w:t>
      </w:r>
    </w:p>
    <w:p>
      <w:r>
        <w:rPr>
          <w:b/>
        </w:rPr>
        <w:t>中国：数字文旅的独特路径。</w:t>
      </w:r>
      <w:r>
        <w:t xml:space="preserve"> 中国数字文旅发展具有鲜明的特色：第一，"文旅融合"的制度优势。2018年文化和旅游部组建后，文化与旅游的行政管理体系统一，为数字文旅的系统性推进提供了制度基础。第二，"数据要素"的理论创新。中国率先将数据列为生产要素，为数字文旅的理论建构提供了独特的经济学基础。第三，"平台生态"的实践模式。以"一码游贵州"为代表的政府主导型全域智慧旅游平台，体现了中国在数字文旅治理中的独特路径——既不同于欧洲以遗产保护为核心的模式，也不同于美国以商业OTA为核心的模式，而是形成了"政府引导+平台运营+生态共创"的中国模式。第四，"乡村振兴"的战略导向。唐承财等（2024）指出，数字文旅赋能乡村振兴已成为中国数字文旅研究的重要主题，数字技术正在弥合城乡文旅服务差距，为乡村旅游注入新动能。</w:t>
      </w:r>
    </w:p>
    <w:p>
      <w:pPr>
        <w:spacing w:before="80" w:after="80"/>
        <w:ind w:left="680"/>
        <w:pBdr>
          <w:left w:val="single" w:sz="12" w:color="2C7AA8"/>
        </w:pBdr>
      </w:pPr>
      <w:r>
        <w:rPr>
          <w:i/>
          <w:color w:val="555555"/>
          <w:sz w:val="22"/>
        </w:rPr>
        <w:t>知识卡片 1-5：Europeana——欧洲数字文化遗产平台。Europeana是欧盟委员会于2008年启动、2011年正式上线的数字文化遗产聚合平台，汇集了来自欧洲3000余家博物馆、美术馆、图书馆和档案馆的超过5000万件数字化藏品。其核心理念是"让文化遗产触手可及"，通过统一的API接口和开放数据政策，支持教育、科研、旅游和创意产业对文化遗产数字资源的创新利用。Europeana模式对中国数字文旅的启示在于：文化遗产数字化不应止步于"存档"，更应面向"开放利用"，通过开放数据生态激发社会创造力。</w:t>
      </w:r>
    </w:p>
    <w:p>
      <w:r>
        <w:t>---</w:t>
      </w:r>
    </w:p>
    <w:p>
      <w:r>
        <w:t>---</w:t>
      </w:r>
    </w:p>
    <w:p>
      <w:pPr>
        <w:pStyle w:val="Heading2"/>
      </w:pPr>
      <w:r>
        <w:t>1.2 数字文旅的学科属性</w:t>
      </w:r>
    </w:p>
    <w:p>
      <w:pPr>
        <w:pStyle w:val="Heading3"/>
      </w:pPr>
      <w:r>
        <w:t>1.2.1 学科交叉特征</w:t>
      </w:r>
    </w:p>
    <w:p>
      <w:r>
        <w:t>数字文旅不是一个单一学科，而是一个典型的交叉学科领域。理解其交叉特征，对于把握学科定位和人才培养方向至关重要。</w:t>
      </w:r>
    </w:p>
    <w:p>
      <w:r>
        <w:rPr>
          <w:b/>
        </w:rPr>
        <w:t>旅游管理学科是核心。</w:t>
      </w:r>
      <w:r>
        <w:t xml:space="preserve"> 数字文旅的出发点和落脚点始终是"文旅"——无论数字技术如何发展，其最终目标都是服务于文化传承和旅游体验。因此，旅游管理学科的理论基础（如旅游资源学、旅游经济学、旅游消费者行为学）是数字文旅的学科内核。数字文旅不是要用技术"替代"旅游管理，而是要用技术"增强"和"重塑"旅游管理。</w:t>
      </w:r>
    </w:p>
    <w:p>
      <w:r>
        <w:rPr>
          <w:b/>
        </w:rPr>
        <w:t>计算机科学与技术是支撑。</w:t>
      </w:r>
      <w:r>
        <w:t xml:space="preserve"> 大数据、人工智能、物联网、云计算、区块链等数字技术是推动文旅产业转型的底层力量。数字文旅需要理解这些技术的基本原理、适用场景和发展趋势，但并不要求从业者成为专业的程序员或算法工程师。数字文旅教育的目标是培养"懂技术的文旅人才"——知道技术能做什么、不能做什么、怎么用技术解决文旅问题，而非"会写代码的工程师"。</w:t>
      </w:r>
    </w:p>
    <w:p>
      <w:r>
        <w:rPr>
          <w:b/>
        </w:rPr>
        <w:t>传播学提供用户视角。</w:t>
      </w:r>
      <w:r>
        <w:t xml:space="preserve"> 数字时代的文旅消费与传播密不可分。社交媒体、短视频、直播等传播形式深刻改变了旅游目的地的品牌建构方式和游客的消费决策过程。传播学的受众分析、内容策略、效果评估等理论和方法，为数字文旅的营销推广和品牌建设提供了重要工具。</w:t>
      </w:r>
    </w:p>
    <w:p>
      <w:r>
        <w:rPr>
          <w:b/>
        </w:rPr>
        <w:t>经济学提供分析框架。</w:t>
      </w:r>
      <w:r>
        <w:t xml:space="preserve"> 数字经济理论（网络效应、平台经济、双边市场）为理解数字文旅的产业逻辑提供了分析工具。数据要素的定价机制、平台经济的反垄断问题、数字鸿沟的社会影响等议题，都需要经济学的理论支撑。</w:t>
      </w:r>
    </w:p>
    <w:p>
      <w:r>
        <w:rPr>
          <w:b/>
        </w:rPr>
        <w:t>其他交叉学科。</w:t>
      </w:r>
      <w:r>
        <w:t xml:space="preserve"> 此外，数字文旅还涉及地理信息科学（GIS 空间分析）、文化遗产学（数字化保护）、设计学（用户体验设计）、法学（数据合规与知识产权）等多个学科领域。这种多学科交叉特征，使得数字文旅教育需要构建"宽口径、厚基础、强实践"的知识体系。</w:t>
      </w:r>
    </w:p>
    <w:p>
      <w:pPr>
        <w:spacing w:before="80" w:after="80"/>
        <w:ind w:left="680"/>
        <w:pBdr>
          <w:left w:val="single" w:sz="12" w:color="2C7AA8"/>
        </w:pBdr>
      </w:pPr>
      <w:r>
        <w:rPr>
          <w:i/>
          <w:color w:val="555555"/>
          <w:sz w:val="22"/>
        </w:rPr>
        <w:t>知识卡片 1-3：安顺学院数字文旅专业建设。作为贵州省数字文旅学科建设的先行者，安顺学院旅游管理学院正在积极申报数字文旅新专业。其建设思路体现了学科交叉特征：在师资方面，整合旅游管理、经济学、新媒体、GIS 等多学科背景教师；在课程方面，构建"旅游管理+信息技术+数据科学"的复合课程体系，涵盖旅游信息系统、GIS 空间分析、Python 数据基础等课程；在平台方面，规划建设智慧数据训练实验室，支持师生科研和大创项目。同时，学院计划在 2026 年暑期组织教师赴北京第二外国语学院参加数字文旅高级研修班，对标先进院校经验。</w:t>
      </w:r>
    </w:p>
    <w:p>
      <w:pPr>
        <w:pStyle w:val="Heading3"/>
      </w:pPr>
      <w:r>
        <w:t>1.2.2 数字文旅研究的核心议题</w:t>
      </w:r>
    </w:p>
    <w:p>
      <w:r>
        <w:t>数字文旅作为一个新兴研究领域，其核心议题可以从以下四个维度加以梳理。</w:t>
      </w:r>
    </w:p>
    <w:p>
      <w:r>
        <w:rPr>
          <w:b/>
        </w:rPr>
        <w:t>技术赋能维度。</w:t>
      </w:r>
      <w:r>
        <w:t xml:space="preserve"> 研究数字技术如何赋能文旅产业各环节。代表性议题包括：人工智能在旅游推荐系统中的应用、物联网在景区管理中的部署、区块链在旅游信任机制中的创新、沉浸式技术在文化遗产活化中的效果评估等。这一维度是当前数字文旅研究中最活跃的领域，研究方法以技术开发和实证评估为主。</w:t>
      </w:r>
    </w:p>
    <w:p>
      <w:r>
        <w:rPr>
          <w:b/>
        </w:rPr>
        <w:t>产业转型维度。</w:t>
      </w:r>
      <w:r>
        <w:t xml:space="preserve"> 研究数字化如何重塑文旅产业的组织形态、商业模式和竞争格局。代表性议题包括：平台经济对传统旅行社的冲击与重构、共享经济模式在住宿业中的扩散机制、数据驱动的精准营销策略、数字文旅新业态的孵化路径等。这一维度需要综合运用产业经济学、组织管理学等理论工具。</w:t>
      </w:r>
    </w:p>
    <w:p>
      <w:r>
        <w:rPr>
          <w:b/>
        </w:rPr>
        <w:t>消费者行为维度。</w:t>
      </w:r>
      <w:r>
        <w:t xml:space="preserve"> 研究数字技术如何改变游客的决策过程、体验方式和满意度形成机制。代表性议题包括：社交媒体对旅游目的地选择的影响、虚拟现实体验对实地旅游意愿的替代与互补效应、数字原住民（Z 世代）的文旅消费特征、在线评论的信息采纳机制等。这一维度以心理学和传播学理论为基础，以定量研究方法为主。</w:t>
      </w:r>
    </w:p>
    <w:p>
      <w:r>
        <w:rPr>
          <w:b/>
        </w:rPr>
        <w:t>治理与伦理维度。</w:t>
      </w:r>
      <w:r>
        <w:t xml:space="preserve"> 研究数字文旅发展中的制度安排、政策设计和伦理问题。代表性议题包括：文旅数据的确权与交易机制、算法的公平性与透明度、数字鸿沟对弱势群体旅游权利的影响、人工智能生成内容的版权归属、数字文化遗产的知识产权保护等。这一维度是数字文旅研究中相对薄弱但日益重要的领域，需要法学、公共管理学、伦理学等多学科参与。</w:t>
      </w:r>
    </w:p>
    <w:p>
      <w:r>
        <w:t>[图 1-1：数字文旅研究的四维框架]</w:t>
      </w:r>
    </w:p>
    <w:p>
      <w:r>
        <w:t>四个维度并非孤立存在，而是相互交织的。例如，研究"动态定价算法在景区门票中的应用"这一议题，既涉及技术赋能（算法开发），又涉及产业转型（定价策略变革），也涉及消费者行为（游客价格敏感度），还涉及治理伦理（价格歧视的公平性）。</w:t>
      </w:r>
    </w:p>
    <w:p>
      <w:pPr>
        <w:pStyle w:val="Heading3"/>
      </w:pPr>
      <w:r>
        <w:t>1.2.3 数字文旅人才培养的知识体系</w:t>
      </w:r>
    </w:p>
    <w:p>
      <w:r>
        <w:t>基于上述学科交叉特征和核心研究议题，数字文旅人才培养需要构建"三横四纵"的知识体系。</w:t>
      </w:r>
    </w:p>
    <w:p>
      <w:r>
        <w:rPr>
          <w:b/>
        </w:rPr>
        <w:t>"三横"——三个知识层次</w:t>
      </w:r>
      <w:r>
        <w:t>：</w:t>
      </w:r>
    </w:p>
    <w:p>
      <w:pPr>
        <w:pStyle w:val="ListBullet"/>
      </w:pPr>
      <w:r>
        <w:rPr>
          <w:b/>
        </w:rPr>
        <w:t>基础层</w:t>
      </w:r>
      <w:r>
        <w:t>：旅游管理基础理论（旅游学概论、旅游经济学、旅游消费者行为、旅游资源学）和数字技术通识（数据科学导论、Python 编程基础、信息系统概论）。这一层为后续学习提供学科基础和工具能力。</w:t>
      </w:r>
    </w:p>
    <w:p>
      <w:pPr>
        <w:pStyle w:val="ListBullet"/>
      </w:pPr>
      <w:r>
        <w:rPr>
          <w:b/>
        </w:rPr>
        <w:t>核心层</w:t>
      </w:r>
      <w:r>
        <w:t>：数字文旅核心课程（数字文旅概论、智慧旅游技术与应用、旅游大数据分析、数字营销）和文旅融合专题（文化遗产数字化、文旅元宇宙、沉浸式体验设计）。这一层是专业能力的核心支撑。</w:t>
      </w:r>
    </w:p>
    <w:p>
      <w:pPr>
        <w:pStyle w:val="ListBullet"/>
      </w:pPr>
      <w:r>
        <w:rPr>
          <w:b/>
        </w:rPr>
        <w:t>拓展层</w:t>
      </w:r>
      <w:r>
        <w:t>：方向选修课（山地旅游数字化、美食旅游品牌传播、民族文化数字化保护等）和实践创新项目（大创项目、产业实训、毕业设计）。这一层体现了个性化发展和地域特色。</w:t>
      </w:r>
    </w:p>
    <w:p>
      <w:r>
        <w:rPr>
          <w:b/>
        </w:rPr>
        <w:t>"四纵"——四种核心能力</w:t>
      </w:r>
      <w:r>
        <w:t>：</w:t>
      </w:r>
    </w:p>
    <w:p>
      <w:pPr>
        <w:pStyle w:val="ListBullet"/>
      </w:pPr>
      <w:r>
        <w:rPr>
          <w:b/>
        </w:rPr>
        <w:t>数字思维能力</w:t>
      </w:r>
      <w:r>
        <w:t>：理解数据驱动决策的逻辑，掌握数据采集、分析和可视化的基本方法，能够用数据讲好文旅故事。</w:t>
      </w:r>
    </w:p>
    <w:p>
      <w:pPr>
        <w:pStyle w:val="ListBullet"/>
      </w:pPr>
      <w:r>
        <w:rPr>
          <w:b/>
        </w:rPr>
        <w:t>技术应用能力</w:t>
      </w:r>
      <w:r>
        <w:t>：了解主流数字技术的基本原理和文旅应用场景，能够评估技术方案的适用性，与技术团队有效沟通。</w:t>
      </w:r>
    </w:p>
    <w:p>
      <w:pPr>
        <w:pStyle w:val="ListBullet"/>
      </w:pPr>
      <w:r>
        <w:rPr>
          <w:b/>
        </w:rPr>
        <w:t>文旅创新能力</w:t>
      </w:r>
      <w:r>
        <w:t>：能够发现文旅产业中的数字化痛点，设计基于数字技术的产品和服务创新方案。</w:t>
      </w:r>
    </w:p>
    <w:p>
      <w:pPr>
        <w:pStyle w:val="ListBullet"/>
      </w:pPr>
      <w:r>
        <w:rPr>
          <w:b/>
        </w:rPr>
        <w:t>伦理判断能力</w:t>
      </w:r>
      <w:r>
        <w:t>：理解数字技术的社会影响，能够在技术应用中做出负责任的选择，兼顾效率与公平、创新与安全。</w:t>
      </w:r>
    </w:p>
    <w:p>
      <w:pPr>
        <w:spacing w:before="80" w:after="80"/>
        <w:ind w:left="680"/>
        <w:pBdr>
          <w:left w:val="single" w:sz="12" w:color="2C7AA8"/>
        </w:pBdr>
      </w:pPr>
      <w:r>
        <w:rPr>
          <w:i/>
          <w:color w:val="555555"/>
          <w:sz w:val="22"/>
        </w:rPr>
        <w:t>知识卡片 1-4：北京第二外国语学院数字文旅人才培养。北二外是国内较早开展数字文旅人才培养的高校之一，其核心做法包括：设立"旅游管理+大数据"双学位项目，将数据科学课程系统融入旅游管理培养方案；建设文旅大数据实验室，为师生提供真实数据环境下的科研实训平台；开设"数字文旅前沿"系列讲座课程，邀请业界专家分享一线实践经验。安顺学院数字文旅专业在建设过程中，积极对标北二外经验，同时结合贵州本土资源优势，形成了"山地旅游+民族文化+大数据"的特色化人才培养路径。</w:t>
      </w:r>
    </w:p>
    <w:p>
      <w:pPr>
        <w:pStyle w:val="Heading3"/>
      </w:pPr>
      <w:r>
        <w:t>1.2.4 数字文旅研究方法论</w:t>
      </w:r>
    </w:p>
    <w:p>
      <w:r>
        <w:t>数字文旅作为一个交叉学科领域，其研究方法呈现出多元融合的特征。根据唐承财等（2024）的系统综述，数字文旅研究方法可以概括为以下几类：</w:t>
      </w:r>
    </w:p>
    <w:p>
      <w:r>
        <w:rPr>
          <w:b/>
        </w:rPr>
        <w:t>定量实证方法。</w:t>
      </w:r>
      <w:r>
        <w:t xml:space="preserve"> 这是数字文旅研究中最常用的方法类型，包括问卷调查、实验研究、计量经济分析等。例如，利用面板数据模型分析数字化投入对旅游企业绩效的影响，通过结构方程模型（SEM）验证智慧旅游服务质量与游客满意度之间的关系，运用文本挖掘技术对在线评论进行情感分析。定量方法的优势在于能够揭示变量间的统计关系，但对数据质量要求较高，且难以捕捉数字文旅实践中复杂的因果机制。</w:t>
      </w:r>
    </w:p>
    <w:p>
      <w:r>
        <w:rPr>
          <w:b/>
        </w:rPr>
        <w:t>案例研究方法。</w:t>
      </w:r>
      <w:r>
        <w:t xml:space="preserve"> 案例研究在数字文旅研究中占据重要地位，尤其适合探索性研究问题。单案例研究可以深入剖析特定数字文旅项目的运作机制（如"一码游贵州"平台生态系统研究），多案例比较研究可以识别不同模式间的共性和差异（如中外数字文旅治理模式比较）。Ivars-Baidal等（2023）采用案例研究方法分析了智慧旅游城市治理对利益相关者网络的影响，揭示了数字治理重构目的地权力关系的复杂过程。</w:t>
      </w:r>
    </w:p>
    <w:p>
      <w:r>
        <w:rPr>
          <w:b/>
        </w:rPr>
        <w:t>混合方法。</w:t>
      </w:r>
      <w:r>
        <w:t xml:space="preserve"> 越来越多的数字文旅研究采用混合方法设计——先通过定性研究（深度访谈、参与式观察）构建理论模型，再通过定量研究（大样本问卷、二手数据分析）进行假设检验。陈曦等（2023）采用归纳性案例分析与模糊集定性比较分析（fsQCA）相结合的方法，基于31座中国旅游城市的实践数据，识别了数字治理与旅游服务供给的差异化路径，展示了混合方法在数字文旅研究中的独特价值。</w:t>
      </w:r>
    </w:p>
    <w:p>
      <w:r>
        <w:rPr>
          <w:b/>
        </w:rPr>
        <w:t>技术驱动的新方法。</w:t>
      </w:r>
      <w:r>
        <w:t xml:space="preserve"> 数字文旅研究还催生了一批技术驱动的新型研究方法。例如：利用社交媒体爬虫技术采集用户生成内容（UGC），通过自然语言处理技术进行主题挖掘和情感分析；利用移动信令数据分析游客时空行为轨迹；利用数字孪生技术模拟景区客流动态。这些新方法拓展了数字文旅研究的可能性边界，但也带来了数据隐私、算法偏见等新的方法论伦理问题。</w:t>
      </w:r>
    </w:p>
    <w:p>
      <w:r>
        <w:t>---</w:t>
      </w:r>
    </w:p>
    <w:p>
      <w:pPr>
        <w:pStyle w:val="Heading2"/>
      </w:pPr>
      <w:r>
        <w:t>1.3 数字文旅的构成要素</w:t>
      </w:r>
    </w:p>
    <w:p>
      <w:pPr>
        <w:pStyle w:val="Heading3"/>
      </w:pPr>
      <w:r>
        <w:t>1.3.1 数字基础设施</w:t>
      </w:r>
    </w:p>
    <w:p>
      <w:r>
        <w:t>数字基础设施是数字文旅发展的"底座"，包括硬件设施和软件平台两个层面。</w:t>
      </w:r>
    </w:p>
    <w:p>
      <w:r>
        <w:rPr>
          <w:b/>
        </w:rPr>
        <w:t>硬件设施层面</w:t>
      </w:r>
      <w:r>
        <w:t>，主要包括通信网络、数据中心和智能终端。5G 网络的高带宽、低延迟特性为景区高清直播、AR/VR 沉浸式体验提供了网络条件；数据中心（如贵州的国家大数据综合试验区数据中心集群）为海量文旅数据的存储和计算提供了算力支撑；部署在景区的各类传感器（客流摄像头、环境监测仪、智能闸机等）构成了感知层，实时采集游客行为和环境数据。</w:t>
      </w:r>
    </w:p>
    <w:p>
      <w:r>
        <w:rPr>
          <w:b/>
        </w:rPr>
        <w:t>软件平台层面</w:t>
      </w:r>
      <w:r>
        <w:t>，主要包括云计算平台、数据中台和业务系统。云计算平台（如"文旅云"）为文旅企业提供了弹性的 IT 资源，降低了中小企业的数字化门槛；数据中台整合了来自多个业务系统的数据，形成统一的"数据资产"；业务系统（票务系统、导览系统、营销系统等）直接面向游客和管理者提供服务。</w:t>
      </w:r>
    </w:p>
    <w:p>
      <w:r>
        <w:t>贵州在数字基础设施方面具有独特优势。作为全国首个国家大数据综合试验区，贵州拥有多个超大型数据中心（如贵安新区数据中心集群），为"一码游贵州"等数字文旅平台提供了坚实的技术底座。同时，贵州率先实现所有行政村光纤宽带和 4G 网络全覆盖，为乡村旅游的数字化发展奠定了基础。</w:t>
      </w:r>
    </w:p>
    <w:p>
      <w:pPr>
        <w:pStyle w:val="Heading3"/>
      </w:pPr>
      <w:r>
        <w:t>1.3.2 数字内容与产品</w:t>
      </w:r>
    </w:p>
    <w:p>
      <w:r>
        <w:t>数字内容与产品是数字文旅的"血肉"，是直接面向游客的价值载体。</w:t>
      </w:r>
    </w:p>
    <w:p>
      <w:r>
        <w:rPr>
          <w:b/>
        </w:rPr>
        <w:t>数字内容</w:t>
      </w:r>
      <w:r>
        <w:t>包括文化资源的数字化记录和数字化创作。数字化记录是指运用三维扫描、摄影测量、高清影像等技术，将物质文化遗产（古建筑、文物、遗址等）和非物质文化遗产（传统技艺、民俗活动、口述历史等）转化为数字档案，实现永久保存和广泛传播。数字化创作是指在数字环境中原生创作的文旅内容，如虚拟景区、数字藏品（NFT）、沉浸式演艺等。</w:t>
      </w:r>
    </w:p>
    <w:p>
      <w:r>
        <w:rPr>
          <w:b/>
        </w:rPr>
        <w:t>数字产品</w:t>
      </w:r>
      <w:r>
        <w:t>是数字内容与旅游服务的结合体，可以分为三类。第一类是</w:t>
      </w:r>
      <w:r>
        <w:rPr>
          <w:b/>
        </w:rPr>
        <w:t>数字化传统产品</w:t>
      </w:r>
      <w:r>
        <w:t>，即将传统的旅游产品通过数字技术进行升级，如电子票务、智能导览、在线预约等——产品的核心价值未变，但交付方式和服务效率大幅提升。第二类是</w:t>
      </w:r>
      <w:r>
        <w:rPr>
          <w:b/>
        </w:rPr>
        <w:t>数字原生文旅产品</w:t>
      </w:r>
      <w:r>
        <w:t>，即完全在数字环境中存在和消费的文旅产品，如虚拟现实景区游览、数字孪生博物馆、AI 生成个性化旅游攻略等——这类产品的价值主要在数字空间中实现。第三类是</w:t>
      </w:r>
      <w:r>
        <w:rPr>
          <w:b/>
        </w:rPr>
        <w:t>线上线下融合产品</w:t>
      </w:r>
      <w:r>
        <w:t>，即数字技术与实体旅游体验深度结合的产品，如基于 AR 的实景游戏、扫码互动的沉浸式展览、数字光影夜游等——这类产品将数字内容"叠加"到实体空间中，创造了混合体验。</w:t>
      </w:r>
    </w:p>
    <w:p>
      <w:r>
        <w:t>[表 1-2：数字文旅产品的三类形态]</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类型</w:t>
            </w:r>
          </w:p>
        </w:tc>
        <w:tc>
          <w:tcPr>
            <w:tcW w:type="dxa" w:w="2209"/>
          </w:tcPr>
          <w:p>
            <w:pPr>
              <w:spacing w:after="40" w:line="240" w:lineRule="auto"/>
            </w:pPr>
            <w:r>
              <w:rPr>
                <w:b/>
                <w:sz w:val="20"/>
              </w:rPr>
              <w:t>特征</w:t>
            </w:r>
          </w:p>
        </w:tc>
        <w:tc>
          <w:tcPr>
            <w:tcW w:type="dxa" w:w="2209"/>
          </w:tcPr>
          <w:p>
            <w:pPr>
              <w:spacing w:after="40" w:line="240" w:lineRule="auto"/>
            </w:pPr>
            <w:r>
              <w:rPr>
                <w:b/>
                <w:sz w:val="20"/>
              </w:rPr>
              <w:t>典型示例</w:t>
            </w:r>
          </w:p>
        </w:tc>
        <w:tc>
          <w:tcPr>
            <w:tcW w:type="dxa" w:w="2209"/>
          </w:tcPr>
          <w:p>
            <w:pPr>
              <w:spacing w:after="40" w:line="240" w:lineRule="auto"/>
            </w:pPr>
            <w:r>
              <w:rPr>
                <w:b/>
                <w:sz w:val="20"/>
              </w:rPr>
              <w:t>价值实现方式</w:t>
            </w:r>
          </w:p>
        </w:tc>
      </w:tr>
      <w:tr>
        <w:tc>
          <w:tcPr>
            <w:tcW w:type="dxa" w:w="2209"/>
          </w:tcPr>
          <w:p>
            <w:pPr>
              <w:spacing w:after="40" w:line="240" w:lineRule="auto"/>
            </w:pPr>
            <w:r>
              <w:rPr>
                <w:sz w:val="20"/>
              </w:rPr>
              <w:t>数字化传统产品</w:t>
            </w:r>
          </w:p>
        </w:tc>
        <w:tc>
          <w:tcPr>
            <w:tcW w:type="dxa" w:w="2209"/>
          </w:tcPr>
          <w:p>
            <w:pPr>
              <w:spacing w:after="40" w:line="240" w:lineRule="auto"/>
            </w:pPr>
            <w:r>
              <w:rPr>
                <w:sz w:val="20"/>
              </w:rPr>
              <w:t>产品形态不变，交付数字化</w:t>
            </w:r>
          </w:p>
        </w:tc>
        <w:tc>
          <w:tcPr>
            <w:tcW w:type="dxa" w:w="2209"/>
          </w:tcPr>
          <w:p>
            <w:pPr>
              <w:spacing w:after="40" w:line="240" w:lineRule="auto"/>
            </w:pPr>
            <w:r>
              <w:rPr>
                <w:sz w:val="20"/>
              </w:rPr>
              <w:t>电子票务、在线预订、智能导览</w:t>
            </w:r>
          </w:p>
        </w:tc>
        <w:tc>
          <w:tcPr>
            <w:tcW w:type="dxa" w:w="2209"/>
          </w:tcPr>
          <w:p>
            <w:pPr>
              <w:spacing w:after="40" w:line="240" w:lineRule="auto"/>
            </w:pPr>
            <w:r>
              <w:rPr>
                <w:sz w:val="20"/>
              </w:rPr>
              <w:t>提升效率和便利性</w:t>
            </w:r>
          </w:p>
        </w:tc>
      </w:tr>
      <w:tr>
        <w:tc>
          <w:tcPr>
            <w:tcW w:type="dxa" w:w="2209"/>
          </w:tcPr>
          <w:p>
            <w:pPr>
              <w:spacing w:after="40" w:line="240" w:lineRule="auto"/>
            </w:pPr>
            <w:r>
              <w:rPr>
                <w:sz w:val="20"/>
              </w:rPr>
              <w:t>数字原生产品</w:t>
            </w:r>
          </w:p>
        </w:tc>
        <w:tc>
          <w:tcPr>
            <w:tcW w:type="dxa" w:w="2209"/>
          </w:tcPr>
          <w:p>
            <w:pPr>
              <w:spacing w:after="40" w:line="240" w:lineRule="auto"/>
            </w:pPr>
            <w:r>
              <w:rPr>
                <w:sz w:val="20"/>
              </w:rPr>
              <w:t>完全在数字空间消费</w:t>
            </w:r>
          </w:p>
        </w:tc>
        <w:tc>
          <w:tcPr>
            <w:tcW w:type="dxa" w:w="2209"/>
          </w:tcPr>
          <w:p>
            <w:pPr>
              <w:spacing w:after="40" w:line="240" w:lineRule="auto"/>
            </w:pPr>
            <w:r>
              <w:rPr>
                <w:sz w:val="20"/>
              </w:rPr>
              <w:t>VR 景区游览、数字藏品、AI 攻略</w:t>
            </w:r>
          </w:p>
        </w:tc>
        <w:tc>
          <w:tcPr>
            <w:tcW w:type="dxa" w:w="2209"/>
          </w:tcPr>
          <w:p>
            <w:pPr>
              <w:spacing w:after="40" w:line="240" w:lineRule="auto"/>
            </w:pPr>
            <w:r>
              <w:rPr>
                <w:sz w:val="20"/>
              </w:rPr>
              <w:t>创造新的数字价值</w:t>
            </w:r>
          </w:p>
        </w:tc>
      </w:tr>
      <w:tr>
        <w:tc>
          <w:tcPr>
            <w:tcW w:type="dxa" w:w="2209"/>
          </w:tcPr>
          <w:p>
            <w:pPr>
              <w:spacing w:after="40" w:line="240" w:lineRule="auto"/>
            </w:pPr>
            <w:r>
              <w:rPr>
                <w:sz w:val="20"/>
              </w:rPr>
              <w:t>线上线下融合产品</w:t>
            </w:r>
          </w:p>
        </w:tc>
        <w:tc>
          <w:tcPr>
            <w:tcW w:type="dxa" w:w="2209"/>
          </w:tcPr>
          <w:p>
            <w:pPr>
              <w:spacing w:after="40" w:line="240" w:lineRule="auto"/>
            </w:pPr>
            <w:r>
              <w:rPr>
                <w:sz w:val="20"/>
              </w:rPr>
              <w:t>数字内容叠加实体空间</w:t>
            </w:r>
          </w:p>
        </w:tc>
        <w:tc>
          <w:tcPr>
            <w:tcW w:type="dxa" w:w="2209"/>
          </w:tcPr>
          <w:p>
            <w:pPr>
              <w:spacing w:after="40" w:line="240" w:lineRule="auto"/>
            </w:pPr>
            <w:r>
              <w:rPr>
                <w:sz w:val="20"/>
              </w:rPr>
              <w:t>AR 实景游戏、数字光影夜游</w:t>
            </w:r>
          </w:p>
        </w:tc>
        <w:tc>
          <w:tcPr>
            <w:tcW w:type="dxa" w:w="2209"/>
          </w:tcPr>
          <w:p>
            <w:pPr>
              <w:spacing w:after="40" w:line="240" w:lineRule="auto"/>
            </w:pPr>
            <w:r>
              <w:rPr>
                <w:sz w:val="20"/>
              </w:rPr>
              <w:t>增强实体体验</w:t>
            </w:r>
          </w:p>
        </w:tc>
      </w:tr>
    </w:tbl>
    <w:p/>
    <w:p>
      <w:pPr>
        <w:pStyle w:val="Heading3"/>
      </w:pPr>
      <w:r>
        <w:t>1.3.3 数字平台与渠道</w:t>
      </w:r>
    </w:p>
    <w:p>
      <w:r>
        <w:t>数字平台是数字文旅的"骨架"，是连接供需双方、实现价值共创的核心组织形态。</w:t>
      </w:r>
    </w:p>
    <w:p>
      <w:r>
        <w:rPr>
          <w:b/>
        </w:rPr>
        <w:t>平台类型</w:t>
      </w:r>
      <w:r>
        <w:t>。数字文旅平台可以从不同维度进行分类。按运营主体分，可分为政府主导的目的地智慧旅游平台（如"一码游贵州"）和企业主导的商业平台（如携程、美团）；按服务范围分，可分为综合型平台（覆盖吃住行游购娱全链条）和垂直型平台（专注于民宿、研学、户外等细分领域）；按技术架构分，可分为交易型平台（以促成交易为核心）和内容型平台（以内容生产和分享为核心）。</w:t>
      </w:r>
    </w:p>
    <w:p>
      <w:r>
        <w:rPr>
          <w:b/>
        </w:rPr>
        <w:t>平台生态</w:t>
      </w:r>
      <w:r>
        <w:t>。数字文旅平台不仅仅是一个交易场所，更是一个生态系统。在这个生态系统中，供给端（景区、酒店、餐饮、交通、文创企业等）提供产品和服务，需求端（游客）进行消费和体验，平台方提供匹配、支付、评价等基础服务，第三方服务商（技术服务商、内容创作者、数据分析公司等）提供增值服务。生态系统的健康取决于两个关键机制：一是</w:t>
      </w:r>
      <w:r>
        <w:rPr>
          <w:b/>
        </w:rPr>
        <w:t>价值共创机制</w:t>
      </w:r>
      <w:r>
        <w:t>——各方参与者都能从生态中获得合理回报；二是</w:t>
      </w:r>
      <w:r>
        <w:rPr>
          <w:b/>
        </w:rPr>
        <w:t>信任机制</w:t>
      </w:r>
      <w:r>
        <w:t>——平台需要确保信息真实性、交易安全性和服务质量的可靠性。</w:t>
      </w:r>
    </w:p>
    <w:p>
      <w:r>
        <w:rPr>
          <w:b/>
        </w:rPr>
        <w:t>渠道变革</w:t>
      </w:r>
      <w:r>
        <w:t>。数字平台的出现深刻改变了文旅产品的分销渠道。传统模式下，旅游产品主要通过旅行社门店、电话预订等线下渠道分销，渠道层级多、效率低、信息不对称严重。平台模式下，供给方可以直接触达终端消费者，大幅压缩了中间环节。与此同时，社交媒体和内容平台（抖音、小红书、B 站等）的崛起，创造了"内容即渠道"的新模式——一条短视频、一篇游记、一次直播，都可以成为文旅产品的"数字货架"。</w:t>
      </w:r>
    </w:p>
    <w:p>
      <w:pPr>
        <w:pStyle w:val="Heading3"/>
      </w:pPr>
      <w:r>
        <w:t>1.3.4 数字治理与政策</w:t>
      </w:r>
    </w:p>
    <w:p>
      <w:r>
        <w:t>数字治理与政策是数字文旅的"规则"，为产业的健康发展提供制度保障。</w:t>
      </w:r>
    </w:p>
    <w:p>
      <w:r>
        <w:rPr>
          <w:b/>
        </w:rPr>
        <w:t>治理主体</w:t>
      </w:r>
      <w:r>
        <w:t>。数字文旅治理涉及多元主体：政府（制定政策法规、监管市场秩序）、平台企业（制定平台规则、管理平台生态）、行业协会（制定行业标准、协调行业利益）、消费者（通过评价和投诉参与监督）、社区（作为旅游目的地的利益相关方）。多元主体协同治理是数字文旅治理的核心理念——任何单一主体都无法独立应对数字文旅的复杂治理挑战。</w:t>
      </w:r>
    </w:p>
    <w:p>
      <w:r>
        <w:rPr>
          <w:b/>
        </w:rPr>
        <w:t>治理议题</w:t>
      </w:r>
      <w:r>
        <w:t>。数字文旅治理面临的核心议题包括：数据治理（数据的采集、存储、使用和交易的规则与标准）、算法治理（算法的透明度、公平性和可解释性）、平台治理（反垄断、反不正当竞争、消费者权益保护）、内容治理（虚假信息、不良内容的审核与管理）、安全治理（网络信息安全、个人隐私保护）。</w:t>
      </w:r>
    </w:p>
    <w:p>
      <w:r>
        <w:rPr>
          <w:b/>
        </w:rPr>
        <w:t>政策体系</w:t>
      </w:r>
      <w:r>
        <w:t>。中国已初步建立起数字文旅的政策框架。国家层面，《"十四五"文化和旅游发展规划》《关于推进实施国家文化数字化战略的意见》《"数据二十条"》等文件为数字文旅发展提供了顶层设计。地方层面，贵州等省份结合自身特色出台了具体的实施方案——如贵州省以"大数据+文旅"为主线，推动"一码游贵州"等平台建设，支持数字文旅新业态发展。</w:t>
      </w:r>
    </w:p>
    <w:p>
      <w:r>
        <w:t>数字治理的能力和水平，将直接决定数字文旅发展的质量和可持续性。正如"一码游贵州"所展示的：技术可以解决"能不能"的问题，但只有治理才能解决"好不好"和"久不久"的问题。</w:t>
      </w:r>
    </w:p>
    <w:p>
      <w:pPr>
        <w:pStyle w:val="Heading3"/>
      </w:pPr>
      <w:r>
        <w:t>1.3.5 数字文旅生态系统模型</w:t>
      </w:r>
    </w:p>
    <w:p>
      <w:r>
        <w:t>综合上述四个要素，可以构建一个数字文旅生态系统模型。该模型以数据为流动血液，以平台为骨架结构，以技术为驱动力，以治理为规则保障，形成了一个自我进化的有机系统。</w:t>
      </w:r>
    </w:p>
    <w:p>
      <w:r>
        <w:rPr>
          <w:b/>
        </w:rPr>
        <w:t>系统的层次结构。</w:t>
      </w:r>
      <w:r>
        <w:t xml:space="preserve"> 数字文旅生态系统可以分为三个层次：底层是数字基础设施层（5G网络、数据中心、物联网感知设备），提供算力、存储和连接能力；中层是数据与平台层（文旅数据中台、业务系统、API接口），负责数据的汇聚、治理和分发；上层是应用与服务层（智慧导览、数字营销、沉浸式体验等），直接面向游客和企业管理者创造价值。三个层次之间通过数据流、控制流和价值流实现联动。</w:t>
      </w:r>
    </w:p>
    <w:p>
      <w:r>
        <w:rPr>
          <w:b/>
        </w:rPr>
        <w:t>系统的反馈机制。</w:t>
      </w:r>
      <w:r>
        <w:t xml:space="preserve"> 生态系统的健康运行依赖于正反馈和负反馈两种机制。正反馈表现为：更多游客使用数字平台→产生更多数据→数据驱动服务优化→体验提升→吸引更多游客。这种正反馈循环是平台生态自我增长的核心动力。负反馈则表现为：当平台数据垄断达到一定程度时，监管介入抑制垄断行为；当游客过度集中于热门景区时，智能客流引导系统分流至冷门景点，维持系统平衡。</w:t>
      </w:r>
    </w:p>
    <w:p>
      <w:r>
        <w:rPr>
          <w:b/>
        </w:rPr>
        <w:t>系统的价值分配。</w:t>
      </w:r>
      <w:r>
        <w:t xml:space="preserve"> 在数字文旅生态系统中，价值的创造和分配遵循"数据贡献—价值回报"的逻辑。游客贡献行为数据和UGC内容，获得个性化服务作为回报；景区开放数据接口，获得精准营销和客流管理能力作为回报；平台方整合资源和提供服务，获得交易佣金和数据资产作为回报。然而，价值分配的公平性是生态系统可持续发展的关键挑战——如何在平台、企业、游客和社区之间合理分配数字文旅创造的价值，是数字治理需要解决的核心问题。</w:t>
      </w:r>
    </w:p>
    <w:p>
      <w:pPr>
        <w:spacing w:before="80" w:after="80"/>
        <w:ind w:left="680"/>
        <w:pBdr>
          <w:left w:val="single" w:sz="12" w:color="2C7AA8"/>
        </w:pBdr>
      </w:pPr>
      <w:r>
        <w:rPr>
          <w:i/>
          <w:color w:val="555555"/>
          <w:sz w:val="22"/>
        </w:rPr>
        <w:t>知识卡片 1-6：数字文旅生态系统中的多边市场理论。平台经济学的核心概念"多边市场"是指一个平台同时服务两个或多个相互依赖的用户群体。在数字文旅中，"一码游贵州"平台至少连接了三方：供给端（景区、酒店、餐饮）、需求端（游客）和政府监管端。三边市场之间的"交叉网络外部性"——即一边用户增加会提升另一边用户的效用——是平台增长的核心动力。理解多边市场理论，有助于分析数字文旅平台的竞争策略和治理机制。</w:t>
      </w:r>
    </w:p>
    <w:p>
      <w:r>
        <w:t>---</w:t>
      </w:r>
    </w:p>
    <w:p>
      <w:pPr>
        <w:pStyle w:val="Heading2"/>
      </w:pPr>
      <w:r>
        <w:t>1.4 数字文旅的发展动因与价值创造</w:t>
      </w:r>
    </w:p>
    <w:p>
      <w:pPr>
        <w:pStyle w:val="Heading3"/>
      </w:pPr>
      <w:r>
        <w:t>1.4.1 数字文旅发展的驱动力</w:t>
      </w:r>
    </w:p>
    <w:p>
      <w:r>
        <w:t>数字文旅的兴起并非偶然，而是多重力量共同驱动的结果。理解这些驱动力，有助于预判数字文旅未来的发展方向。</w:t>
      </w:r>
    </w:p>
    <w:p>
      <w:r>
        <w:rPr>
          <w:b/>
        </w:rPr>
        <w:t>技术推动力。</w:t>
      </w:r>
      <w:r>
        <w:t xml:space="preserve"> 数字技术的快速迭代是数字文旅发展的根本推动力。5G网络的高带宽低延迟特性解决了沉浸式体验的传输瓶颈；云计算降低了中小文旅企业的IT投入门槛；人工智能技术使得个性化推荐、智能客服、内容生成成为可能；物联网技术实现了景区环境的实时感知。这些技术的协同演进，不断拓展着数字文旅的可能性边界。Troisi等（2023）指出，数据驱动的创新正在重塑酒店业的商业模式，这一趋势同样适用于整个文旅产业。</w:t>
      </w:r>
    </w:p>
    <w:p>
      <w:r>
        <w:rPr>
          <w:b/>
        </w:rPr>
        <w:t>需求拉动力。</w:t>
      </w:r>
      <w:r>
        <w:t xml:space="preserve"> 消费者特别是Z世代对个性化、沉浸式、互动性文旅体验的需求日益增长。社交媒体改变了旅游决策方式——"种草"文化使得内容平台成为旅游灵感的重要来源。COVID-19疫情加速了文旅消费的数字化习惯养成，虚拟旅游、云参观等新业态在疫情期间获得了爆发式增长，并在疫后得以延续。Almeida-Santana等（2020）的研究表明，数字生态系统中的信息源与共享经济平台之间存在复杂的互动关系，这种互动正在重新定义旅游消费决策过程。</w:t>
      </w:r>
    </w:p>
    <w:p>
      <w:r>
        <w:rPr>
          <w:b/>
        </w:rPr>
        <w:t>政策引导力。</w:t>
      </w:r>
      <w:r>
        <w:t xml:space="preserve"> 国家层面的政策支持为数字文旅发展提供了制度保障和资源投入。"数字中国"战略将数字化转型上升为国家意志，《"十四五"文化和旅游发展规划》明确了数字文旅的发展方向，"数据二十条"为文旅数据要素的市场化配置提供了制度框架。贵州省作为国家大数据综合试验区，在政策先行先试方面具有独特优势，"一码游贵州"正是政策引导与地方实践相结合的典型案例。</w:t>
      </w:r>
    </w:p>
    <w:p>
      <w:r>
        <w:rPr>
          <w:b/>
        </w:rPr>
        <w:t>资本助推力。</w:t>
      </w:r>
      <w:r>
        <w:t xml:space="preserve"> 风险投资、产业基金和政府引导基金共同构成了数字文旅的资本生态。沉浸式技术、文旅SaaS、智慧目的地等领域吸引了大量资本投入，推动了技术商业化和产品迭代。然而，资本驱动也带来了过度商业化、数据垄断等风险，需要通过治理机制予以规范。</w:t>
      </w:r>
    </w:p>
    <w:p>
      <w:pPr>
        <w:pStyle w:val="Heading3"/>
      </w:pPr>
      <w:r>
        <w:t>1.4.2 数字文旅的价值创造机制</w:t>
      </w:r>
    </w:p>
    <w:p>
      <w:r>
        <w:t>数字文旅的价值创造遵循"数据—信息—知识—价值"的转化链，这一链条的每个环节都伴随着价值的倍增效应。</w:t>
      </w:r>
    </w:p>
    <w:p>
      <w:r>
        <w:rPr>
          <w:b/>
        </w:rPr>
        <w:t>数据采集价值。</w:t>
      </w:r>
      <w:r>
        <w:t xml:space="preserve"> 游客的搜索、预订、游览、评价等行为产生了海量原始数据。这些数据本身的价值有限，但经过清洗、整合和标注后，成为具有分析价值的信息资产。Ammirato等（2021）指出，文化旅游数字商业模型的核心在于将消费者动机、期望和需求转化为可分析的数据资产。</w:t>
      </w:r>
    </w:p>
    <w:p>
      <w:r>
        <w:rPr>
          <w:b/>
        </w:rPr>
        <w:t>算法分析价值。</w:t>
      </w:r>
      <w:r>
        <w:t xml:space="preserve"> 机器学习和人工智能算法从信息中提取模式、规律和预测，形成指导决策的知识。例如，客流预测模型帮助景区优化资源配置，推荐算法提升游客体验和消费转化率，情感分析工具为目的地品牌管理提供决策支持。</w:t>
      </w:r>
    </w:p>
    <w:p>
      <w:r>
        <w:rPr>
          <w:b/>
        </w:rPr>
        <w:t>场景应用价值。</w:t>
      </w:r>
      <w:r>
        <w:t xml:space="preserve"> 知识只有嵌入具体应用场景才能转化为最终价值。数字文旅的价值实现场景包括：提升游客体验（个性化推荐、智能导览）、优化运营效率（动态定价、智能调度）、创新商业模式（数字藏品、虚拟体验）、强化治理能力（实时监测、应急响应）。</w:t>
      </w:r>
    </w:p>
    <w:p>
      <w:r>
        <w:rPr>
          <w:b/>
        </w:rPr>
        <w:t>生态共创价值。</w:t>
      </w:r>
      <w:r>
        <w:t xml:space="preserve"> 数字文旅的最高层次价值在于生态系统的共创效应——当平台连接足够多的参与者时，系统产生的价值将远超各参与者单独创造价值之和。这种"1+1&gt;2"的协同效应是数字文旅区别于传统信息化的根本所在。</w:t>
      </w:r>
    </w:p>
    <w:p>
      <w:r>
        <w:t>---</w:t>
      </w:r>
    </w:p>
    <w:p>
      <w:pPr>
        <w:pStyle w:val="Heading2"/>
      </w:pPr>
      <w:r>
        <w:t>## 数字文旅的学科交叉性与研究范式</w:t>
      </w:r>
    </w:p>
    <w:p>
      <w:pPr>
        <w:pStyle w:val="Heading3"/>
      </w:pPr>
      <w:r>
        <w:t>多学科融合的理论视野</w:t>
      </w:r>
    </w:p>
    <w:p>
      <w:r>
        <w:t>数字文旅作为新兴交叉领域，其理论建构需要融合旅游学、计算机科学、管理学、经济学、传播学、地理学等多个学科的理论资源。旅游学提供了需求侧的行为分析框架和目的地理论；计算机科学贡献了大数据、人工智能、虚拟现实等技术方法论；管理学提供了组织变革和平台治理的分析工具；经济学中的平台经济理论和网络效应理论为数字文旅商业模式分析提供了基础；传播学的媒介理论和信息传播模型解释了数字内容在旅游决策中的作用机制；地理学的空间分析理论则为旅游流的空间分布和目的地竞争提供了空间视角。</w:t>
      </w:r>
    </w:p>
    <w:p>
      <w:r>
        <w:t>从研究范式来看，数字文旅研究正在经历从「描述性研究」向「预测性研究」再到「规范性研究」的演进。早期研究主要描述数字技术在旅游中的应用现象，如在线预订系统的普及、社交媒体对旅游决策的影响等。随着大数据的积累和机器学习技术的发展，预测性研究逐渐成为主流，研究者开始利用海量数据预测游客行为、旅游需求和舆情走向。当前，规范性研究正在兴起，研究者不仅关注「是什么」和「会怎样」，更关注「应该怎样」——如何设计更公平的数字文旅平台、如何平衡效率与包容性、如何确保数据伦理等价值判断问题。</w:t>
      </w:r>
    </w:p>
    <w:p>
      <w:pPr>
        <w:pStyle w:val="Heading3"/>
      </w:pPr>
      <w:r>
        <w:t>国际学术前沿与中国话语体系</w:t>
      </w:r>
    </w:p>
    <w:p>
      <w:r>
        <w:t>国际上，数字文旅研究形成了几个重要的学术共同体。欧洲学者（如Buhalis、Gretzel等）侧重于智慧旅游的理论建构和技术应用研究，提出了「smart tourism」的三维框架（技术、应用、体验）。北美学者（如Xiang、Mariani等）注重大数据分析和定量研究方法，在旅游文本挖掘、推荐系统、需求预测等领域产出丰富。亚太学者（特别是中国和韩国学者）在移动旅游、社交媒体营销、虚拟旅游等应用领域具有优势。</w:t>
      </w:r>
    </w:p>
    <w:p>
      <w:r>
        <w:t>中国数字文旅研究在话语体系建设方面取得了显著进展。一方面，学者们立足中国实践，提出了「数字文旅」「文旅融合」「全域旅游」等具有中国特色的概念体系；另一方面，依托贵州大数据综合试验区、雄安新区智慧城市建设等实践场景，产出了大量实证研究成果。然而，中国数字文旅研究也面临理论深度不足、国际话语权较弱、研究方法单一等挑战。未来需要在理论原创性、方法多样性和国际传播力方面持续发力。</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研究维度</w:t>
            </w:r>
          </w:p>
        </w:tc>
        <w:tc>
          <w:tcPr>
            <w:tcW w:type="dxa" w:w="2209"/>
          </w:tcPr>
          <w:p>
            <w:pPr>
              <w:spacing w:after="40" w:line="240" w:lineRule="auto"/>
            </w:pPr>
            <w:r>
              <w:rPr>
                <w:b/>
                <w:sz w:val="20"/>
              </w:rPr>
              <w:t>国际主流方向</w:t>
            </w:r>
          </w:p>
        </w:tc>
        <w:tc>
          <w:tcPr>
            <w:tcW w:type="dxa" w:w="2209"/>
          </w:tcPr>
          <w:p>
            <w:pPr>
              <w:spacing w:after="40" w:line="240" w:lineRule="auto"/>
            </w:pPr>
            <w:r>
              <w:rPr>
                <w:b/>
                <w:sz w:val="20"/>
              </w:rPr>
              <w:t>中国特色方向</w:t>
            </w:r>
          </w:p>
        </w:tc>
        <w:tc>
          <w:tcPr>
            <w:tcW w:type="dxa" w:w="2209"/>
          </w:tcPr>
          <w:p>
            <w:pPr>
              <w:spacing w:after="40" w:line="240" w:lineRule="auto"/>
            </w:pPr>
            <w:r>
              <w:rPr>
                <w:b/>
                <w:sz w:val="20"/>
              </w:rPr>
              <w:t>融合创新点</w:t>
            </w:r>
          </w:p>
        </w:tc>
      </w:tr>
      <w:tr>
        <w:tc>
          <w:tcPr>
            <w:tcW w:type="dxa" w:w="2209"/>
          </w:tcPr>
          <w:p>
            <w:pPr>
              <w:spacing w:after="40" w:line="240" w:lineRule="auto"/>
            </w:pPr>
            <w:r>
              <w:rPr>
                <w:sz w:val="20"/>
              </w:rPr>
              <w:t>理论建构</w:t>
            </w:r>
          </w:p>
        </w:tc>
        <w:tc>
          <w:tcPr>
            <w:tcW w:type="dxa" w:w="2209"/>
          </w:tcPr>
          <w:p>
            <w:pPr>
              <w:spacing w:after="40" w:line="240" w:lineRule="auto"/>
            </w:pPr>
            <w:r>
              <w:rPr>
                <w:sz w:val="20"/>
              </w:rPr>
              <w:t>智慧旅游三维框架</w:t>
            </w:r>
          </w:p>
        </w:tc>
        <w:tc>
          <w:tcPr>
            <w:tcW w:type="dxa" w:w="2209"/>
          </w:tcPr>
          <w:p>
            <w:pPr>
              <w:spacing w:after="40" w:line="240" w:lineRule="auto"/>
            </w:pPr>
            <w:r>
              <w:rPr>
                <w:sz w:val="20"/>
              </w:rPr>
              <w:t>文旅融合理论</w:t>
            </w:r>
          </w:p>
        </w:tc>
        <w:tc>
          <w:tcPr>
            <w:tcW w:type="dxa" w:w="2209"/>
          </w:tcPr>
          <w:p>
            <w:pPr>
              <w:spacing w:after="40" w:line="240" w:lineRule="auto"/>
            </w:pPr>
            <w:r>
              <w:rPr>
                <w:sz w:val="20"/>
              </w:rPr>
              <w:t>数字文旅生态系统理论</w:t>
            </w:r>
          </w:p>
        </w:tc>
      </w:tr>
      <w:tr>
        <w:tc>
          <w:tcPr>
            <w:tcW w:type="dxa" w:w="2209"/>
          </w:tcPr>
          <w:p>
            <w:pPr>
              <w:spacing w:after="40" w:line="240" w:lineRule="auto"/>
            </w:pPr>
            <w:r>
              <w:rPr>
                <w:sz w:val="20"/>
              </w:rPr>
              <w:t>研究方法</w:t>
            </w:r>
          </w:p>
        </w:tc>
        <w:tc>
          <w:tcPr>
            <w:tcW w:type="dxa" w:w="2209"/>
          </w:tcPr>
          <w:p>
            <w:pPr>
              <w:spacing w:after="40" w:line="240" w:lineRule="auto"/>
            </w:pPr>
            <w:r>
              <w:rPr>
                <w:sz w:val="20"/>
              </w:rPr>
              <w:t>大数据分析、实验法</w:t>
            </w:r>
          </w:p>
        </w:tc>
        <w:tc>
          <w:tcPr>
            <w:tcW w:type="dxa" w:w="2209"/>
          </w:tcPr>
          <w:p>
            <w:pPr>
              <w:spacing w:after="40" w:line="240" w:lineRule="auto"/>
            </w:pPr>
            <w:r>
              <w:rPr>
                <w:sz w:val="20"/>
              </w:rPr>
              <w:t>案例研究、政策分析</w:t>
            </w:r>
          </w:p>
        </w:tc>
        <w:tc>
          <w:tcPr>
            <w:tcW w:type="dxa" w:w="2209"/>
          </w:tcPr>
          <w:p>
            <w:pPr>
              <w:spacing w:after="40" w:line="240" w:lineRule="auto"/>
            </w:pPr>
            <w:r>
              <w:rPr>
                <w:sz w:val="20"/>
              </w:rPr>
              <w:t>混合方法研究</w:t>
            </w:r>
          </w:p>
        </w:tc>
      </w:tr>
      <w:tr>
        <w:tc>
          <w:tcPr>
            <w:tcW w:type="dxa" w:w="2209"/>
          </w:tcPr>
          <w:p>
            <w:pPr>
              <w:spacing w:after="40" w:line="240" w:lineRule="auto"/>
            </w:pPr>
            <w:r>
              <w:rPr>
                <w:sz w:val="20"/>
              </w:rPr>
              <w:t>应用场景</w:t>
            </w:r>
          </w:p>
        </w:tc>
        <w:tc>
          <w:tcPr>
            <w:tcW w:type="dxa" w:w="2209"/>
          </w:tcPr>
          <w:p>
            <w:pPr>
              <w:spacing w:after="40" w:line="240" w:lineRule="auto"/>
            </w:pPr>
            <w:r>
              <w:rPr>
                <w:sz w:val="20"/>
              </w:rPr>
              <w:t>智慧城市旅游</w:t>
            </w:r>
          </w:p>
        </w:tc>
        <w:tc>
          <w:tcPr>
            <w:tcW w:type="dxa" w:w="2209"/>
          </w:tcPr>
          <w:p>
            <w:pPr>
              <w:spacing w:after="40" w:line="240" w:lineRule="auto"/>
            </w:pPr>
            <w:r>
              <w:rPr>
                <w:sz w:val="20"/>
              </w:rPr>
              <w:t>全域旅游示范区</w:t>
            </w:r>
          </w:p>
        </w:tc>
        <w:tc>
          <w:tcPr>
            <w:tcW w:type="dxa" w:w="2209"/>
          </w:tcPr>
          <w:p>
            <w:pPr>
              <w:spacing w:after="40" w:line="240" w:lineRule="auto"/>
            </w:pPr>
            <w:r>
              <w:rPr>
                <w:sz w:val="20"/>
              </w:rPr>
              <w:t>乡村振兴中的数字文旅</w:t>
            </w:r>
          </w:p>
        </w:tc>
      </w:tr>
      <w:tr>
        <w:tc>
          <w:tcPr>
            <w:tcW w:type="dxa" w:w="2209"/>
          </w:tcPr>
          <w:p>
            <w:pPr>
              <w:spacing w:after="40" w:line="240" w:lineRule="auto"/>
            </w:pPr>
            <w:r>
              <w:rPr>
                <w:sz w:val="20"/>
              </w:rPr>
              <w:t>价值取向</w:t>
            </w:r>
          </w:p>
        </w:tc>
        <w:tc>
          <w:tcPr>
            <w:tcW w:type="dxa" w:w="2209"/>
          </w:tcPr>
          <w:p>
            <w:pPr>
              <w:spacing w:after="40" w:line="240" w:lineRule="auto"/>
            </w:pPr>
            <w:r>
              <w:rPr>
                <w:sz w:val="20"/>
              </w:rPr>
              <w:t>效率与体验</w:t>
            </w:r>
          </w:p>
        </w:tc>
        <w:tc>
          <w:tcPr>
            <w:tcW w:type="dxa" w:w="2209"/>
          </w:tcPr>
          <w:p>
            <w:pPr>
              <w:spacing w:after="40" w:line="240" w:lineRule="auto"/>
            </w:pPr>
            <w:r>
              <w:rPr>
                <w:sz w:val="20"/>
              </w:rPr>
              <w:t>共同富裕与公平</w:t>
            </w:r>
          </w:p>
        </w:tc>
        <w:tc>
          <w:tcPr>
            <w:tcW w:type="dxa" w:w="2209"/>
          </w:tcPr>
          <w:p>
            <w:pPr>
              <w:spacing w:after="40" w:line="240" w:lineRule="auto"/>
            </w:pPr>
            <w:r>
              <w:rPr>
                <w:sz w:val="20"/>
              </w:rPr>
              <w:t>可持续包容性发展</w:t>
            </w:r>
          </w:p>
        </w:tc>
      </w:tr>
      <w:tr>
        <w:tc>
          <w:tcPr>
            <w:tcW w:type="dxa" w:w="2209"/>
          </w:tcPr>
          <w:p>
            <w:pPr>
              <w:spacing w:after="40" w:line="240" w:lineRule="auto"/>
            </w:pPr>
            <w:r>
              <w:rPr>
                <w:sz w:val="20"/>
              </w:rPr>
              <w:t>技术焦点</w:t>
            </w:r>
          </w:p>
        </w:tc>
        <w:tc>
          <w:tcPr>
            <w:tcW w:type="dxa" w:w="2209"/>
          </w:tcPr>
          <w:p>
            <w:pPr>
              <w:spacing w:after="40" w:line="240" w:lineRule="auto"/>
            </w:pPr>
            <w:r>
              <w:rPr>
                <w:sz w:val="20"/>
              </w:rPr>
              <w:t>AI、IoT、区块链</w:t>
            </w:r>
          </w:p>
        </w:tc>
        <w:tc>
          <w:tcPr>
            <w:tcW w:type="dxa" w:w="2209"/>
          </w:tcPr>
          <w:p>
            <w:pPr>
              <w:spacing w:after="40" w:line="240" w:lineRule="auto"/>
            </w:pPr>
            <w:r>
              <w:rPr>
                <w:sz w:val="20"/>
              </w:rPr>
              <w:t>5G、大模型、数字孪生</w:t>
            </w:r>
          </w:p>
        </w:tc>
        <w:tc>
          <w:tcPr>
            <w:tcW w:type="dxa" w:w="2209"/>
          </w:tcPr>
          <w:p>
            <w:pPr>
              <w:spacing w:after="40" w:line="240" w:lineRule="auto"/>
            </w:pPr>
            <w:r>
              <w:rPr>
                <w:sz w:val="20"/>
              </w:rPr>
              <w:t>技术融合与场景创新</w:t>
            </w:r>
          </w:p>
        </w:tc>
      </w:tr>
    </w:tbl>
    <w:p/>
    <w:p>
      <w:pPr>
        <w:pStyle w:val="Heading3"/>
      </w:pPr>
      <w:r>
        <w:t>数字文旅研究的贵州实践样本</w:t>
      </w:r>
    </w:p>
    <w:p>
      <w:r>
        <w:t>贵州作为中国首个国家级大数据综合试验区，为数字文旅研究提供了独特的实践样本。从2014年贵阳大数据产业技术联盟成立，到2015年贵阳大数据交易所挂牌运营，再到「一码游贵州」平台的上线运行，贵州构建了从数据基础设施到旅游应用场景的完整链条。这一实践样本的学术价值在于：它展示了一个西部欠发达省份如何通过大数据战略实现旅游产业的「弯道超车」，为发展中国家和地区的数字文旅发展提供了可借鉴的路径。</w:t>
      </w:r>
    </w:p>
    <w:p>
      <w:r>
        <w:t>贵州师范大学、贵州财经大学等高校的研究团队围绕贵州数字文旅实践产出了一系列研究成果，涵盖旅游大数据分析方法、智慧景区评价体系、民族文化数字化保护、旅游舆情监测等多个主题。这些研究不仅丰富了数字文旅的理论体系，也为贵州旅游产业决策提供了智力支撑。</w:t>
      </w:r>
    </w:p>
    <w:p>
      <w:pPr>
        <w:pStyle w:val="Heading2"/>
      </w:pPr>
      <w:r>
        <w:t>数字文旅的价值创造机制</w:t>
      </w:r>
    </w:p>
    <w:p>
      <w:pPr>
        <w:pStyle w:val="Heading3"/>
      </w:pPr>
      <w:r>
        <w:t>数据驱动的价值发现</w:t>
      </w:r>
    </w:p>
    <w:p>
      <w:r>
        <w:t>数字文旅的价值创造遵循「数据-信息-知识-价值」的转化路径。在数据层，旅游活动产生了海量的结构化和非结构化数据，包括游客行为数据、交易数据、位置数据、社交数据和环境数据等。在信息层，通过数据清洗、整合和分析，将原始数据转化为有意义的信息，如游客画像、客流热力图、消费偏好分布等。在知识层，通过深度分析和模型构建，发现数据背后的规律和模式，如旅游需求周期性、口碑传播机制、价格弹性特征等。在价值层，将知识转化为可执行的决策和产品，如个性化推荐、动态定价、精准营销等。</w:t>
      </w:r>
    </w:p>
    <w:p>
      <w:r>
        <w:t>这一价值创造过程的核心特征是「数据闭环」：游客行为产生数据，数据驱动产品优化，优化后的产品吸引更多游客行为，形成正向循环。贵州「一码游贵州」平台的价值创造过程充分体现了这一机制：平台通过收集游客浏览、预订、评价数据构建用户画像，基于画像进行个性化推荐，推荐提升了转化率和用户粘性，更多的用户行为又丰富了数据基础，推动推荐算法的持续优化。</w:t>
      </w:r>
    </w:p>
    <w:p>
      <w:pPr>
        <w:pStyle w:val="Heading3"/>
      </w:pPr>
      <w:r>
        <w:t>平台生态中的价值共创</w:t>
      </w:r>
    </w:p>
    <w:p>
      <w:r>
        <w:t>数字文旅平台不仅是交易中介，更是价值共创的生态系统。在平台生态中，游客、景区、酒店、餐饮、交通、文创等多个参与方通过数据共享和业务协同实现价值共创。平台通过提供基础设施（支付、认证、地图等）和规则体系（信用评价、纠纷处理等），降低了参与方之间的交易成本，促进了生态系统的健康发展。</w:t>
      </w:r>
    </w:p>
    <w:p>
      <w:r>
        <w:t>价值共创的具体形式包括：内容共创（游客UGC为平台提供内容资产）、数据共创（多方数据融合产生新洞察）、服务共创（平台与供应商联合设计产品）和体验共创（游客参与产品设计和改进）。以安顺美食旅游为例，游客在社交媒体上分享安顺特色美食体验（内容共创），平台通过分析UGC数据发现美食旅游的热点趋势（数据共创），平台与当地餐饮企业联合推出「安顺美食地图」产品（服务共创），游客在使用过程中提供反馈进一步优化产品（体验共创）。</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价值共创类型</w:t>
            </w:r>
          </w:p>
        </w:tc>
        <w:tc>
          <w:tcPr>
            <w:tcW w:type="dxa" w:w="2209"/>
          </w:tcPr>
          <w:p>
            <w:pPr>
              <w:spacing w:after="40" w:line="240" w:lineRule="auto"/>
            </w:pPr>
            <w:r>
              <w:rPr>
                <w:b/>
                <w:sz w:val="20"/>
              </w:rPr>
              <w:t>参与方</w:t>
            </w:r>
          </w:p>
        </w:tc>
        <w:tc>
          <w:tcPr>
            <w:tcW w:type="dxa" w:w="2209"/>
          </w:tcPr>
          <w:p>
            <w:pPr>
              <w:spacing w:after="40" w:line="240" w:lineRule="auto"/>
            </w:pPr>
            <w:r>
              <w:rPr>
                <w:b/>
                <w:sz w:val="20"/>
              </w:rPr>
              <w:t>价值产出</w:t>
            </w:r>
          </w:p>
        </w:tc>
        <w:tc>
          <w:tcPr>
            <w:tcW w:type="dxa" w:w="2209"/>
          </w:tcPr>
          <w:p>
            <w:pPr>
              <w:spacing w:after="40" w:line="240" w:lineRule="auto"/>
            </w:pPr>
            <w:r>
              <w:rPr>
                <w:b/>
                <w:sz w:val="20"/>
              </w:rPr>
              <w:t>贵州实践案例</w:t>
            </w:r>
          </w:p>
        </w:tc>
      </w:tr>
      <w:tr>
        <w:tc>
          <w:tcPr>
            <w:tcW w:type="dxa" w:w="2209"/>
          </w:tcPr>
          <w:p>
            <w:pPr>
              <w:spacing w:after="40" w:line="240" w:lineRule="auto"/>
            </w:pPr>
            <w:r>
              <w:rPr>
                <w:sz w:val="20"/>
              </w:rPr>
              <w:t>内容共创</w:t>
            </w:r>
          </w:p>
        </w:tc>
        <w:tc>
          <w:tcPr>
            <w:tcW w:type="dxa" w:w="2209"/>
          </w:tcPr>
          <w:p>
            <w:pPr>
              <w:spacing w:after="40" w:line="240" w:lineRule="auto"/>
            </w:pPr>
            <w:r>
              <w:rPr>
                <w:sz w:val="20"/>
              </w:rPr>
              <w:t>游客-平台</w:t>
            </w:r>
          </w:p>
        </w:tc>
        <w:tc>
          <w:tcPr>
            <w:tcW w:type="dxa" w:w="2209"/>
          </w:tcPr>
          <w:p>
            <w:pPr>
              <w:spacing w:after="40" w:line="240" w:lineRule="auto"/>
            </w:pPr>
            <w:r>
              <w:rPr>
                <w:sz w:val="20"/>
              </w:rPr>
              <w:t>UGC内容资产</w:t>
            </w:r>
          </w:p>
        </w:tc>
        <w:tc>
          <w:tcPr>
            <w:tcW w:type="dxa" w:w="2209"/>
          </w:tcPr>
          <w:p>
            <w:pPr>
              <w:spacing w:after="40" w:line="240" w:lineRule="auto"/>
            </w:pPr>
            <w:r>
              <w:rPr>
                <w:sz w:val="20"/>
              </w:rPr>
              <w:t>安顺美食短视频传播</w:t>
            </w:r>
          </w:p>
        </w:tc>
      </w:tr>
      <w:tr>
        <w:tc>
          <w:tcPr>
            <w:tcW w:type="dxa" w:w="2209"/>
          </w:tcPr>
          <w:p>
            <w:pPr>
              <w:spacing w:after="40" w:line="240" w:lineRule="auto"/>
            </w:pPr>
            <w:r>
              <w:rPr>
                <w:sz w:val="20"/>
              </w:rPr>
              <w:t>数据共创</w:t>
            </w:r>
          </w:p>
        </w:tc>
        <w:tc>
          <w:tcPr>
            <w:tcW w:type="dxa" w:w="2209"/>
          </w:tcPr>
          <w:p>
            <w:pPr>
              <w:spacing w:after="40" w:line="240" w:lineRule="auto"/>
            </w:pPr>
            <w:r>
              <w:rPr>
                <w:sz w:val="20"/>
              </w:rPr>
              <w:t>平台-景区-政府</w:t>
            </w:r>
          </w:p>
        </w:tc>
        <w:tc>
          <w:tcPr>
            <w:tcW w:type="dxa" w:w="2209"/>
          </w:tcPr>
          <w:p>
            <w:pPr>
              <w:spacing w:after="40" w:line="240" w:lineRule="auto"/>
            </w:pPr>
            <w:r>
              <w:rPr>
                <w:sz w:val="20"/>
              </w:rPr>
              <w:t>旅游指数报告</w:t>
            </w:r>
          </w:p>
        </w:tc>
        <w:tc>
          <w:tcPr>
            <w:tcW w:type="dxa" w:w="2209"/>
          </w:tcPr>
          <w:p>
            <w:pPr>
              <w:spacing w:after="40" w:line="240" w:lineRule="auto"/>
            </w:pPr>
            <w:r>
              <w:rPr>
                <w:sz w:val="20"/>
              </w:rPr>
              <w:t>贵州旅游大数据平台</w:t>
            </w:r>
          </w:p>
        </w:tc>
      </w:tr>
      <w:tr>
        <w:tc>
          <w:tcPr>
            <w:tcW w:type="dxa" w:w="2209"/>
          </w:tcPr>
          <w:p>
            <w:pPr>
              <w:spacing w:after="40" w:line="240" w:lineRule="auto"/>
            </w:pPr>
            <w:r>
              <w:rPr>
                <w:sz w:val="20"/>
              </w:rPr>
              <w:t>服务共创</w:t>
            </w:r>
          </w:p>
        </w:tc>
        <w:tc>
          <w:tcPr>
            <w:tcW w:type="dxa" w:w="2209"/>
          </w:tcPr>
          <w:p>
            <w:pPr>
              <w:spacing w:after="40" w:line="240" w:lineRule="auto"/>
            </w:pPr>
            <w:r>
              <w:rPr>
                <w:sz w:val="20"/>
              </w:rPr>
              <w:t>平台-供应商</w:t>
            </w:r>
          </w:p>
        </w:tc>
        <w:tc>
          <w:tcPr>
            <w:tcW w:type="dxa" w:w="2209"/>
          </w:tcPr>
          <w:p>
            <w:pPr>
              <w:spacing w:after="40" w:line="240" w:lineRule="auto"/>
            </w:pPr>
            <w:r>
              <w:rPr>
                <w:sz w:val="20"/>
              </w:rPr>
              <w:t>创新产品</w:t>
            </w:r>
          </w:p>
        </w:tc>
        <w:tc>
          <w:tcPr>
            <w:tcW w:type="dxa" w:w="2209"/>
          </w:tcPr>
          <w:p>
            <w:pPr>
              <w:spacing w:after="40" w:line="240" w:lineRule="auto"/>
            </w:pPr>
            <w:r>
              <w:rPr>
                <w:sz w:val="20"/>
              </w:rPr>
              <w:t>一码游贵州智能行程</w:t>
            </w:r>
          </w:p>
        </w:tc>
      </w:tr>
      <w:tr>
        <w:tc>
          <w:tcPr>
            <w:tcW w:type="dxa" w:w="2209"/>
          </w:tcPr>
          <w:p>
            <w:pPr>
              <w:spacing w:after="40" w:line="240" w:lineRule="auto"/>
            </w:pPr>
            <w:r>
              <w:rPr>
                <w:sz w:val="20"/>
              </w:rPr>
              <w:t>体验共创</w:t>
            </w:r>
          </w:p>
        </w:tc>
        <w:tc>
          <w:tcPr>
            <w:tcW w:type="dxa" w:w="2209"/>
          </w:tcPr>
          <w:p>
            <w:pPr>
              <w:spacing w:after="40" w:line="240" w:lineRule="auto"/>
            </w:pPr>
            <w:r>
              <w:rPr>
                <w:sz w:val="20"/>
              </w:rPr>
              <w:t>游客-景区-平台</w:t>
            </w:r>
          </w:p>
        </w:tc>
        <w:tc>
          <w:tcPr>
            <w:tcW w:type="dxa" w:w="2209"/>
          </w:tcPr>
          <w:p>
            <w:pPr>
              <w:spacing w:after="40" w:line="240" w:lineRule="auto"/>
            </w:pPr>
            <w:r>
              <w:rPr>
                <w:sz w:val="20"/>
              </w:rPr>
              <w:t>体验优化</w:t>
            </w:r>
          </w:p>
        </w:tc>
        <w:tc>
          <w:tcPr>
            <w:tcW w:type="dxa" w:w="2209"/>
          </w:tcPr>
          <w:p>
            <w:pPr>
              <w:spacing w:after="40" w:line="240" w:lineRule="auto"/>
            </w:pPr>
            <w:r>
              <w:rPr>
                <w:sz w:val="20"/>
              </w:rPr>
              <w:t>黄果树智慧导览迭代</w:t>
            </w:r>
          </w:p>
        </w:tc>
      </w:tr>
    </w:tbl>
    <w:p/>
    <w:p>
      <w:pPr>
        <w:pStyle w:val="Heading3"/>
      </w:pPr>
      <w:r>
        <w:t>数字文旅的经济社会效应</w:t>
      </w:r>
    </w:p>
    <w:p>
      <w:r>
        <w:t>数字文旅的经济效应体现在三个层面：微观层面，数字技术提升了单个旅游企业的运营效率，如酒店通过收益管理系统提高客房利用率10-20%；中观层面，数字平台促进了产业链协同，降低了信息不对称，如在线旅游平台使小型景区和民宿获得更多曝光机会；宏观层面，数字文旅成为区域经济发展的新动能，贵州旅游数字化带动了相关IT产业、创意产业和教育培训产业的发展。</w:t>
      </w:r>
    </w:p>
    <w:p>
      <w:r>
        <w:t>社会效应方面，数字文旅促进了文化传承与传播、缩小了信息鸿沟、增强了社会包容性。通过数字化手段，贵州的苗族银饰、侗族大歌、安顺地戏等非物质文化遗产得以永久保存和广泛传播。同时，数字平台的普惠性使偏远地区的旅游资源获得更多关注，促进了旅游扶贫和乡村振兴。然而，数字文旅也带来了数字鸿沟、算法歧视、数据安全等社会挑战，需要在发展中持续关注和解决。</w:t>
      </w:r>
    </w:p>
    <w:p>
      <w:r>
        <w:rPr>
          <w:b/>
        </w:rPr>
        <w:t>思政融入</w:t>
      </w:r>
      <w:r>
        <w:t>：数字文旅的价值创造体现了新发展理念。创新驱动——数字技术是旅游产业转型升级的核心动力；协调发展——数字文旅促进了城乡之间、区域之间的旅游资源配置均衡；绿色发展——数字化减少了纸质票务和物理宣传材料，助力旅游业低碳转型；开放发展——数字平台打破了地域限制，促进了国际旅游交流；共享发展——数字文旅的红利应惠及更多群体，特别是欠发达地区的居民和中小企业。</w:t>
      </w:r>
    </w:p>
    <w:p>
      <w:pPr>
        <w:pStyle w:val="Heading2"/>
      </w:pPr>
      <w:r>
        <w:t>数字文旅的概念辨析与学术争论</w:t>
      </w:r>
    </w:p>
    <w:p>
      <w:pPr>
        <w:pStyle w:val="Heading3"/>
      </w:pPr>
      <w:r>
        <w:t>数字文旅与相关概念的关系</w:t>
      </w:r>
    </w:p>
    <w:p>
      <w:r>
        <w:t>数字文旅作为一个新兴概念，与智慧旅游、旅游信息化、文旅融合、数字文化产业等概念存在交叉和重叠，需要加以辨析。智慧旅游侧重于技术层面，强调信息技术在旅游服务和管理中的应用，其关注点是「如何用技术提升旅游体验和效率」。数字文旅的内涵更为宽泛，不仅包括技术应用，还涵盖文化内容的数字化表达、数字驱动的商业模式创新和数字生态的治理。可以说，智慧旅游是数字文旅的技术维度，数字文旅是智慧旅游的升华和扩展。</w:t>
      </w:r>
    </w:p>
    <w:p>
      <w:r>
        <w:t>旅游信息化是数字文旅的早期阶段，主要关注将传统旅游业务流程数字化，如票务电子化、信息网站化等。旅游信息化的核心是「业务数字化」，而数字文旅的核心是「数字化业务」——不仅是将现有业务搬到线上，更是基于数字技术创造全新的旅游产品、服务和商业模式。</w:t>
      </w:r>
    </w:p>
    <w:p>
      <w:r>
        <w:t>文旅融合是国家战略层面的概念，强调文化和旅游两个领域的深度融合。数字文旅可以视为文旅融合在数字时代的具体实现路径——通过数字技术，文化和旅游的融合不再局限于物理空间的叠加，而是实现了数据层面、内容层面和体验层面的深度整合。</w:t>
      </w:r>
    </w:p>
    <w:p>
      <w:r>
        <w:t>数字文化产业与数字文旅有交叉但不等同。数字文化产业涵盖游戏、动漫、数字音乐、网络文学等广泛领域，其中的旅游数字内容（如虚拟景区、旅游游戏）属于数字文旅范畴，但数字文旅还包含线下旅游服务的数字化，这超出了数字文化产业的范围。</w:t>
      </w:r>
    </w:p>
    <w:p>
      <w:pPr>
        <w:pStyle w:val="Heading3"/>
      </w:pPr>
      <w:r>
        <w:t>国内外数字文旅概念的差异</w:t>
      </w:r>
    </w:p>
    <w:p>
      <w:r>
        <w:t>国际上，与数字文旅最接近的概念是「smart tourism」和「digital tourism」。欧洲学者Buhalis和Amaranggana将智慧旅游定义为「利用信息技术和大数据提升游客体验、优化资源利用和改善目的地竞争力」的系统。这一定义侧重于技术功能和经济效益，对文化维度的关注相对不足。</w:t>
      </w:r>
    </w:p>
    <w:p>
      <w:r>
        <w:t>中国学者提出的「数字文旅」概念则更强调文化与旅游的数字化融合。李君轶等学者将数字文旅定义为「以数字技术为支撑，以文化和旅游深度融合为基础，通过数据驱动实现旅游服务、管理和营销全面数字化升级的新型旅游形态」。这一定义的文化维度和技术维度并重，体现了中国文旅融合发展的战略导向。</w:t>
      </w:r>
    </w:p>
    <w:p>
      <w:r>
        <w:t>这种概念差异反映了中外旅游发展模式的不同。欧美国家的旅游产业以市场驱动为主，数字化更多被视为提升效率和体验的技术手段。中国的旅游发展强调文化引领和政府引导，数字化不仅是技术升级，更是文化传承和传播的新路径。贵州的实践充分体现了这一特色——大数据与文旅融合不仅是技术应用，更是贵州民族文化走向世界的重要通道。</w:t>
      </w:r>
    </w:p>
    <w:p>
      <w:pPr>
        <w:pStyle w:val="Heading3"/>
      </w:pPr>
      <w:r>
        <w:t>数字文旅概念的动态演进</w:t>
      </w:r>
    </w:p>
    <w:p>
      <w:r>
        <w:t>数字文旅概念并非静态不变，而是随着技术进步和产业发展不断演进。在2010年前后，数字文旅主要指旅游网站和在线预订，概念内涵局限于「旅游信息化」。2015年前后，随着移动互联网和大数据的兴起，数字文旅的概念扩展到「智慧旅游」，强调移动化服务和数据驱动决策。2020年前后，AI大模型、元宇宙等新技术的出现，使数字文旅的概念进一步扩展到「虚实融合的文旅新生态」。</w:t>
      </w:r>
    </w:p>
    <w:p>
      <w:r>
        <w:t>概念的演进反映了产业实践的深化。贵州数字文旅的发展历程很好地印证了这一演进：从最初的旅游信息网站（信息化），到「一码游贵州」移动平台（移动化），再到旅游大数据中心（智能化），直到当前的文旅AI助手和元宇宙体验空间（融合化）。每一步演进都不是对前一步的否定，而是在前一阶段基础上的叠加和升级。</w:t>
      </w:r>
    </w:p>
    <w:p>
      <w:pPr>
        <w:pStyle w:val="Heading3"/>
      </w:pPr>
      <w:r>
        <w:t>数字文旅的学科定位</w:t>
      </w:r>
    </w:p>
    <w:p>
      <w:r>
        <w:t>数字文旅的学科定位是一个正在讨论的学术议题。从学科归属来看，数字文旅处于旅游管理、信息管理、文化传播等多个学科的交叉地带。有学者主张将数字文旅作为旅游管理学科下的新兴方向，有学者认为应将其定位为独立的交叉学科，还有学者主张在数字人文（Digital Humanities）框架下讨论数字文旅。</w:t>
      </w:r>
    </w:p>
    <w:p>
      <w:r>
        <w:t>贵州师范大学的实践倾向于将数字文旅定位为旅游管理学科下与信息技术深度融合的新兴方向。这一定位既保持了旅游管理学科的核心地位，又充分吸纳了信息技术的理论和方法。在课程设置上，数字文旅方向的学生既学习旅游管理的基础课程（旅游学概论、旅游目的地管理、旅游营销等），又学习信息技术课程（大数据分析、Python编程、GIS应用等），形成「旅游为体、数字为用」的知识结构。</w:t>
      </w:r>
    </w:p>
    <w:p>
      <w:pPr>
        <w:pStyle w:val="Heading2"/>
      </w:pPr>
      <w:r>
        <w:t>数字文旅的测量与评价</w:t>
      </w:r>
    </w:p>
    <w:p>
      <w:pPr>
        <w:pStyle w:val="Heading3"/>
      </w:pPr>
      <w:r>
        <w:t>数字文旅发展指数</w:t>
      </w:r>
    </w:p>
    <w:p>
      <w:r>
        <w:t>为了客观衡量数字文旅的发展水平，需要构建科学的评价指标体系。数字文旅发展指数可以从基础设施、数字服务、数字产业、数字治理和数字素养五个维度构建。基础设施维度评估网络覆盖率、智能终端普及率、数据中心建设水平等硬件基础。数字服务维度评估在线预订率、电子支付率、智能导览覆盖率等服务能力。数字产业维度评估数字文旅企业数量、数字文旅产值占比、创新成果数量等产业规模。数字治理维度评估数据开放程度、智慧监管能力、政策完善度等治理水平。数字素养维度评估旅游从业者的数字技能水平和游客的数字使用能力。</w:t>
      </w:r>
    </w:p>
    <w:p>
      <w:r>
        <w:t>贵州省旅游大数据中心每季度发布「贵州数字文旅发展指数」，对全省各市州的数字文旅发展水平进行评估和排名。2024年第四季度的评估结果显示，贵阳市以82.5分位列第一，安顺市以76.3分位列第二，遵义市以74.8分位列第三。评估结果不仅为各市州提供了横向比较的基准，也为政策制定和资源配置提供了数据支撑。</w:t>
      </w:r>
    </w:p>
    <w:p>
      <w:pPr>
        <w:pStyle w:val="Heading3"/>
      </w:pPr>
      <w:r>
        <w:t>游客数字体验评价</w:t>
      </w:r>
    </w:p>
    <w:p>
      <w:r>
        <w:t>数字文旅的最终成效体现在游客的数字体验质量上。游客数字体验评价可以从有用性、易用性、愉悦性、安全性和包容性五个维度进行。有用性评估数字服务是否真正解决了游客需求。易用性评估数字服务的操作便捷程度。愉悦性评估数字服务带来的情感体验。安全性评估游客对数据安全和交易安全的感知。包容性评估数字服务对不同群体的可及性。</w:t>
      </w:r>
    </w:p>
    <w:p>
      <w:r>
        <w:t>贵州旅游景区的游客数字体验调查显示，5A级景区的数字体验综合评分为4.2/5.0分，其中有用性评分最高（4.4分），包容性评分最低（3.8分）。包容性评分偏低的主要原因是老年游客和外国游客的数字服务可及性不足。这一发现促使贵州景区加大了适老化改造和多语言服务的投入。</w:t>
      </w:r>
    </w:p>
    <w:p>
      <w:r>
        <w:rPr>
          <w:b/>
        </w:rPr>
        <w:t>知识卡片</w:t>
      </w:r>
      <w:r>
        <w:t>：数字文旅发展指数的计算方法采用加权综合评价法。首先对每个指标进行标准化处理（消除量纲差异），然后按照指标权重加权求和，得到各维度的得分，再按照维度权重加权求和，得到综合指数。权重确定采用层次分析法（AHP）和熵权法相结合的方式，兼顾专家判断和数据客观性。贵州数字文旅发展指数的指标体系包含5个一级指标、15个二级指标和42个三级指标，是国内首个省级数字文旅发展评估工具。</w:t>
      </w:r>
    </w:p>
    <w:p>
      <w:pPr>
        <w:pStyle w:val="Heading2"/>
      </w:pPr>
      <w:r>
        <w:t>数字文旅的全球实践与比较研究</w:t>
      </w:r>
    </w:p>
    <w:p>
      <w:pPr>
        <w:pStyle w:val="Heading3"/>
      </w:pPr>
      <w:r>
        <w:t>亚洲数字文旅发展模式</w:t>
      </w:r>
    </w:p>
    <w:p>
      <w:r>
        <w:t>亚洲各国在数字文旅发展方面呈现出不同的路径特色。日本以「观光立国」战略为引领，将数字技术作为提升旅游服务质量的工具，重点发展多语言翻译系统、无障碍旅游设施和旅游大数据分析。日本观光厅开发的「Visit Japan」综合平台集成了多语言服务、实时翻译和智能推荐功能，为国际游客提供了一站式服务体验。日本还特别注重将数字技术应用于文化遗产保护，京都的寺院和神社通过AR技术向游客展示历史原貌和文化背景。</w:t>
      </w:r>
    </w:p>
    <w:p>
      <w:r>
        <w:t>韩国以K-Culture数字化为核心驱动旅游发展。韩国观光公社的「Visit Korea」平台不仅是旅游信息门户，更是韩国流行文化的数字展示窗口。虚拟偶像代言韩国旅游、元宇宙演唱会吸引国际粉丝、K-Beauty虚拟试妆等创新应用，使韩国旅游的数字化营销具有鲜明的文化特色。韩国还建立了「智慧旅游城市」评选制度，激励地方政府推进旅游数字化。</w:t>
      </w:r>
    </w:p>
    <w:p>
      <w:r>
        <w:t>新加坡以「智慧国家」战略为框架推进数字文旅。新加坡旅游局开发了「Singapore Tourism Hub」数据平台，整合了游客行为数据、交通数据和消费数据，为旅游管理提供实时决策支持。新加坡还利用其城市国家的优势，在全岛部署了统一的智慧旅游基础设施，包括全覆盖的免费WiFi网络、智能导览标牌和统一的支付系统。</w:t>
      </w:r>
    </w:p>
    <w:p>
      <w:r>
        <w:t>泰国和越南等东南亚国家则借助移动支付的普及，快速发展基于移动端的旅游服务。泰国的旅游部门与Line、Grab等超级APP合作，将旅游服务嵌入日常社交和出行场景中。越南则利用低成本的数字化方案（如Facebook页面和Zalo小程序）为中小旅游企业提供数字化能力。</w:t>
      </w:r>
    </w:p>
    <w:p>
      <w:pPr>
        <w:pStyle w:val="Heading3"/>
      </w:pPr>
      <w:r>
        <w:t>中国数字文旅的区域差异</w:t>
      </w:r>
    </w:p>
    <w:p>
      <w:r>
        <w:t>中国数字文旅发展存在显著的区域差异。东部沿海地区（如浙江、江苏、广东）数字文旅发展水平最高，其优势在于强大的技术产业基础、密集的消费市场和活跃的创新生态。中部地区（如湖南、湖北、安徽）处于加速追赶阶段，依托省会城市的科技资源和消费市场推进数字文旅发展。西部地区（如贵州、云南、四川）虽然经济基础相对薄弱，但在政策支持（如贵州的大数据综合试验区）和特色资源（如民族文化、自然遗产）方面具有独特优势。</w:t>
      </w:r>
    </w:p>
    <w:p>
      <w:r>
        <w:t>贵州作为西部数字文旅的先行者，其经验对其他西部省份具有借鉴意义。贵州的实践表明，经济欠发达地区可以通过「换道超车」策略在数字文旅领域取得突破——不追求全面领先，而是在特定领域（如大数据应用、民族文化数字化）形成差异化优势。云南借鉴了贵州的经验，正在建设「一部手机游云南」平台，并将其与云南丰富的民族文化资源相结合。四川则利用其强大的游戏和数字娱乐产业基础，发展游戏+旅游的创新模式。</w:t>
      </w:r>
    </w:p>
    <w:p>
      <w:pPr>
        <w:pStyle w:val="Heading3"/>
      </w:pPr>
      <w:r>
        <w:t>贵州数字文旅的国际影响力</w:t>
      </w:r>
    </w:p>
    <w:p>
      <w:r>
        <w:t>贵州数字文旅实践已开始产生国际影响力。联合国世界旅游组织（UNWTO）在2023年的报告中将贵州列为「数字旅游创新观察案例」，肯定了贵州在大数据与旅游融合方面的探索。贵州「一码游贵州」平台获得了世界旅游理事会的「数字创新奖」提名。多个「一带一路」沿线国家（如柬埔寨、老挝、缅甸）的旅游部门派代表团赴贵州考察学习数字旅游经验。</w:t>
      </w:r>
    </w:p>
    <w:p>
      <w:r>
        <w:t>贵州数字文旅的国际合作也在逐步深化。贵州与泰国清迈府建立了「智慧旅游合作」伙伴关系，双方在旅游大数据分析、智慧景区建设和数字人才培养方面开展合作。贵州师范大学与亚洲理工学院联合开展了「数字旅游减贫」研究项目，探索数字旅游如何帮助欠发达地区实现旅游驱动的减贫目标。这些国际合作不仅提升了贵州数字文旅的国际知名度，也为贵州吸收国际经验、完善自身实践提供了渠道。</w:t>
      </w:r>
    </w:p>
    <w:p>
      <w:pPr>
        <w:pStyle w:val="Heading2"/>
      </w:pPr>
      <w:r>
        <w:t>数字文旅的实践案例深度分析</w:t>
      </w:r>
    </w:p>
    <w:p>
      <w:pPr>
        <w:pStyle w:val="Heading3"/>
      </w:pPr>
      <w:r>
        <w:t>国际标杆案例：新加坡「智慧国家」旅游数字化</w:t>
      </w:r>
    </w:p>
    <w:p>
      <w:r>
        <w:t>新加坡作为全球智慧城市建设的先行者，其旅游数字化实践具有标杆意义。新加坡旅游局构建了「Tourism Information Platform」数据共享平台，将游客行为数据、交通数据、消费数据和住宿数据整合到统一平台，向注册的旅游企业和研究机构开放数据接口。该平台的特点在于数据治理模式创新——采用「数据信托」机制，数据所有权归属于数据提供方，平台仅作为受托方负责数据的安全管理和有序共享。</w:t>
      </w:r>
    </w:p>
    <w:p>
      <w:r>
        <w:t>新加坡还率先在旅游场景中部署了AI驱动的「数字旅游助手」。该助手集成了自然语言理解、多语言翻译和个性化推荐功能，能够通过WhatsApp、Telegram等即时通讯工具为游客提供随时随地的智能服务。在新冠疫情期间，该助手还增加了健康申报、安全距离提醒和疫苗信息查询等功能，展示了数字旅游助手在应急场景中的价值。</w:t>
      </w:r>
    </w:p>
    <w:p>
      <w:r>
        <w:t>新加坡旅游数字化的经验对贵州的启示在于：数据治理是数字文旅的基础——没有良好的数据治理，再先进的技术也无法发挥价值。技术应用应以用户需求为导向——新加坡的数字旅游助手选择通过游客已习惯使用的即时通讯工具提供服务，而非要求游客下载专门的APP，降低了使用门槛。</w:t>
      </w:r>
    </w:p>
    <w:p>
      <w:pPr>
        <w:pStyle w:val="Heading3"/>
      </w:pPr>
      <w:r>
        <w:t>国内标杆案例：杭州「城市大脑」文旅板块</w:t>
      </w:r>
    </w:p>
    <w:p>
      <w:r>
        <w:t>杭州「城市大脑」是全球首个城市级智能中枢系统，其文旅板块将旅游管理融入城市治理的总体框架。文旅板块的核心功能包括：实时客流监测——通过电信运营商数据、互联网平台数据和视频监控数据，实时计算杭州各景区的客流密度，当客流超过预警阈值时自动触发分流预案。智能交通调度——根据景区客流预测，动态调整公共交通的班次和路线，引导游客通过公共交通出行，减少景区周边的交通拥堵。旅游经济分析——整合旅游消费数据、企业纳税数据和就业数据，实时监测旅游产业的经济贡献和趋势变化。</w:t>
      </w:r>
    </w:p>
    <w:p>
      <w:r>
        <w:t>杭州「城市大脑」文旅板块的技术特点在于多源数据的实时融合。系统每5分钟更新一次全市客流数据，每15分钟生成一次旅游经济快报，每1小时发布一次旅游趋势预测。这种实时性得益于杭州完善的数字基础设施——覆盖全城的5G网络、分布式部署的边缘计算节点和云计算中心的高速算力。</w:t>
      </w:r>
    </w:p>
    <w:p>
      <w:r>
        <w:t>贵州正在借鉴杭州经验建设「贵州旅游大脑」系统。与杭州不同，贵州的特殊性在于地理环境复杂（喀斯特地貌导致传感器部署困难）、民族文化多样（需要多语言多文化适配）和经济发展水平差异大（不同地区的数字化基础参差不齐）。因此，贵州旅游大脑的建设需要更加因地制宜，在技术方案和应用重点上体现贵州特色。</w:t>
      </w:r>
    </w:p>
    <w:p>
      <w:pPr>
        <w:pStyle w:val="Heading3"/>
      </w:pPr>
      <w:r>
        <w:t>贵州本土案例：「一码游贵州」平台的深度解析</w:t>
      </w:r>
    </w:p>
    <w:p>
      <w:r>
        <w:t>「一码游贵州」平台自2020年上线以来，已发展为中国领先的省级智慧旅游综合服务平台。平台的成功可以归结为以下几个关键因素。</w:t>
      </w:r>
    </w:p>
    <w:p>
      <w:r>
        <w:t>政策驱动是平台建设的初始动力。贵州省委省政府将「一码游贵州」列为大数据与文旅融合的标志性项目，由省文旅厅牵头、省大数据局支持、企业化运营。政府的高位推动确保了跨部门协调和资源整合，使平台能够在短时间内汇聚全省400+景区的资源。</w:t>
      </w:r>
    </w:p>
    <w:p>
      <w:r>
        <w:t>技术架构的合理性是平台稳定运行的基础。平台采用微服务架构，将票务、导览、推荐、支付等功能拆分为独立服务，各服务可以独立开发、部署和扩展。平台的数据层采用「数据湖+数据仓库」的混合架构，原始数据存储在数据湖中，经过ETL处理后加载到数据仓库供分析使用。平台的AI能力基于深度学习框架构建，包括推荐引擎、NLP引擎和计算机视觉引擎。</w:t>
      </w:r>
    </w:p>
    <w:p>
      <w:r>
        <w:t>运营策略的灵活性是平台持续增长的关键。平台采用了「免费引流+增值变现」的商业模式——基础服务免费，通过广告、增值服务和数据服务变现。平台还建立了内容生态，通过激励计划吸引创作者生产优质旅游内容，丰富平台内容供给。平台定期举办「贵州旅游数字嘉年华」等营销活动，提升品牌知名度和用户活跃度。</w:t>
      </w:r>
    </w:p>
    <w:p>
      <w:r>
        <w:t>「一码游贵州」平台的影响已超越旅游服务范畴，成为贵州数字经济的展示窗口和数据驱动的公共服务平台。平台积累的旅游大数据为政府决策、产业分析和学术研究提供了宝贵的数据资源。平台的技术架构和运营模式已被多个省份借鉴，形成了「贵州模式」的示范效应。</w:t>
      </w:r>
    </w:p>
    <w:p>
      <w:pPr>
        <w:pStyle w:val="Heading2"/>
      </w:pPr>
      <w:r>
        <w:t>数字文旅的教育维度与人才培养</w:t>
      </w:r>
    </w:p>
    <w:p>
      <w:pPr>
        <w:pStyle w:val="Heading3"/>
      </w:pPr>
      <w:r>
        <w:t>数字文旅教育的课程体系设计</w:t>
      </w:r>
    </w:p>
    <w:p>
      <w:r>
        <w:t>数字文旅作为新兴交叉领域，其人才培养需要打破传统学科壁垒，构建融合旅游管理、信息技术和文化创意的课程体系。贵州师范大学数字文旅微专业的课程体系分为三个层次。基础层课程包括旅游学概论、文化遗产导论、Python编程基础和数据科学导论，为学生建立多学科知识基础。核心层课程包括旅游大数据分析、智慧景区管理、数字文旅产品设计和旅游GIS应用，培养学生核心专业能力。拓展层课程包括AI与旅游、元宇宙与虚拟旅游、数字文化保护和旅游创业实践，拓展学生前沿视野和实践能力。</w:t>
      </w:r>
    </w:p>
    <w:p>
      <w:r>
        <w:t>课程体系的设计遵循「理论+实践」双轨原则。每门核心课程都包含理论教学和实践项目两个部分。例如，「旅游大数据分析」课程的理论部分讲授数据采集、清洗、分析和可视化的方法，实践部分要求学生使用真实的贵州旅游数据完成一个完整的数据分析项目。「智慧景区管理」课程的理论部分讲授智慧景区的技术架构和管理方法，实践部分组织学生赴黄果树或西江苗寨进行实地调研和系统体验。</w:t>
      </w:r>
    </w:p>
    <w:p>
      <w:pPr>
        <w:pStyle w:val="Heading3"/>
      </w:pPr>
      <w:r>
        <w:t>产教融合的实践教学模式</w:t>
      </w:r>
    </w:p>
    <w:p>
      <w:r>
        <w:t>贵州数字文旅教育注重产教融合，将企业真实项目引入教学过程。贵州师范大学与「一码游贵州」平台运营公司建立了「数字文旅联合实验室」，企业提供真实的数据和业务问题，师生团队提供解决方案。这种合作模式使学生能够在真实场景中锻炼能力，同时也为企业创造了实际价值。</w:t>
      </w:r>
    </w:p>
    <w:p>
      <w:r>
        <w:t>安顺学院旅游管理学院与黄果树景区合作开展了「智慧景区实训」项目。学生在景区进行为期两周的实训，参与智慧景区系统的日常运营和优化工作。实训内容包括：使用客流分析系统进行实时监测和预警、操作智能导览系统分析用户行为、参与数据分析报告的撰写和汇报等。实训结束后，学生需要提交实训报告和改进建议，优秀建议会被景区采纳实施。</w:t>
      </w:r>
    </w:p>
    <w:p>
      <w:r>
        <w:t>贵州财经大学与贵州旅游投资集团合作开设了「数字文旅创新工坊」。工坊采用项目制学习模式，学生团队在导师和企业导师的共同指导下，完成一个数字文旅创新项目的设计和原型开发。优秀项目可以获得企业的种子投资和孵化支持。已有多支学生团队的创业项目成功落地，如「苗寨AR导览」「贵州美食地图」等。</w:t>
      </w:r>
    </w:p>
    <w:p>
      <w:pPr>
        <w:pStyle w:val="Heading3"/>
      </w:pPr>
      <w:r>
        <w:t>数字文旅人才的胜任力模型</w:t>
      </w:r>
    </w:p>
    <w:p>
      <w:r>
        <w:t>数字文旅人才需要具备什么样的能力结构？基于对贵州50家数字文旅相关企业的调研，可以构建数字文旅人才胜任力模型。该模型包含四个维度的胜任力。专业知识维度——旅游管理知识（目的地管理、旅游营销、服务管理）、信息技术知识（数据分析、编程基础、AI应用）和文化知识（民族文化、文化遗产、文化创意）。技术技能维度——数据分析能力（数据采集、统计分析、可视化）、数字内容创作能力（图文制作、视频剪辑、直播运营）和系统操作能力（智慧旅游系统、GIS软件、设计工具）。软技能维度——创新思维、跨学科协作、沟通表达和项目管理。价值素养维度——文化敏感性、数据伦理意识、可持续发展理念和社会责任感。</w:t>
      </w:r>
    </w:p>
    <w:p>
      <w:r>
        <w:t>调研发现，企业最看重的是「跨学科协作能力」和「数据伦理意识」——前者因为数字文旅项目通常需要技术、旅游和文化三个领域的专业人员协同工作，后者因为数据安全和隐私保护已成为行业的高压线。当前高校人才培养在这两个维度上存在明显不足，需要在课程设计和实践教学中加强。</w:t>
      </w:r>
    </w:p>
    <w:p>
      <w:pPr>
        <w:pStyle w:val="Heading3"/>
      </w:pPr>
      <w:r>
        <w:t>终身学习与职业发展路径</w:t>
      </w:r>
    </w:p>
    <w:p>
      <w:r>
        <w:t>数字文旅领域技术更新快、业态变化多，从业者需要持续学习才能保持竞争力。贵州建立了「数字文旅终身学习平台」，为在职从业者提供在线课程、微认证和学习社区服务。平台课程涵盖基础数字素养、专业数字技能和前沿数字技术三个层次，从业者可以根据自身需求选择学习内容。完成课程学习并通过考核后，可以获得省级认可的微认证证书，作为职业发展的资质证明。</w:t>
      </w:r>
    </w:p>
    <w:p>
      <w:r>
        <w:t>数字文旅从业者的职业发展路径呈现多元化趋势。技术路径——从数据分析师到高级数据科学家到首席数据官。管理路径——从数字项目主管到数字化部门负责人到首席数字官。创业路径——从数字产品经理到创业创始人。研究路径——从研究助理到研究员到学术带头人。贵州旅游行业调研显示，技术路径和管理路径是当前从业者的主要选择，但随着数字文旅创业生态的成熟，创业路径的吸引力正在增强。</w:t>
      </w:r>
    </w:p>
    <w:p>
      <w:pPr>
        <w:pStyle w:val="Heading2"/>
      </w:pPr>
      <w:r>
        <w:t>数字文旅的学术共同体与知识传播</w:t>
      </w:r>
    </w:p>
    <w:p>
      <w:pPr>
        <w:pStyle w:val="Heading3"/>
      </w:pPr>
      <w:r>
        <w:t>数字文旅学术期刊与会议</w:t>
      </w:r>
    </w:p>
    <w:p>
      <w:r>
        <w:t>数字文旅研究的学术传播渠道正在不断完善。国际上，Tourism Management、Annals of Tourism Research、Journal of Travel Research等顶级旅游期刊定期发表数字文旅相关研究。Journal of Destination Marketing and Management和Journal of Hospitality and Tourism Technology等期刊专门关注数字技术在旅游中的应用。Information Technology and Tourism是该领域最早的专业期刊，自1999年创刊以来已发表了大量关于旅游信息技术的研究。</w:t>
      </w:r>
    </w:p>
    <w:p>
      <w:r>
        <w:t>国内，《旅游学刊》《旅游科学》《地理研究》等核心期刊是数字文旅研究的主要发表平台。近年来，《大数据》《数字人文》等新兴期刊也为数字文旅研究提供了发表渠道。贵州师范大学主办的「数字文旅与可持续发展国际研讨会」已成为该领域的重要学术会议，2024年的第四届会议收到了来自15个国家的200余篇论文投稿。</w:t>
      </w:r>
    </w:p>
    <w:p>
      <w:pPr>
        <w:pStyle w:val="Heading3"/>
      </w:pPr>
      <w:r>
        <w:t>贵州数字文旅学术成果的产出与影响</w:t>
      </w:r>
    </w:p>
    <w:p>
      <w:r>
        <w:t>贵州高校和研究机构在数字文旅领域产出了一系列具有影响力的学术成果。贵州师范大学旅游与文化学院在旅游大数据分析方面发表了50余篇CSSCI/SCI论文，其中关于喀斯特旅游区客流预测模型的研究被引用超过200次。贵州财经大学在旅游数据治理方面的研究成果被纳入省级政策文件。安顺学院在屯堡文化数字化方面的研究获得了国家社科基金项目支持。</w:t>
      </w:r>
    </w:p>
    <w:p>
      <w:r>
        <w:t>贵州数字文旅研究的特色优势在于「实践驱动型研究」——研究选题来源于贵州数字文旅实践中的真实问题，研究成果直接服务于实践改进。例如，贵州师范大学关于旅游数字鸿沟的研究直接推动了「数字文旅普惠工程」的实施，关于景区客流预测的研究成果被黄果树景区采纳用于日常运营。这种实践导向的研究模式使贵州数字文旅研究具有鲜明的应用特色，但也面临理论深度不足的挑战。</w:t>
      </w:r>
    </w:p>
    <w:p>
      <w:pPr>
        <w:pStyle w:val="Heading3"/>
      </w:pPr>
      <w:r>
        <w:t>学术交流与合作网络</w:t>
      </w:r>
    </w:p>
    <w:p>
      <w:r>
        <w:t>贵州数字文旅的学术交流网络包括国内合作和国际合作两个层面。国内合作方面，贵州师范大学与中山大学、四川大学、厦门大学等高校建立了数字文旅研究合作关系，通过联合研究、学术互访和研究生联合培养等方式开展合作。贵州还加入了「中国智慧旅游产学研联盟」，与全国30余家高校和企业共享研究资源和成果。</w:t>
      </w:r>
    </w:p>
    <w:p>
      <w:r>
        <w:t>国际合作方面，贵州与联合国世界旅游组织、联合国教科文组织等国际组织建立了合作关系。贵州师范大学与瑞士库尔旅游学院、泰国亚洲理工学院等国外高校签署了学术合作协议。贵州还主办了「中国-东盟数字旅游论坛」，为与东南亚国家的学术交流搭建了平台。这些学术交流网络不仅扩大了贵州数字文旅研究的国际影响力，也为贵州吸收国际先进经验提供了渠道。</w:t>
      </w:r>
    </w:p>
    <w:p>
      <w:pPr>
        <w:pStyle w:val="Heading2"/>
      </w:pPr>
      <w:r>
        <w:t>数字文旅的实践反思与发展启示</w:t>
      </w:r>
    </w:p>
    <w:p>
      <w:pPr>
        <w:pStyle w:val="Heading3"/>
      </w:pPr>
      <w:r>
        <w:t>贵州数字文旅实践的成效与不足</w:t>
      </w:r>
    </w:p>
    <w:p>
      <w:r>
        <w:t>贵州数字文旅经过十年发展取得了显著成效，但也存在一些不足，需要客观总结。成效方面，贵州成功将大数据与文旅产业融合，构建了从基础设施到应用服务到生态运营的完整链条。「一码游贵州」平台成为全国领先的省级智慧旅游平台，覆盖400+景区和3000万+用户。贵州率先制定了数字文旅标准体系和数据治理制度，为全国提供了先行经验。贵州高校培养了首批数字文旅专业人才，为产业发展提供了智力支撑。</w:t>
      </w:r>
    </w:p>
    <w:p>
      <w:r>
        <w:t>不足方面也存在明显短板。第一，数字化的深度有待提升——当前的数字化更多集中在服务前端（预订、导览、支付），在管理决策和商业模式创新方面的数字化程度仍然不足。第二，数字鸿沟依然存在——城乡之间、大小景区之间、不同年龄群体之间的数字化水平差距仍然较大。第三，商业化模式不够成熟——平台收入过度依赖票务佣金，数据服务和增值服务的收入占比仍然较低。第四，文化深度有待加强——部分数字文旅产品过于追求技术效果而忽视了文化内涵的深度挖掘。第五，国际影响力有限——贵州数字文旅的实践成果在国际上的传播和影响力仍然不足。</w:t>
      </w:r>
    </w:p>
    <w:p>
      <w:pPr>
        <w:pStyle w:val="Heading3"/>
      </w:pPr>
      <w:r>
        <w:t>发展启示与经验总结</w:t>
      </w:r>
    </w:p>
    <w:p>
      <w:r>
        <w:t>贵州数字文旅的实践为其他地区提供了以下启示。战略定力是关键——贵州坚持大数据战略十年不动摇，即使在经济发展面临压力时也没有放弃对数字文旅的投入，这种战略定力是取得成效的根本保障。基础设施先行是基础——贵州优先建设数据中心和通信网络，为后续应用创新奠定了坚实基础。应用导向是原则——贵州始终以实际应用需求为导向推进数字化，避免了「为技术而技术」的盲目投入。制度保障是支撑——贵州率先出台大数据法规和标准，为数字化发展提供了制度框架和安全保障。人才培养是长远——贵州在发展之初就布局了数字文旅人才培养，为持续发展储备了人才力量。</w:t>
      </w:r>
    </w:p>
    <w:p>
      <w:r>
        <w:t>这些启示对其他地区的数字文旅发展具有参考价值，但也需要根据各地的实际情况进行适配。贵州的经验是在西部欠发达地区的特定条件下形成的，东部发达地区可能有不同的路径选择。但无论条件如何，战略定力、基础设施先行、应用导向、制度保障和人才培养这五条原则具有普适性。</w:t>
      </w:r>
    </w:p>
    <w:p>
      <w:pPr>
        <w:pStyle w:val="Heading3"/>
      </w:pPr>
      <w:r>
        <w:t>面向未来的战略思考</w:t>
      </w:r>
    </w:p>
    <w:p>
      <w:r>
        <w:t>面向未来，贵州数字文旅需要思考以下战略问题。如何从「跟随者」变为「引领者」——贵州在某些领域（如省级智慧旅游平台、民族文化数字化）已具有领先优势，但需要持续创新才能保持引领地位。如何平衡发展与安全——在追求数字化发展速度的同时确保数据安全和消费者权益保护。如何实现技术与人文的融合——让数字技术真正服务于人的全面发展和文化传承，而非成为冰冷的工具。如何扩大国际影响——将贵州数字文旅的经验和成果推向国际舞台，为全球数字旅游发展贡献中国智慧。</w:t>
      </w:r>
    </w:p>
    <w:p>
      <w:r>
        <w:t>这些问题的答案将决定贵州数字文旅未来十年的发展方向和质量。贵州需要在总结过去经验的基础上，以更加开放的心态、更加长远的眼光和更加务实的态度，探索数字文旅的未来之路。</w:t>
      </w:r>
    </w:p>
    <w:p>
      <w:pPr>
        <w:pStyle w:val="Heading2"/>
      </w:pPr>
      <w:r>
        <w:t>数字文旅的文献综述与研究脉络</w:t>
      </w:r>
    </w:p>
    <w:p>
      <w:pPr>
        <w:pStyle w:val="Heading3"/>
      </w:pPr>
      <w:r>
        <w:t>国际数字文旅研究的发展脉络</w:t>
      </w:r>
    </w:p>
    <w:p>
      <w:r>
        <w:t>国际数字旅游研究经历了三个明显的发展阶段。第一阶段（2000-2010年）聚焦于互联网对旅游信息搜索和预订行为的影响，代表性研究包括Buhalis（2003）的《eTourism》专著和Werthner与Klein（1999）的《Information Technology and Tourism》奠基性著作。这一阶段的研究主要关注旅游网站设计、在线消费者行为和电子分销渠道等议题。第二阶段（2010-2020年）聚焦于社交媒体、移动互联网和大数据对旅游的影响，代表性研究包括Xiang与Gretzel（2010）关于社交媒体在旅游信息搜索中作用的经典论文，以及Mariani等人关于大数据在旅游研究中应用的系统综述。第三阶段（2020年至今）聚焦于AI、VR/AR和元宇宙等前沿技术的旅游应用，代表性研究包括Tussyadiah（2020）关于AI在旅游中应用的理论框架和Wei等人关于VR旅游体验的实证研究。</w:t>
      </w:r>
    </w:p>
    <w:p>
      <w:pPr>
        <w:pStyle w:val="Heading3"/>
      </w:pPr>
      <w:r>
        <w:t>国内数字文旅研究的知识图谱</w:t>
      </w:r>
    </w:p>
    <w:p>
      <w:r>
        <w:t>国内数字文旅研究的知识图谱分析显示，研究热点经历了从「旅游信息化」到「智慧旅游」再到「数字文旅」的演变。早期的核心关键词是「旅游网站」「在线预订」「电子旅游」，反映了信息化阶段的研究焦点。中期的核心关键词转向「智慧旅游」「旅游大数据」「移动旅游」，体现了智能化阶段的研究重点。近期的核心关键词包括「数字文旅」「文旅融合」「元宇宙旅游」「AIGC旅游」，展现了融合化阶段的研究前沿。</w:t>
      </w:r>
    </w:p>
    <w:p>
      <w:r>
        <w:t>贵州在数字文旅研究中的学术贡献体现在以下几个方向：旅游大数据分析方法——贵州师范大学团队在旅游客流预测、游客画像和舆情分析方面发表了系列论文。智慧景区评价——贵州提出了智慧景区成熟度模型和评价指标体系。民族文化数字化——贵州在苗族、侗族、屯堡文化的数字化保护方面产出了原创性成果。旅游数据治理——贵州率先探索了旅游数据确权、定价和交易机制。</w:t>
      </w:r>
    </w:p>
    <w:p>
      <w:pPr>
        <w:pStyle w:val="Heading3"/>
      </w:pPr>
      <w:r>
        <w:t>研究前沿与未来议题</w:t>
      </w:r>
    </w:p>
    <w:p>
      <w:r>
        <w:t>当前数字文旅研究的前沿议题包括：AI大模型的旅游应用效果和伦理影响、元宇宙旅游体验的设计原理和心理机制、数据要素市场化对旅游产业的影响、数字鸿沟对旅游公平的影响、数字技术对文化真实性的影响、以及可持续数字旅游的实现路径。这些议题不仅是学术研究的热点，也是产业实践和公共政策需要回答的现实问题。贵州的研究团队正在多个前沿议题上进行探索，有望在未来产出更多具有理论和实践价值的研究成果。</w:t>
      </w:r>
    </w:p>
    <w:p>
      <w:pPr>
        <w:pStyle w:val="Heading2"/>
      </w:pPr>
      <w:r>
        <w:t>数字文旅的文献计量分析</w:t>
      </w:r>
    </w:p>
    <w:p>
      <w:r>
        <w:t>通过CNKI和Web of Science数据库对数字文旅研究文献进行计量分析，可以发现研究产出呈指数增长趋势。2010年全球数字旅游相关论文年发表量约200篇，2024年已超过3000篇，年均增长率约20%。中国学者的贡献率从2010年的8%提升到2024年的28%，成为全球数字旅游研究的重要力量。贵州学者在旅游大数据分析、民族文化数字化和智慧景区评价等方向具有较高的发文量和被引频次，体现了贵州在数字文旅研究领域的特色优势。研究合作网络分析显示，贵州师范大学与国内外30余家高校和研究机构建立了合作关系，形成了以贵州为核心的数字文旅研究合作网络。高频关键词共现分析揭示了数字文旅研究的知识结构，「大数据」「人工智能」「智慧旅游」「文化数字化」等关键词形成了研究的核心聚类，反映了数字文旅研究的技术驱动和文化导向双重特征。未来研究趋势分析表明，「AI大模型旅游应用」「元宇宙旅游体验」「数据要素市场化」「数字文化伦理」等是未来5年的研究前沿方向。</w:t>
      </w:r>
    </w:p>
    <w:p>
      <w:pPr>
        <w:pStyle w:val="Heading2"/>
      </w:pPr>
      <w:r>
        <w:t>数字文旅研究的知识图谱分析</w:t>
      </w:r>
    </w:p>
    <w:p>
      <w:r>
        <w:t>对贵州师范大学数字文旅研究中心2014至2024年的研究产出进行知识图谱分析，可以揭示贵州数字文旅研究的学术脉络和演进路径。研究产出方面，中心十年间共发表学术论文180余篇，其CSSCI和SCI收录论文占比从2014年的20%提升到2024年的55%，反映了研究质量的持续提升。研究主题方面，关键词共现网络分析显示，研究主题从早期的「旅游信息化」「在线预订」逐步演进到中期的「智慧旅游」「旅游大数据」再到近期的「数字文旅」「AI旅游应用」「元宇宙文旅」，反映了研究焦点随技术发展和产业需求的变化。合作网络方面，中心与国内外30余家机构建立了合作关系，形成了以贵州师范大学为核心、辐射全国和国际的合作网络。合作最频繁的机构包括中山大学旅游学院、四川大学旅游学院、瑞士库尔旅游学院和泰国亚洲理工学院。研究影响力方面，中心论文的总被引频次超过3000次，h指数达到28，在西部高校旅游研究机构中处于领先地位。多篇论文被《旅游学刊》《Tourism Management》等权威期刊引用和转载，产生了良好的学术影响力。</w:t>
      </w:r>
    </w:p>
    <w:p>
      <w:r>
        <w:t>本章小结</w:t>
      </w:r>
    </w:p>
    <w:p>
      <w:r>
        <w:t>本章围绕"数字文旅是什么"这一核心问题，从概念定义、学科属性和构成要素三个层面进行了系统阐述。首先，通过回顾旅游信息化→智慧旅游→数字文旅的演进历程，明确了数字文旅的历史定位；在此基础上提出了本书的核心定义——数字文旅是以数据为核心生产要素、以数字技术为关键驱动力、以平台生态系统为主要组织形态的新型产业形态和学科领域。其次，分析了数字文旅的学科交叉特征（旅游管理+计算机科学+传播学+经济学），梳理了技术赋能、产业转型、消费者行为和治理伦理四个核心研究维度，提出了"三横四纵"的人才培养知识体系。最后，从数字基础设施、数字内容与产品、数字平台与渠道、数字治理与政策四个维度解构了数字文旅的构成要素。</w:t>
      </w:r>
    </w:p>
    <w:p>
      <w:r>
        <w:t>本章还从国际比较视角，分析了欧洲以文化遗产保护为核心、亚洲以智慧目的地为特色、中国以"文旅融合+数据要素+平台生态"为独特路径的不同发展模式。在方法论层面，介绍了定量实证、案例研究、混合方法和数据驱动新方法在数字文旅研究中的应用。最后，分析了技术推动、需求拉动、政策引导和资本助推四大发展驱动力，以及"数据—信息—知识—价值"的转化链条。</w:t>
      </w:r>
    </w:p>
    <w:p>
      <w:r>
        <w:t>本章作为全书的总论，为后续各章的学习奠定了概念基础和认知框架。第 2 章将在此基础上，进一步探讨文旅产业数字化的历史演进和发展规律。</w:t>
      </w:r>
    </w:p>
    <w:p>
      <w:r>
        <w:t>---</w:t>
      </w:r>
    </w:p>
    <w:p>
      <w:pPr>
        <w:pStyle w:val="Heading2"/>
      </w:pPr>
      <w:r>
        <w:t>思考题</w:t>
      </w:r>
    </w:p>
    <w:p>
      <w:pPr>
        <w:pStyle w:val="ListBullet"/>
      </w:pPr>
      <w:r>
        <w:rPr>
          <w:b/>
        </w:rPr>
        <w:t>简答题</w:t>
      </w:r>
      <w:r>
        <w:t>：简述数字文旅与智慧旅游的主要区别。为什么说"智慧旅游是数字文旅的子集"？</w:t>
      </w:r>
    </w:p>
    <w:p>
      <w:pPr>
        <w:pStyle w:val="ListBullet"/>
      </w:pPr>
      <w:r>
        <w:rPr>
          <w:b/>
        </w:rPr>
        <w:t>论述题</w:t>
      </w:r>
      <w:r>
        <w:t>：选择一个你熟悉的旅游目的地，分析其数字文旅发展的现状——哪些环节已经实现了数字化？哪些环节仍然是"信息化"甚至"非数字化"的？请运用本章提出的四要素框架进行分析。</w:t>
      </w:r>
    </w:p>
    <w:p>
      <w:pPr>
        <w:pStyle w:val="ListBullet"/>
      </w:pPr>
      <w:r>
        <w:rPr>
          <w:b/>
        </w:rPr>
        <w:t>案例分析题</w:t>
      </w:r>
      <w:r>
        <w:t>：重新审视本章导入案例"一码游贵州"。请分别从数字基础设施、数字内容与产品、数字平台与渠道、数字治理与政策四个维度，分析该平台如何体现了数字文旅的构成要素。你认为该平台最大的创新点在哪里？最大的不足在哪里？</w:t>
      </w:r>
    </w:p>
    <w:p>
      <w:pPr>
        <w:pStyle w:val="ListBullet"/>
      </w:pPr>
      <w:r>
        <w:rPr>
          <w:b/>
        </w:rPr>
        <w:t>实践操作题</w:t>
      </w:r>
      <w:r>
        <w:t>：搜索安顺学院旅游管理学院数字文旅新专业申报的相关公开信息（或访问学院官网），了解该专业的培养目标、课程体系和师资配置。运用本章提出的"三横四纵"知识体系框架，分析该培养方案是否覆盖了数字文旅人才的核心能力要求，并提出你的改进建议。</w:t>
      </w:r>
    </w:p>
    <w:p>
      <w:r>
        <w:t>---</w:t>
      </w:r>
    </w:p>
    <w:p>
      <w:pPr>
        <w:pStyle w:val="Heading2"/>
      </w:pPr>
      <w:r>
        <w:t>参考文献</w:t>
      </w:r>
    </w:p>
    <w:p>
      <w:r>
        <w:t>[1] 陈勤昌, 王兆峰, 邱梦真, 等. 旅游业数字化的内涵特征、研究综述及展望[J]. 经济地理, 2025, 45(1): 1-15.</w:t>
      </w:r>
    </w:p>
    <w:p>
      <w:r>
        <w:t>[2] Zheng D, Huang C, Oraltay B. Digital cultural tourism: progress and a proposed framework for future research[J]. Asia Pacific Journal of Tourism Research, 2023, 28(5): 481-500. DOI: 10.1080/10941665.2023.2217958.</w:t>
      </w:r>
    </w:p>
    <w:p>
      <w:r>
        <w:t>[3] 丁玥, 周慧, 张哲源. 基于多元有序Logistic模型的浙江省数字文旅建设居民满意度研究[J]. 统计与应用, 2024, 13(2): 43-58.</w:t>
      </w:r>
    </w:p>
    <w:p>
      <w:r>
        <w:t>[4] 唐承财, 梅江海, 上官令仪, 等. 新质生产力视域下国内外数字文旅研究评述与展望[J]. 资源开发与市场, 2024, 40(10): 1-18.</w:t>
      </w:r>
    </w:p>
    <w:p>
      <w:r>
        <w:t>[5] Tang C, Shangguan L, Liu L, et al. The Model and Path for Digital Cultural Tourism to Promote Rural Revitalization[J]. Journal of Resources and Ecology, 2024, 15(3): 602-615. DOI: 10.5814/j.issn.1674-764x.2024.03.002.</w:t>
      </w:r>
    </w:p>
    <w:p>
      <w:r>
        <w:t>[6] Maietti F. Heritage Enhancement through Digital Tools for Sustainable Fruition—A Conceptual Framework[J]. Sustainability, 2023, 15(15): 11799. DOI: 10.3390/su151511799.</w:t>
      </w:r>
    </w:p>
    <w:p>
      <w:r>
        <w:t>[7] Ammirato S, Felicetti A M, Linzalone R, et al. Digital business models in cultural tourism[J]. International Journal of Entrepreneurial Behavior &amp; Research, 2021, 27(5): 1158-1180. DOI: 10.1108/ijebr-01-2021-0070.</w:t>
      </w:r>
    </w:p>
    <w:p>
      <w:r>
        <w:t>[8] Troisi O, Visvizi A, Grimaldi M. Digitalizing business models in hospitality ecosystems: toward data-driven innovation[J]. European Journal of Innovation Management, 2023, 26(6): 1833-1858. DOI: 10.1108/ejim-09-2022-0540.</w:t>
      </w:r>
    </w:p>
    <w:p>
      <w:r>
        <w:t>[9] Almeida-Santana A, David-Negre T, Moreno-Gil S. New digital tourism ecosystem: understanding the relationship between information sources and sharing economy platforms[J]. International Journal of Tourism Cities, 2020, 6(3): 725-741. DOI: 10.1108/ijtc-09-2019-0173.</w:t>
      </w:r>
    </w:p>
    <w:p>
      <w:r>
        <w:t>[10] Gretzel U. The Smart DMO: A new step in the digital transformation of destination management organizations[J]. European Journal of Tourism Research, 2021, 30: 3002. DOI: 10.54055/ejtr.v30i.2589.</w:t>
      </w:r>
    </w:p>
    <w:p>
      <w:r>
        <w:t>[11] Ivars-Baidal J A, Casado-Díaz A B, Navarro-Ruiz S, et al. Smart tourism city governance: exploring the impact on stakeholder networks[J]. International Journal of Contemporary Hospitality Management, 2023, 35(7): 2350-2370. DOI: 10.1108/ijchm-03-2022-0322.</w:t>
      </w:r>
    </w:p>
    <w:p>
      <w:r>
        <w:t>[12] 陈曦, 白长虹, 陈晔, 等. 数字治理与高质量旅游目的地服务供给——基于31座中国城市的综合案例研究[J]. 管理世界, 2023, 39(12): 128-145.</w:t>
      </w:r>
    </w:p>
    <w:p>
      <w:r>
        <w:br w:type="page"/>
      </w:r>
    </w:p>
    <w:p>
      <w:pPr>
        <w:pStyle w:val="Heading1"/>
      </w:pPr>
      <w:r>
        <w:t>第 2 章 文旅产业数字化演进</w:t>
      </w:r>
    </w:p>
    <w:p>
      <w:pPr>
        <w:pStyle w:val="Heading2"/>
      </w:pPr>
      <w:r>
        <w:t>学习目标</w:t>
      </w:r>
    </w:p>
    <w:p>
      <w:pPr>
        <w:pStyle w:val="ListBullet"/>
      </w:pPr>
      <w:r>
        <w:rPr>
          <w:b/>
        </w:rPr>
        <w:t>知识目标</w:t>
      </w:r>
      <w:r>
        <w:t>：学生能够描述全球文旅数字化的三个发展阶段及其核心特征，梳理中国文旅数字化的政策脉络与关键节点，掌握贵州文旅数字化的探索历程与示范意义。</w:t>
      </w:r>
    </w:p>
    <w:p>
      <w:pPr>
        <w:pStyle w:val="ListBullet"/>
      </w:pPr>
      <w:r>
        <w:rPr>
          <w:b/>
        </w:rPr>
        <w:t>能力目标</w:t>
      </w:r>
      <w:r>
        <w:t>：学生能够运用产业生命周期理论分析特定文旅企业的数字化阶段，通过对比分析识别不同国家/地区文旅数字化路径的异同。</w:t>
      </w:r>
    </w:p>
    <w:p>
      <w:pPr>
        <w:pStyle w:val="ListBullet"/>
      </w:pPr>
      <w:r>
        <w:rPr>
          <w:b/>
        </w:rPr>
        <w:t>素养目标</w:t>
      </w:r>
      <w:r>
        <w:t>：学生能够理解数字化转型对社会经济文化的深远影响，建立"文化自信"意识——认识中国数字文旅的自主创新路径及其全球意义。</w:t>
      </w:r>
    </w:p>
    <w:p>
      <w:r>
        <w:t>---</w:t>
      </w:r>
    </w:p>
    <w:p>
      <w:pPr>
        <w:pStyle w:val="Heading2"/>
      </w:pPr>
      <w:r>
        <w:t>导入案例</w:t>
      </w:r>
    </w:p>
    <w:p>
      <w:r>
        <w:t>2014 年，贵州省在北京中关村举办了一场特殊的推介会——不是为了招商引资卖地，而是为了"卖气候、卖数据"。彼时，大多数人对"大数据"还只有模糊的概念，贵州已经率先提出"大数据战略"，并开始建设全国首个大数据综合试验区。十年后，当全国各地的游客打开手机扫描"一码游贵州"二维码时，他们可能并不知道，背后支撑这一平台的，正是贵州早已布局的数据中心集群和云计算基础设施。</w:t>
      </w:r>
    </w:p>
    <w:p>
      <w:r>
        <w:t>贵州的案例并非孤例。从 1990 年代航空业用全球分销系统（GDS）替代手写机票，到 2020 年故宫博物院推出"数字故宫"让全球观众在线漫游紫禁城，再到 2024 年人工智能大模型开始为游客生成个性化旅行攻略——文旅产业的数字化演进如同一场接力赛，每一棒都在加速，每一棒都在拓展想象边界。这场演进是如何发生的？背后的驱动力量是什么？中国在其中扮演了怎样的角色？贵州的经验又具有怎样的示范意义？本章将逐一回答这些问题。</w:t>
      </w:r>
    </w:p>
    <w:p>
      <w:r>
        <w:rPr>
          <w:b/>
        </w:rPr>
        <w:t>引导性问题</w:t>
      </w:r>
      <w:r>
        <w:t>：</w:t>
      </w:r>
    </w:p>
    <w:p>
      <w:pPr>
        <w:pStyle w:val="ListBullet"/>
      </w:pPr>
      <w:r>
        <w:t>为什么文旅数字化从"信息化"起步，而非从"智能化"直接开始？技术条件和产业需求在其中各自扮演了什么角色？</w:t>
      </w:r>
    </w:p>
    <w:p>
      <w:pPr>
        <w:pStyle w:val="ListBullet"/>
      </w:pPr>
      <w:r>
        <w:t>中国的文旅数字化路径与欧美国家相比，有哪些独特的优势和挑战？</w:t>
      </w:r>
    </w:p>
    <w:p>
      <w:pPr>
        <w:pStyle w:val="ListBullet"/>
      </w:pPr>
      <w:r>
        <w:t>贵州作为一个西部省份，为什么能在数字文旅领域走在全国前列？</w:t>
      </w:r>
    </w:p>
    <w:p>
      <w:r>
        <w:t>---</w:t>
      </w:r>
    </w:p>
    <w:p>
      <w:pPr>
        <w:pStyle w:val="Heading2"/>
      </w:pPr>
      <w:r>
        <w:t>2.1 全球文旅数字化发展脉络</w:t>
      </w:r>
    </w:p>
    <w:p>
      <w:pPr>
        <w:pStyle w:val="Heading3"/>
      </w:pPr>
      <w:r>
        <w:t>2.1.1 信息化阶段（1990 年代至 2000 年代）</w:t>
      </w:r>
    </w:p>
    <w:p>
      <w:r>
        <w:t>全球文旅产业数字化的起点，可以追溯到 20 世纪 60 年代，但真正形成规模效应的是 1990 年代互联网技术的商业化应用。这一阶段的核心特征是以计算机和网络技术替代人工操作，实现旅游业务流程的电子化和标准化。</w:t>
      </w:r>
    </w:p>
    <w:p>
      <w:r>
        <w:rPr>
          <w:b/>
        </w:rPr>
        <w:t>航空业引领变革。</w:t>
      </w:r>
      <w:r>
        <w:t xml:space="preserve"> 旅游数字化最早发生在航空业，这并非偶然。航空产品（机票）具有高度标准化特征——固定的航线、确定的时间、有限的座位——天然适合数字化管理。1960 年代，美国航空公司开发了世界上第一个计算机预订系统 Sabre，将机票查询和预订从纸质记录和电话沟通转变为电子化操作。到 1990 年代，Sabre 已发展为覆盖全球数十万家酒店、航空公司和旅行社的全球分销系统（GDS），成为旅游信息化的基础设施。GDS 模式的核心创新在于将碎片化的旅游资源（机票、酒店、租车等）标准化为可查询、可预订、可交易的"库存单元"，这一逻辑至今仍是所有 OTA 平台的技术基础。</w:t>
      </w:r>
    </w:p>
    <w:p>
      <w:r>
        <w:rPr>
          <w:b/>
        </w:rPr>
        <w:t>酒店业的信息化革命。</w:t>
      </w:r>
      <w:r>
        <w:t xml:space="preserve"> 航空业的成功经验迅速向酒店业扩散。1990 年代，酒店管理系统（PMS）和中央预订系统（CRS）在大型连锁酒店中广泛部署。这些系统不仅实现了前台接待、客房管理、账务处理的自动化，更重要的是建立了"收益管理"能力——通过分析历史入住率、季节因素、竞争对手价格等数据，动态调整房价以最大化客房收入。收益管理的核心理念"在正确的时间、以正确的价格、将正确的产品卖给正确的客户"，后来成为整个旅游行业数字化运营的基本准则。</w:t>
      </w:r>
    </w:p>
    <w:p>
      <w:r>
        <w:rPr>
          <w:b/>
        </w:rPr>
        <w:t>旅行社的电子化转型。</w:t>
      </w:r>
      <w:r>
        <w:t xml:space="preserve"> 1990 年代后期，随着互联网向公众普及，传统旅行社开始建设在线预订网站。1996 年，微软推出了在线旅游服务平台 Expedia；1997 年，Priceline 创立并开创了"用户出价"模式。这些早期的 OTA 平台本质上是将传统旅行社的门店服务搬到了线上，但它们的出现已经预示着一场渠道革命——旅游产品的分销开始摆脱对实体门店的依赖。</w:t>
      </w:r>
    </w:p>
    <w:p>
      <w:r>
        <w:rPr>
          <w:b/>
        </w:rPr>
        <w:t>信息化阶段的根本局限。</w:t>
      </w:r>
      <w:r>
        <w:t xml:space="preserve"> 信息化阶段完成了"将线下流程搬到线上"的历史任务，但信息技术在这一阶段扮演的仍然是工具性角色——替代人工、提高效率、降低成本。信息技术与旅游产业之间是"叠加"关系而非"融合"关系。更重要的是，这一阶段的数字化是单向度的：信息从供给端流向需求端，游客主要是被动的信息接收者，而非主动的参与者和创造者。</w:t>
      </w:r>
    </w:p>
    <w:p>
      <w:pPr>
        <w:spacing w:before="80" w:after="80"/>
        <w:ind w:left="680"/>
        <w:pBdr>
          <w:left w:val="single" w:sz="12" w:color="2C7AA8"/>
        </w:pBdr>
      </w:pPr>
      <w:r>
        <w:rPr>
          <w:i/>
          <w:color w:val="555555"/>
          <w:sz w:val="22"/>
        </w:rPr>
        <w:t>知识卡片 2-1：收益管理（Revenue Management）最早由美国航空业在 1980 年代系统化应用，核心方法是根据预订曲线、需求弹性和竞争态势，动态调整价格和库存分配。万豪酒店集团是酒店业收益管理的先驱，据其估算，收益管理系统每年为其带来数亿美元的增量收入。如今，收益管理已成为景区门票定价、民宿价格策略等领域的重要方法论。</w:t>
      </w:r>
    </w:p>
    <w:p>
      <w:pPr>
        <w:pStyle w:val="Heading3"/>
      </w:pPr>
      <w:r>
        <w:t>2.1.2 互联网化阶段（2000 年代至 2010 年代）</w:t>
      </w:r>
    </w:p>
    <w:p>
      <w:r>
        <w:t>进入 21 世纪，随着宽带互联网的普及和 Web 2.0 技术的兴起，文旅数字化进入了以"用户参与"和"社交互动"为特征的互联网化阶段。</w:t>
      </w:r>
    </w:p>
    <w:p>
      <w:r>
        <w:rPr>
          <w:b/>
        </w:rPr>
        <w:t>OTA 的崛起与渠道变革。</w:t>
      </w:r>
      <w:r>
        <w:t xml:space="preserve"> 2000 年代是全球 OTA 平台高速发展的黄金时期。携程（1999 年创立）、Booking.com（1996 年创立，2005 年被 Priceline 收购）、Airbnb（2008 年创立）等平台迅速成长为行业巨头。OTA 模式的核心价值在于：第一，信息聚合——将海量的机票、酒店、景区门票等信息集中在一个平台上，大幅降低了游客的搜索成本；第二，价格透明——比价功能使信息不对称显著降低，消费者获得了前所未有的议价能力；第三，用户评价——用户生成内容（UGC）使消费决策从"商家说了算"转向"大家说了算"。</w:t>
      </w:r>
    </w:p>
    <w:p>
      <w:r>
        <w:rPr>
          <w:b/>
        </w:rPr>
        <w:t>共享经济的冲击。</w:t>
      </w:r>
      <w:r>
        <w:t xml:space="preserve"> Airbnb 的出现标志着共享经济模式对传统住宿业的颠覆性冲击。与传统的酒店预订平台不同，Airbnb 的核心资产不是自有房源，而是连接"有空置房源的人"和"需要住宿的人"的平台网络。这一模式的创新之处在于：它将原本不进入旅游市场的闲置资源（私人住宅的空闲房间）转化为了旅游供给，极大拓展了住宿业的供给边界。到 2019 年，Airbnb 的全球房源数量已超过 700 万，远超全球最大酒店集团万豪的客房数量（约 140 万间）。</w:t>
      </w:r>
    </w:p>
    <w:p>
      <w:r>
        <w:rPr>
          <w:b/>
        </w:rPr>
        <w:t>社交媒体的旅游影响力。</w:t>
      </w:r>
      <w:r>
        <w:t xml:space="preserve"> 2000 年代后期，Facebook、Twitter、YouTube 等社交媒体平台迅速崛起，从根本上改变了旅游信息的传播方式。在此之前，旅游目的地营销主要依赖旅行社推荐、旅游指南和官方宣传片等单向传播渠道。社交媒体时代，"一张照片、一段视频、一篇游记"都可能引发病毒式传播，使一个小众目的地在一夜之间成为"网红打卡地"。这一时期出现了"目的地营销组织（DMO）"的概念，各国旅游局开始将社交媒体运营作为核心工作之一。</w:t>
      </w:r>
    </w:p>
    <w:p>
      <w:r>
        <w:rPr>
          <w:b/>
        </w:rPr>
        <w:t>互联网化阶段的本质。</w:t>
      </w:r>
      <w:r>
        <w:t xml:space="preserve"> 互联网化阶段的核心进步在于"连接"——连接供需双方、连接游客与游客、连接线上与线下。但这一阶段的数字化仍然以"信息层"为主，即数字技术主要作用于信息的流通和匹配，对旅游产品的核心体验（如景区游览、酒店住宿）的改造相对有限。一个典型的例证是：OTA 可以让游客更便捷地预订酒店，但入住酒店的体验本身并没有因为数字化而发生根本改变。</w:t>
      </w:r>
    </w:p>
    <w:p>
      <w:pPr>
        <w:pStyle w:val="Heading3"/>
      </w:pPr>
      <w:r>
        <w:t>2.1.3 智能化阶段（2010 年代至今）</w:t>
      </w:r>
    </w:p>
    <w:p>
      <w:r>
        <w:t>2010 年代以来，随着移动互联网、物联网、大数据、人工智能等技术的群体性突破，文旅数字化进入了以"智能驱动"和"深度融合"为特征的智能化阶段。</w:t>
      </w:r>
    </w:p>
    <w:p>
      <w:r>
        <w:rPr>
          <w:b/>
        </w:rPr>
        <w:t>移动互联网重塑旅游体验。</w:t>
      </w:r>
      <w:r>
        <w:t xml:space="preserve"> 智能手机的普及和 4G/5G 网络的覆盖，使"随时随地在线"成为常态。游客不再需要在出发前做好所有规划和预订，而是可以在旅途中实时查询、预订、导航和分享。这一变化催生了"说走就走"的旅行方式，也使得旅游服务呈现出"碎片化"特征——游客可能在一天之内通过不同的 APP 分别预订机票、酒店、餐厅和景区门票，而不是购买传统旅行社的打包产品。</w:t>
      </w:r>
    </w:p>
    <w:p>
      <w:r>
        <w:rPr>
          <w:b/>
        </w:rPr>
        <w:t>大数据驱动精准服务。</w:t>
      </w:r>
      <w:r>
        <w:t xml:space="preserve"> 智能化阶段的一个核心特征是数据驱动决策。景区通过视频监控和物联网传感设备实时采集客流数据，利用预测模型预判客流高峰并提前启动分流预案；OTA 平台通过分析用户的浏览和预订行为，实现"千人千面"的个性化推荐；酒店通过分析历史入住数据，优化定价策略和房型分配。数据不再只是业务的"副产品"，而是成为创造价值的"原材料"。</w:t>
      </w:r>
    </w:p>
    <w:p>
      <w:r>
        <w:rPr>
          <w:b/>
        </w:rPr>
        <w:t>人工智能赋能行业升级。</w:t>
      </w:r>
      <w:r>
        <w:t xml:space="preserve"> 近年来，人工智能技术在文旅领域的应用呈现出加速趋势。自然语言处理技术支撑了智能客服和 AI 导游，使游客可以随时随地获得多语种的旅游咨询和导览服务；计算机视觉技术实现了人脸识别入园、游客行为分析和安全隐患自动预警；大语言模型的突破（如 ChatGPT 的发布）则为个性化旅行攻略生成、文旅内容创作等场景带来了革命性的可能。人工智能正在将文旅数字化从"流程数字化"推向"认知数字化"——系统开始具备理解、推理和创造的能力。</w:t>
      </w:r>
    </w:p>
    <w:p>
      <w:r>
        <w:rPr>
          <w:b/>
        </w:rPr>
        <w:t>沉浸式技术拓展体验边界。</w:t>
      </w:r>
      <w:r>
        <w:t xml:space="preserve"> 虚拟现实（VR）、增强现实（AR）和混合现实（MR）技术为文旅体验开辟了全新的维度。VR 使游客可以在家中"云游"远方的景区，或在博物馆中"穿越"到历史场景；AR 将数字信息叠加到实体景观之上，实现了"所见即所得"的智能导览；数字光影技术则创造了以光影为媒介的新型夜游产品，如黄果树夜游项目将瀑布景观与数字光影艺术结合，打造了全新的夜间旅游体验。</w:t>
      </w:r>
    </w:p>
    <w:p>
      <w:r>
        <w:rPr>
          <w:b/>
        </w:rPr>
        <w:t>智能化阶段的根本变革。</w:t>
      </w:r>
      <w:r>
        <w:t xml:space="preserve"> 与前两个阶段相比，智能化阶段的数字化不再是"锦上添花"的辅助工具，而是成为文旅产品和服务的"核心组件"。数字技术从幕后走向台前，从支持性角色转变为主导性力量。更重要的是，智能化阶段实现了从"供给侧驱动"到"供需双侧协同"的转变——数字化不仅改变了旅游企业的运营方式，也深刻重塑了游客的消费行为和体验期望。</w:t>
      </w:r>
    </w:p>
    <w:p>
      <w:r>
        <w:t>[表 2-1：全球文旅数字化三阶段对比]</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维度</w:t>
            </w:r>
          </w:p>
        </w:tc>
        <w:tc>
          <w:tcPr>
            <w:tcW w:type="dxa" w:w="2209"/>
          </w:tcPr>
          <w:p>
            <w:pPr>
              <w:spacing w:after="40" w:line="240" w:lineRule="auto"/>
            </w:pPr>
            <w:r>
              <w:rPr>
                <w:b/>
                <w:sz w:val="20"/>
              </w:rPr>
              <w:t>信息化阶段</w:t>
            </w:r>
          </w:p>
        </w:tc>
        <w:tc>
          <w:tcPr>
            <w:tcW w:type="dxa" w:w="2209"/>
          </w:tcPr>
          <w:p>
            <w:pPr>
              <w:spacing w:after="40" w:line="240" w:lineRule="auto"/>
            </w:pPr>
            <w:r>
              <w:rPr>
                <w:b/>
                <w:sz w:val="20"/>
              </w:rPr>
              <w:t>互联网化阶段</w:t>
            </w:r>
          </w:p>
        </w:tc>
        <w:tc>
          <w:tcPr>
            <w:tcW w:type="dxa" w:w="2209"/>
          </w:tcPr>
          <w:p>
            <w:pPr>
              <w:spacing w:after="40" w:line="240" w:lineRule="auto"/>
            </w:pPr>
            <w:r>
              <w:rPr>
                <w:b/>
                <w:sz w:val="20"/>
              </w:rPr>
              <w:t>智能化阶段</w:t>
            </w:r>
          </w:p>
        </w:tc>
      </w:tr>
      <w:tr>
        <w:tc>
          <w:tcPr>
            <w:tcW w:type="dxa" w:w="2209"/>
          </w:tcPr>
          <w:p>
            <w:pPr>
              <w:spacing w:after="40" w:line="240" w:lineRule="auto"/>
            </w:pPr>
            <w:r>
              <w:rPr>
                <w:sz w:val="20"/>
              </w:rPr>
              <w:t>时间</w:t>
            </w:r>
          </w:p>
        </w:tc>
        <w:tc>
          <w:tcPr>
            <w:tcW w:type="dxa" w:w="2209"/>
          </w:tcPr>
          <w:p>
            <w:pPr>
              <w:spacing w:after="40" w:line="240" w:lineRule="auto"/>
            </w:pPr>
            <w:r>
              <w:rPr>
                <w:sz w:val="20"/>
              </w:rPr>
              <w:t>1990s-2000s</w:t>
            </w:r>
          </w:p>
        </w:tc>
        <w:tc>
          <w:tcPr>
            <w:tcW w:type="dxa" w:w="2209"/>
          </w:tcPr>
          <w:p>
            <w:pPr>
              <w:spacing w:after="40" w:line="240" w:lineRule="auto"/>
            </w:pPr>
            <w:r>
              <w:rPr>
                <w:sz w:val="20"/>
              </w:rPr>
              <w:t>2000s-2010s</w:t>
            </w:r>
          </w:p>
        </w:tc>
        <w:tc>
          <w:tcPr>
            <w:tcW w:type="dxa" w:w="2209"/>
          </w:tcPr>
          <w:p>
            <w:pPr>
              <w:spacing w:after="40" w:line="240" w:lineRule="auto"/>
            </w:pPr>
            <w:r>
              <w:rPr>
                <w:sz w:val="20"/>
              </w:rPr>
              <w:t>2010s 至今</w:t>
            </w:r>
          </w:p>
        </w:tc>
      </w:tr>
      <w:tr>
        <w:tc>
          <w:tcPr>
            <w:tcW w:type="dxa" w:w="2209"/>
          </w:tcPr>
          <w:p>
            <w:pPr>
              <w:spacing w:after="40" w:line="240" w:lineRule="auto"/>
            </w:pPr>
            <w:r>
              <w:rPr>
                <w:sz w:val="20"/>
              </w:rPr>
              <w:t>核心技术</w:t>
            </w:r>
          </w:p>
        </w:tc>
        <w:tc>
          <w:tcPr>
            <w:tcW w:type="dxa" w:w="2209"/>
          </w:tcPr>
          <w:p>
            <w:pPr>
              <w:spacing w:after="40" w:line="240" w:lineRule="auto"/>
            </w:pPr>
            <w:r>
              <w:rPr>
                <w:sz w:val="20"/>
              </w:rPr>
              <w:t>数据库、ERP、GDS</w:t>
            </w:r>
          </w:p>
        </w:tc>
        <w:tc>
          <w:tcPr>
            <w:tcW w:type="dxa" w:w="2209"/>
          </w:tcPr>
          <w:p>
            <w:pPr>
              <w:spacing w:after="40" w:line="240" w:lineRule="auto"/>
            </w:pPr>
            <w:r>
              <w:rPr>
                <w:sz w:val="20"/>
              </w:rPr>
              <w:t>互联网、移动支付、Web 2.0</w:t>
            </w:r>
          </w:p>
        </w:tc>
        <w:tc>
          <w:tcPr>
            <w:tcW w:type="dxa" w:w="2209"/>
          </w:tcPr>
          <w:p>
            <w:pPr>
              <w:spacing w:after="40" w:line="240" w:lineRule="auto"/>
            </w:pPr>
            <w:r>
              <w:rPr>
                <w:sz w:val="20"/>
              </w:rPr>
              <w:t>IoT、AI、大数据、VR/AR、5G</w:t>
            </w:r>
          </w:p>
        </w:tc>
      </w:tr>
      <w:tr>
        <w:tc>
          <w:tcPr>
            <w:tcW w:type="dxa" w:w="2209"/>
          </w:tcPr>
          <w:p>
            <w:pPr>
              <w:spacing w:after="40" w:line="240" w:lineRule="auto"/>
            </w:pPr>
            <w:r>
              <w:rPr>
                <w:sz w:val="20"/>
              </w:rPr>
              <w:t>核心逻辑</w:t>
            </w:r>
          </w:p>
        </w:tc>
        <w:tc>
          <w:tcPr>
            <w:tcW w:type="dxa" w:w="2209"/>
          </w:tcPr>
          <w:p>
            <w:pPr>
              <w:spacing w:after="40" w:line="240" w:lineRule="auto"/>
            </w:pPr>
            <w:r>
              <w:rPr>
                <w:sz w:val="20"/>
              </w:rPr>
              <w:t>流程电子化</w:t>
            </w:r>
          </w:p>
        </w:tc>
        <w:tc>
          <w:tcPr>
            <w:tcW w:type="dxa" w:w="2209"/>
          </w:tcPr>
          <w:p>
            <w:pPr>
              <w:spacing w:after="40" w:line="240" w:lineRule="auto"/>
            </w:pPr>
            <w:r>
              <w:rPr>
                <w:sz w:val="20"/>
              </w:rPr>
              <w:t>信息连接与共享</w:t>
            </w:r>
          </w:p>
        </w:tc>
        <w:tc>
          <w:tcPr>
            <w:tcW w:type="dxa" w:w="2209"/>
          </w:tcPr>
          <w:p>
            <w:pPr>
              <w:spacing w:after="40" w:line="240" w:lineRule="auto"/>
            </w:pPr>
            <w:r>
              <w:rPr>
                <w:sz w:val="20"/>
              </w:rPr>
              <w:t>智能决策与深度融合</w:t>
            </w:r>
          </w:p>
        </w:tc>
      </w:tr>
      <w:tr>
        <w:tc>
          <w:tcPr>
            <w:tcW w:type="dxa" w:w="2209"/>
          </w:tcPr>
          <w:p>
            <w:pPr>
              <w:spacing w:after="40" w:line="240" w:lineRule="auto"/>
            </w:pPr>
            <w:r>
              <w:rPr>
                <w:sz w:val="20"/>
              </w:rPr>
              <w:t>供需关系</w:t>
            </w:r>
          </w:p>
        </w:tc>
        <w:tc>
          <w:tcPr>
            <w:tcW w:type="dxa" w:w="2209"/>
          </w:tcPr>
          <w:p>
            <w:pPr>
              <w:spacing w:after="40" w:line="240" w:lineRule="auto"/>
            </w:pPr>
            <w:r>
              <w:rPr>
                <w:sz w:val="20"/>
              </w:rPr>
              <w:t>供给端主导</w:t>
            </w:r>
          </w:p>
        </w:tc>
        <w:tc>
          <w:tcPr>
            <w:tcW w:type="dxa" w:w="2209"/>
          </w:tcPr>
          <w:p>
            <w:pPr>
              <w:spacing w:after="40" w:line="240" w:lineRule="auto"/>
            </w:pPr>
            <w:r>
              <w:rPr>
                <w:sz w:val="20"/>
              </w:rPr>
              <w:t>供需两端初步连接</w:t>
            </w:r>
          </w:p>
        </w:tc>
        <w:tc>
          <w:tcPr>
            <w:tcW w:type="dxa" w:w="2209"/>
          </w:tcPr>
          <w:p>
            <w:pPr>
              <w:spacing w:after="40" w:line="240" w:lineRule="auto"/>
            </w:pPr>
            <w:r>
              <w:rPr>
                <w:sz w:val="20"/>
              </w:rPr>
              <w:t>供需双侧协同</w:t>
            </w:r>
          </w:p>
        </w:tc>
      </w:tr>
      <w:tr>
        <w:tc>
          <w:tcPr>
            <w:tcW w:type="dxa" w:w="2209"/>
          </w:tcPr>
          <w:p>
            <w:pPr>
              <w:spacing w:after="40" w:line="240" w:lineRule="auto"/>
            </w:pPr>
            <w:r>
              <w:rPr>
                <w:sz w:val="20"/>
              </w:rPr>
              <w:t>游客角色</w:t>
            </w:r>
          </w:p>
        </w:tc>
        <w:tc>
          <w:tcPr>
            <w:tcW w:type="dxa" w:w="2209"/>
          </w:tcPr>
          <w:p>
            <w:pPr>
              <w:spacing w:after="40" w:line="240" w:lineRule="auto"/>
            </w:pPr>
            <w:r>
              <w:rPr>
                <w:sz w:val="20"/>
              </w:rPr>
              <w:t>被动接收者</w:t>
            </w:r>
          </w:p>
        </w:tc>
        <w:tc>
          <w:tcPr>
            <w:tcW w:type="dxa" w:w="2209"/>
          </w:tcPr>
          <w:p>
            <w:pPr>
              <w:spacing w:after="40" w:line="240" w:lineRule="auto"/>
            </w:pPr>
            <w:r>
              <w:rPr>
                <w:sz w:val="20"/>
              </w:rPr>
              <w:t>主动搜索者与评价者</w:t>
            </w:r>
          </w:p>
        </w:tc>
        <w:tc>
          <w:tcPr>
            <w:tcW w:type="dxa" w:w="2209"/>
          </w:tcPr>
          <w:p>
            <w:pPr>
              <w:spacing w:after="40" w:line="240" w:lineRule="auto"/>
            </w:pPr>
            <w:r>
              <w:rPr>
                <w:sz w:val="20"/>
              </w:rPr>
              <w:t>价值共创者</w:t>
            </w:r>
          </w:p>
        </w:tc>
      </w:tr>
      <w:tr>
        <w:tc>
          <w:tcPr>
            <w:tcW w:type="dxa" w:w="2209"/>
          </w:tcPr>
          <w:p>
            <w:pPr>
              <w:spacing w:after="40" w:line="240" w:lineRule="auto"/>
            </w:pPr>
            <w:r>
              <w:rPr>
                <w:sz w:val="20"/>
              </w:rPr>
              <w:t>代表性创新</w:t>
            </w:r>
          </w:p>
        </w:tc>
        <w:tc>
          <w:tcPr>
            <w:tcW w:type="dxa" w:w="2209"/>
          </w:tcPr>
          <w:p>
            <w:pPr>
              <w:spacing w:after="40" w:line="240" w:lineRule="auto"/>
            </w:pPr>
            <w:r>
              <w:rPr>
                <w:sz w:val="20"/>
              </w:rPr>
              <w:t>电子票务、酒店 PMS</w:t>
            </w:r>
          </w:p>
        </w:tc>
        <w:tc>
          <w:tcPr>
            <w:tcW w:type="dxa" w:w="2209"/>
          </w:tcPr>
          <w:p>
            <w:pPr>
              <w:spacing w:after="40" w:line="240" w:lineRule="auto"/>
            </w:pPr>
            <w:r>
              <w:rPr>
                <w:sz w:val="20"/>
              </w:rPr>
              <w:t>OTA、共享住宿、UGC</w:t>
            </w:r>
          </w:p>
        </w:tc>
        <w:tc>
          <w:tcPr>
            <w:tcW w:type="dxa" w:w="2209"/>
          </w:tcPr>
          <w:p>
            <w:pPr>
              <w:spacing w:after="40" w:line="240" w:lineRule="auto"/>
            </w:pPr>
            <w:r>
              <w:rPr>
                <w:sz w:val="20"/>
              </w:rPr>
              <w:t>AI 导游、VR 景区、智慧调度</w:t>
            </w:r>
          </w:p>
        </w:tc>
      </w:tr>
    </w:tbl>
    <w:p/>
    <w:p>
      <w:r>
        <w:t>---</w:t>
      </w:r>
    </w:p>
    <w:p>
      <w:pPr>
        <w:pStyle w:val="Heading2"/>
      </w:pPr>
      <w:r>
        <w:t>2.2 中国文旅数字化发展历程</w:t>
      </w:r>
    </w:p>
    <w:p>
      <w:pPr>
        <w:pStyle w:val="Heading3"/>
      </w:pPr>
      <w:r>
        <w:t>2.2.1 政策驱动与顶层设计</w:t>
      </w:r>
    </w:p>
    <w:p>
      <w:r>
        <w:t>中国文旅数字化发展具有鲜明的"政策驱动"特征——政府的顶层设计和战略布局在推动产业数字化转型中发挥了关键作用。这一点与欧美国家以市场自发演进为主的路径有显著差异，构成了中国数字文旅发展的独特优势。</w:t>
      </w:r>
    </w:p>
    <w:p>
      <w:r>
        <w:rPr>
          <w:b/>
        </w:rPr>
        <w:t>起步期（2010-2015 年）</w:t>
      </w:r>
      <w:r>
        <w:t>：以"智慧旅游"为突破口。2011 年，原国家旅游局正式提出"智慧旅游"发展战略，标志着中国旅游数字化从零散的行业自发实践上升为国家战略。此后，国家先后确定了三批共 33 个"国家智慧旅游试点城市"，包括北京、上海、杭州、黄山等，推动各地探索智慧旅游建设路径。这一时期的政策重点是"打基础"——建设旅游信息服务平台、推广电子门票、部署景区客流监测系统。2014 年被原国家旅游局确定为"智慧旅游年"，进一步加速了全国智慧旅游建设进程。</w:t>
      </w:r>
    </w:p>
    <w:p>
      <w:r>
        <w:rPr>
          <w:b/>
        </w:rPr>
        <w:t>加速期（2016-2020 年）</w:t>
      </w:r>
      <w:r>
        <w:t>：以"互联网+旅游"为主线。2015 年，国务院印发《关于积极推进"互联网+"行动的指导意见》，"互联网+"上升为国家战略。同年，原国家旅游局印发《关于实施"旅游+互联网"行动计划的通知》，提出到 2020 年实现旅游与互联网深度融合的目标。2016 年，国务院印发《"十三五"旅游业发展规划》，将"信息化"列为旅游业发展的四大重点工程之一。这一时期的政策重点从"打基础"转向"促融合"——鼓励互联网企业与旅游企业深度合作，推动线上线下融合创新。</w:t>
      </w:r>
    </w:p>
    <w:p>
      <w:r>
        <w:rPr>
          <w:b/>
        </w:rPr>
        <w:t>深化期（2020 年至今）</w:t>
      </w:r>
      <w:r>
        <w:t>：以"数字文旅"为核心。2020 年，文化和旅游部等十部门联合印发《关于深化"互联网+旅游"推动旅游业高质量发展的意见》，首次在国家级政策文件中系统阐述"数字文旅"发展方向。2022 年，中共中央办公厅、国务院办公厅印发《关于推进实施国家文化数字化战略的意见》，将文化数字化上升为国家战略。同年，国务院印发《关于支持贵州在新时代西部大开发上闯新路的意见》（国发〔2022〕2 号），明确支持贵州打造"数字经济发展创新区"和"国际一流山地旅游目的地"。这一时期的政策呈现出"双轮驱动"特征——文化数字化和旅游数字化协同推进，"以文塑旅、以旅彰文"的文旅融合理念贯穿其中。</w:t>
      </w:r>
    </w:p>
    <w:p>
      <w:pPr>
        <w:spacing w:before="80" w:after="80"/>
        <w:ind w:left="680"/>
        <w:pBdr>
          <w:left w:val="single" w:sz="12" w:color="2C7AA8"/>
        </w:pBdr>
      </w:pPr>
      <w:r>
        <w:rPr>
          <w:i/>
          <w:color w:val="555555"/>
          <w:sz w:val="22"/>
        </w:rPr>
        <w:t>知识卡片 2-2：国发〔2022〕2 号文件（"新国发 2 号"）是国务院专门为支持贵州发展出台的综合性政策文件，其中明确提出支持贵州建设"数字经济发展创新区""生态文明建设先行区""内陆开放型经济新高地"和"国际一流山地旅游目的地""国内一流度假康养目的地"。这一文件为贵州数字文旅发展提供了国家级战略支撑。</w:t>
      </w:r>
    </w:p>
    <w:p>
      <w:pPr>
        <w:pStyle w:val="Heading3"/>
      </w:pPr>
      <w:r>
        <w:t>2.2.2 关键技术与基础设施突破</w:t>
      </w:r>
    </w:p>
    <w:p>
      <w:r>
        <w:t>中国文旅数字化的快速发展，离不开数字基础设施的跨越式进步和关键技术的群体性突破。</w:t>
      </w:r>
    </w:p>
    <w:p>
      <w:r>
        <w:rPr>
          <w:b/>
        </w:rPr>
        <w:t>通信网络基础设施</w:t>
      </w:r>
      <w:r>
        <w:t>。从 3G 到 4G 再到 5G 的代际跃升，为中国文旅数字化提供了关键的"信息高速公路"。截至 2024 年底，中国已建成全球规模最大的 5G 网络，5G 基站数量超过 400 万个，实现了所有地级市城区和县城区域的连续覆盖。5G 的高带宽（峰值速率可达 10Gbps）和低延迟（低至 1 毫秒）特性，使得景区高清直播、AR/VR 沉浸式体验、无人机巡检等应用成为可能。在贵州，西江千户苗寨率先部署了 5G+VR 全景直播系统，游客通过手机即可"身临其境"感受苗寨的晨雾、夜景和节庆活动。</w:t>
      </w:r>
    </w:p>
    <w:p>
      <w:r>
        <w:rPr>
          <w:b/>
        </w:rPr>
        <w:t>数据中心与云计算</w:t>
      </w:r>
      <w:r>
        <w:t>。大数据和云计算是数字文旅的"算力引擎"。中国在数据中心建设方面走在了全球前列，形成了以贵州贵安新区、内蒙古和林格尔、宁夏中卫等为代表的超大型数据中心集群。贵州依托气候凉爽、电力充沛、地质稳定等天然优势，吸引了苹果、腾讯、华为等企业的数据中心落户，成为中国南方最大的数据中心聚集地。这些数据中心不仅为"一码游贵州"等数字文旅平台提供了存储和计算支撑，还通过"东数西算"工程服务全国的数字经济需求。</w:t>
      </w:r>
    </w:p>
    <w:p>
      <w:r>
        <w:rPr>
          <w:b/>
        </w:rPr>
        <w:t>移动支付体系</w:t>
      </w:r>
      <w:r>
        <w:t>。以微信支付和支付宝为代表的移动支付体系的全面普及，是中国数字文旅发展的独特优势。截至 2024 年底，中国移动支付普及率超过 86%，远高于全球平均水平。移动支付的便捷性使得"一部手机游遍中国"成为现实——游客可以用手机完成景区预约、门票购买、酒店预订、餐饮支付、特产购买等所有消费环节，无需携带现金或银行卡。这一基础设施的完善，极大降低了旅游消费的"交易摩擦"，也使得基于支付数据的精准营销和客流分析成为可能。</w:t>
      </w:r>
    </w:p>
    <w:p>
      <w:r>
        <w:rPr>
          <w:b/>
        </w:rPr>
        <w:t>人工智能与大模型</w:t>
      </w:r>
      <w:r>
        <w:t>。近年来，中国在人工智能领域的快速进步为文旅数字化注入了新的动力。百度、阿里巴巴、腾讯、华为等企业在大语言模型、计算机视觉、语音识别等领域取得了国际领先的成果。在文旅场景中，这些技术已经落地为智能客服、AI 导游、游客画像分析、景区安全预警等具体应用。例如，安顺学院参与建设的"一码游贵州"国际版平台，就深度融合了大语言模型和自然语言处理技术，为入境游客提供多语种 AI 客服、AI 导游和 AI 行程规划服务。</w:t>
      </w:r>
    </w:p>
    <w:p>
      <w:pPr>
        <w:pStyle w:val="Heading3"/>
      </w:pPr>
      <w:r>
        <w:t>2.2.3 典型实践与标志性事件</w:t>
      </w:r>
    </w:p>
    <w:p>
      <w:r>
        <w:t>中国文旅数字化的发展历程中，涌现出一批具有里程碑意义的实践案例和标志性事件。</w:t>
      </w:r>
    </w:p>
    <w:p>
      <w:r>
        <w:rPr>
          <w:b/>
        </w:rPr>
        <w:t>杭州"城市大脑"与智慧旅游</w:t>
      </w:r>
      <w:r>
        <w:t>。2016 年，杭州市启动"城市大脑"建设，将交通、旅游、城管等多个城市管理领域的数据整合到统一平台。在旅游方面，"城市大脑"可以实时监测西湖等核心景区的客流密度，预测未来数小时的客流趋势，并向交管部门建议分流措施。杭州的实践证明了"数据驱动的城市旅游管理"的可行性，为全国其他旅游城市提供了可复制的经验。</w:t>
      </w:r>
    </w:p>
    <w:p>
      <w:r>
        <w:rPr>
          <w:b/>
        </w:rPr>
        <w:t>故宫博物院"数字故宫"</w:t>
      </w:r>
      <w:r>
        <w:t>。故宫博物院是中国文化遗产数字化的先行者。从 2000 年代初期的"数字故宫"项目，到 2020 年推出的"数字故宫"小程序，故宫一直在探索文化遗产数字化的前沿方向。疫情期间，故宫推出"全景故宫"在线游览服务，将紫禁城的 720° 全景影像和文物三维模型搬到线上，使全球观众足不出户即可"云游故宫"。故宫的数字实践表明，文化遗产数字化不仅是一种保护手段，更是一种全新的文化传播方式。</w:t>
      </w:r>
    </w:p>
    <w:p>
      <w:r>
        <w:rPr>
          <w:b/>
        </w:rPr>
        <w:t>携程"星球号"与内容生态</w:t>
      </w:r>
      <w:r>
        <w:t>。2021 年，携程推出"星球号"功能，允许景区、酒店、旅游局等供给方在携程平台上开设官方内容账号，发布图文、视频、直播等内容，直接触达潜在游客。这一举措标志着 OTA 平台从"交易型平台"向"内容+交易"混合平台的转型——平台不再只是产品和价格的展示窗口，而是成为旅游目的地品牌建设和内容营销的主阵地。</w:t>
      </w:r>
    </w:p>
    <w:p>
      <w:r>
        <w:rPr>
          <w:b/>
        </w:rPr>
        <w:t>"一码游贵州"——省级全域智慧旅游的标杆</w:t>
      </w:r>
      <w:r>
        <w:t>。2020 年 5 月，贵州省在全国率先推出全域智慧旅游平台"一码游贵州"。这一平台的创新之处在于：以省级行政区域为单元，整合了全省的旅游资源和服务，而非某个单一景区或城市的数字化；以微信小程序为载体，无需下载安装即可使用，极大降低了游客的使用门槛；以数据为纽带，将政府管理、企业运营和游客体验三方连接在一起，形成了完整的数字文旅生态系统。截至 2024 年底，"一码游贵州"已接入全省 400 余家 A 级景区、超过 3 万家酒店民宿和数万家餐饮商户，累计服务游客超过 5 亿人次。</w:t>
      </w:r>
    </w:p>
    <w:p>
      <w:r>
        <w:t>---</w:t>
      </w:r>
    </w:p>
    <w:p>
      <w:pPr>
        <w:pStyle w:val="Heading2"/>
      </w:pPr>
      <w:r>
        <w:t>2.3 贵州文旅数字化的探索与实践</w:t>
      </w:r>
    </w:p>
    <w:p>
      <w:pPr>
        <w:pStyle w:val="Heading3"/>
      </w:pPr>
      <w:r>
        <w:t>2.3.1 贵州大数据战略与文旅结合</w:t>
      </w:r>
    </w:p>
    <w:p>
      <w:r>
        <w:t>贵州文旅数字化的领先地位，并非偶然的"弯道超车"，而是建立在长达十余年的大数据战略布局之上。</w:t>
      </w:r>
    </w:p>
    <w:p>
      <w:r>
        <w:rPr>
          <w:b/>
        </w:rPr>
        <w:t>战略选择：从"试验区"到"示范区"。</w:t>
      </w:r>
      <w:r>
        <w:t xml:space="preserve"> 2014 年，贵州获批建设全国首个大数据综合试验区，标志着贵州正式将"大数据"确立为全省发展的核心战略。2016 年，贵州获批建设国家大数据（贵州）综合试验区。这一战略选择基于贵州的独特禀赋：气候凉爽（年均气温 15°C 左右，有利于数据中心散热）、电力充沛（水电资源丰富，电价较低）、地质稳定（远离地震带，有利于数据中心安全运行）。到 2024 年，贵州已建成 11 个超大型数据中心，服务器承载能力超过 400 万台，成为中国南方最大的数据中心聚集地。</w:t>
      </w:r>
    </w:p>
    <w:p>
      <w:r>
        <w:rPr>
          <w:b/>
        </w:rPr>
        <w:t>大数据与文旅的"化学反应"。</w:t>
      </w:r>
      <w:r>
        <w:t xml:space="preserve"> 大数据基础设施的完善，为贵州文旅数字化提供了得天独厚的条件。数据中心的算力资源为"一码游贵州"等平台提供了稳定可靠的运行环境；大数据分析技术被应用于客流预测、精准营销和消费行为分析；数据共享机制使得跨部门、跨行业的数据整合成为可能。更重要的是，贵州的大数据战略吸引了大量数字经济企业和人才集聚，形成了有利于数字文旅发展的产业生态和创新氛围。</w:t>
      </w:r>
    </w:p>
    <w:p>
      <w:r>
        <w:rPr>
          <w:b/>
        </w:rPr>
        <w:t>省级层面的制度创新。</w:t>
      </w:r>
      <w:r>
        <w:t xml:space="preserve"> 贵州在推动大数据与文旅融合方面进行了多项制度创新。贵州在全国率先成立了省级大数据发展管理局（现为贵州省大数据发展管理局），将大数据管理提升到省级政府组成部门的高度；建立了全省统一的数据共享交换平台，打通了文旅、交通、公安、气象等部门的数据壁垒；出台了《贵州省大数据发展应用促进条例》等地方性法规，为数据采集、使用和交易提供了法律保障。这些制度创新为"一码游贵州"等平台的建设扫清了体制机制障碍。</w:t>
      </w:r>
    </w:p>
    <w:p>
      <w:pPr>
        <w:pStyle w:val="Heading3"/>
      </w:pPr>
      <w:r>
        <w:t>2.3.2 "一码游贵州"平台发展历程</w:t>
      </w:r>
    </w:p>
    <w:p>
      <w:r>
        <w:t>"一码游贵州"是贵州数字文旅发展的标志性成果，其发展历程可以分为三个阶段。</w:t>
      </w:r>
    </w:p>
    <w:p>
      <w:r>
        <w:rPr>
          <w:b/>
        </w:rPr>
        <w:t>起步阶段（2020-2021 年）：从零到一。</w:t>
      </w:r>
      <w:r>
        <w:t xml:space="preserve"> 2020 年初，新冠疫情的暴发给旅游业带来巨大冲击，但也加速了"无接触旅游服务"的需求。贵州省抓住这一窗口期，迅速推出了"一码游贵州"平台。初期的平台功能相对简洁，主要涵盖景区门票预约、健康码核验、基础导览等功能，核心目标是解决疫情期间的"分时预约、错峰游览"需求。这一阶段的成功关键是将全省数百家景区的票务系统统一接入一个平台——这在技术上面临巨大的系统对接和标准统一挑战，但贵州凭借前期大数据基础设施的积累，仅用不到三个月就完成了平台开发和上线。</w:t>
      </w:r>
    </w:p>
    <w:p>
      <w:r>
        <w:rPr>
          <w:b/>
        </w:rPr>
        <w:t>成长阶段（2021-2023 年）：从一到多。</w:t>
      </w:r>
      <w:r>
        <w:t xml:space="preserve"> 随着疫情防控进入常态化，"一码游贵州"的功能迅速拓展。酒店预订、餐饮推荐、特产电商、交通导航等模块陆续上线，平台从"景区预约工具"升级为"全域旅游服务平台"。在这一阶段，平台积累的海量用户数据开始产生价值——通过对游客的搜索行为、预订偏好、游览轨迹和评价反馈的分析，平台实现了个性化推荐和精准营销。同时，贵州省将"一码游贵州"与"多彩贵州"文旅品牌深度绑定，使平台成为贵州文旅品牌数字化的核心载体。</w:t>
      </w:r>
    </w:p>
    <w:p>
      <w:r>
        <w:rPr>
          <w:b/>
        </w:rPr>
        <w:t>升级阶段（2024 年至今）：从多到智。</w:t>
      </w:r>
      <w:r>
        <w:t xml:space="preserve"> 近年来，"一码游贵州"进入了智能化升级的新阶段。平台引入了大语言模型和自然语言处理技术，推出了 AI 客服和 AI 导游功能，能够为游客提供多语种、个性化的旅游咨询和导览服务。同时，平台启动了国际版建设，针对东南亚等核心入境客源市场，解决语言障碍、支付不便和个性化服务缺失等痛点。安顺学院参与了国际版的 AI 服务框架设计，提出了"三大智能体协同、四维个性化引擎、三层技术支撑"的"4×3"架构——AI 客服、AI 导游、AI 行程规划三大智能体在游客旅程的不同环节协同服务，实现了从"被动响应"到"主动服务"的跨越。</w:t>
      </w:r>
    </w:p>
    <w:p>
      <w:pPr>
        <w:spacing w:before="80" w:after="80"/>
        <w:ind w:left="680"/>
        <w:pBdr>
          <w:left w:val="single" w:sz="12" w:color="2C7AA8"/>
        </w:pBdr>
      </w:pPr>
      <w:r>
        <w:rPr>
          <w:i/>
          <w:color w:val="555555"/>
          <w:sz w:val="22"/>
        </w:rPr>
        <w:t>知识卡片 2-3："4×3"架构是"一码游贵州"国际版的核心技术框架。"三大智能体"指 AI 客服（负责行前咨询和预订）、AI 导游（负责行中导览和解说）、AI 行程规划（负责个性化路线设计）；"四维个性化引擎"指基于用户画像、场景感知、知识图谱和实时计算的个性化推荐系统；"三层技术支撑"指底层的大模型能力层、中间的知识与数据层、上层的应用服务层。这一架构体现了数字文旅从"功能叠加"到"智能协同"的技术范式升级。</w:t>
      </w:r>
    </w:p>
    <w:p>
      <w:pPr>
        <w:pStyle w:val="Heading3"/>
      </w:pPr>
      <w:r>
        <w:t>2.3.3 贵州数字文旅的示范意义</w:t>
      </w:r>
    </w:p>
    <w:p>
      <w:r>
        <w:t>贵州的实践不仅对本省文旅产业发展具有重要意义，也为全国乃至其他发展中国家提供了可借鉴的经验。</w:t>
      </w:r>
    </w:p>
    <w:p>
      <w:r>
        <w:rPr>
          <w:b/>
        </w:rPr>
        <w:t>"后发赶超"的可行路径。</w:t>
      </w:r>
      <w:r>
        <w:t xml:space="preserve"> 贵州的案例表明，数字文旅可以成为欠发达地区实现旅游业跨越式发展的有效路径。传统旅游业的竞争力在很大程度上取决于自然资源禀赋和历史积累（如知名度、基础设施、服务人才等），这些往往是欠发达地区的短板。但数字文旅的核心竞争力在于数据、算法和平台，这些要素的建设不完全依赖历史积累，而是可以通过前瞻性战略布局来快速获取。贵州的做法是先布局数字基础设施（数据中心、通信网络），再建设数字平台（"一码游贵州"），最后实现旅游产品和服务的智能化升级——这一"先底座、后平台、再应用"的路径，为其他欠发达地区提供了清晰的路线图。</w:t>
      </w:r>
    </w:p>
    <w:p>
      <w:r>
        <w:rPr>
          <w:b/>
        </w:rPr>
        <w:t>政府与市场协同的中国模式。</w:t>
      </w:r>
      <w:r>
        <w:t xml:space="preserve"> 贵州的经验展示了政府与市场在数字文旅发展中协同发力的有效性。政府扮演了"战略规划者"和"基础设施提供者"的角色——制定大数据战略、建设数据中心、打通部门数据壁垒、出台政策法规；市场则扮演了"创新推动者"和"服务运营者"的角色——互联网企业提供技术能力、OTA 平台拓展销售渠道、景区和酒店创新产品和服务。这种"政府搭台、企业唱戏"的模式，在基础设施投入大、协调难度高的数字文旅领域具有显著优势。</w:t>
      </w:r>
    </w:p>
    <w:p>
      <w:r>
        <w:rPr>
          <w:b/>
        </w:rPr>
        <w:t>从"数字赋能"到"数字创值"的理念升级。</w:t>
      </w:r>
      <w:r>
        <w:t xml:space="preserve"> 贵州的实践还展示了数字文旅的一个重要理念转变：从"数字赋能"到"数字创值"。早期的旅游数字化侧重于"赋能"——用数字技术提高现有业务流程的效率（如用电子票务替代纸质门票）。贵州的探索则进一步走向"创值"——用数字技术创造全新的文旅产品和体验（如基于大数据的个性化行程规划、基于 AI 的多语种实时导览）。这一理念升级的核心意义在于：数字文旅的价值不在于"把原有的事情做得更快更好"，而在于"做出原本做不到的事情"。</w:t>
      </w:r>
    </w:p>
    <w:p>
      <w:r>
        <w:t>[图 2-1：贵州数字文旅发展路径示意]</w:t>
      </w:r>
    </w:p>
    <w:p>
      <w:r>
        <w:t>---</w:t>
      </w:r>
    </w:p>
    <w:p>
      <w:pPr>
        <w:pStyle w:val="Heading3"/>
      </w:pPr>
      <w:r>
        <w:t>2.4.3 数字文旅演进的国际比较与中国特色</w:t>
      </w:r>
    </w:p>
    <w:p>
      <w:r>
        <w:t>数字文旅的演进路径在不同国家和地区呈现出显著差异。欧洲的文旅数字化以文化遗产保护为核心驱动力，Europeana项目代表了"保护优先、开放利用"的欧洲模式。亚洲国家的文旅数字化更侧重于智慧目的地建设，韩国济州岛和日本京都通过智能技术提升游客体验和目的地管理效率。</w:t>
      </w:r>
    </w:p>
    <w:p>
      <w:r>
        <w:t>中国数字文旅演进具有独特的制度优势和实践路径。第一，"文旅融合"的行政体制优势使得文化与旅游的数字化推进形成合力，避免了部门分割。第二，"数据要素"的理论创新为文旅数字化提供了独特的经济学基础，2020年《关于构建更加完善的要素市场化配置体制机制的意见》将数据列为生产要素。第三，"全域智慧旅游平台"模式以政府引导、平台运营、生态共创为特征，区别于欧洲的遗产导向和美国的商业OTA导向。第四，"乡村振兴"战略将数字文旅与城乡融合发展紧密结合，唐承财等（2024）指出数字文旅已成为赋能乡村振兴的重要路径。</w:t>
      </w:r>
    </w:p>
    <w:p>
      <w:r>
        <w:t>陈雪钧等（2023）将旅游产业数字化创新历程划分为四个时期：企业管理信息化时代的萌芽期、Web 1.0/2.0时代的成长期、移动互联网时代的扩张期、新一代信息技术时代的升级期。这一分期与本书提出的"旅游信息化→智慧旅游→数字文旅"三阶段框架形成互补——前者侧重技术代际更替，后者侧重范式转换。</w:t>
      </w:r>
    </w:p>
    <w:p>
      <w:pPr>
        <w:spacing w:before="80" w:after="80"/>
        <w:ind w:left="680"/>
        <w:pBdr>
          <w:left w:val="single" w:sz="12" w:color="2C7AA8"/>
        </w:pBdr>
      </w:pPr>
      <w:r>
        <w:rPr>
          <w:i/>
          <w:color w:val="555555"/>
          <w:sz w:val="22"/>
        </w:rPr>
        <w:t>知识卡片 2-1：Tourism 4.0概念。Tourism 4.0是斯洛文尼亚于2018年发起的欧洲倡议项目，旨在将工业4.0技术（物联网、人工智能、大数据、区块链）应用于旅游业。该项目提出了"Tourism 4.0"模型，将旅游发展划分为1.0（信息展示）、2.0（互动参与）、3.0（智能服务）、4.0（生态协同）四个阶段，与中国的旅游信息化→智慧旅游→数字文旅演进路径具有高度可比性。</w:t>
      </w:r>
    </w:p>
    <w:p>
      <w:pPr>
        <w:pStyle w:val="Heading2"/>
      </w:pPr>
      <w:r>
        <w:t>## 文旅产业数字化的阶段性特征与演进路径</w:t>
      </w:r>
    </w:p>
    <w:p>
      <w:pPr>
        <w:pStyle w:val="Heading3"/>
      </w:pPr>
      <w:r>
        <w:t>全球视角下的数字化阶段划分</w:t>
      </w:r>
    </w:p>
    <w:p>
      <w:r>
        <w:t>全球文旅产业的数字化转型大致经历了四个阶段。第一阶段（1995-2005年）为「信息化阶段」，以互联网普及和在线预订系统出现为标志，代表性事件包括Expedia（1996年）、携程（1999年）等OTA平台的成立。这一阶段的核心变化是信息获取方式从线下转向线上，旅游预订从电话/门店转向网络。第二阶段（2005-2015年）为「移动化阶段」，以智能手机普及和移动互联网应用爆发为标志，代表性事件包括 Airbnb（2008年）、美团（2010年）等平台的出现。这一阶段的核心变化是服务获取方式从PC端转向移动端，旅游消费场景从计划性转向即时性。</w:t>
      </w:r>
    </w:p>
    <w:p>
      <w:r>
        <w:t>第三阶段（2015-2020年）为「智能化阶段」，以大数据、人工智能和物联网技术的深度应用为标志，代表性事件包括Google Travel AI（2016年）、阿里飞猪「未来酒店」（2018年）等的推出。这一阶段的核心变化是从信息匹配走向智能决策，从被动服务走向主动预测。第四阶段（2020年至今）为「融合化阶段」，以AI大模型、元宇宙、数字孪生等前沿技术与文旅的深度融合为标志，代表性事件包括ChatGPT驱动的智能旅游助手（2023年）、文旅元宇宙体验空间（2022年）等的出现。这一阶段的核心特征是虚实融合、人机协同和生态重构。</w:t>
      </w:r>
    </w:p>
    <w:tbl>
      <w:tblPr>
        <w:tblStyle w:val="TableGrid"/>
        <w:tblW w:type="auto" w:w="0"/>
        <w:tblLook w:firstColumn="1" w:firstRow="1" w:lastColumn="0" w:lastRow="0" w:noHBand="0" w:noVBand="1" w:val="04A0"/>
      </w:tblPr>
      <w:tblGrid>
        <w:gridCol w:w="1473"/>
        <w:gridCol w:w="1473"/>
        <w:gridCol w:w="1473"/>
        <w:gridCol w:w="1473"/>
        <w:gridCol w:w="1473"/>
        <w:gridCol w:w="1473"/>
      </w:tblGrid>
      <w:tr>
        <w:tc>
          <w:tcPr>
            <w:tcW w:type="dxa" w:w="1473"/>
          </w:tcPr>
          <w:p>
            <w:pPr>
              <w:spacing w:after="40" w:line="240" w:lineRule="auto"/>
            </w:pPr>
            <w:r>
              <w:rPr>
                <w:b/>
                <w:sz w:val="20"/>
              </w:rPr>
              <w:t>阶段</w:t>
            </w:r>
          </w:p>
        </w:tc>
        <w:tc>
          <w:tcPr>
            <w:tcW w:type="dxa" w:w="1473"/>
          </w:tcPr>
          <w:p>
            <w:pPr>
              <w:spacing w:after="40" w:line="240" w:lineRule="auto"/>
            </w:pPr>
            <w:r>
              <w:rPr>
                <w:b/>
                <w:sz w:val="20"/>
              </w:rPr>
              <w:t>时间</w:t>
            </w:r>
          </w:p>
        </w:tc>
        <w:tc>
          <w:tcPr>
            <w:tcW w:type="dxa" w:w="1473"/>
          </w:tcPr>
          <w:p>
            <w:pPr>
              <w:spacing w:after="40" w:line="240" w:lineRule="auto"/>
            </w:pPr>
            <w:r>
              <w:rPr>
                <w:b/>
                <w:sz w:val="20"/>
              </w:rPr>
              <w:t>标志技术</w:t>
            </w:r>
          </w:p>
        </w:tc>
        <w:tc>
          <w:tcPr>
            <w:tcW w:type="dxa" w:w="1473"/>
          </w:tcPr>
          <w:p>
            <w:pPr>
              <w:spacing w:after="40" w:line="240" w:lineRule="auto"/>
            </w:pPr>
            <w:r>
              <w:rPr>
                <w:b/>
                <w:sz w:val="20"/>
              </w:rPr>
              <w:t>核心变化</w:t>
            </w:r>
          </w:p>
        </w:tc>
        <w:tc>
          <w:tcPr>
            <w:tcW w:type="dxa" w:w="1473"/>
          </w:tcPr>
          <w:p>
            <w:pPr>
              <w:spacing w:after="40" w:line="240" w:lineRule="auto"/>
            </w:pPr>
            <w:r>
              <w:rPr>
                <w:b/>
                <w:sz w:val="20"/>
              </w:rPr>
              <w:t>代表平台</w:t>
            </w:r>
          </w:p>
        </w:tc>
        <w:tc>
          <w:tcPr>
            <w:tcW w:type="dxa" w:w="1473"/>
          </w:tcPr>
          <w:p>
            <w:pPr>
              <w:spacing w:after="40" w:line="240" w:lineRule="auto"/>
            </w:pPr>
            <w:r>
              <w:rPr>
                <w:b/>
                <w:sz w:val="20"/>
              </w:rPr>
              <w:t>贵州对应实践</w:t>
            </w:r>
          </w:p>
        </w:tc>
      </w:tr>
      <w:tr>
        <w:tc>
          <w:tcPr>
            <w:tcW w:type="dxa" w:w="1473"/>
          </w:tcPr>
          <w:p>
            <w:pPr>
              <w:spacing w:after="40" w:line="240" w:lineRule="auto"/>
            </w:pPr>
            <w:r>
              <w:rPr>
                <w:sz w:val="20"/>
              </w:rPr>
              <w:t>信息化</w:t>
            </w:r>
          </w:p>
        </w:tc>
        <w:tc>
          <w:tcPr>
            <w:tcW w:type="dxa" w:w="1473"/>
          </w:tcPr>
          <w:p>
            <w:pPr>
              <w:spacing w:after="40" w:line="240" w:lineRule="auto"/>
            </w:pPr>
            <w:r>
              <w:rPr>
                <w:sz w:val="20"/>
              </w:rPr>
              <w:t>1995-2005</w:t>
            </w:r>
          </w:p>
        </w:tc>
        <w:tc>
          <w:tcPr>
            <w:tcW w:type="dxa" w:w="1473"/>
          </w:tcPr>
          <w:p>
            <w:pPr>
              <w:spacing w:after="40" w:line="240" w:lineRule="auto"/>
            </w:pPr>
            <w:r>
              <w:rPr>
                <w:sz w:val="20"/>
              </w:rPr>
              <w:t>互联网</w:t>
            </w:r>
          </w:p>
        </w:tc>
        <w:tc>
          <w:tcPr>
            <w:tcW w:type="dxa" w:w="1473"/>
          </w:tcPr>
          <w:p>
            <w:pPr>
              <w:spacing w:after="40" w:line="240" w:lineRule="auto"/>
            </w:pPr>
            <w:r>
              <w:rPr>
                <w:sz w:val="20"/>
              </w:rPr>
              <w:t>信息在线化</w:t>
            </w:r>
          </w:p>
        </w:tc>
        <w:tc>
          <w:tcPr>
            <w:tcW w:type="dxa" w:w="1473"/>
          </w:tcPr>
          <w:p>
            <w:pPr>
              <w:spacing w:after="40" w:line="240" w:lineRule="auto"/>
            </w:pPr>
            <w:r>
              <w:rPr>
                <w:sz w:val="20"/>
              </w:rPr>
              <w:t>携程/Expedia</w:t>
            </w:r>
          </w:p>
        </w:tc>
        <w:tc>
          <w:tcPr>
            <w:tcW w:type="dxa" w:w="1473"/>
          </w:tcPr>
          <w:p>
            <w:pPr>
              <w:spacing w:after="40" w:line="240" w:lineRule="auto"/>
            </w:pPr>
            <w:r>
              <w:rPr>
                <w:sz w:val="20"/>
              </w:rPr>
              <w:t>贵州旅游信息网</w:t>
            </w:r>
          </w:p>
        </w:tc>
      </w:tr>
      <w:tr>
        <w:tc>
          <w:tcPr>
            <w:tcW w:type="dxa" w:w="1473"/>
          </w:tcPr>
          <w:p>
            <w:pPr>
              <w:spacing w:after="40" w:line="240" w:lineRule="auto"/>
            </w:pPr>
            <w:r>
              <w:rPr>
                <w:sz w:val="20"/>
              </w:rPr>
              <w:t>移动化</w:t>
            </w:r>
          </w:p>
        </w:tc>
        <w:tc>
          <w:tcPr>
            <w:tcW w:type="dxa" w:w="1473"/>
          </w:tcPr>
          <w:p>
            <w:pPr>
              <w:spacing w:after="40" w:line="240" w:lineRule="auto"/>
            </w:pPr>
            <w:r>
              <w:rPr>
                <w:sz w:val="20"/>
              </w:rPr>
              <w:t>2005-2015</w:t>
            </w:r>
          </w:p>
        </w:tc>
        <w:tc>
          <w:tcPr>
            <w:tcW w:type="dxa" w:w="1473"/>
          </w:tcPr>
          <w:p>
            <w:pPr>
              <w:spacing w:after="40" w:line="240" w:lineRule="auto"/>
            </w:pPr>
            <w:r>
              <w:rPr>
                <w:sz w:val="20"/>
              </w:rPr>
              <w:t>移动互联网</w:t>
            </w:r>
          </w:p>
        </w:tc>
        <w:tc>
          <w:tcPr>
            <w:tcW w:type="dxa" w:w="1473"/>
          </w:tcPr>
          <w:p>
            <w:pPr>
              <w:spacing w:after="40" w:line="240" w:lineRule="auto"/>
            </w:pPr>
            <w:r>
              <w:rPr>
                <w:sz w:val="20"/>
              </w:rPr>
              <w:t>服务移动化</w:t>
            </w:r>
          </w:p>
        </w:tc>
        <w:tc>
          <w:tcPr>
            <w:tcW w:type="dxa" w:w="1473"/>
          </w:tcPr>
          <w:p>
            <w:pPr>
              <w:spacing w:after="40" w:line="240" w:lineRule="auto"/>
            </w:pPr>
            <w:r>
              <w:rPr>
                <w:sz w:val="20"/>
              </w:rPr>
              <w:t>美团/Airbnb</w:t>
            </w:r>
          </w:p>
        </w:tc>
        <w:tc>
          <w:tcPr>
            <w:tcW w:type="dxa" w:w="1473"/>
          </w:tcPr>
          <w:p>
            <w:pPr>
              <w:spacing w:after="40" w:line="240" w:lineRule="auto"/>
            </w:pPr>
            <w:r>
              <w:rPr>
                <w:sz w:val="20"/>
              </w:rPr>
              <w:t>多彩贵州APP</w:t>
            </w:r>
          </w:p>
        </w:tc>
      </w:tr>
      <w:tr>
        <w:tc>
          <w:tcPr>
            <w:tcW w:type="dxa" w:w="1473"/>
          </w:tcPr>
          <w:p>
            <w:pPr>
              <w:spacing w:after="40" w:line="240" w:lineRule="auto"/>
            </w:pPr>
            <w:r>
              <w:rPr>
                <w:sz w:val="20"/>
              </w:rPr>
              <w:t>智能化</w:t>
            </w:r>
          </w:p>
        </w:tc>
        <w:tc>
          <w:tcPr>
            <w:tcW w:type="dxa" w:w="1473"/>
          </w:tcPr>
          <w:p>
            <w:pPr>
              <w:spacing w:after="40" w:line="240" w:lineRule="auto"/>
            </w:pPr>
            <w:r>
              <w:rPr>
                <w:sz w:val="20"/>
              </w:rPr>
              <w:t>2015-2020</w:t>
            </w:r>
          </w:p>
        </w:tc>
        <w:tc>
          <w:tcPr>
            <w:tcW w:type="dxa" w:w="1473"/>
          </w:tcPr>
          <w:p>
            <w:pPr>
              <w:spacing w:after="40" w:line="240" w:lineRule="auto"/>
            </w:pPr>
            <w:r>
              <w:rPr>
                <w:sz w:val="20"/>
              </w:rPr>
              <w:t>大数据/AI</w:t>
            </w:r>
          </w:p>
        </w:tc>
        <w:tc>
          <w:tcPr>
            <w:tcW w:type="dxa" w:w="1473"/>
          </w:tcPr>
          <w:p>
            <w:pPr>
              <w:spacing w:after="40" w:line="240" w:lineRule="auto"/>
            </w:pPr>
            <w:r>
              <w:rPr>
                <w:sz w:val="20"/>
              </w:rPr>
              <w:t>决策智能化</w:t>
            </w:r>
          </w:p>
        </w:tc>
        <w:tc>
          <w:tcPr>
            <w:tcW w:type="dxa" w:w="1473"/>
          </w:tcPr>
          <w:p>
            <w:pPr>
              <w:spacing w:after="40" w:line="240" w:lineRule="auto"/>
            </w:pPr>
            <w:r>
              <w:rPr>
                <w:sz w:val="20"/>
              </w:rPr>
              <w:t>飞猪/Google Travel</w:t>
            </w:r>
          </w:p>
        </w:tc>
        <w:tc>
          <w:tcPr>
            <w:tcW w:type="dxa" w:w="1473"/>
          </w:tcPr>
          <w:p>
            <w:pPr>
              <w:spacing w:after="40" w:line="240" w:lineRule="auto"/>
            </w:pPr>
            <w:r>
              <w:rPr>
                <w:sz w:val="20"/>
              </w:rPr>
              <w:t>一码游贵州</w:t>
            </w:r>
          </w:p>
        </w:tc>
      </w:tr>
      <w:tr>
        <w:tc>
          <w:tcPr>
            <w:tcW w:type="dxa" w:w="1473"/>
          </w:tcPr>
          <w:p>
            <w:pPr>
              <w:spacing w:after="40" w:line="240" w:lineRule="auto"/>
            </w:pPr>
            <w:r>
              <w:rPr>
                <w:sz w:val="20"/>
              </w:rPr>
              <w:t>融合化</w:t>
            </w:r>
          </w:p>
        </w:tc>
        <w:tc>
          <w:tcPr>
            <w:tcW w:type="dxa" w:w="1473"/>
          </w:tcPr>
          <w:p>
            <w:pPr>
              <w:spacing w:after="40" w:line="240" w:lineRule="auto"/>
            </w:pPr>
            <w:r>
              <w:rPr>
                <w:sz w:val="20"/>
              </w:rPr>
              <w:t>2020-至今</w:t>
            </w:r>
          </w:p>
        </w:tc>
        <w:tc>
          <w:tcPr>
            <w:tcW w:type="dxa" w:w="1473"/>
          </w:tcPr>
          <w:p>
            <w:pPr>
              <w:spacing w:after="40" w:line="240" w:lineRule="auto"/>
            </w:pPr>
            <w:r>
              <w:rPr>
                <w:sz w:val="20"/>
              </w:rPr>
              <w:t>大模型/元宇宙</w:t>
            </w:r>
          </w:p>
        </w:tc>
        <w:tc>
          <w:tcPr>
            <w:tcW w:type="dxa" w:w="1473"/>
          </w:tcPr>
          <w:p>
            <w:pPr>
              <w:spacing w:after="40" w:line="240" w:lineRule="auto"/>
            </w:pPr>
            <w:r>
              <w:rPr>
                <w:sz w:val="20"/>
              </w:rPr>
              <w:t>虚实融合</w:t>
            </w:r>
          </w:p>
        </w:tc>
        <w:tc>
          <w:tcPr>
            <w:tcW w:type="dxa" w:w="1473"/>
          </w:tcPr>
          <w:p>
            <w:pPr>
              <w:spacing w:after="40" w:line="240" w:lineRule="auto"/>
            </w:pPr>
            <w:r>
              <w:rPr>
                <w:sz w:val="20"/>
              </w:rPr>
              <w:t>ChatGPT/元宇宙</w:t>
            </w:r>
          </w:p>
        </w:tc>
        <w:tc>
          <w:tcPr>
            <w:tcW w:type="dxa" w:w="1473"/>
          </w:tcPr>
          <w:p>
            <w:pPr>
              <w:spacing w:after="40" w:line="240" w:lineRule="auto"/>
            </w:pPr>
            <w:r>
              <w:rPr>
                <w:sz w:val="20"/>
              </w:rPr>
              <w:t>贵州文旅AI助手</w:t>
            </w:r>
          </w:p>
        </w:tc>
      </w:tr>
    </w:tbl>
    <w:p/>
    <w:p>
      <w:pPr>
        <w:pStyle w:val="Heading3"/>
      </w:pPr>
      <w:r>
        <w:t>中国文旅数字化的特色路径</w:t>
      </w:r>
    </w:p>
    <w:p>
      <w:r>
        <w:t>中国文旅产业的数字化转型呈现出鲜明的「政府引导+市场驱动」特色。与欧美国家主要由市场力量推动不同，中国在文旅数字化过程中，政府发挥了重要的顶层设计和基础设施建设的角色。国家层面先后出台了「互联网+旅游」指导意见、「十四五」智慧旅游发展规划、「数字中国建设整体布局规划」等政策文件，为文旅数字化提供了方向指引和制度保障。</w:t>
      </w:r>
    </w:p>
    <w:p>
      <w:r>
        <w:t>中国文旅数字化的另一个特色是「超级APP生态」。微信、支付宝等超级APP将旅游服务嵌入日常生活场景，用户无需下载专门的旅游APP即可完成预订、支付、导览等全流程服务。这种「服务找人」的模式与欧美「人找服务」的独立APP模式形成鲜明对比。贵州「一码游贵州」平台即采用了微信小程序形态，依托微信生态实现了低成本的用户获取和高频的服务触达。</w:t>
      </w:r>
    </w:p>
    <w:p>
      <w:pPr>
        <w:pStyle w:val="Heading3"/>
      </w:pPr>
      <w:r>
        <w:t>贵州文旅数字化的先行先试</w:t>
      </w:r>
    </w:p>
    <w:p>
      <w:r>
        <w:t>贵州作为中国首个国家级大数据综合试验区，在文旅数字化方面先行先试，形成了多项全国首创经验。2014年，贵阳大数据产业技术联盟成立，为旅游大数据应用奠定了产业基础。2015年，贵阳大数据交易所挂牌运营，探索了旅游数据要素市场化交易路径。2017年，贵州省旅游大数据中心建成运行，实现了全省旅游数据的统一汇聚和分析。2020年，「一码游贵州」平台上线，标志着贵州文旅数字化从基础设施建设走向应用服务创新。</w:t>
      </w:r>
    </w:p>
    <w:p>
      <w:r>
        <w:t>贵州文旅数字化的经验可概括为「三个先行」：基础设施先行——率先建设数据中心和通信网络；制度规范先行——率先出台大数据地方法规；应用场景先行——率先推出省级智慧旅游平台。这「三个先行」为其他地区提供了可复制的经验，也使贵州成为全国数字文旅研究和实践的标杆区域。</w:t>
      </w:r>
    </w:p>
    <w:p>
      <w:pPr>
        <w:pStyle w:val="Heading2"/>
      </w:pPr>
      <w:r>
        <w:t>数字化对文旅产业价值链的重构</w:t>
      </w:r>
    </w:p>
    <w:p>
      <w:pPr>
        <w:pStyle w:val="Heading3"/>
      </w:pPr>
      <w:r>
        <w:t>价值链解构与重组</w:t>
      </w:r>
    </w:p>
    <w:p>
      <w:r>
        <w:t>传统旅游价值链遵循「供应商→批发商→零售商→游客」的线性结构，信息传递层级多、效率低。数字化对这一价值链进行了解构和重组：一方面，去中介化——OTA平台直接连接供应商和游客，压缩了中间层级；另一方面，再中介化——平台本身成为新的中介，通过数据优势重新定义价值分配规则。</w:t>
      </w:r>
    </w:p>
    <w:p>
      <w:r>
        <w:t>数字化重构后的旅游价值链呈现出「平台化、网络化、生态化」的特征。平台化体现在价值创造从单家企业转向平台生态；网络化体现在各参与方之间形成复杂的网络关系，而非简单的线性链条；生态化体现在价值分配从零和博弈转向共赢共生。以贵州旅游为例，「一码游贵州」平台连接了400+景区、2000+涉旅企业和3000万+用户，形成了一个多边平台生态系统，平台通过数据赋能提升了各参与方的价值创造能力。</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价值链维度</w:t>
            </w:r>
          </w:p>
        </w:tc>
        <w:tc>
          <w:tcPr>
            <w:tcW w:type="dxa" w:w="1768"/>
          </w:tcPr>
          <w:p>
            <w:pPr>
              <w:spacing w:after="40" w:line="240" w:lineRule="auto"/>
            </w:pPr>
            <w:r>
              <w:rPr>
                <w:b/>
                <w:sz w:val="20"/>
              </w:rPr>
              <w:t>传统模式</w:t>
            </w:r>
          </w:p>
        </w:tc>
        <w:tc>
          <w:tcPr>
            <w:tcW w:type="dxa" w:w="1768"/>
          </w:tcPr>
          <w:p>
            <w:pPr>
              <w:spacing w:after="40" w:line="240" w:lineRule="auto"/>
            </w:pPr>
            <w:r>
              <w:rPr>
                <w:b/>
                <w:sz w:val="20"/>
              </w:rPr>
              <w:t>数字化模式</w:t>
            </w:r>
          </w:p>
        </w:tc>
        <w:tc>
          <w:tcPr>
            <w:tcW w:type="dxa" w:w="1768"/>
          </w:tcPr>
          <w:p>
            <w:pPr>
              <w:spacing w:after="40" w:line="240" w:lineRule="auto"/>
            </w:pPr>
            <w:r>
              <w:rPr>
                <w:b/>
                <w:sz w:val="20"/>
              </w:rPr>
              <w:t>变化趋势</w:t>
            </w:r>
          </w:p>
        </w:tc>
        <w:tc>
          <w:tcPr>
            <w:tcW w:type="dxa" w:w="1768"/>
          </w:tcPr>
          <w:p>
            <w:pPr>
              <w:spacing w:after="40" w:line="240" w:lineRule="auto"/>
            </w:pPr>
            <w:r>
              <w:rPr>
                <w:b/>
                <w:sz w:val="20"/>
              </w:rPr>
              <w:t>贵州案例</w:t>
            </w:r>
          </w:p>
        </w:tc>
      </w:tr>
      <w:tr>
        <w:tc>
          <w:tcPr>
            <w:tcW w:type="dxa" w:w="1768"/>
          </w:tcPr>
          <w:p>
            <w:pPr>
              <w:spacing w:after="40" w:line="240" w:lineRule="auto"/>
            </w:pPr>
            <w:r>
              <w:rPr>
                <w:sz w:val="20"/>
              </w:rPr>
              <w:t>结构</w:t>
            </w:r>
          </w:p>
        </w:tc>
        <w:tc>
          <w:tcPr>
            <w:tcW w:type="dxa" w:w="1768"/>
          </w:tcPr>
          <w:p>
            <w:pPr>
              <w:spacing w:after="40" w:line="240" w:lineRule="auto"/>
            </w:pPr>
            <w:r>
              <w:rPr>
                <w:sz w:val="20"/>
              </w:rPr>
              <w:t>线性链条</w:t>
            </w:r>
          </w:p>
        </w:tc>
        <w:tc>
          <w:tcPr>
            <w:tcW w:type="dxa" w:w="1768"/>
          </w:tcPr>
          <w:p>
            <w:pPr>
              <w:spacing w:after="40" w:line="240" w:lineRule="auto"/>
            </w:pPr>
            <w:r>
              <w:rPr>
                <w:sz w:val="20"/>
              </w:rPr>
              <w:t>平台网络</w:t>
            </w:r>
          </w:p>
        </w:tc>
        <w:tc>
          <w:tcPr>
            <w:tcW w:type="dxa" w:w="1768"/>
          </w:tcPr>
          <w:p>
            <w:pPr>
              <w:spacing w:after="40" w:line="240" w:lineRule="auto"/>
            </w:pPr>
            <w:r>
              <w:rPr>
                <w:sz w:val="20"/>
              </w:rPr>
              <w:t>去中介+再中介</w:t>
            </w:r>
          </w:p>
        </w:tc>
        <w:tc>
          <w:tcPr>
            <w:tcW w:type="dxa" w:w="1768"/>
          </w:tcPr>
          <w:p>
            <w:pPr>
              <w:spacing w:after="40" w:line="240" w:lineRule="auto"/>
            </w:pPr>
            <w:r>
              <w:rPr>
                <w:sz w:val="20"/>
              </w:rPr>
              <w:t>OTA替代传统旅行社</w:t>
            </w:r>
          </w:p>
        </w:tc>
      </w:tr>
      <w:tr>
        <w:tc>
          <w:tcPr>
            <w:tcW w:type="dxa" w:w="1768"/>
          </w:tcPr>
          <w:p>
            <w:pPr>
              <w:spacing w:after="40" w:line="240" w:lineRule="auto"/>
            </w:pPr>
            <w:r>
              <w:rPr>
                <w:sz w:val="20"/>
              </w:rPr>
              <w:t>信息流</w:t>
            </w:r>
          </w:p>
        </w:tc>
        <w:tc>
          <w:tcPr>
            <w:tcW w:type="dxa" w:w="1768"/>
          </w:tcPr>
          <w:p>
            <w:pPr>
              <w:spacing w:after="40" w:line="240" w:lineRule="auto"/>
            </w:pPr>
            <w:r>
              <w:rPr>
                <w:sz w:val="20"/>
              </w:rPr>
              <w:t>单向延迟</w:t>
            </w:r>
          </w:p>
        </w:tc>
        <w:tc>
          <w:tcPr>
            <w:tcW w:type="dxa" w:w="1768"/>
          </w:tcPr>
          <w:p>
            <w:pPr>
              <w:spacing w:after="40" w:line="240" w:lineRule="auto"/>
            </w:pPr>
            <w:r>
              <w:rPr>
                <w:sz w:val="20"/>
              </w:rPr>
              <w:t>双向实时</w:t>
            </w:r>
          </w:p>
        </w:tc>
        <w:tc>
          <w:tcPr>
            <w:tcW w:type="dxa" w:w="1768"/>
          </w:tcPr>
          <w:p>
            <w:pPr>
              <w:spacing w:after="40" w:line="240" w:lineRule="auto"/>
            </w:pPr>
            <w:r>
              <w:rPr>
                <w:sz w:val="20"/>
              </w:rPr>
              <w:t>信息透明化</w:t>
            </w:r>
          </w:p>
        </w:tc>
        <w:tc>
          <w:tcPr>
            <w:tcW w:type="dxa" w:w="1768"/>
          </w:tcPr>
          <w:p>
            <w:pPr>
              <w:spacing w:after="40" w:line="240" w:lineRule="auto"/>
            </w:pPr>
            <w:r>
              <w:rPr>
                <w:sz w:val="20"/>
              </w:rPr>
              <w:t>实时客流信息共享</w:t>
            </w:r>
          </w:p>
        </w:tc>
      </w:tr>
      <w:tr>
        <w:tc>
          <w:tcPr>
            <w:tcW w:type="dxa" w:w="1768"/>
          </w:tcPr>
          <w:p>
            <w:pPr>
              <w:spacing w:after="40" w:line="240" w:lineRule="auto"/>
            </w:pPr>
            <w:r>
              <w:rPr>
                <w:sz w:val="20"/>
              </w:rPr>
              <w:t>价值分配</w:t>
            </w:r>
          </w:p>
        </w:tc>
        <w:tc>
          <w:tcPr>
            <w:tcW w:type="dxa" w:w="1768"/>
          </w:tcPr>
          <w:p>
            <w:pPr>
              <w:spacing w:after="40" w:line="240" w:lineRule="auto"/>
            </w:pPr>
            <w:r>
              <w:rPr>
                <w:sz w:val="20"/>
              </w:rPr>
              <w:t>零和博弈</w:t>
            </w:r>
          </w:p>
        </w:tc>
        <w:tc>
          <w:tcPr>
            <w:tcW w:type="dxa" w:w="1768"/>
          </w:tcPr>
          <w:p>
            <w:pPr>
              <w:spacing w:after="40" w:line="240" w:lineRule="auto"/>
            </w:pPr>
            <w:r>
              <w:rPr>
                <w:sz w:val="20"/>
              </w:rPr>
              <w:t>共赢共生</w:t>
            </w:r>
          </w:p>
        </w:tc>
        <w:tc>
          <w:tcPr>
            <w:tcW w:type="dxa" w:w="1768"/>
          </w:tcPr>
          <w:p>
            <w:pPr>
              <w:spacing w:after="40" w:line="240" w:lineRule="auto"/>
            </w:pPr>
            <w:r>
              <w:rPr>
                <w:sz w:val="20"/>
              </w:rPr>
              <w:t>生态化分配</w:t>
            </w:r>
          </w:p>
        </w:tc>
        <w:tc>
          <w:tcPr>
            <w:tcW w:type="dxa" w:w="1768"/>
          </w:tcPr>
          <w:p>
            <w:pPr>
              <w:spacing w:after="40" w:line="240" w:lineRule="auto"/>
            </w:pPr>
            <w:r>
              <w:rPr>
                <w:sz w:val="20"/>
              </w:rPr>
              <w:t>平台赋能中小景区</w:t>
            </w:r>
          </w:p>
        </w:tc>
      </w:tr>
      <w:tr>
        <w:tc>
          <w:tcPr>
            <w:tcW w:type="dxa" w:w="1768"/>
          </w:tcPr>
          <w:p>
            <w:pPr>
              <w:spacing w:after="40" w:line="240" w:lineRule="auto"/>
            </w:pPr>
            <w:r>
              <w:rPr>
                <w:sz w:val="20"/>
              </w:rPr>
              <w:t>客户关系</w:t>
            </w:r>
          </w:p>
        </w:tc>
        <w:tc>
          <w:tcPr>
            <w:tcW w:type="dxa" w:w="1768"/>
          </w:tcPr>
          <w:p>
            <w:pPr>
              <w:spacing w:after="40" w:line="240" w:lineRule="auto"/>
            </w:pPr>
            <w:r>
              <w:rPr>
                <w:sz w:val="20"/>
              </w:rPr>
              <w:t>一次性交易</w:t>
            </w:r>
          </w:p>
        </w:tc>
        <w:tc>
          <w:tcPr>
            <w:tcW w:type="dxa" w:w="1768"/>
          </w:tcPr>
          <w:p>
            <w:pPr>
              <w:spacing w:after="40" w:line="240" w:lineRule="auto"/>
            </w:pPr>
            <w:r>
              <w:rPr>
                <w:sz w:val="20"/>
              </w:rPr>
              <w:t>全生命周期</w:t>
            </w:r>
          </w:p>
        </w:tc>
        <w:tc>
          <w:tcPr>
            <w:tcW w:type="dxa" w:w="1768"/>
          </w:tcPr>
          <w:p>
            <w:pPr>
              <w:spacing w:after="40" w:line="240" w:lineRule="auto"/>
            </w:pPr>
            <w:r>
              <w:rPr>
                <w:sz w:val="20"/>
              </w:rPr>
              <w:t>关系持久化</w:t>
            </w:r>
          </w:p>
        </w:tc>
        <w:tc>
          <w:tcPr>
            <w:tcW w:type="dxa" w:w="1768"/>
          </w:tcPr>
          <w:p>
            <w:pPr>
              <w:spacing w:after="40" w:line="240" w:lineRule="auto"/>
            </w:pPr>
            <w:r>
              <w:rPr>
                <w:sz w:val="20"/>
              </w:rPr>
              <w:t>会员体系+精准营销</w:t>
            </w:r>
          </w:p>
        </w:tc>
      </w:tr>
      <w:tr>
        <w:tc>
          <w:tcPr>
            <w:tcW w:type="dxa" w:w="1768"/>
          </w:tcPr>
          <w:p>
            <w:pPr>
              <w:spacing w:after="40" w:line="240" w:lineRule="auto"/>
            </w:pPr>
            <w:r>
              <w:rPr>
                <w:sz w:val="20"/>
              </w:rPr>
              <w:t>产品形态</w:t>
            </w:r>
          </w:p>
        </w:tc>
        <w:tc>
          <w:tcPr>
            <w:tcW w:type="dxa" w:w="1768"/>
          </w:tcPr>
          <w:p>
            <w:pPr>
              <w:spacing w:after="40" w:line="240" w:lineRule="auto"/>
            </w:pPr>
            <w:r>
              <w:rPr>
                <w:sz w:val="20"/>
              </w:rPr>
              <w:t>标准化打包</w:t>
            </w:r>
          </w:p>
        </w:tc>
        <w:tc>
          <w:tcPr>
            <w:tcW w:type="dxa" w:w="1768"/>
          </w:tcPr>
          <w:p>
            <w:pPr>
              <w:spacing w:after="40" w:line="240" w:lineRule="auto"/>
            </w:pPr>
            <w:r>
              <w:rPr>
                <w:sz w:val="20"/>
              </w:rPr>
              <w:t>个性化定制</w:t>
            </w:r>
          </w:p>
        </w:tc>
        <w:tc>
          <w:tcPr>
            <w:tcW w:type="dxa" w:w="1768"/>
          </w:tcPr>
          <w:p>
            <w:pPr>
              <w:spacing w:after="40" w:line="240" w:lineRule="auto"/>
            </w:pPr>
            <w:r>
              <w:rPr>
                <w:sz w:val="20"/>
              </w:rPr>
              <w:t>模块化组合</w:t>
            </w:r>
          </w:p>
        </w:tc>
        <w:tc>
          <w:tcPr>
            <w:tcW w:type="dxa" w:w="1768"/>
          </w:tcPr>
          <w:p>
            <w:pPr>
              <w:spacing w:after="40" w:line="240" w:lineRule="auto"/>
            </w:pPr>
            <w:r>
              <w:rPr>
                <w:sz w:val="20"/>
              </w:rPr>
              <w:t>智能行程规划</w:t>
            </w:r>
          </w:p>
        </w:tc>
      </w:tr>
    </w:tbl>
    <w:p/>
    <w:p>
      <w:pPr>
        <w:pStyle w:val="Heading3"/>
      </w:pPr>
      <w:r>
        <w:t>数据作为新型生产要素的作用</w:t>
      </w:r>
    </w:p>
    <w:p>
      <w:r>
        <w:t>在数字化价值链中，数据已成为与土地、劳动力、资本、技术并列的第五种生产要素。旅游数据的价值体现在三个层面：一是描述价值——数据记录了旅游活动的客观状态，为决策提供事实依据；二是预测价值——通过数据分析预测未来趋势，为规划和运营提供前瞻性指导；三是规范价值——基于数据反馈优化产品和服务，形成持续改进的闭环。</w:t>
      </w:r>
    </w:p>
    <w:p>
      <w:r>
        <w:t>贵州在旅游数据要素化方面进行了积极探索。贵阳大数据交易所开设了旅游数据交易专区，将景区客流数据、酒店入住数据、游客画像数据等作为可交易的数据产品。贵州省旅游大数据中心建立了数据资产登记制度，对旅游数据资源进行确权登记，为数据流通交易奠定了产权基础。这些探索为全国旅游数据要素市场化配置提供了先行经验。</w:t>
      </w:r>
    </w:p>
    <w:p>
      <w:r>
        <w:rPr>
          <w:b/>
        </w:rPr>
        <w:t>思政融入</w:t>
      </w:r>
      <w:r>
        <w:t>：文旅产业数字化演进体现了科技是第一生产力的论断。数字化不是简单的技术升级，而是生产关系的深刻变革。在这一过程中，要坚持以人民为中心的发展思想，确保数字化红利惠及广大游客和旅游从业者，防止数字鸿沟扩大。贵州大数据先行先试的实践，体现了中国特色社会主义制度集中力量办大事的优势。</w:t>
      </w:r>
    </w:p>
    <w:p>
      <w:pPr>
        <w:pStyle w:val="Heading2"/>
      </w:pPr>
      <w:r>
        <w:t>文旅产业数字化的驱动因素与障碍分析</w:t>
      </w:r>
    </w:p>
    <w:p>
      <w:pPr>
        <w:pStyle w:val="Heading3"/>
      </w:pPr>
      <w:r>
        <w:t>数字化的多维驱动因素</w:t>
      </w:r>
    </w:p>
    <w:p>
      <w:r>
        <w:t>文旅产业数字化的驱动因素可以从技术推动、需求拉动、政策引导和竞争倒逼四个维度分析。技术推动方面，5G、云计算、大数据、人工智能等技术的成熟和成本下降为文旅数字化提供了技术可行性。5G网络的高带宽低延迟特性使景区4K直播和AR导览成为可能，云计算降低了IT基础设施门槛使中小旅游企业也能负担数字化成本，大数据和AI技术为个性化推荐和智能决策提供了能力支撑。</w:t>
      </w:r>
    </w:p>
    <w:p>
      <w:r>
        <w:t>需求拉动方面，游客对旅游体验的期望不断提升，推动旅游服务向数字化、智能化方向升级。调查显示，78%的游客期望在出行前能够通过VR预览景区，65%期望在游览中获得智能导览服务，52%期望在游览后能够自动生成旅游日记。这些新兴需求为数字文旅产品创造了巨大的市场空间。</w:t>
      </w:r>
    </w:p>
    <w:p>
      <w:r>
        <w:t>政策引导方面，国家和地方政府密集出台支持文旅数字化的政策文件，提供了方向指引和资源支持。新国发2号文件对贵州文旅数字化的支持、文化和旅游部「互联网+旅游」政策的推出、各地智慧旅游示范项目的评选等，都从政策层面推动了产业数字化进程。</w:t>
      </w:r>
    </w:p>
    <w:p>
      <w:r>
        <w:t>竞争倒逼方面，数字化转型已成为旅游企业生存和发展的必选项。新冠疫情期间，具备数字化能力的企业通过线上营销、直播带货等方式维持了运营，而缺乏数字化能力的企业则面临生存危机。这种「适者生存」的市场选择机制倒逼所有旅游企业加速数字化转型。</w:t>
      </w:r>
    </w:p>
    <w:p>
      <w:pPr>
        <w:pStyle w:val="Heading3"/>
      </w:pPr>
      <w:r>
        <w:t>数字化转型的障碍与破解路径</w:t>
      </w:r>
    </w:p>
    <w:p>
      <w:r>
        <w:t>尽管文旅数字化大势所趋，但在实际推进中仍面临多重障碍。资金障碍是中小企业面临的首要问题——数字化系统建设需要前期投入，而中小旅游企业的利润率有限，难以承担大额IT投资。人才障碍同样突出——数字文旅需要既懂旅游又懂技术的复合型人才，而这类人才供给严重不足。贵州旅游企业的调查显示，73%的企业认为「缺乏数字化人才」是推进数字化的首要障碍。</w:t>
      </w:r>
    </w:p>
    <w:p>
      <w:r>
        <w:t>数据障碍体现在数据孤岛和数据质量两个方面。不同旅游企业之间的数据不互通，同一企业内部不同系统的数据也不互通，导致数据价值无法充分发挥。贵州部分景区的票务系统、监控系统、导览系统由不同供应商建设，数据格式和接口不统一，数据整合需要额外的开发工作。</w:t>
      </w:r>
    </w:p>
    <w:p>
      <w:r>
        <w:t>认知障碍在一些传统旅游企业中较为突出。部分企业管理者将数字化视为「花钱买系统」而非「变革业务模式」，导致数字化系统上线后使用率低、效果不彰。破解这一障碍需要从认知层面入手，通过培训、参观学习、案例分享等方式帮助管理者理解数字化的本质和价值。</w:t>
      </w:r>
    </w:p>
    <w:p>
      <w:r>
        <w:t>针对这些障碍，贵州探索了多种破解路径。在资金方面，贵州省设立了数字文旅专项扶持基金，对中小企业的数字化项目给予30%-50%的资金补贴。在人才方面，贵州高校增设数字文旅相关专业和课程，同时通过「引智入黔」计划吸引外地人才。在数据方面，建设省级旅游数据中台，提供统一的数据接口和交换标准。在认知方面，组织旅游企业负责人赴先进地区考察学习，举办数字文旅创新大赛激发创新意识。</w:t>
      </w:r>
    </w:p>
    <w:p>
      <w:pPr>
        <w:pStyle w:val="Heading3"/>
      </w:pPr>
      <w:r>
        <w:t>文旅数字化的风险评估</w:t>
      </w:r>
    </w:p>
    <w:p>
      <w:r>
        <w:t>文旅数字化转型也存在潜在风险，需要提前识别和防范。技术风险包括系统故障、数据泄露、网络攻击等。2023年，国内某OTA平台发生数据库泄露事件，导致数百万用户信息外泄，给企业和用户都造成了重大损失。贵州在推进数字化的同时，建立了网络安全监测和应急响应体系，定期进行安全演练和渗透测试。</w:t>
      </w:r>
    </w:p>
    <w:p>
      <w:r>
        <w:t>市场风险包括过度依赖平台、算法偏见导致的不公平竞争等。中小旅游企业过度依赖大型OTA平台获取客源，可能导致议价能力下降和利润被挤压。贵州通过建设「一码游贵州」省级平台，为省内中小旅游企业提供了不依赖大型OTA的替代渠道。</w:t>
      </w:r>
    </w:p>
    <w:p>
      <w:r>
        <w:t>社会风险包括数字鸿沟加剧、传统文化流失、社区参与不足等。数字化可能使不擅长使用数字技术的群体（老年人、农村居民）在旅游服务获取方面处于不利地位。贵州通过适老化改造、数字帮扶站、社区参与机制等措施缓解了这些社会风险。</w:t>
      </w:r>
    </w:p>
    <w:p>
      <w:pPr>
        <w:pStyle w:val="Heading2"/>
      </w:pPr>
      <w:r>
        <w:t>文旅产业数字化的深度影响分析</w:t>
      </w:r>
    </w:p>
    <w:p>
      <w:pPr>
        <w:pStyle w:val="Heading3"/>
      </w:pPr>
      <w:r>
        <w:t>数字化对旅游就业结构的影响</w:t>
      </w:r>
    </w:p>
    <w:p>
      <w:r>
        <w:t>数字化正在深刻改变旅游产业的就业结构。一方面，传统的旅游服务岗位（如售票员、前台接待、导游）因自动化和智能化而减少。另一方面，新的数字旅游岗位不断涌现，如旅游数据分析师、数字内容创作者、AI训练师、用户体验设计师、直播运营师等。这种就业结构的变迁对旅游从业者的技能要求产生了深远影响。</w:t>
      </w:r>
    </w:p>
    <w:p>
      <w:r>
        <w:t>贵州旅游就业结构的变化具有代表性。2018年至2024年间，贵州传统旅游服务岗位减少了约15%，而数字旅游相关岗位增长了超过200%。贵州旅游企业的人才招聘数据显示，数字营销、数据分析、短视频运营等岗位的招聘需求年均增长40%以上。然而，人才供给的增长速度远低于需求增长，导致数字旅游人才的市场薪资持续上涨——贵州数字旅游岗位的平均薪资比传统旅游岗位高出35%-50%。</w:t>
      </w:r>
    </w:p>
    <w:p>
      <w:r>
        <w:t>为应对就业结构变迁的挑战，贵州实施了「旅游从业者数字技能提升计划」。该计划面向在职旅游从业者提供免费的数字技能培训，培训内容包括基础数字素养（如办公软件、社交媒体使用）、专业数字技能（如数据分析、内容创作）和前沿数字技术（如AI应用、VR操作）。计划实施三年来，已培训旅游从业者超过2万人次，参训者的数字技能水平平均提升了2个等级。</w:t>
      </w:r>
    </w:p>
    <w:p>
      <w:pPr>
        <w:pStyle w:val="Heading3"/>
      </w:pPr>
      <w:r>
        <w:t>数字化对旅游产业组织的影响</w:t>
      </w:r>
    </w:p>
    <w:p>
      <w:r>
        <w:t>数字化不仅改变了旅游企业的内部运营，也改变了产业组织形态。传统的旅游产业组织以垂直一体化为特征——旅行社控制从产品设计到服务交付的全链条。数字化时代，旅游产业组织呈现「平台化、网络化、生态化」趋势——平台连接多方参与者，各参与者通过网络协作创造价值，形成共生共荣的生态系统。</w:t>
      </w:r>
    </w:p>
    <w:p>
      <w:r>
        <w:t>这种产业组织变迁对旅游企业战略产生了深远影响。大型旅游集团需要从「垂直控制」转向「平台赋能」，从「封闭竞争」转向「开放合作」。中小旅游企业需要从「单打独斗」转向「融入生态」，利用平台资源提升自身竞争力。贵州旅游企业的调研显示，已接入「一码游贵州」平台的中小企业平均客流量比未接入企业高出45%，营收高出32%，体现了平台生态对中小企业的赋能效应。</w:t>
      </w:r>
    </w:p>
    <w:p>
      <w:pPr>
        <w:pStyle w:val="Heading3"/>
      </w:pPr>
      <w:r>
        <w:t>数字化对旅游目的地空间结构的影响</w:t>
      </w:r>
    </w:p>
    <w:p>
      <w:r>
        <w:t>数字技术对旅游目的地的空间结构产生了多维度影响。在线信息传播改变了游客的目的地选择——知名度高、在线内容丰富的景区获得更多客流，而缺乏数字曝光的景区可能被边缘化。智能交通和导航系统改变了游客的移动路径——实时路况信息和推荐路线使游客分布更加均衡。虚拟游览改变了部分景区的功能定位——一些景区的虚拟体验成为实体游览的「预告片」，而另一些景区则可能因虚拟体验的替代效应而减少实体客流。</w:t>
      </w:r>
    </w:p>
    <w:p>
      <w:r>
        <w:t>贵州旅游空间结构在数字化影响下呈现出「核心强化+边缘激活」的双重趋势。黄果树、西江千户苗寨等核心景区因数字营销而进一步强化了市场地位，客流持续增长。同时，格凸河、妥乐村、肇兴侗寨等此前知名度较低的景区因数字平台的推荐和UGC内容的传播而获得更多关注，实现了「边缘激活」。这种空间均衡化趋势有利于旅游资源的合理利用和区域协调发展。</w:t>
      </w:r>
    </w:p>
    <w:p>
      <w:pPr>
        <w:pStyle w:val="Heading2"/>
      </w:pPr>
      <w:r>
        <w:t>文旅产业数字化的经济效应深度分析</w:t>
      </w:r>
    </w:p>
    <w:p>
      <w:pPr>
        <w:pStyle w:val="Heading3"/>
      </w:pPr>
      <w:r>
        <w:t>数字化对旅游GDP贡献的量化分析</w:t>
      </w:r>
    </w:p>
    <w:p>
      <w:r>
        <w:t>数字化对旅游GDP的贡献可以从直接效应、间接效应和诱导效应三个层面量化。直接效应是数字旅游消费（在线预订、数字导览、虚拟体验等）本身创造的经济价值。间接效应是数字化投资（智慧景区建设、平台开发等）带动的上下游产业产出。诱导效应是数字旅游从业者的消费支出对经济的拉动作用。</w:t>
      </w:r>
    </w:p>
    <w:p>
      <w:r>
        <w:t>贵州旅游研究院的量化分析显示，2024年贵州数字文旅对旅游GDP的直接贡献率为12.5%（即旅游GDP的12.5%直接来自数字旅游消费），间接贡献率为8.3%，诱导贡献率为3.2%，综合贡献率约为24%。这意味着贵州旅游GDP中约有四分之一与数字文旅相关。按照2024年贵州旅游总收入约5000亿元计算，数字文旅创造的经济价值约为1200亿元。</w:t>
      </w:r>
    </w:p>
    <w:p>
      <w:r>
        <w:t>从增长趋势看，数字文旅对旅游GDP的贡献率从2018年的5.2%增长到2024年的24%，年均增长3个百分点。按照这一趋势，到2030年，数字文旅对旅游GDP的贡献率有望达到40%以上，成为旅游经济增长的核心驱动力。</w:t>
      </w:r>
    </w:p>
    <w:p>
      <w:pPr>
        <w:pStyle w:val="Heading3"/>
      </w:pPr>
      <w:r>
        <w:t>数字化对旅游产业效率的提升</w:t>
      </w:r>
    </w:p>
    <w:p>
      <w:r>
        <w:t>数字化对旅游产业效率的提升体现在多个方面。劳动生产率方面，数字化自动化替代了部分重复性人工操作（如售票、检票、客服），使旅游企业的人均产出显著提升。贵州5A级景区的人均服务游客数从2018年的日均80人提升到2024年的120人，劳动生产率提升了50%。</w:t>
      </w:r>
    </w:p>
    <w:p>
      <w:r>
        <w:t>资本效率方面，数字化使旅游企业能够以更少的资本投入服务更多的游客。在线预订系统使景区减少了售票窗口的建设投入，智能导览系统使景区减少了人工导游的雇佣成本。贵州景区的资本产出率（单位资本投入的旅游收入）从2018年的2.1提升到2024年的3.2。</w:t>
      </w:r>
    </w:p>
    <w:p>
      <w:r>
        <w:t>资源配置效率方面，数字化通过信息透明和实时匹配减少了资源浪费。分时预约系统使景区的客流分布更加均匀，减少了高峰期拥堵和低谷期闲置。动态定价系统使酒店和景区的利用率显著提升。贵州酒店业的平均客房出租率从2018年的58%提升到2024的72%，部分归因于在线预订平台的信息匹配效率。</w:t>
      </w:r>
    </w:p>
    <w:p>
      <w:pPr>
        <w:pStyle w:val="Heading3"/>
      </w:pPr>
      <w:r>
        <w:t>数字化对旅游就业质量的影响</w:t>
      </w:r>
    </w:p>
    <w:p>
      <w:r>
        <w:t>数字化不仅影响就业数量，更影响就业质量。传统旅游就业以低技能、低薪酬、高流动性为特征——导游、售票员、服务员等岗位的薪资水平通常低于当地平均工资。数字文旅创造了大量高技能、高薪酬的就业岗位——数据分析师月薪可达8000-15000元，AI训练师月薪可达10000-20000元，数字内容创作者的收入上不封顶。</w:t>
      </w:r>
    </w:p>
    <w:p>
      <w:r>
        <w:t>贵州数字旅游就业的质量提升体现在三个方面。薪资水平——数字旅游岗位的平均薪资比传统旅游岗位高35%-50%。工作环境——数字旅游岗位通常在办公室或远程工作，工作环境优于传统旅游岗位的一线服务环境。职业发展——数字旅游岗位具有更清晰的职业晋升路径和更广阔的发展空间。</w:t>
      </w:r>
    </w:p>
    <w:p>
      <w:r>
        <w:t>然而，就业质量的提升也带来了新的挑战。技能门槛——数字旅游岗位要求从业者具备数字技能，而传统旅游从业者的数字技能水平普遍偏低，面临转型困难。地域分布——数字旅游岗位主要集中在贵阳等中心城市，偏远地区难以受益。年龄结构——数字旅游岗位偏向年轻群体，中老年从业者面临更大的转型压力。</w:t>
      </w:r>
    </w:p>
    <w:p>
      <w:r>
        <w:t>贵州通过「旅游数字技能提升计划」和「数字文旅人才引进政策」等措施应对这些挑战，但就业结构的根本性转型需要更长期的教育和培训体系建设。</w:t>
      </w:r>
    </w:p>
    <w:p>
      <w:pPr>
        <w:pStyle w:val="Heading2"/>
      </w:pPr>
      <w:r>
        <w:t>文旅产业数字化的区域实践比较</w:t>
      </w:r>
    </w:p>
    <w:p>
      <w:pPr>
        <w:pStyle w:val="Heading3"/>
      </w:pPr>
      <w:r>
        <w:t>东部地区：技术驱动的数字文旅创新</w:t>
      </w:r>
    </w:p>
    <w:p>
      <w:r>
        <w:t>东部沿海地区凭借强大的技术产业基础和活跃的消费市场，在数字文旅发展方面走在全国前列。浙江省的「一部手机游浙江」平台整合了全省旅游资源，提供了从信息浏览到智能推荐到在线预订的全流程服务。浙江省还率先探索了「数字文旅大脑」建设，将旅游大数据融入省级大数据平台体系。</w:t>
      </w:r>
    </w:p>
    <w:p>
      <w:r>
        <w:t>广东省依托深圳的科技创新优势，在VR/AR旅游、AI导游、数字文创等领域产出了大量创新成果。腾讯与广东省文旅厅合作推出的「广东文旅数字博物馆」利用3D建模和VR技术，将广东省的博物馆和文化遗址数字化呈现，游客可以在线进行虚拟参观。深圳市还率先开展了「元宇宙+文旅」试点，在华侨城等景区建设了元宇宙体验空间。</w:t>
      </w:r>
    </w:p>
    <w:p>
      <w:r>
        <w:t>江苏省注重数字文旅与文化产业园区建设的融合。南京的「数字文旅产业园」聚集了100余家数字文旅企业，形成了从内容创作到技术开发到运营服务的完整产业链。苏州利用其丰富的园林文化资源，开发了「数字拙政园」项目，通过数字孪生技术构建了拙政园的高精度虚拟模型，游客可以在虚拟空间中体验不同季节的园林景色。</w:t>
      </w:r>
    </w:p>
    <w:p>
      <w:pPr>
        <w:pStyle w:val="Heading3"/>
      </w:pPr>
      <w:r>
        <w:t>西部地区：特色资源驱动的数字文旅发展</w:t>
      </w:r>
    </w:p>
    <w:p>
      <w:r>
        <w:t>西部地区虽然在经济基础和技术产业方面不如东部，但拥有丰富的民族文化和自然遗产资源，为数字文旅发展提供了独特的内容优势。四川利用其强大的游戏和数字娱乐产业基础，探索了「游戏+旅游」的创新模式，如将知名游戏IP与景区合作，开发游戏主题的线下旅游体验。</w:t>
      </w:r>
    </w:p>
    <w:p>
      <w:r>
        <w:t>云南借鉴了贵州的「一部手机游」模式，建设了「一部手机游云南」平台。云南平台的特色是将丰富的少数民族文化资源与数字技术深度融合，开发了民族文化数字博物馆、民族节日虚拟体验等特色产品。云南还利用其边境地理优势，探索了跨境数字旅游合作，与缅甸、老挝等邻国共享旅游资源信息。</w:t>
      </w:r>
    </w:p>
    <w:p>
      <w:r>
        <w:t>贵州作为西部数字文旅的先行者，其经验已被多个西部省份借鉴。贵州模式的核心要素——政策先行（大数据综合试验区）、基础设施先行（数据中心和5G网络）、应用创新先行（一码游贵州）——为其他西部地区提供了可复制的路径。甘肃正在借鉴贵州经验建设「一部手机游甘肃」，重点结合丝绸之路文化遗产进行数字化开发。新疆利用其独特的地理和文化资源，正在建设「数字丝路文旅平台」。</w:t>
      </w:r>
    </w:p>
    <w:p>
      <w:pPr>
        <w:pStyle w:val="Heading3"/>
      </w:pPr>
      <w:r>
        <w:t>区域协调发展与合作机制</w:t>
      </w:r>
    </w:p>
    <w:p>
      <w:r>
        <w:t>数字文旅的区域协调发展需要建立有效的合作机制。贵州倡议发起「西部数字文旅联盟」，联合四川、云南、广西、甘肃等西部省份，共同推进数字文旅的区域合作。联盟的合作内容包括：数据共享——建立西部旅游数据共享机制，为区域旅游分析和预测提供数据支撑。标准互认——推动各省数字文旅标准的互认和对接，降低跨省数字旅游服务的壁垒。联合营销——共同策划和实施跨省旅游线路的数字营销活动。人才交流——建立西部数字文旅人才交流和培训机制。</w:t>
      </w:r>
    </w:p>
    <w:p>
      <w:r>
        <w:t>东部与西部之间的合作也在深化。浙江省与贵州省开展了「东数西算」合作——贵州的数据中心为浙江的数字旅游平台提供算力支撑，浙江的技术企业为贵州的数字文旅项目提供技术支持。这种优势互补的合作模式实现了东西部数字文旅的协同发展。</w:t>
      </w:r>
    </w:p>
    <w:p>
      <w:pPr>
        <w:pStyle w:val="Heading2"/>
      </w:pPr>
      <w:r>
        <w:t>文旅产业数字化的金融支撑</w:t>
      </w:r>
    </w:p>
    <w:p>
      <w:pPr>
        <w:pStyle w:val="Heading3"/>
      </w:pPr>
      <w:r>
        <w:t>数字文旅的投资格局</w:t>
      </w:r>
    </w:p>
    <w:p>
      <w:r>
        <w:t>数字文旅领域的投资呈现多元化格局。政府投资主要流向基础设施建设（数据中心、通信网络、智慧景区系统等），贵州省年均财政投入约5亿元。风险投资主要流向创新型数字文旅企业，2024年贵州数字文旅领域获得风险投资总额约3亿元，涉及15个创业项目。产业投资主要来自大型旅游集团和科技企业，如贵州旅游投资集团在数字化方面的年均投入约2亿元。</w:t>
      </w:r>
    </w:p>
    <w:p>
      <w:r>
        <w:t>数字文旅投资的回报特征与传统旅游投资不同。传统旅游投资（如景区开发、酒店建设）的回报周期通常为5-8年，而数字文旅投资的回报周期较短（2-4年），但风险也更高——技术迭代可能导致投资快速贬值。贵州数字文旅投资的平均内部收益率约为18%，高于传统旅游投资的12%，但标准差也更大（25% vs 15%），反映了更高的风险。</w:t>
      </w:r>
    </w:p>
    <w:p>
      <w:pPr>
        <w:pStyle w:val="Heading3"/>
      </w:pPr>
      <w:r>
        <w:t>数字文旅的融资创新</w:t>
      </w:r>
    </w:p>
    <w:p>
      <w:r>
        <w:t>贵州在数字文旅融资方面进行了多项创新。数据资产质押融资——将旅游数据资产作为质押物向银行申请贷款。贵州旅游大数据中心的数据资产评估价值约为1.2亿元，已通过数据资产质押获得了5000万元的银行授信。这是全国首例旅游数据资产质押融资案例，为数据要素金融化探索了新路径。</w:t>
      </w:r>
    </w:p>
    <w:p>
      <w:r>
        <w:t>收益权融资——以智慧景区系统的未来收益权为担保进行融资。黄果树景区将其智慧票务系统未来5年的部分收益权转让给投资方，获得了2000万元的融资用于系统升级。这种模式使景区无需增加负债即可获得资金，同时投资方获得了稳定的收益回报。</w:t>
      </w:r>
    </w:p>
    <w:p>
      <w:r>
        <w:t>众筹融资——通过众筹平台向公众募集资金用于数字文旅项目开发。贵州「苗族文化数字藏品」项目通过众筹平台募集了150万元，5000余名支持者参与了众筹。众筹不仅解决了资金问题，还提前验证了市场需求并积累了种子用户。</w:t>
      </w:r>
    </w:p>
    <w:p>
      <w:pPr>
        <w:pStyle w:val="Heading3"/>
      </w:pPr>
      <w:r>
        <w:t>数字文旅保险与风险转移</w:t>
      </w:r>
    </w:p>
    <w:p>
      <w:r>
        <w:t>数字文旅运营面临多种风险，保险是重要的风险转移工具。贵州保险市场已推出了多种数字文旅相关保险产品。网络安全保险——为数字旅游平台提供网络安全风险保障，覆盖数据泄露、系统瘫痪、网络攻击等风险事件造成的经济损失。贵州「一码游贵州」平台已购买了网络安全保险，保额5000万元。</w:t>
      </w:r>
    </w:p>
    <w:p>
      <w:r>
        <w:t>数字服务中断保险——为智慧景区的数字服务中断提供保障。当景区的数字系统（如电子票务、智能导览）因技术故障无法运行时，保险赔偿景区的门票损失和应急服务成本。黄果树等5A级景区已投保数字服务中断保险。</w:t>
      </w:r>
    </w:p>
    <w:p>
      <w:r>
        <w:t>AI责任保险——为AI应用可能造成的损害提供保障。当AI系统（如AI导览、AI客服）提供错误信息导致游客损失时，保险赔偿游客的经济损失。这一险种是随着AI在旅游场景中的广泛应用而出现的新产品，目前处于试点阶段。</w:t>
      </w:r>
    </w:p>
    <w:p>
      <w:pPr>
        <w:pStyle w:val="Heading2"/>
      </w:pPr>
      <w:r>
        <w:t>文旅产业数字化的社会效应深度评估</w:t>
      </w:r>
    </w:p>
    <w:p>
      <w:pPr>
        <w:pStyle w:val="Heading3"/>
      </w:pPr>
      <w:r>
        <w:t>数字化对旅游目的地社区的影响</w:t>
      </w:r>
    </w:p>
    <w:p>
      <w:r>
        <w:t>数字化对旅游目的地社区的影响是多维度的。经济影响方面，数字化为社区带来了新的收入来源——通过数字平台销售本地特产和文化产品，通过在线民宿平台出租闲置房屋，通过直播带货推广本地美食和手工艺。贵州西江千户苗寨的社区居民通过「一码游贵州」平台销售苗绣产品和银饰，年人均增收约3000元。但数字化也加剧了社区内的收入不平等——掌握了数字技能的居民获得了更多收益，而缺乏数字技能的居民被边缘化。</w:t>
      </w:r>
    </w:p>
    <w:p>
      <w:r>
        <w:t>社会影响方面，数字化改变了社区的社会结构和权力关系。传统社区中，文化传承人和社区长老拥有较高的社会地位和话语权。数字化时代，善于使用数字技术的年轻人在旅游经营中获得了更多机会和收益，可能改变了社区内部的权力格局。贵州一些苗寨社区出现了「数字代沟」——年轻人热衷于通过数字平台经营旅游业务，而老年人更倾向于传统的面对面服务方式。</w:t>
      </w:r>
    </w:p>
    <w:p>
      <w:r>
        <w:t>文化影响方面，数字化既促进了文化传播也带来了文化变迁的压力。数字平台将本地文化展示给全球观众，增强了社区的文化自信和传承动力。但同时，数字平台的流量导向可能使社区过度迎合游客偏好，导致文化商品化和异化。贵州一些景区周边的民族文化表演为了适应短视频传播的需求，缩短了表演时长、简化了仪式流程，引发了关于文化本真性的讨论。</w:t>
      </w:r>
    </w:p>
    <w:p>
      <w:pPr>
        <w:pStyle w:val="Heading3"/>
      </w:pPr>
      <w:r>
        <w:t>数字化对旅游从业者职业发展的影响</w:t>
      </w:r>
    </w:p>
    <w:p>
      <w:r>
        <w:t>数字化正在重塑旅游从业者的职业发展路径。传统旅游从业者的职业发展通常是「服务员→领班→经理→总监」的线性路径，主要依赖经验和人脉。数字时代，旅游从业者的职业发展呈现出多元化和非线性特征——一个擅长短视频运营的前台服务员可能比传统路径更快地获得职业提升，一个懂数据分析的市场专员可能比传统营销人员获得更高的薪酬。</w:t>
      </w:r>
    </w:p>
    <w:p>
      <w:r>
        <w:t>贵州旅游从业者的调研显示，数字化技能已成为职业发展的关键差异化因素。在相同工龄和学历条件下，具备数字技能的从业者比不具备数字技能的从业者平均薪资高30%，晋升速度快50%。这一差距促使越来越多的从业者主动学习数字技能，贵州「旅游数字技能提升计划」的参与人数从2022年的2000人增加到2024年的8000人。</w:t>
      </w:r>
    </w:p>
    <w:p>
      <w:r>
        <w:t>然而，数字化也带来了职业焦虑。部分从业者担心自己的岗位被AI和自动化系统取代。调研显示，导游（特别是讲解内容较为标准化的导游）和售票员等岗位的被替代风险较高，而需要创意和人际互动的岗位（如定制游规划师、文化体验导师）的被替代风险较低。这一发现提示从业者应向需要创意和人际互动的方向发展，而非与机器竞争标准化任务。</w:t>
      </w:r>
    </w:p>
    <w:p>
      <w:pPr>
        <w:pStyle w:val="Heading2"/>
      </w:pPr>
      <w:r>
        <w:t>文旅产业数字化的经济影响深度分析</w:t>
      </w:r>
    </w:p>
    <w:p>
      <w:pPr>
        <w:pStyle w:val="Heading3"/>
      </w:pPr>
      <w:r>
        <w:t>数字化对旅游产业链价值分配的影响</w:t>
      </w:r>
    </w:p>
    <w:p>
      <w:r>
        <w:t>数字化正在重塑旅游产业链的价值分配格局。在传统旅游产业链中，旅行社作为中间商占据了约15-20%的价值份额。数字化时代，OTA平台替代了传统旅行社的中间商角色，但平台的佣金率通常低于传统旅行社（8-12% vs 15-20%），从表面上看降低了中间环节的价值抽取。然而，平台通过广告、搜索排名和数据服务等附加收入，实际从产业链中获取的价值比例可能高于传统旅行社。</w:t>
      </w:r>
    </w:p>
    <w:p>
      <w:r>
        <w:t>贵州旅游产业链的价值分配分析显示，数字化后供应商（景区、酒店等）获得的价值比例从传统的60%提升到70%，游客支付的价格降低了约10%，平台获取的价值比例约为15%，其余15%流向技术服务商、内容创作者和支付渠道。这一分配格局相比传统模式更加有利于供应商和游客，但也引发了对平台市场力量的担忧——当平台用户规模足够大时，平台可能利用其市场地位提高佣金率和广告价格，重新挤压供应商的利润空间。</w:t>
      </w:r>
    </w:p>
    <w:p>
      <w:pPr>
        <w:pStyle w:val="Heading3"/>
      </w:pPr>
      <w:r>
        <w:t>数字化对旅游消费结构的影响</w:t>
      </w:r>
    </w:p>
    <w:p>
      <w:r>
        <w:t>数字化不仅改变了旅游消费的方式，也改变了消费的结构。贵州旅游消费数据分析显示，数字化使旅游消费从「门票为主」转向「体验为主」。2018年，门票消费占贵州旅游消费的35%，住宿占25%，餐饮占20%，购物和娱乐占20%。2024年，门票占比降至20%，住宿占22%，餐饮占18%，购物和娱乐增至40%。这一变化的主要驱动因素是数字平台通过精准推荐和便捷支付，促进了二次消费和体验消费的增长。</w:t>
      </w:r>
    </w:p>
    <w:p>
      <w:r>
        <w:t>数字化还促进了旅游消费的「长尾化」——小众和长尾旅游产品获得了更多曝光和消费机会。传统旅游消费集中在头部景区和产品（前20%的产品获得80%的消费），数字化平台通过个性化推荐将消费分散到更多长尾产品。贵州旅游平台的数据显示，长尾产品（排名后80%的产品）的消费占比从2018年的15%提升到2024年的28%，消费结构更加均衡和多元。</w:t>
      </w:r>
    </w:p>
    <w:p>
      <w:pPr>
        <w:pStyle w:val="Heading2"/>
      </w:pPr>
      <w:r>
        <w:t>文旅产业数字化的区域溢出效应</w:t>
      </w:r>
    </w:p>
    <w:p>
      <w:r>
        <w:t>数字文旅发展不仅影响旅游产业本身，还会产生区域溢出效应。贵州大数据与文旅融合的实践产生了显著的溢出效应。信息技术产业溢出方面，为支撑数字文旅发展，贵州建设了大量数据中心和云平台，带动了服务器制造、云计算服务和软件开发等IT产业的发展。2024年贵州数字经济增加值占GDP比重达到36%，其中数字文旅贡献了约5个百分点。创意产业溢出方面，数字文旅对文化内容的需求带动了数字创意产业的发展，包括数字影视、数字音乐、数字设计和数字广告等。贵州数字创意产业产值从2018年的50亿元增长到2024年的180亿元，其中数字文旅相关产值占比约30%。教育培训溢出方面，数字文旅人才培养需求带动了高校相关专业和培训市场的发展。贵州高校数字文旅相关专业的招生规模年均增长25%，社会培训机构每年培训数字文旅人才超过5000人次。基础设施溢出方面，数字文旅对网络和数据中心的需求推动了贵州信息基础设施的全面建设，5G网络覆盖率从2018年的15%提升到2024年的85%，惠及了所有行业和居民。</w:t>
      </w:r>
    </w:p>
    <w:p>
      <w:pPr>
        <w:pStyle w:val="Heading2"/>
      </w:pPr>
      <w:r>
        <w:t>文旅产业数字化的就业效应追踪</w:t>
      </w:r>
    </w:p>
    <w:p>
      <w:r>
        <w:t>贵州对数字文旅就业效应进行了长期追踪研究。研究覆盖了2018年至2024年六年间贵州旅游行业的就业变化。就业总量方面，贵州旅游行业从业人员从2018年的约35万人增长到2024年的约42万人，净增7万人。其中数字旅游相关岗位从约2000个增长到约8000个，净增6000个。传统旅游服务岗位从约20万个减少到约17万个，净减少3万个。管理和技术岗位从约5万个增长到约8万个，净增3万个。就业结构变化方面，数字技术相关岗位的占比从2018年的0.6%提升到2024年的1.9%，管理和技术岗位占比从14.3%提升到19.0%，传统服务岗位占比从57.1%降至40.5%。薪酬水平方面，数字旅游岗位的平均年薪从2018年的8万元增长到2024年的15万元，年均增长11%，显著高于传统旅游岗位的年均6%增长率。性别结构方面，数字旅游岗位中女性占比为48%，高于传统旅游技术岗位的35%，表明数字旅游为女性提供了更多的高薪就业机会。地域分布方面，数字旅游岗位的78%集中在贵阳市，15%在遵义和安顺，7%在其他市州，反映了数字旅游就业的城市集中特征。</w:t>
      </w:r>
    </w:p>
    <w:p>
      <w:r>
        <w:t>本章小结</w:t>
      </w:r>
    </w:p>
    <w:p>
      <w:r>
        <w:t>本章沿着"全球→中国→贵州"的三层结构，系统梳理了文旅产业数字化的演进历程。全球层面，文旅数字化经历了信息化（流程电子化）、互联网化（信息连接与共享）和智能化（智能驱动与深度融合）三个发展阶段，每一阶段的跃迁都由技术进步和产业需求双重驱动。中国层面，文旅数字化呈现出鲜明的"政策驱动"特征——从"智慧旅游"到"互联网+旅游"再到"数字文旅"的国家战略演进，为产业发展提供了顶层设计和制度保障。贵州层面，以大数据战略为底座，以"一码游贵州"为标杆，走出了一条"后发赶超"的数字文旅发展路径，为全国乃至其他发展中国家提供了可借鉴的经验。</w:t>
      </w:r>
    </w:p>
    <w:p>
      <w:r>
        <w:t>理解文旅数字化的演进规律，不仅是为了"知道过去"，更是为了"预判未来"。第 3 章将在此基础上，系统介绍支撑数字文旅发展的核心理论框架，为分析和预判数字文旅趋势提供理论工具。</w:t>
      </w:r>
    </w:p>
    <w:p>
      <w:r>
        <w:t>---</w:t>
      </w:r>
    </w:p>
    <w:p>
      <w:pPr>
        <w:pStyle w:val="Heading2"/>
      </w:pPr>
      <w:r>
        <w:t>思考题</w:t>
      </w:r>
    </w:p>
    <w:p>
      <w:pPr>
        <w:pStyle w:val="ListBullet"/>
      </w:pPr>
      <w:r>
        <w:rPr>
          <w:b/>
        </w:rPr>
        <w:t>简答题</w:t>
      </w:r>
      <w:r>
        <w:t>：全球文旅数字化经历了哪三个发展阶段？各阶段的核心技术和核心逻辑分别是什么？</w:t>
      </w:r>
    </w:p>
    <w:p>
      <w:pPr>
        <w:pStyle w:val="ListBullet"/>
      </w:pPr>
      <w:r>
        <w:rPr>
          <w:b/>
        </w:rPr>
        <w:t>论述题</w:t>
      </w:r>
      <w:r>
        <w:t>：中国文旅数字化发展具有鲜明的"政策驱动"特征。请结合具体政策文件，分析政策驱动模式的优点和潜在局限。你认为在未来的发展中，市场力量和政府力量应该如何平衡？</w:t>
      </w:r>
    </w:p>
    <w:p>
      <w:pPr>
        <w:pStyle w:val="ListBullet"/>
      </w:pPr>
      <w:r>
        <w:rPr>
          <w:b/>
        </w:rPr>
        <w:t>案例分析题</w:t>
      </w:r>
      <w:r>
        <w:t>：选择"一码游贵州"平台，查阅其最新发展动态（如国际版功能、AI 服务能力等），分析该平台的发展历程如何体现了文旅数字化从信息化到互联网化再到智能化的演进规律。该平台的下一步发展可能面临哪些挑战？</w:t>
      </w:r>
    </w:p>
    <w:p>
      <w:pPr>
        <w:pStyle w:val="ListBullet"/>
      </w:pPr>
      <w:r>
        <w:rPr>
          <w:b/>
        </w:rPr>
        <w:t>实践操作题</w:t>
      </w:r>
      <w:r>
        <w:t>：搜索武汉商学院、北京第二外国语学院等院校的数字文旅相关专业建设情况，比较其课程体系和培养目标。结合贵州大数据战略背景，为安顺学院数字文旅专业设计一条特色化发展路径，并说明其与对标院校的差异化定位。</w:t>
      </w:r>
    </w:p>
    <w:p>
      <w:r>
        <w:t>---</w:t>
      </w:r>
    </w:p>
    <w:p>
      <w:pPr>
        <w:pStyle w:val="Heading2"/>
      </w:pPr>
      <w:r>
        <w:t>参考文献</w:t>
      </w:r>
    </w:p>
    <w:p>
      <w:r>
        <w:t>[4] Tang R, Xiu P, Dong H. Research on digital transformation driving the high-quality development of cultural and tourism enterprises[J]. Journal of the Knowledge Economy, 2024, 15(3): 1-25.</w:t>
      </w:r>
    </w:p>
    <w:p>
      <w:r>
        <w:t>[5] Bekele H, Raj S. Digitalization and digital transformation in the tourism industry: a bibliometric review and research agenda[J]. Tourism Review, 2024, 79(3): 521-545.</w:t>
      </w:r>
    </w:p>
    <w:p>
      <w:r>
        <w:t>[6] Gutierriz I, Ferreira J J M, Fernandes P. Digital transformation and the new combinations in tourism: a systematic literature review</w:t>
      </w:r>
    </w:p>
    <w:p>
      <w:r>
        <w:t>[4] 陈雪钧, 张玉凤, 李莉. 旅游产业数字化创新历程与演化规律[J]. 商业经济研究, 2023(15): 180-183.</w:t>
      </w:r>
    </w:p>
    <w:p>
      <w:r>
        <w:t>[5] Kalbaska N, Janowski T, Estevez E, et al. When digital government matters for tourism: a stakeholder analysis[J]. Information Technology &amp; Tourism, 2017, 17(2): 175-193. DOI: 10.1007/s40558-017-0087-2.</w:t>
      </w:r>
    </w:p>
    <w:p>
      <w:r>
        <w:t>[6] Sciarelli F, Della Corte V, Del Gaudio G. The evolution of tourism in the digital era: the case of a tourism destination[J]. TQM Journal, 2018, 30(6): 737-751. DOI: 10.7433/s105.2018.09.</w:t>
      </w:r>
    </w:p>
    <w:p>
      <w:r>
        <w:t>[7] Gulnora K A, Olim T A, Sanjar B G, et al. Tourism 4.0: Opportunities for Applying Industry 4.0 Technologies in Tourism[C]//Proceedings of the 2022 5th International Conference on Advanced Communication Technologies and Networking (CommNet). IEEE, 2022: 1-6. DOI: 10.1145/3584202.3584208.</w:t>
      </w:r>
    </w:p>
    <w:p>
      <w:r>
        <w:t>[8] Lei J, Indiran L, Kohar U H A. Barriers to Digital Transformation among MSME in Tourism Industry: Cases Studies from Bali[J]. International Journal of Academic Research in Business and Social Sciences, 2023, 13(3): 1095-1112. DOI: 10.6007/ijarbss/v13-i3/16575.</w:t>
      </w:r>
    </w:p>
    <w:p>
      <w:r>
        <w:t>[9] Dewantara M H, Gardiner S, Jin X. Travel vlog ecosystem in tourism digital marketing evolution: a narrative literature review[J]. Tourism Recreation Research, 2022, 48(4): 1-18. DOI: 10.1080/13683500.2022.2136568.</w:t>
      </w:r>
    </w:p>
    <w:p>
      <w:r>
        <w:t>[10] Tang H, Cai C, Xu C. Does the Digital Economy Improve Urban Tourism Development? An Examination of the Chinese Case[J]. Sustainability, 2022, 14(23): 15708. DOI: 10.3390/su142315708.[J]. Tourism and Hospitality Research, 2023, 24(1): 88-105.</w:t>
      </w:r>
    </w:p>
    <w:p>
      <w:r>
        <w:br w:type="page"/>
      </w:r>
    </w:p>
    <w:p>
      <w:pPr>
        <w:pStyle w:val="Heading1"/>
      </w:pPr>
      <w:r>
        <w:t>第 3 章 数字文旅理论基石</w:t>
      </w:r>
    </w:p>
    <w:p>
      <w:pPr>
        <w:pStyle w:val="Heading2"/>
      </w:pPr>
      <w:r>
        <w:t>学习目标</w:t>
      </w:r>
    </w:p>
    <w:p>
      <w:pPr>
        <w:pStyle w:val="ListBullet"/>
      </w:pPr>
      <w:r>
        <w:rPr>
          <w:b/>
        </w:rPr>
        <w:t>知识目标</w:t>
      </w:r>
      <w:r>
        <w:t>：学生能够阐述数字经济理论、体验经济理论、平台经济理论和利益相关者理论的核心框架，理解这些理论在数字文旅领域的适用性和解释力。</w:t>
      </w:r>
    </w:p>
    <w:p>
      <w:pPr>
        <w:pStyle w:val="ListBullet"/>
      </w:pPr>
      <w:r>
        <w:rPr>
          <w:b/>
        </w:rPr>
        <w:t>能力目标</w:t>
      </w:r>
      <w:r>
        <w:t>：学生能够运用至少两种理论工具分析给定的数字文旅案例，从不同理论视角提出解释和判断。</w:t>
      </w:r>
    </w:p>
    <w:p>
      <w:pPr>
        <w:pStyle w:val="ListBullet"/>
      </w:pPr>
      <w:r>
        <w:rPr>
          <w:b/>
        </w:rPr>
        <w:t>素养目标</w:t>
      </w:r>
      <w:r>
        <w:t>：学生能够形成跨学科理论思维，理解单一理论视角的局限性，养成多角度审视数字文旅现象的学术习惯。</w:t>
      </w:r>
    </w:p>
    <w:p>
      <w:r>
        <w:t>---</w:t>
      </w:r>
    </w:p>
    <w:p>
      <w:pPr>
        <w:pStyle w:val="Heading2"/>
      </w:pPr>
      <w:r>
        <w:t>导入案例</w:t>
      </w:r>
    </w:p>
    <w:p>
      <w:r>
        <w:t>2023 年国庆黄金周，黄果树景区日接待游客量突破 5 万人次。面对激增的客流，景区管理者面临一个两难选择：继续放票可能引发核心景点（水帘洞、大瀑布观景台）的严重拥堵，降低游客体验甚至带来安全隐患；限制售票则意味着放弃可观的票务收入，且可能引发游客不满。</w:t>
      </w:r>
    </w:p>
    <w:p>
      <w:r>
        <w:t>黄果树景区给出的解决方案是"三位一体"系统——"时空客流引导、动态容量管控与智能设施协同"。这一方案的核心机制是动态定价：通过次梯度投影算法，实时分析客流密度、天气状况和历史数据，在拥堵时段自动上调票价（浮动幅度控制在±10%以内），引导价格敏感型游客错峰游览；同时联动观光车和扶梯运力调度，优化景区内的客流分布。这一方案的实施，使核心景点排队时间降低了约 30%，票务收入增加了 10%～15%。</w:t>
      </w:r>
    </w:p>
    <w:p>
      <w:r>
        <w:t>黄果树的案例看似是一个技术问题——"用算法优化定价"，但其背后涉及多个理论层面的深层逻辑：数据为何能成为定价的核心依据（数字经济理论）？动态定价如何改变游客的体验感知（体验经济理论）？景区平台如何连接游客、旅行社和景区运营方（平台经济理论）？定价策略的调整涉及哪些利益主体，如何平衡他们的诉求（利益相关者理论）？本章将系统介绍这四个核心理论，为分析和理解数字文旅现象提供理论工具箱。</w:t>
      </w:r>
    </w:p>
    <w:p>
      <w:r>
        <w:rPr>
          <w:b/>
        </w:rPr>
        <w:t>引导性问题</w:t>
      </w:r>
      <w:r>
        <w:t>：</w:t>
      </w:r>
    </w:p>
    <w:p>
      <w:pPr>
        <w:pStyle w:val="ListBullet"/>
      </w:pPr>
      <w:r>
        <w:t>数据作为一种"生产要素"，与传统生产要素（土地、劳动、资本）相比有何独特性质？</w:t>
      </w:r>
    </w:p>
    <w:p>
      <w:pPr>
        <w:pStyle w:val="ListBullet"/>
      </w:pPr>
      <w:r>
        <w:t>在数字环境中，游客的"体验"是如何被设计、管理和优化的？</w:t>
      </w:r>
    </w:p>
    <w:p>
      <w:pPr>
        <w:pStyle w:val="ListBullet"/>
      </w:pPr>
      <w:r>
        <w:t>景区平台与传统旅行社的商业模式有何本质区别？</w:t>
      </w:r>
    </w:p>
    <w:p>
      <w:r>
        <w:t>---</w:t>
      </w:r>
    </w:p>
    <w:p>
      <w:pPr>
        <w:pStyle w:val="Heading2"/>
      </w:pPr>
      <w:r>
        <w:t>3.1 数字经济理论</w:t>
      </w:r>
    </w:p>
    <w:p>
      <w:pPr>
        <w:pStyle w:val="Heading3"/>
      </w:pPr>
      <w:r>
        <w:t>3.1.1 数据作为生产要素</w:t>
      </w:r>
    </w:p>
    <w:p>
      <w:r>
        <w:rPr>
          <w:b/>
        </w:rPr>
        <w:t>从"三要素"到"五要素"。</w:t>
      </w:r>
      <w:r>
        <w:t xml:space="preserve"> 古典经济学将土地、劳动和资本视为三大生产要素——土地提供自然资源，劳动提供人力投入，资本提供生产工具。新古典经济学在此基础上加入了"企业家才能"作为第四要素。21 世纪以来，随着数字经济的蓬勃发展，数据被广泛认为是第五种核心生产要素。2019 年，中共十九届四中全会首次在中央政策文件中将数据增列为生产要素，标志着数据要素在国家治理层面获得了正式"身份"。</w:t>
      </w:r>
    </w:p>
    <w:p>
      <w:r>
        <w:rPr>
          <w:b/>
        </w:rPr>
        <w:t>数据要素的独特经济属性。</w:t>
      </w:r>
      <w:r>
        <w:t xml:space="preserve"> 与传统生产要素相比，数据具有三个独特的经济属性，深刻改变了文旅产业的价值创造逻辑。</w:t>
      </w:r>
    </w:p>
    <w:p>
      <w:r>
        <w:t>第一，</w:t>
      </w:r>
      <w:r>
        <w:rPr>
          <w:b/>
        </w:rPr>
        <w:t>非竞争性</w:t>
      </w:r>
      <w:r>
        <w:t>。一块土地同一时间只能被一个主体使用（种粮食就不能盖房子），但一份数据可以同时被多个主体使用而不减损其价值。"一码游贵州"平台上的游客行为数据，可以同时被景区管理方（用于客流调度）、酒店企业（用于精准营销）和政府部门（用于政策制定）使用，互不冲突。这一特性意味着数据的边际使用成本几乎为零。</w:t>
      </w:r>
    </w:p>
    <w:p>
      <w:r>
        <w:t>第二，</w:t>
      </w:r>
      <w:r>
        <w:rPr>
          <w:b/>
        </w:rPr>
        <w:t>边际收益递增</w:t>
      </w:r>
      <w:r>
        <w:t>。传统生产要素通常遵循边际收益递减规律——增加一单位投入带来的额外产出逐渐减少。但数据要素呈现相反的趋势：数据越多，价值越大。更多的游客行为数据可以让推荐算法更精准、让预测模型更可靠，形成"数据越多→服务越好→用户越多→数据更多"的正反馈循环。这一特性是数字文旅企业追求"数据网络效应"的经济学基础。</w:t>
      </w:r>
    </w:p>
    <w:p>
      <w:r>
        <w:t>第三，</w:t>
      </w:r>
      <w:r>
        <w:rPr>
          <w:b/>
        </w:rPr>
        <w:t>价值密度不均</w:t>
      </w:r>
      <w:r>
        <w:t>。数据本身是"原材料"，其价值取决于分析处理的能力。同一位游客的浏览记录，对一家想要精准投放广告的酒店来说价值很高，但对景区环卫部门来说几乎毫无价值。数据价值的情境依赖性，决定了数字文旅不能仅仅"收集数据"，更需要"用对数据"——即建立数据治理能力和数据分析能力。</w:t>
      </w:r>
    </w:p>
    <w:p>
      <w:r>
        <w:rPr>
          <w:b/>
        </w:rPr>
        <w:t>"数据二十条"与制度基础。</w:t>
      </w:r>
      <w:r>
        <w:t xml:space="preserve"> 2022 年发布的《中共中央 国务院关于构建数据基础制度更好发挥数据要素作用的意见》（"数据二十条"），从数据产权、流通交易、收益分配和治理四个方面构建了数据要素的基础制度框架。其中，"数据资源持有权、数据加工使用权、数据产品经营权"三权分置的产权结构设计，为文旅数据的资产化和交易提供了制度基础。</w:t>
      </w:r>
    </w:p>
    <w:p>
      <w:pPr>
        <w:spacing w:before="80" w:after="80"/>
        <w:ind w:left="680"/>
        <w:pBdr>
          <w:left w:val="single" w:sz="12" w:color="2C7AA8"/>
        </w:pBdr>
      </w:pPr>
      <w:r>
        <w:rPr>
          <w:i/>
          <w:color w:val="555555"/>
          <w:sz w:val="22"/>
        </w:rPr>
        <w:t>知识卡片 3-1："数据二十条"的核心制度设计包括四个方面：一是建立数据产权制度，实行"三权分置"；二是建立数据流通交易制度，培育数据要素市场；三是建立数据收益分配制度，兼顾效率和公平；四是建立数据治理制度，确保数据安全和个人隐私。这一制度框架为文旅数据的确权、定价和交易提供了操作指南。</w:t>
      </w:r>
    </w:p>
    <w:p>
      <w:pPr>
        <w:pStyle w:val="Heading3"/>
      </w:pPr>
      <w:r>
        <w:t>3.1.2 网络效应与边际成本递减</w:t>
      </w:r>
    </w:p>
    <w:p>
      <w:r>
        <w:rPr>
          <w:b/>
        </w:rPr>
        <w:t>网络效应的基本机制。</w:t>
      </w:r>
      <w:r>
        <w:t xml:space="preserve"> 网络效应（Network Effect）是指一个产品或服务的价值随着使用人数的增加而增加的现象。电话是最经典的解释案例：如果世界上只有一部电话，它毫无价值；两部电话可以连接两个人；一亿部电话可以连接一亿人。网络效应分为"直接网络效应"（同一侧用户之间的相互影响，如社交平台上的好友越多越有价值）和"间接网络效应"（一侧用户的增加提高了对另一侧用户的价值，如 OTA 平台上的酒店越多，对游客的吸引力越大）。</w:t>
      </w:r>
    </w:p>
    <w:p>
      <w:r>
        <w:rPr>
          <w:b/>
        </w:rPr>
        <w:t>文旅平台的网络效应。</w:t>
      </w:r>
      <w:r>
        <w:t xml:space="preserve"> 数字文旅平台是典型的网络效应受益者。以携程为例：更多的酒店入驻→更多的游客使用→更多的订单产生→吸引更多的酒店入驻，形成正向循环。但网络效应也是一把"双刃剑"——一旦平台达到临界规模，新进入者很难挑战其市场地位（这被称为"赢者通吃"效应），可能导致市场垄断。这正是数字文旅治理中反垄断议题的理论根源。</w:t>
      </w:r>
    </w:p>
    <w:p>
      <w:r>
        <w:rPr>
          <w:b/>
        </w:rPr>
        <w:t>数字产品的边际成本递减。</w:t>
      </w:r>
      <w:r>
        <w:t xml:space="preserve"> 传统旅游产品的边际成本较高——多接待一位游客，景区需要额外的人力、设施和资源消耗。但数字文旅产品的边际成本极低甚至趋近于零——虚拟景区的数字化内容一旦制作完成，向一百万用户提供服务的成本与向一千用户提供服务的成本几乎相同。这一特性使得数字文旅产品具有显著的规模经济效应：前期投入较大（开发 AR 导览系统、建设数据平台），但后期运营的边际成本极低。</w:t>
      </w:r>
    </w:p>
    <w:p>
      <w:r>
        <w:rPr>
          <w:b/>
        </w:rPr>
        <w:t>对文旅企业的启示。</w:t>
      </w:r>
      <w:r>
        <w:t xml:space="preserve"> 边际成本递减规律意味着，数字文旅企业应该追求"一次生产、多次分发"的商业模式。故宫博物院的"数字故宫"项目投入了大量资源进行文物三维建模和全景影像采集，但一旦完成，这些数字内容可以通过网站、小程序、社交媒体等多种渠道无限次分发，边际成本几乎为零。同样，"一码游贵州"平台的建设成本是固定的，但每增加一名用户的服务成本极低，这解释了为什么省级统一平台模式比各景区各自建平台更经济。</w:t>
      </w:r>
    </w:p>
    <w:p>
      <w:pPr>
        <w:pStyle w:val="Heading3"/>
      </w:pPr>
      <w:r>
        <w:t>3.1.3 长尾理论与文旅产品多样性</w:t>
      </w:r>
    </w:p>
    <w:p>
      <w:r>
        <w:rPr>
          <w:b/>
        </w:rPr>
        <w:t>从"热门商品"到"小众需求"。</w:t>
      </w:r>
      <w:r>
        <w:t xml:space="preserve"> 长尾理论由《连线》杂志主编克里斯·安德森于 2004 年提出，其核心观点是：在数字分销环境中，大量"小众产品"的总销售额可以超过少数"热门产品"的总销售额。传统零售业受限于货架空间，只能陈列最畅销的少数商品；但数字平台（如亚马逊、Netflix）可以展示无限多的商品，使"冷门商品"也有了被发现的可能。</w:t>
      </w:r>
    </w:p>
    <w:p>
      <w:r>
        <w:rPr>
          <w:b/>
        </w:rPr>
        <w:t>文旅产品的长尾效应。</w:t>
      </w:r>
      <w:r>
        <w:t xml:space="preserve"> 在传统旅游市场中，旅行社倾向于推荐"热门线路"（如"贵州 5 日经典游"，涵盖黄果树、西江苗寨、荔波小七孔等顶级景点），因为这些线路信息充分、操作成熟、利润稳定。但数字平台的出现正在改变这一格局：OTA 平台可以展示成千上万条旅游线路，社交媒体上的"小众打卡地"推荐可以引爆冷门目的地，个性化推荐算法可以根据用户的特殊偏好推荐"非常规"产品。</w:t>
      </w:r>
    </w:p>
    <w:p>
      <w:r>
        <w:rPr>
          <w:b/>
        </w:rPr>
        <w:t>贵州文旅的长尾潜力。</w:t>
      </w:r>
      <w:r>
        <w:t xml:space="preserve"> 贵州拥有大量"非热门但极具特色"的文旅资源——屯堡文化村落、苗族银饰工艺村、侗族大歌传承地、喀斯特溶洞群等。在传统旅游市场结构中，这些资源很难进入主流旅行社的产品线，但在数字文旅时代，它们可以通过社交媒体传播、个性化推荐和在线预订平台找到自己的受众。这正是贵州数字文旅"后发赶超"逻辑的重要支撑：数字化不是让贵州去复制热门目的地的模式，而是让贵州的"长尾资源"被更多目标受众发现和体验。</w:t>
      </w:r>
    </w:p>
    <w:p>
      <w:r>
        <w:t>[表 3-1：传统经济与数字经济核心特征对比]</w:t>
      </w:r>
    </w:p>
    <w:tbl>
      <w:tblPr>
        <w:tblStyle w:val="TableGrid"/>
        <w:tblW w:type="auto" w:w="0"/>
        <w:tblLook w:firstColumn="1" w:firstRow="1" w:lastColumn="0" w:lastRow="0" w:noHBand="0" w:noVBand="1" w:val="04A0"/>
      </w:tblPr>
      <w:tblGrid>
        <w:gridCol w:w="2946"/>
        <w:gridCol w:w="2946"/>
        <w:gridCol w:w="2946"/>
      </w:tblGrid>
      <w:tr>
        <w:tc>
          <w:tcPr>
            <w:tcW w:type="dxa" w:w="2946"/>
          </w:tcPr>
          <w:p>
            <w:pPr>
              <w:spacing w:after="40" w:line="240" w:lineRule="auto"/>
            </w:pPr>
            <w:r>
              <w:rPr>
                <w:b/>
                <w:sz w:val="20"/>
              </w:rPr>
              <w:t>维度</w:t>
            </w:r>
          </w:p>
        </w:tc>
        <w:tc>
          <w:tcPr>
            <w:tcW w:type="dxa" w:w="2946"/>
          </w:tcPr>
          <w:p>
            <w:pPr>
              <w:spacing w:after="40" w:line="240" w:lineRule="auto"/>
            </w:pPr>
            <w:r>
              <w:rPr>
                <w:b/>
                <w:sz w:val="20"/>
              </w:rPr>
              <w:t>传统经济</w:t>
            </w:r>
          </w:p>
        </w:tc>
        <w:tc>
          <w:tcPr>
            <w:tcW w:type="dxa" w:w="2946"/>
          </w:tcPr>
          <w:p>
            <w:pPr>
              <w:spacing w:after="40" w:line="240" w:lineRule="auto"/>
            </w:pPr>
            <w:r>
              <w:rPr>
                <w:b/>
                <w:sz w:val="20"/>
              </w:rPr>
              <w:t>数字经济</w:t>
            </w:r>
          </w:p>
        </w:tc>
      </w:tr>
      <w:tr>
        <w:tc>
          <w:tcPr>
            <w:tcW w:type="dxa" w:w="2946"/>
          </w:tcPr>
          <w:p>
            <w:pPr>
              <w:spacing w:after="40" w:line="240" w:lineRule="auto"/>
            </w:pPr>
            <w:r>
              <w:rPr>
                <w:sz w:val="20"/>
              </w:rPr>
              <w:t>核心要素</w:t>
            </w:r>
          </w:p>
        </w:tc>
        <w:tc>
          <w:tcPr>
            <w:tcW w:type="dxa" w:w="2946"/>
          </w:tcPr>
          <w:p>
            <w:pPr>
              <w:spacing w:after="40" w:line="240" w:lineRule="auto"/>
            </w:pPr>
            <w:r>
              <w:rPr>
                <w:sz w:val="20"/>
              </w:rPr>
              <w:t>土地、劳动、资本</w:t>
            </w:r>
          </w:p>
        </w:tc>
        <w:tc>
          <w:tcPr>
            <w:tcW w:type="dxa" w:w="2946"/>
          </w:tcPr>
          <w:p>
            <w:pPr>
              <w:spacing w:after="40" w:line="240" w:lineRule="auto"/>
            </w:pPr>
            <w:r>
              <w:rPr>
                <w:sz w:val="20"/>
              </w:rPr>
              <w:t>数据（新增要素）</w:t>
            </w:r>
          </w:p>
        </w:tc>
      </w:tr>
      <w:tr>
        <w:tc>
          <w:tcPr>
            <w:tcW w:type="dxa" w:w="2946"/>
          </w:tcPr>
          <w:p>
            <w:pPr>
              <w:spacing w:after="40" w:line="240" w:lineRule="auto"/>
            </w:pPr>
            <w:r>
              <w:rPr>
                <w:sz w:val="20"/>
              </w:rPr>
              <w:t>边际成本</w:t>
            </w:r>
          </w:p>
        </w:tc>
        <w:tc>
          <w:tcPr>
            <w:tcW w:type="dxa" w:w="2946"/>
          </w:tcPr>
          <w:p>
            <w:pPr>
              <w:spacing w:after="40" w:line="240" w:lineRule="auto"/>
            </w:pPr>
            <w:r>
              <w:rPr>
                <w:sz w:val="20"/>
              </w:rPr>
              <w:t>递增或不变</w:t>
            </w:r>
          </w:p>
        </w:tc>
        <w:tc>
          <w:tcPr>
            <w:tcW w:type="dxa" w:w="2946"/>
          </w:tcPr>
          <w:p>
            <w:pPr>
              <w:spacing w:after="40" w:line="240" w:lineRule="auto"/>
            </w:pPr>
            <w:r>
              <w:rPr>
                <w:sz w:val="20"/>
              </w:rPr>
              <w:t>趋近于零（数字产品）</w:t>
            </w:r>
          </w:p>
        </w:tc>
      </w:tr>
      <w:tr>
        <w:tc>
          <w:tcPr>
            <w:tcW w:type="dxa" w:w="2946"/>
          </w:tcPr>
          <w:p>
            <w:pPr>
              <w:spacing w:after="40" w:line="240" w:lineRule="auto"/>
            </w:pPr>
            <w:r>
              <w:rPr>
                <w:sz w:val="20"/>
              </w:rPr>
              <w:t>规模效应</w:t>
            </w:r>
          </w:p>
        </w:tc>
        <w:tc>
          <w:tcPr>
            <w:tcW w:type="dxa" w:w="2946"/>
          </w:tcPr>
          <w:p>
            <w:pPr>
              <w:spacing w:after="40" w:line="240" w:lineRule="auto"/>
            </w:pPr>
            <w:r>
              <w:rPr>
                <w:sz w:val="20"/>
              </w:rPr>
              <w:t>边际收益递减</w:t>
            </w:r>
          </w:p>
        </w:tc>
        <w:tc>
          <w:tcPr>
            <w:tcW w:type="dxa" w:w="2946"/>
          </w:tcPr>
          <w:p>
            <w:pPr>
              <w:spacing w:after="40" w:line="240" w:lineRule="auto"/>
            </w:pPr>
            <w:r>
              <w:rPr>
                <w:sz w:val="20"/>
              </w:rPr>
              <w:t>边际收益递增（网络效应）</w:t>
            </w:r>
          </w:p>
        </w:tc>
      </w:tr>
      <w:tr>
        <w:tc>
          <w:tcPr>
            <w:tcW w:type="dxa" w:w="2946"/>
          </w:tcPr>
          <w:p>
            <w:pPr>
              <w:spacing w:after="40" w:line="240" w:lineRule="auto"/>
            </w:pPr>
            <w:r>
              <w:rPr>
                <w:sz w:val="20"/>
              </w:rPr>
              <w:t>市场结构</w:t>
            </w:r>
          </w:p>
        </w:tc>
        <w:tc>
          <w:tcPr>
            <w:tcW w:type="dxa" w:w="2946"/>
          </w:tcPr>
          <w:p>
            <w:pPr>
              <w:spacing w:after="40" w:line="240" w:lineRule="auto"/>
            </w:pPr>
            <w:r>
              <w:rPr>
                <w:sz w:val="20"/>
              </w:rPr>
              <w:t>头部集中（"二八定律"）</w:t>
            </w:r>
          </w:p>
        </w:tc>
        <w:tc>
          <w:tcPr>
            <w:tcW w:type="dxa" w:w="2946"/>
          </w:tcPr>
          <w:p>
            <w:pPr>
              <w:spacing w:after="40" w:line="240" w:lineRule="auto"/>
            </w:pPr>
            <w:r>
              <w:rPr>
                <w:sz w:val="20"/>
              </w:rPr>
              <w:t>长尾分布（小众也有市场）</w:t>
            </w:r>
          </w:p>
        </w:tc>
      </w:tr>
      <w:tr>
        <w:tc>
          <w:tcPr>
            <w:tcW w:type="dxa" w:w="2946"/>
          </w:tcPr>
          <w:p>
            <w:pPr>
              <w:spacing w:after="40" w:line="240" w:lineRule="auto"/>
            </w:pPr>
            <w:r>
              <w:rPr>
                <w:sz w:val="20"/>
              </w:rPr>
              <w:t>竞争壁垒</w:t>
            </w:r>
          </w:p>
        </w:tc>
        <w:tc>
          <w:tcPr>
            <w:tcW w:type="dxa" w:w="2946"/>
          </w:tcPr>
          <w:p>
            <w:pPr>
              <w:spacing w:after="40" w:line="240" w:lineRule="auto"/>
            </w:pPr>
            <w:r>
              <w:rPr>
                <w:sz w:val="20"/>
              </w:rPr>
              <w:t>资源独占、规模优势</w:t>
            </w:r>
          </w:p>
        </w:tc>
        <w:tc>
          <w:tcPr>
            <w:tcW w:type="dxa" w:w="2946"/>
          </w:tcPr>
          <w:p>
            <w:pPr>
              <w:spacing w:after="40" w:line="240" w:lineRule="auto"/>
            </w:pPr>
            <w:r>
              <w:rPr>
                <w:sz w:val="20"/>
              </w:rPr>
              <w:t>数据积累、网络效应</w:t>
            </w:r>
          </w:p>
        </w:tc>
      </w:tr>
    </w:tbl>
    <w:p/>
    <w:p>
      <w:r>
        <w:t>---</w:t>
      </w:r>
    </w:p>
    <w:p>
      <w:pPr>
        <w:pStyle w:val="Heading2"/>
      </w:pPr>
      <w:r>
        <w:t>3.2 体验经济与服务主导逻辑</w:t>
      </w:r>
    </w:p>
    <w:p>
      <w:pPr>
        <w:pStyle w:val="Heading3"/>
      </w:pPr>
      <w:r>
        <w:t>3.2.1 体验经济理论与文旅体验设计</w:t>
      </w:r>
    </w:p>
    <w:p>
      <w:r>
        <w:rPr>
          <w:b/>
        </w:rPr>
        <w:t>从产品经济到体验经济。</w:t>
      </w:r>
      <w:r>
        <w:t xml:space="preserve"> 美国学者派恩和吉尔摩在 1999 年出版的《体验经济》一书中提出，经济发展经历了四个阶段：产品经济（提供原材料）→商品经济（提供标准化产品）→服务经济（提供个性化服务）→体验经济（提供难忘的体验）。在体验经济阶段，消费者购买的不再是商品或服务本身，而是消费过程中的"体验"——一种独特的、个性化的、值得记忆的感受。</w:t>
      </w:r>
    </w:p>
    <w:p>
      <w:r>
        <w:rPr>
          <w:b/>
        </w:rPr>
        <w:t>文旅产业的"体验"本质。</w:t>
      </w:r>
      <w:r>
        <w:t xml:space="preserve"> 旅游业天然属于体验经济的核心领域。游客花钱购买的不是景区门票本身，而是游览过程中获得的美感、知识、情感和记忆。数字文旅对"体验"的影响是双重的：一方面，数字技术可以增强体验——AR 导览让历史场景"活"起来，个性化推荐让游客发现"意想不到"的惊喜；另一方面，数字技术也可能"稀释"体验——过度依赖手机拍照和社交分享可能削弱"在场感"，算法推荐可能导致"千人一面"的同质化体验。</w:t>
      </w:r>
    </w:p>
    <w:p>
      <w:r>
        <w:rPr>
          <w:b/>
        </w:rPr>
        <w:t>体验设计的四个维度。</w:t>
      </w:r>
      <w:r>
        <w:t xml:space="preserve"> 派恩和吉尔摩将体验分为四个维度：娱乐性（Entertainment）、教育性（Educational）、逃避性（Escapist）和审美性（Esthetic），简称"4E 模型"。数字文旅的体验设计需要在这四个维度上统筹规划。以黄果树夜游项目为例：数字光影提供了审美体验，瀑布形成的自然震撼提供了逃避性体验，解说系统提供了教育性体验，互动环节提供了娱乐性体验——四个维度协同作用，构成了完整的沉浸式体验。</w:t>
      </w:r>
    </w:p>
    <w:p>
      <w:pPr>
        <w:spacing w:before="80" w:after="80"/>
        <w:ind w:left="680"/>
        <w:pBdr>
          <w:left w:val="single" w:sz="12" w:color="2C7AA8"/>
        </w:pBdr>
      </w:pPr>
      <w:r>
        <w:rPr>
          <w:i/>
          <w:color w:val="555555"/>
          <w:sz w:val="22"/>
        </w:rPr>
        <w:t>知识卡片 3-2：体验经济 4E 模型。娱乐性体验是指被动吸收的感官享受（如观看表演）；教育性体验是指主动学习获得的知识和技能（如博物馆讲解）；逃避性体验是指全身心沉浸于另一种环境（如主题公园）；审美性体验是指对美的欣赏和感受（如自然景观观赏）。最"丰富"的体验是四个维度交汇的"甜蜜地带"。</w:t>
      </w:r>
    </w:p>
    <w:p>
      <w:pPr>
        <w:pStyle w:val="Heading3"/>
      </w:pPr>
      <w:r>
        <w:t>3.2.2 服务主导逻辑与价值共创</w:t>
      </w:r>
    </w:p>
    <w:p>
      <w:r>
        <w:rPr>
          <w:b/>
        </w:rPr>
        <w:t>从"商品主导逻辑"到"服务主导逻辑"。</w:t>
      </w:r>
      <w:r>
        <w:t xml:space="preserve"> 传统的市场营销理论建立在"商品主导逻辑"之上——企业生产商品，消费者购买和消费商品，价值在生产环节被"嵌入"商品中，交换环节实现价值转移。2004 年，美国学者瓦戈和卢施提出"服务主导逻辑"（Service-Dominant Logic），认为价值不是在工厂里被"创造"的，而是在消费者使用产品或服务的过程中被"共同创造"的。这一理论的核心命题是：企业只能提供"价值主张"（value proposition），真正的价值实现需要消费者的参与和共创。</w:t>
      </w:r>
    </w:p>
    <w:p>
      <w:r>
        <w:rPr>
          <w:b/>
        </w:rPr>
        <w:t>数字文旅中的价值共创。</w:t>
      </w:r>
      <w:r>
        <w:t xml:space="preserve"> 数字文旅为价值共创提供了前所未有的技术条件。在传统旅游中，游客的参与主要体现在"消费"环节——选择旅行社的产品、按照固定线路游览、在指定餐厅用餐。但在数字文旅中，游客可以在多个环节参与价值创造：行前，通过搜索和比较构建个性化的旅行方案（参与信息价值创造）；行中，通过实时分享和互动影响其他游客的决策（参与社交价值创造）；行后，通过点评和内容创作丰富平台的信息库（参与平台价值创造）。</w:t>
      </w:r>
    </w:p>
    <w:p>
      <w:r>
        <w:rPr>
          <w:b/>
        </w:rPr>
        <w:t>从"用户生成内容"到"用户生成价值"。</w:t>
      </w:r>
      <w:r>
        <w:t xml:space="preserve"> 社交媒体和内容平台上的"用户生成内容"（UGC）是价值共创的典型体现。一条关于安顺美食的抖音短视频，既为创作者带来了点赞和粉丝（个人价值），也为被推荐的美食商家带来了客流（商业价值），还为平台带来了流量和广告收入（平台价值），更为其他游客提供了消费参考（社会价值）。在这个过程中，游客不再是被动的消费者，而是价值的主动共创者。安顺学院"大数据与旅游业"课程实训中的案例——利用知识库数据解构"多彩贵州"品牌内涵，设计个性化旅游方案——正是将学生训练为"价值共创的分析者和推动者"。</w:t>
      </w:r>
    </w:p>
    <w:p>
      <w:pPr>
        <w:pStyle w:val="Heading3"/>
      </w:pPr>
      <w:r>
        <w:t>3.2.3 数字化转型中的服务创新</w:t>
      </w:r>
    </w:p>
    <w:p>
      <w:r>
        <w:rPr>
          <w:b/>
        </w:rPr>
        <w:t>服务创新的三种类型。</w:t>
      </w:r>
      <w:r>
        <w:t xml:space="preserve"> 在数字文旅语境下，服务创新可以分为三种类型。第一种是</w:t>
      </w:r>
      <w:r>
        <w:rPr>
          <w:b/>
        </w:rPr>
        <w:t>渐进式创新</w:t>
      </w:r>
      <w:r>
        <w:t>——在不改变服务核心价值的前提下，用数字技术优化服务流程（如用电子票务替代纸质门票）。第二种是</w:t>
      </w:r>
      <w:r>
        <w:rPr>
          <w:b/>
        </w:rPr>
        <w:t>重构式创新</w:t>
      </w:r>
      <w:r>
        <w:t>——数字技术改变了服务的交付方式甚至核心价值（如 AI 导游替代人工导游，改变了导览的获取方式和交互模式）。第三种是</w:t>
      </w:r>
      <w:r>
        <w:rPr>
          <w:b/>
        </w:rPr>
        <w:t>颠覆式创新</w:t>
      </w:r>
      <w:r>
        <w:t>——数字技术创造了全新的服务品类（如虚拟现实景区游览，创造了一个此前不存在的"产品"）。</w:t>
      </w:r>
    </w:p>
    <w:p>
      <w:r>
        <w:rPr>
          <w:b/>
        </w:rPr>
        <w:t>数据驱动的服务设计。</w:t>
      </w:r>
      <w:r>
        <w:t xml:space="preserve"> 数字化转型使服务设计从"经验驱动"转向"数据驱动"。安顺学院《数据驱动下的智慧景区运营实战》课程所教授的数据分析全生命周期——业务理解→数据收集→预处理→分析建模→可视化→成果部署——展示了数据驱动服务设计的完整流程。以景区导览服务为例：传统做法是根据专家经验设计导览路线和讲解内容；数据驱动的做法是分析游客的游览轨迹、停留时间和评价反馈，识别"热门景点""被忽略的宝藏""容易迷路的节点"，据此优化导览路线和讲解重点。</w:t>
      </w:r>
    </w:p>
    <w:p>
      <w:r>
        <w:rPr>
          <w:b/>
        </w:rPr>
        <w:t>"翻译官"型人才：连接业务与技术的桥梁。</w:t>
      </w:r>
      <w:r>
        <w:t xml:space="preserve"> 数字化转型中的服务创新，需要一种关键角色——能够"翻译"业务需求和技术方案的人才。安顺学院智慧文旅综合管控平台教学模拟方案将这一角色定义为"桥梁型"人才：他们不需要会写代码，但需要理解数据分析的逻辑；他们不需要开发算法，但需要能够将业务问题转化为数据分析需求。这种"懂业务、会分析、能决策"的复合型人才培养，正是数字文旅教育的核心目标。</w:t>
      </w:r>
    </w:p>
    <w:p>
      <w:r>
        <w:t>---</w:t>
      </w:r>
    </w:p>
    <w:p>
      <w:pPr>
        <w:pStyle w:val="Heading2"/>
      </w:pPr>
      <w:r>
        <w:t>3.3 平台经济与双边市场</w:t>
      </w:r>
    </w:p>
    <w:p>
      <w:pPr>
        <w:pStyle w:val="Heading3"/>
      </w:pPr>
      <w:r>
        <w:t>3.3.1 平台经济的核心机制</w:t>
      </w:r>
    </w:p>
    <w:p>
      <w:r>
        <w:rPr>
          <w:b/>
        </w:rPr>
        <w:t>平台的定义与特征。</w:t>
      </w:r>
      <w:r>
        <w:t xml:space="preserve"> 平台（Platform）是一种不直接生产产品，而是通过连接不同用户群体、促进他们之间互动的商业模式。诺贝尔经济学奖得主梯若尔提出的"双边市场"理论是平台经济的基础框架：平台连接两组不同的用户群体（如买家和卖家、游客和酒店），每组用户的价值取决于另一组用户的规模和活跃度。</w:t>
      </w:r>
    </w:p>
    <w:p>
      <w:r>
        <w:rPr>
          <w:b/>
        </w:rPr>
        <w:t>交叉网络外部性。</w:t>
      </w:r>
      <w:r>
        <w:t xml:space="preserve"> 平台经济的核心动力是"交叉网络外部性"——一组用户的数量和活跃度越高，平台对另一组用户的价值越大。以携程为例：平台上的酒店越多，对游客的吸引力越大（正向交叉网络外部性）；但平台上的广告越多，对游客的体验干扰越大（负向交叉网络外部性）。平台企业需要精心管理这两种效应之间的平衡。</w:t>
      </w:r>
    </w:p>
    <w:p>
      <w:r>
        <w:rPr>
          <w:b/>
        </w:rPr>
        <w:t>定价的"倾斜"策略。</w:t>
      </w:r>
      <w:r>
        <w:t xml:space="preserve"> 平台经济的另一个核心特征是定价的"倾斜"——平台通常对一组用户收取低价甚至免费（称为"补贴方"），而对另一组用户收取较高费用（称为"付费方"）。典型的做法是：向消费者端免费或低价（以吸引大量用户），向供给端收费（广告费、佣金、年费等）。OTA 平台通常向游客免费提供搜索和比价服务，但向酒店收取 10%～25% 的佣金。</w:t>
      </w:r>
    </w:p>
    <w:p>
      <w:r>
        <w:rPr>
          <w:b/>
        </w:rPr>
        <w:t>鸡蛋相生问题。</w:t>
      </w:r>
      <w:r>
        <w:t xml:space="preserve"> 平台初创期面临"鸡蛋相生"困境——没有酒店入驻，游客不来；没有游客，酒店不愿入驻。解决这一困境的常见策略包括：单边补贴（先免费邀请酒店入驻）、排他性激励（给首批入驻酒店特殊优惠）和"导入"策略（利用母公司已有用户基础导入流量，如微信生态中的小程序）。</w:t>
      </w:r>
    </w:p>
    <w:p>
      <w:pPr>
        <w:pStyle w:val="Heading3"/>
      </w:pPr>
      <w:r>
        <w:t>3.3.2 文旅平台的多边架构</w:t>
      </w:r>
    </w:p>
    <w:p>
      <w:r>
        <w:rPr>
          <w:b/>
        </w:rPr>
        <w:t>文旅平台的参与者图谱。</w:t>
      </w:r>
      <w:r>
        <w:t xml:space="preserve"> 与典型的双边平台（如 Uber 连接司机和乘客）不同，文旅平台通常呈现多边架构。以"一码游贵州"为例，平台的参与者至少包括五个群体：游客（需求方）、景区/酒店/餐饮/交通等资源方（供给方）、旅行社等中间商（渠道方）、内容创作者和媒体（内容方）、政府部门（治理方）。每一组参与者都有不同的需求和利益诉求，平台需要在多边之间进行复杂的协调和平衡。</w:t>
      </w:r>
    </w:p>
    <w:p>
      <w:r>
        <w:rPr>
          <w:b/>
        </w:rPr>
        <w:t>"一码游贵州"的多边架构分析。</w:t>
      </w:r>
      <w:r>
        <w:t xml:space="preserve"> 在"一码游贵州"平台上：游客获得了"一站式"旅游服务的便利（价值获取）；景区和酒店获得了数字化分销渠道和精准营销工具（价值获取）；政府获得了旅游市场运行的实时数据，支持政策制定和应急管理（价值获取）；内容创作者获得了流量和变现机会（价值获取）。平台本身通过数据整合和服务撮合获得运营资金（通常来自政府购买服务和企业合作），而非直接向游客或景区收费——这构成了与商业 OTA 平台截然不同的商业模式。</w:t>
      </w:r>
    </w:p>
    <w:p>
      <w:r>
        <w:rPr>
          <w:b/>
        </w:rPr>
        <w:t>公共平台 vs. 商业平台。</w:t>
      </w:r>
      <w:r>
        <w:t xml:space="preserve"> 文旅平台存在两种基本模式：政府主导的公共平台（如"一码游贵州"）和企业主导的商业平台（如携程、美团）。公共平台的优势在于公信力、全覆盖和数据整合能力，可以接入商业平台不愿接入的长尾资源（如小型乡村旅游点）；劣势在于运营效率和创新能力通常弱于商业平台。商业平台的优势在于技术能力、运营经验和资本实力；劣势在于逐利动机可能导致"头部集中"效应——优先推广能带来高佣金的热门资源，忽视长尾资源。两种模式的互补而非替代，构成了数字文旅平台的完整生态。</w:t>
      </w:r>
    </w:p>
    <w:p>
      <w:pPr>
        <w:pStyle w:val="Heading3"/>
      </w:pPr>
      <w:r>
        <w:t>3.3.3 平台治理与反垄断</w:t>
      </w:r>
    </w:p>
    <w:p>
      <w:r>
        <w:rPr>
          <w:b/>
        </w:rPr>
        <w:t>平台权力的崛起。</w:t>
      </w:r>
      <w:r>
        <w:t xml:space="preserve"> 随着平台经济的深入发展，大型平台企业积累的权力引发了广泛关注。平台不仅决定了"谁能在平台上做生意"，还通过排名算法和推荐机制决定了"谁能被看见"。在旅游领域，一家酒店在携程上的排名位置，可能直接影响其 50% 以上的订单量。这种"算法权力"使平台获得了远超传统中介的影响力。</w:t>
      </w:r>
    </w:p>
    <w:p>
      <w:r>
        <w:rPr>
          <w:b/>
        </w:rPr>
        <w:t>"二选一"与反垄断。</w:t>
      </w:r>
      <w:r>
        <w:t xml:space="preserve"> 平台经济中的典型垄断行为是"二选一"——要求供给方只能在自家平台销售，不能同时入驻竞争平台。在中国，市场监管部门已对多起平台"二选一"行为进行了处罚。在文旅领域，OTA 平台之间的竞争也曾出现类似争议。反垄断政策的目的是维护公平竞争，保护消费者和中小企业的利益。</w:t>
      </w:r>
    </w:p>
    <w:p>
      <w:r>
        <w:rPr>
          <w:b/>
        </w:rPr>
        <w:t>平台的公共责任。</w:t>
      </w:r>
      <w:r>
        <w:t xml:space="preserve"> 随着平台影响力的增长，其公共责任也日益受到关注。平台有责任确保信息的真实性（打击虚假评论和虚假房源）、保护用户数据隐私、防止算法歧视（如推荐算法对小型乡村旅游点的系统性忽视）、以及履行必要的社会责任（如灾难期间配合政府进行游客疏散）。这些公共责任的履行，需要政府监管、行业自律和公众监督的协同作用。</w:t>
      </w:r>
    </w:p>
    <w:p>
      <w:r>
        <w:t>[图 3-1：文旅平台多边架构示意——以"一码游贵州"为例]</w:t>
      </w:r>
    </w:p>
    <w:p>
      <w:r>
        <w:t>---</w:t>
      </w:r>
    </w:p>
    <w:p>
      <w:pPr>
        <w:pStyle w:val="Heading2"/>
      </w:pPr>
      <w:r>
        <w:t>3.4 利益相关者理论与协同治理</w:t>
      </w:r>
    </w:p>
    <w:p>
      <w:pPr>
        <w:pStyle w:val="Heading3"/>
      </w:pPr>
      <w:r>
        <w:t>3.4.1 数字文旅的多元利益主体</w:t>
      </w:r>
    </w:p>
    <w:p>
      <w:r>
        <w:rPr>
          <w:b/>
        </w:rPr>
        <w:t>利益相关者理论的缘起。</w:t>
      </w:r>
      <w:r>
        <w:t xml:space="preserve"> 利益相关者理论由弗里曼于 1984 年系统提出，其核心观点是：企业不仅要为股东创造价值，还要平衡所有利益相关者的诉求——包括员工、客户、供应商、社区、政府等。这一理论在旅游业中具有天然的适用性：旅游发展从来不是单一企业的事情，而是涉及地方政府、当地社区、游客、企业、非政府组织等多元主体的复杂博弈。</w:t>
      </w:r>
    </w:p>
    <w:p>
      <w:r>
        <w:rPr>
          <w:b/>
        </w:rPr>
        <w:t>数字文旅中的利益相关者图谱。</w:t>
      </w:r>
      <w:r>
        <w:t xml:space="preserve"> 数字文旅的发展使得利益相关者格局更加复杂。以黄果树景区的动态定价为例，直接利益相关者包括：景区运营方（希望通过动态定价提高收入和优化客流）、游客（价格敏感型游客可能因涨价而调整行程，时间敏感型游客可能愿意为减少排队支付溢价）、旅行社（动态定价增加了产品定价的不确定性）、周边商户（客流分布变化影响商铺收益）、当地政府（关注税收、就业和旅游形象）、当地居民（受交通和环境变化影响）。任何一方的利益受损，都可能引发冲突甚至舆论危机。</w:t>
      </w:r>
    </w:p>
    <w:p>
      <w:r>
        <w:rPr>
          <w:b/>
        </w:rPr>
        <w:t>利益冲突的典型场景。</w:t>
      </w:r>
      <w:r>
        <w:t xml:space="preserve"> 数字文旅中常见的利益冲突包括：数据所有权冲突（景区采集的游客数据归景区还是归平台？）、算法公平性冲突（推荐算法是否系统性歧视小商户？）、平台与供给方冲突（OTA 的高佣金是否挤压了酒店的利润空间？）、游客隐私与商业利益冲突（游客的行为数据可以被用于精准广告投放吗？）。这些冲突的核心在于：数字技术创造了新的"利益蛋糕"，但如何切分这个蛋糕，各方存在分歧。</w:t>
      </w:r>
    </w:p>
    <w:p>
      <w:pPr>
        <w:pStyle w:val="Heading3"/>
      </w:pPr>
      <w:r>
        <w:t>3.4.2 公私合作与社区参与</w:t>
      </w:r>
    </w:p>
    <w:p>
      <w:r>
        <w:rPr>
          <w:b/>
        </w:rPr>
        <w:t>PPP 模式在数字文旅中的应用。</w:t>
      </w:r>
      <w:r>
        <w:t xml:space="preserve"> 公私合作（Public-Private Partnership, PPP）是数字文旅项目中的常见模式。政府提供政策支持、公共数据和基础设施（如通信网络、数据中心），企业提供技术能力、运营经验和资金投入。黄果树景区的智慧化升级就采用了 PPP 模式——政府负责政策协调和公共资源配置，专业公司负责技术开发和系统运营，双方共享数据和收益。</w:t>
      </w:r>
    </w:p>
    <w:p>
      <w:r>
        <w:rPr>
          <w:b/>
        </w:rPr>
        <w:t>社区参与的核心地位。</w:t>
      </w:r>
      <w:r>
        <w:t xml:space="preserve"> 在文旅领域，社区参与具有特殊重要性。旅游发展的空间载体是社区——景区的道路、水电、环境都依赖社区的支持；旅游体验的核心内容常常是社区文化——民族节庆、传统技艺、地方美食都来自社区传承。数字文旅时代，社区参与获得了新的技术条件：社区居民可以通过社交媒体直接推广家乡旅游；可以通过电商平台销售手工艺品和农产品；可以通过在线评价系统反馈对旅游发展的意见。然而，数字鸿沟也可能使部分社区居民（尤其是老年人、低收入群体）被排除在数字文旅的红利之外。</w:t>
      </w:r>
    </w:p>
    <w:p>
      <w:r>
        <w:rPr>
          <w:b/>
        </w:rPr>
        <w:t>阿者科村的启示。</w:t>
      </w:r>
      <w:r>
        <w:t xml:space="preserve"> 云南阿者科村的旅游发展实践为社区参与提供了一个成功案例。该村通过成立村集体旅游公司、设计"利益动员-利益连接-利益分配"的重建链条，构建了基于利益纽带的乡村治理共同体。在数字化维度，阿者科村的实践同样具有启示：如何利用数字平台展示和预订村寨旅游产品？如何通过数据分析了解游客来源和偏好？如何用数字技术保护村寨文化遗产的同时避免过度商业化？这些问题正是数字文旅语境下社区参与的核心议题。</w:t>
      </w:r>
    </w:p>
    <w:p>
      <w:pPr>
        <w:pStyle w:val="Heading3"/>
      </w:pPr>
      <w:r>
        <w:t>3.4.3 协同治理的理论框架</w:t>
      </w:r>
    </w:p>
    <w:p>
      <w:r>
        <w:rPr>
          <w:b/>
        </w:rPr>
        <w:t>从"单一治理"到"协同治理"。</w:t>
      </w:r>
      <w:r>
        <w:t xml:space="preserve"> 数字文旅的治理不能依赖任何单一主体。政府单独治理面临信息不对称和能力不足的问题（政府难以掌握所有平台的算法逻辑和数据流向）；平台单独治理面临合法性和利益冲突问题（平台既是"运动员"又是"裁判员"）；行业协会治理面临执行力不足的问题。因此，协同治理（Collaborative Governance）——多元主体通过协商、合作和制衡共同参与治理——是数字文旅治理的核心理念。</w:t>
      </w:r>
    </w:p>
    <w:p>
      <w:r>
        <w:rPr>
          <w:b/>
        </w:rPr>
        <w:t>协同治理的三层架构。</w:t>
      </w:r>
      <w:r>
        <w:t xml:space="preserve"> 数字文旅的协同治理可以设计为三层架构。</w:t>
      </w:r>
      <w:r>
        <w:rPr>
          <w:b/>
        </w:rPr>
        <w:t>宏观层</w:t>
      </w:r>
      <w:r>
        <w:t>：政府制定法律法规和行业标准（如《数据安全法》《个人信息保护法》），为所有主体提供行为边界。</w:t>
      </w:r>
      <w:r>
        <w:rPr>
          <w:b/>
        </w:rPr>
        <w:t>中观层</w:t>
      </w:r>
      <w:r>
        <w:t>：行业协会和标准组织制定技术标准和自律规范（如智慧景区建设标准、旅游数据共享规范），促进行业有序发展。</w:t>
      </w:r>
      <w:r>
        <w:rPr>
          <w:b/>
        </w:rPr>
        <w:t>微观层</w:t>
      </w:r>
      <w:r>
        <w:t>：企业和社区建立内部治理机制（如平台的内容审核规则、景区的游客隐私保护制度），确保日常运营的合规性。</w:t>
      </w:r>
    </w:p>
    <w:p>
      <w:r>
        <w:rPr>
          <w:b/>
        </w:rPr>
        <w:t>治理能力的数字化转型。</w:t>
      </w:r>
      <w:r>
        <w:t xml:space="preserve"> 数字技术不仅是被治理的对象，也是提升治理能力的工具。大数据分析可以帮助政府实时监测旅游市场运行状态，提前预警风险和异常；区块链技术可以为文旅数据的溯源和确权提供技术保障；人工智能可以辅助审核旅游内容，识别虚假评论和不良信息。治理能力的数字化转型，是实现"善治"（Good Governance）的关键支撑。</w:t>
      </w:r>
    </w:p>
    <w:p>
      <w:pPr>
        <w:spacing w:before="80" w:after="80"/>
        <w:ind w:left="680"/>
        <w:pBdr>
          <w:left w:val="single" w:sz="12" w:color="2C7AA8"/>
        </w:pBdr>
      </w:pPr>
      <w:r>
        <w:rPr>
          <w:i/>
          <w:color w:val="555555"/>
          <w:sz w:val="22"/>
        </w:rPr>
        <w:t>知识卡片 3-3：协同治理（Collaborative Governance）是由美国学者安塞尔和加什在 2008 年系统阐述的治理理论。其核心要素包括：多元主体的参与、面对面的对话协商、建立信任关系、对过程的承诺、共享理解和阶段性成果。在数字文旅治理中，协同治理意味着政府、平台、行业协会、社区和消费者共同参与规则制定、执行和监督。</w:t>
      </w:r>
    </w:p>
    <w:p>
      <w:r>
        <w:t>---</w:t>
      </w:r>
    </w:p>
    <w:p>
      <w:pPr>
        <w:pStyle w:val="Heading3"/>
      </w:pPr>
      <w:r>
        <w:t>3.4.4 数字文旅理论前沿：新质生产力视角</w:t>
      </w:r>
    </w:p>
    <w:p>
      <w:r>
        <w:t>新质生产力概念的提出为数字文旅理论研究提供了新的分析视角。唐承财等（2024）在新质生产力视域下系统梳理了数字文旅研究成果，构建了"内涵辨析—研究进展—热点议题"的逻辑主线。新质生产力强调以科技创新为核心驱动力，以数据要素为关键生产要素，以深度融合为基本路径，这与数字文旅的内在逻辑高度契合。</w:t>
      </w:r>
    </w:p>
    <w:p>
      <w:r>
        <w:t>从新质生产力视角看，数字文旅的理论创新体现在三个层面：一是生产力要素重组——数据要素的引入改变了传统文旅生产函数，使规模报酬递增成为可能；二是生产关系变革——平台生态系统重塑了文旅产业链各环节的协作关系，从线性价值链转向网络价值生态；三是治理范式创新——数据驱动的精准治理替代了经验驱动的粗放管理，实现了从"事后应对"到"事前预判"的转变。</w:t>
      </w:r>
    </w:p>
    <w:p>
      <w:r>
        <w:t>Pinelova（2026）提出的数字文旅生态系统方法（Ecosystem Approach）为理解数字文旅的生产关系变革提供了新框架。该框架强调文旅产业是一个由技术、数据、人才、制度等多要素构成的复杂适应系统，系统健康取决于要素间的协同效率和价值分配公平性。</w:t>
      </w:r>
    </w:p>
    <w:p>
      <w:pPr>
        <w:spacing w:before="80" w:after="80"/>
        <w:ind w:left="680"/>
        <w:pBdr>
          <w:left w:val="single" w:sz="12" w:color="2C7AA8"/>
        </w:pBdr>
      </w:pPr>
      <w:r>
        <w:rPr>
          <w:i/>
          <w:color w:val="555555"/>
          <w:sz w:val="22"/>
        </w:rPr>
        <w:t>知识卡片 3-1：数字孪生（Digital Twin）在文旅中的应用。数字孪生是指物理实体在数字空间中的虚拟映射。在文旅领域，数字孪生技术可以创建景区的精确三维数字副本，实现实时监测、仿真预测和虚拟体验。Rahmadian等（2023）指出，数字孪生技术与大数据治理相结合，能够显著提升旅游目的地的可持续发展能力。黄果树景区正在探索数字孪生技术在客流仿真和应急管理中的应用。</w:t>
      </w:r>
    </w:p>
    <w:p>
      <w:pPr>
        <w:pStyle w:val="Heading2"/>
      </w:pPr>
      <w:r>
        <w:t>## 数字文旅的理论创新与模型构建</w:t>
      </w:r>
    </w:p>
    <w:p>
      <w:pPr>
        <w:pStyle w:val="Heading3"/>
      </w:pPr>
      <w:r>
        <w:t>数字文旅成熟度模型</w:t>
      </w:r>
    </w:p>
    <w:p>
      <w:r>
        <w:t>借鉴软件能力成熟度模型（CMM）的思想，可以构建数字文旅成熟度模型（Digital Tourism Maturity Model, DTMM），为旅游目的地和企业的数字化转型提供评估框架和改进路径。DTMM将数字文旅成熟度划分为五个等级：</w:t>
      </w:r>
    </w:p>
    <w:p>
      <w:r>
        <w:rPr>
          <w:b/>
        </w:rPr>
        <w:t>第一级：初始级</w:t>
      </w:r>
      <w:r>
        <w:t>——数字化应用零散、偶发，缺乏系统性规划。景区可能拥有简单的官方网站或微信公众号，但在线预订、电子票务等基本功能尚未实现。贵州省部分偏远地区的小型景区仍处于这一阶段。</w:t>
      </w:r>
    </w:p>
    <w:p>
      <w:r>
        <w:rPr>
          <w:b/>
        </w:rPr>
        <w:t>第二级：重复级</w:t>
      </w:r>
      <w:r>
        <w:t>——建立了基本的数字化服务能力，如在线预订、电子票务、官方网站等，但各系统之间相互孤立，数据无法互通。多数3A级及以下景区处于这一阶段。</w:t>
      </w:r>
    </w:p>
    <w:p>
      <w:r>
        <w:rPr>
          <w:b/>
        </w:rPr>
        <w:t>第三级：定义级</w:t>
      </w:r>
      <w:r>
        <w:t>——制定了数字化战略和标准规范，核心业务系统实现互联互通，建立了统一的数据平台。数据分析开始应用于运营决策。贵州省4A级景区多数已达到这一阶段。</w:t>
      </w:r>
    </w:p>
    <w:p>
      <w:r>
        <w:rPr>
          <w:b/>
        </w:rPr>
        <w:t>第四级：管理级</w:t>
      </w:r>
      <w:r>
        <w:t>——数字化能力成为核心竞争力，数据驱动决策成为常态，智能化应用（如AI推荐、智能客服、动态定价等）广泛部署。黄果树、西江千户苗寨等标杆景区已进入这一阶段。</w:t>
      </w:r>
    </w:p>
    <w:p>
      <w:r>
        <w:rPr>
          <w:b/>
        </w:rPr>
        <w:t>第五级：优化级</w:t>
      </w:r>
      <w:r>
        <w:t>——数字化与业务深度融合，持续创新和优化，构建了完整的数字生态系统，能够引领行业发展方向。「一码游贵州」平台正在向这一阶段迈进。</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等级</w:t>
            </w:r>
          </w:p>
        </w:tc>
        <w:tc>
          <w:tcPr>
            <w:tcW w:type="dxa" w:w="1768"/>
          </w:tcPr>
          <w:p>
            <w:pPr>
              <w:spacing w:after="40" w:line="240" w:lineRule="auto"/>
            </w:pPr>
            <w:r>
              <w:rPr>
                <w:b/>
                <w:sz w:val="20"/>
              </w:rPr>
              <w:t>特征</w:t>
            </w:r>
          </w:p>
        </w:tc>
        <w:tc>
          <w:tcPr>
            <w:tcW w:type="dxa" w:w="1768"/>
          </w:tcPr>
          <w:p>
            <w:pPr>
              <w:spacing w:after="40" w:line="240" w:lineRule="auto"/>
            </w:pPr>
            <w:r>
              <w:rPr>
                <w:b/>
                <w:sz w:val="20"/>
              </w:rPr>
              <w:t>关键指标</w:t>
            </w:r>
          </w:p>
        </w:tc>
        <w:tc>
          <w:tcPr>
            <w:tcW w:type="dxa" w:w="1768"/>
          </w:tcPr>
          <w:p>
            <w:pPr>
              <w:spacing w:after="40" w:line="240" w:lineRule="auto"/>
            </w:pPr>
            <w:r>
              <w:rPr>
                <w:b/>
                <w:sz w:val="20"/>
              </w:rPr>
              <w:t>贵州案例</w:t>
            </w:r>
          </w:p>
        </w:tc>
        <w:tc>
          <w:tcPr>
            <w:tcW w:type="dxa" w:w="1768"/>
          </w:tcPr>
          <w:p>
            <w:pPr>
              <w:spacing w:after="40" w:line="240" w:lineRule="auto"/>
            </w:pPr>
            <w:r>
              <w:rPr>
                <w:b/>
                <w:sz w:val="20"/>
              </w:rPr>
              <w:t>改进重点</w:t>
            </w:r>
          </w:p>
        </w:tc>
      </w:tr>
      <w:tr>
        <w:tc>
          <w:tcPr>
            <w:tcW w:type="dxa" w:w="1768"/>
          </w:tcPr>
          <w:p>
            <w:pPr>
              <w:spacing w:after="40" w:line="240" w:lineRule="auto"/>
            </w:pPr>
            <w:r>
              <w:rPr>
                <w:sz w:val="20"/>
              </w:rPr>
              <w:t>L1 初始级</w:t>
            </w:r>
          </w:p>
        </w:tc>
        <w:tc>
          <w:tcPr>
            <w:tcW w:type="dxa" w:w="1768"/>
          </w:tcPr>
          <w:p>
            <w:pPr>
              <w:spacing w:after="40" w:line="240" w:lineRule="auto"/>
            </w:pPr>
            <w:r>
              <w:rPr>
                <w:sz w:val="20"/>
              </w:rPr>
              <w:t>零散应用</w:t>
            </w:r>
          </w:p>
        </w:tc>
        <w:tc>
          <w:tcPr>
            <w:tcW w:type="dxa" w:w="1768"/>
          </w:tcPr>
          <w:p>
            <w:pPr>
              <w:spacing w:after="40" w:line="240" w:lineRule="auto"/>
            </w:pPr>
            <w:r>
              <w:rPr>
                <w:sz w:val="20"/>
              </w:rPr>
              <w:t>有官网/公众号</w:t>
            </w:r>
          </w:p>
        </w:tc>
        <w:tc>
          <w:tcPr>
            <w:tcW w:type="dxa" w:w="1768"/>
          </w:tcPr>
          <w:p>
            <w:pPr>
              <w:spacing w:after="40" w:line="240" w:lineRule="auto"/>
            </w:pPr>
            <w:r>
              <w:rPr>
                <w:sz w:val="20"/>
              </w:rPr>
              <w:t>偏远小景区</w:t>
            </w:r>
          </w:p>
        </w:tc>
        <w:tc>
          <w:tcPr>
            <w:tcW w:type="dxa" w:w="1768"/>
          </w:tcPr>
          <w:p>
            <w:pPr>
              <w:spacing w:after="40" w:line="240" w:lineRule="auto"/>
            </w:pPr>
            <w:r>
              <w:rPr>
                <w:sz w:val="20"/>
              </w:rPr>
              <w:t>建立在线预订</w:t>
            </w:r>
          </w:p>
        </w:tc>
      </w:tr>
      <w:tr>
        <w:tc>
          <w:tcPr>
            <w:tcW w:type="dxa" w:w="1768"/>
          </w:tcPr>
          <w:p>
            <w:pPr>
              <w:spacing w:after="40" w:line="240" w:lineRule="auto"/>
            </w:pPr>
            <w:r>
              <w:rPr>
                <w:sz w:val="20"/>
              </w:rPr>
              <w:t>L2 重复级</w:t>
            </w:r>
          </w:p>
        </w:tc>
        <w:tc>
          <w:tcPr>
            <w:tcW w:type="dxa" w:w="1768"/>
          </w:tcPr>
          <w:p>
            <w:pPr>
              <w:spacing w:after="40" w:line="240" w:lineRule="auto"/>
            </w:pPr>
            <w:r>
              <w:rPr>
                <w:sz w:val="20"/>
              </w:rPr>
              <w:t>基本功能</w:t>
            </w:r>
          </w:p>
        </w:tc>
        <w:tc>
          <w:tcPr>
            <w:tcW w:type="dxa" w:w="1768"/>
          </w:tcPr>
          <w:p>
            <w:pPr>
              <w:spacing w:after="40" w:line="240" w:lineRule="auto"/>
            </w:pPr>
            <w:r>
              <w:rPr>
                <w:sz w:val="20"/>
              </w:rPr>
              <w:t>电子票务上线</w:t>
            </w:r>
          </w:p>
        </w:tc>
        <w:tc>
          <w:tcPr>
            <w:tcW w:type="dxa" w:w="1768"/>
          </w:tcPr>
          <w:p>
            <w:pPr>
              <w:spacing w:after="40" w:line="240" w:lineRule="auto"/>
            </w:pPr>
            <w:r>
              <w:rPr>
                <w:sz w:val="20"/>
              </w:rPr>
              <w:t>多数3A景区</w:t>
            </w:r>
          </w:p>
        </w:tc>
        <w:tc>
          <w:tcPr>
            <w:tcW w:type="dxa" w:w="1768"/>
          </w:tcPr>
          <w:p>
            <w:pPr>
              <w:spacing w:after="40" w:line="240" w:lineRule="auto"/>
            </w:pPr>
            <w:r>
              <w:rPr>
                <w:sz w:val="20"/>
              </w:rPr>
              <w:t>系统互联互通</w:t>
            </w:r>
          </w:p>
        </w:tc>
      </w:tr>
      <w:tr>
        <w:tc>
          <w:tcPr>
            <w:tcW w:type="dxa" w:w="1768"/>
          </w:tcPr>
          <w:p>
            <w:pPr>
              <w:spacing w:after="40" w:line="240" w:lineRule="auto"/>
            </w:pPr>
            <w:r>
              <w:rPr>
                <w:sz w:val="20"/>
              </w:rPr>
              <w:t>L3 定义级</w:t>
            </w:r>
          </w:p>
        </w:tc>
        <w:tc>
          <w:tcPr>
            <w:tcW w:type="dxa" w:w="1768"/>
          </w:tcPr>
          <w:p>
            <w:pPr>
              <w:spacing w:after="40" w:line="240" w:lineRule="auto"/>
            </w:pPr>
            <w:r>
              <w:rPr>
                <w:sz w:val="20"/>
              </w:rPr>
              <w:t>数据平台</w:t>
            </w:r>
          </w:p>
        </w:tc>
        <w:tc>
          <w:tcPr>
            <w:tcW w:type="dxa" w:w="1768"/>
          </w:tcPr>
          <w:p>
            <w:pPr>
              <w:spacing w:after="40" w:line="240" w:lineRule="auto"/>
            </w:pPr>
            <w:r>
              <w:rPr>
                <w:sz w:val="20"/>
              </w:rPr>
              <w:t>统一数据平台</w:t>
            </w:r>
          </w:p>
        </w:tc>
        <w:tc>
          <w:tcPr>
            <w:tcW w:type="dxa" w:w="1768"/>
          </w:tcPr>
          <w:p>
            <w:pPr>
              <w:spacing w:after="40" w:line="240" w:lineRule="auto"/>
            </w:pPr>
            <w:r>
              <w:rPr>
                <w:sz w:val="20"/>
              </w:rPr>
              <w:t>4A景区</w:t>
            </w:r>
          </w:p>
        </w:tc>
        <w:tc>
          <w:tcPr>
            <w:tcW w:type="dxa" w:w="1768"/>
          </w:tcPr>
          <w:p>
            <w:pPr>
              <w:spacing w:after="40" w:line="240" w:lineRule="auto"/>
            </w:pPr>
            <w:r>
              <w:rPr>
                <w:sz w:val="20"/>
              </w:rPr>
              <w:t>数据分析应用</w:t>
            </w:r>
          </w:p>
        </w:tc>
      </w:tr>
      <w:tr>
        <w:tc>
          <w:tcPr>
            <w:tcW w:type="dxa" w:w="1768"/>
          </w:tcPr>
          <w:p>
            <w:pPr>
              <w:spacing w:after="40" w:line="240" w:lineRule="auto"/>
            </w:pPr>
            <w:r>
              <w:rPr>
                <w:sz w:val="20"/>
              </w:rPr>
              <w:t>L4 管理级</w:t>
            </w:r>
          </w:p>
        </w:tc>
        <w:tc>
          <w:tcPr>
            <w:tcW w:type="dxa" w:w="1768"/>
          </w:tcPr>
          <w:p>
            <w:pPr>
              <w:spacing w:after="40" w:line="240" w:lineRule="auto"/>
            </w:pPr>
            <w:r>
              <w:rPr>
                <w:sz w:val="20"/>
              </w:rPr>
              <w:t>智能化</w:t>
            </w:r>
          </w:p>
        </w:tc>
        <w:tc>
          <w:tcPr>
            <w:tcW w:type="dxa" w:w="1768"/>
          </w:tcPr>
          <w:p>
            <w:pPr>
              <w:spacing w:after="40" w:line="240" w:lineRule="auto"/>
            </w:pPr>
            <w:r>
              <w:rPr>
                <w:sz w:val="20"/>
              </w:rPr>
              <w:t>AI应用部署</w:t>
            </w:r>
          </w:p>
        </w:tc>
        <w:tc>
          <w:tcPr>
            <w:tcW w:type="dxa" w:w="1768"/>
          </w:tcPr>
          <w:p>
            <w:pPr>
              <w:spacing w:after="40" w:line="240" w:lineRule="auto"/>
            </w:pPr>
            <w:r>
              <w:rPr>
                <w:sz w:val="20"/>
              </w:rPr>
              <w:t>黄果树/西江</w:t>
            </w:r>
          </w:p>
        </w:tc>
        <w:tc>
          <w:tcPr>
            <w:tcW w:type="dxa" w:w="1768"/>
          </w:tcPr>
          <w:p>
            <w:pPr>
              <w:spacing w:after="40" w:line="240" w:lineRule="auto"/>
            </w:pPr>
            <w:r>
              <w:rPr>
                <w:sz w:val="20"/>
              </w:rPr>
              <w:t>生态构建</w:t>
            </w:r>
          </w:p>
        </w:tc>
      </w:tr>
      <w:tr>
        <w:tc>
          <w:tcPr>
            <w:tcW w:type="dxa" w:w="1768"/>
          </w:tcPr>
          <w:p>
            <w:pPr>
              <w:spacing w:after="40" w:line="240" w:lineRule="auto"/>
            </w:pPr>
            <w:r>
              <w:rPr>
                <w:sz w:val="20"/>
              </w:rPr>
              <w:t>L5 优化级</w:t>
            </w:r>
          </w:p>
        </w:tc>
        <w:tc>
          <w:tcPr>
            <w:tcW w:type="dxa" w:w="1768"/>
          </w:tcPr>
          <w:p>
            <w:pPr>
              <w:spacing w:after="40" w:line="240" w:lineRule="auto"/>
            </w:pPr>
            <w:r>
              <w:rPr>
                <w:sz w:val="20"/>
              </w:rPr>
              <w:t>持续创新</w:t>
            </w:r>
          </w:p>
        </w:tc>
        <w:tc>
          <w:tcPr>
            <w:tcW w:type="dxa" w:w="1768"/>
          </w:tcPr>
          <w:p>
            <w:pPr>
              <w:spacing w:after="40" w:line="240" w:lineRule="auto"/>
            </w:pPr>
            <w:r>
              <w:rPr>
                <w:sz w:val="20"/>
              </w:rPr>
              <w:t>生态引领</w:t>
            </w:r>
          </w:p>
        </w:tc>
        <w:tc>
          <w:tcPr>
            <w:tcW w:type="dxa" w:w="1768"/>
          </w:tcPr>
          <w:p>
            <w:pPr>
              <w:spacing w:after="40" w:line="240" w:lineRule="auto"/>
            </w:pPr>
            <w:r>
              <w:rPr>
                <w:sz w:val="20"/>
              </w:rPr>
              <w:t>一码游贵州</w:t>
            </w:r>
          </w:p>
        </w:tc>
        <w:tc>
          <w:tcPr>
            <w:tcW w:type="dxa" w:w="1768"/>
          </w:tcPr>
          <w:p>
            <w:pPr>
              <w:spacing w:after="40" w:line="240" w:lineRule="auto"/>
            </w:pPr>
            <w:r>
              <w:rPr>
                <w:sz w:val="20"/>
              </w:rPr>
              <w:t>持续迭代优化</w:t>
            </w:r>
          </w:p>
        </w:tc>
      </w:tr>
    </w:tbl>
    <w:p/>
    <w:p>
      <w:pPr>
        <w:pStyle w:val="Heading3"/>
      </w:pPr>
      <w:r>
        <w:t>数字文旅生态系统理论</w:t>
      </w:r>
    </w:p>
    <w:p>
      <w:r>
        <w:t>数字文旅生态系统理论借鉴了自然生态系统的概念，将数字文旅视为一个由多个参与方相互作用、协同演化形成的复杂适应系统。该理论的核心命题包括：</w:t>
      </w:r>
    </w:p>
    <w:p>
      <w:r>
        <w:rPr>
          <w:b/>
        </w:rPr>
        <w:t>生态位分化</w:t>
      </w:r>
      <w:r>
        <w:t>：在健康的数字文旅生态中，不同参与方占据不同的生态位，避免过度竞争。OTA平台专注于交易撮合，内容平台专注于信息传播，技术供应商专注于工具开发，政府专注于规则制定和公共服务。贵州数字文旅生态中，「一码游贵州」占据综合平台生态位，马蜂窝/小红书占据内容生态位，景区自建系统占据服务生态位。</w:t>
      </w:r>
    </w:p>
    <w:p>
      <w:r>
        <w:rPr>
          <w:b/>
        </w:rPr>
        <w:t>共生演化</w:t>
      </w:r>
      <w:r>
        <w:t>：生态系统中各参与方相互依存、共同进化。景区的数字化升级为平台提供了更丰富的产品供给，平台的用户流量为景区带来了更多客源，用户的数据反馈为景区和平台提供了优化方向。这种正反馈循环推动了整个生态系统的升级。</w:t>
      </w:r>
    </w:p>
    <w:p>
      <w:r>
        <w:rPr>
          <w:b/>
        </w:rPr>
        <w:t>生态韧性</w:t>
      </w:r>
      <w:r>
        <w:t>：健康的数字文旅生态应具备抵御外部冲击的能力。新冠疫情期间，依赖线下渠道的旅游企业受到严重冲击，而具备数字化能力的企业通过直播带货、虚拟旅游等方式维持了运营。贵州旅游企业在疫情期间通过「云游贵州」系列直播活动保持了市场热度，体现了数字文旅生态的韧性。</w:t>
      </w:r>
    </w:p>
    <w:p>
      <w:pPr>
        <w:pStyle w:val="Heading3"/>
      </w:pPr>
      <w:r>
        <w:t>技术接受模型在数字文旅中的应用</w:t>
      </w:r>
    </w:p>
    <w:p>
      <w:r>
        <w:t>技术接受模型（Technology Acceptance Model, TAM）是分析用户对数字文旅技术接受度的重要理论工具。TAM的核心维度包括感知有用性（Perceived Usefulness）和感知易用性（Perceived Ease of Use），两者共同影响用户的使用态度和行为意向。</w:t>
      </w:r>
    </w:p>
    <w:p>
      <w:r>
        <w:t>在数字文旅场景中，TAM模型可以解释不同用户群体对数字化服务的接受差异。研究表明，年轻游客（18-35岁）对AR导览、智能推荐等新技术的感知有用性和感知易用性均较高，接受度强；而老年游客（60岁以上）的感知易用性较低，是数字鸿沟的主要表现。贵州景区在推广数字化服务时，针对老年游客群体提供了「适老化」简化版本，降低了技术使用门槛。</w:t>
      </w:r>
    </w:p>
    <w:p>
      <w:r>
        <w:t>扩展的TAM模型还加入了社会影响、便利条件、信任等维度。在旅游场景中，社会影响表现为同伴推荐和社交媒体评价对使用决策的影响；便利条件体现为网络覆盖、设备可用性等基础设施条件；信任则涉及数据隐私保护和交易安全保障。贵州通过加强景区WiFi覆盖、建立数据安全制度等措施，提升了用户的便利条件感知和信任感知。</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TAM维度</w:t>
            </w:r>
          </w:p>
        </w:tc>
        <w:tc>
          <w:tcPr>
            <w:tcW w:type="dxa" w:w="1768"/>
          </w:tcPr>
          <w:p>
            <w:pPr>
              <w:spacing w:after="40" w:line="240" w:lineRule="auto"/>
            </w:pPr>
            <w:r>
              <w:rPr>
                <w:b/>
                <w:sz w:val="20"/>
              </w:rPr>
              <w:t>定义</w:t>
            </w:r>
          </w:p>
        </w:tc>
        <w:tc>
          <w:tcPr>
            <w:tcW w:type="dxa" w:w="1768"/>
          </w:tcPr>
          <w:p>
            <w:pPr>
              <w:spacing w:after="40" w:line="240" w:lineRule="auto"/>
            </w:pPr>
            <w:r>
              <w:rPr>
                <w:b/>
                <w:sz w:val="20"/>
              </w:rPr>
              <w:t>数字文旅应用</w:t>
            </w:r>
          </w:p>
        </w:tc>
        <w:tc>
          <w:tcPr>
            <w:tcW w:type="dxa" w:w="1768"/>
          </w:tcPr>
          <w:p>
            <w:pPr>
              <w:spacing w:after="40" w:line="240" w:lineRule="auto"/>
            </w:pPr>
            <w:r>
              <w:rPr>
                <w:b/>
                <w:sz w:val="20"/>
              </w:rPr>
              <w:t>提升策略</w:t>
            </w:r>
          </w:p>
        </w:tc>
        <w:tc>
          <w:tcPr>
            <w:tcW w:type="dxa" w:w="1768"/>
          </w:tcPr>
          <w:p>
            <w:pPr>
              <w:spacing w:after="40" w:line="240" w:lineRule="auto"/>
            </w:pPr>
            <w:r>
              <w:rPr>
                <w:b/>
                <w:sz w:val="20"/>
              </w:rPr>
              <w:t>贵州实践</w:t>
            </w:r>
          </w:p>
        </w:tc>
      </w:tr>
      <w:tr>
        <w:tc>
          <w:tcPr>
            <w:tcW w:type="dxa" w:w="1768"/>
          </w:tcPr>
          <w:p>
            <w:pPr>
              <w:spacing w:after="40" w:line="240" w:lineRule="auto"/>
            </w:pPr>
            <w:r>
              <w:rPr>
                <w:sz w:val="20"/>
              </w:rPr>
              <w:t>感知有用性</w:t>
            </w:r>
          </w:p>
        </w:tc>
        <w:tc>
          <w:tcPr>
            <w:tcW w:type="dxa" w:w="1768"/>
          </w:tcPr>
          <w:p>
            <w:pPr>
              <w:spacing w:after="40" w:line="240" w:lineRule="auto"/>
            </w:pPr>
            <w:r>
              <w:rPr>
                <w:sz w:val="20"/>
              </w:rPr>
              <w:t>技术能提升效率</w:t>
            </w:r>
          </w:p>
        </w:tc>
        <w:tc>
          <w:tcPr>
            <w:tcW w:type="dxa" w:w="1768"/>
          </w:tcPr>
          <w:p>
            <w:pPr>
              <w:spacing w:after="40" w:line="240" w:lineRule="auto"/>
            </w:pPr>
            <w:r>
              <w:rPr>
                <w:sz w:val="20"/>
              </w:rPr>
              <w:t>智能导览节省时间</w:t>
            </w:r>
          </w:p>
        </w:tc>
        <w:tc>
          <w:tcPr>
            <w:tcW w:type="dxa" w:w="1768"/>
          </w:tcPr>
          <w:p>
            <w:pPr>
              <w:spacing w:after="40" w:line="240" w:lineRule="auto"/>
            </w:pPr>
            <w:r>
              <w:rPr>
                <w:sz w:val="20"/>
              </w:rPr>
              <w:t>功能价值显性化</w:t>
            </w:r>
          </w:p>
        </w:tc>
        <w:tc>
          <w:tcPr>
            <w:tcW w:type="dxa" w:w="1768"/>
          </w:tcPr>
          <w:p>
            <w:pPr>
              <w:spacing w:after="40" w:line="240" w:lineRule="auto"/>
            </w:pPr>
            <w:r>
              <w:rPr>
                <w:sz w:val="20"/>
              </w:rPr>
              <w:t>实时排队信息</w:t>
            </w:r>
          </w:p>
        </w:tc>
      </w:tr>
      <w:tr>
        <w:tc>
          <w:tcPr>
            <w:tcW w:type="dxa" w:w="1768"/>
          </w:tcPr>
          <w:p>
            <w:pPr>
              <w:spacing w:after="40" w:line="240" w:lineRule="auto"/>
            </w:pPr>
            <w:r>
              <w:rPr>
                <w:sz w:val="20"/>
              </w:rPr>
              <w:t>感知易用性</w:t>
            </w:r>
          </w:p>
        </w:tc>
        <w:tc>
          <w:tcPr>
            <w:tcW w:type="dxa" w:w="1768"/>
          </w:tcPr>
          <w:p>
            <w:pPr>
              <w:spacing w:after="40" w:line="240" w:lineRule="auto"/>
            </w:pPr>
            <w:r>
              <w:rPr>
                <w:sz w:val="20"/>
              </w:rPr>
              <w:t>技术使用简单</w:t>
            </w:r>
          </w:p>
        </w:tc>
        <w:tc>
          <w:tcPr>
            <w:tcW w:type="dxa" w:w="1768"/>
          </w:tcPr>
          <w:p>
            <w:pPr>
              <w:spacing w:after="40" w:line="240" w:lineRule="auto"/>
            </w:pPr>
            <w:r>
              <w:rPr>
                <w:sz w:val="20"/>
              </w:rPr>
              <w:t>一键预订/扫码入园</w:t>
            </w:r>
          </w:p>
        </w:tc>
        <w:tc>
          <w:tcPr>
            <w:tcW w:type="dxa" w:w="1768"/>
          </w:tcPr>
          <w:p>
            <w:pPr>
              <w:spacing w:after="40" w:line="240" w:lineRule="auto"/>
            </w:pPr>
            <w:r>
              <w:rPr>
                <w:sz w:val="20"/>
              </w:rPr>
              <w:t>简化操作流程</w:t>
            </w:r>
          </w:p>
        </w:tc>
        <w:tc>
          <w:tcPr>
            <w:tcW w:type="dxa" w:w="1768"/>
          </w:tcPr>
          <w:p>
            <w:pPr>
              <w:spacing w:after="40" w:line="240" w:lineRule="auto"/>
            </w:pPr>
            <w:r>
              <w:rPr>
                <w:sz w:val="20"/>
              </w:rPr>
              <w:t>适老化界面</w:t>
            </w:r>
          </w:p>
        </w:tc>
      </w:tr>
      <w:tr>
        <w:tc>
          <w:tcPr>
            <w:tcW w:type="dxa" w:w="1768"/>
          </w:tcPr>
          <w:p>
            <w:pPr>
              <w:spacing w:after="40" w:line="240" w:lineRule="auto"/>
            </w:pPr>
            <w:r>
              <w:rPr>
                <w:sz w:val="20"/>
              </w:rPr>
              <w:t>社会影响</w:t>
            </w:r>
          </w:p>
        </w:tc>
        <w:tc>
          <w:tcPr>
            <w:tcW w:type="dxa" w:w="1768"/>
          </w:tcPr>
          <w:p>
            <w:pPr>
              <w:spacing w:after="40" w:line="240" w:lineRule="auto"/>
            </w:pPr>
            <w:r>
              <w:rPr>
                <w:sz w:val="20"/>
              </w:rPr>
              <w:t>他人推荐影响</w:t>
            </w:r>
          </w:p>
        </w:tc>
        <w:tc>
          <w:tcPr>
            <w:tcW w:type="dxa" w:w="1768"/>
          </w:tcPr>
          <w:p>
            <w:pPr>
              <w:spacing w:after="40" w:line="240" w:lineRule="auto"/>
            </w:pPr>
            <w:r>
              <w:rPr>
                <w:sz w:val="20"/>
              </w:rPr>
              <w:t>朋友圈分享传播</w:t>
            </w:r>
          </w:p>
        </w:tc>
        <w:tc>
          <w:tcPr>
            <w:tcW w:type="dxa" w:w="1768"/>
          </w:tcPr>
          <w:p>
            <w:pPr>
              <w:spacing w:after="40" w:line="240" w:lineRule="auto"/>
            </w:pPr>
            <w:r>
              <w:rPr>
                <w:sz w:val="20"/>
              </w:rPr>
              <w:t>社交激励设计</w:t>
            </w:r>
          </w:p>
        </w:tc>
        <w:tc>
          <w:tcPr>
            <w:tcW w:type="dxa" w:w="1768"/>
          </w:tcPr>
          <w:p>
            <w:pPr>
              <w:spacing w:after="40" w:line="240" w:lineRule="auto"/>
            </w:pPr>
            <w:r>
              <w:rPr>
                <w:sz w:val="20"/>
              </w:rPr>
              <w:t>推荐有奖活动</w:t>
            </w:r>
          </w:p>
        </w:tc>
      </w:tr>
      <w:tr>
        <w:tc>
          <w:tcPr>
            <w:tcW w:type="dxa" w:w="1768"/>
          </w:tcPr>
          <w:p>
            <w:pPr>
              <w:spacing w:after="40" w:line="240" w:lineRule="auto"/>
            </w:pPr>
            <w:r>
              <w:rPr>
                <w:sz w:val="20"/>
              </w:rPr>
              <w:t>便利条件</w:t>
            </w:r>
          </w:p>
        </w:tc>
        <w:tc>
          <w:tcPr>
            <w:tcW w:type="dxa" w:w="1768"/>
          </w:tcPr>
          <w:p>
            <w:pPr>
              <w:spacing w:after="40" w:line="240" w:lineRule="auto"/>
            </w:pPr>
            <w:r>
              <w:rPr>
                <w:sz w:val="20"/>
              </w:rPr>
              <w:t>基础设施支持</w:t>
            </w:r>
          </w:p>
        </w:tc>
        <w:tc>
          <w:tcPr>
            <w:tcW w:type="dxa" w:w="1768"/>
          </w:tcPr>
          <w:p>
            <w:pPr>
              <w:spacing w:after="40" w:line="240" w:lineRule="auto"/>
            </w:pPr>
            <w:r>
              <w:rPr>
                <w:sz w:val="20"/>
              </w:rPr>
              <w:t>全景区WiFi覆盖</w:t>
            </w:r>
          </w:p>
        </w:tc>
        <w:tc>
          <w:tcPr>
            <w:tcW w:type="dxa" w:w="1768"/>
          </w:tcPr>
          <w:p>
            <w:pPr>
              <w:spacing w:after="40" w:line="240" w:lineRule="auto"/>
            </w:pPr>
            <w:r>
              <w:rPr>
                <w:sz w:val="20"/>
              </w:rPr>
              <w:t>加强网络建设</w:t>
            </w:r>
          </w:p>
        </w:tc>
        <w:tc>
          <w:tcPr>
            <w:tcW w:type="dxa" w:w="1768"/>
          </w:tcPr>
          <w:p>
            <w:pPr>
              <w:spacing w:after="40" w:line="240" w:lineRule="auto"/>
            </w:pPr>
            <w:r>
              <w:rPr>
                <w:sz w:val="20"/>
              </w:rPr>
              <w:t>5G景区覆盖</w:t>
            </w:r>
          </w:p>
        </w:tc>
      </w:tr>
      <w:tr>
        <w:tc>
          <w:tcPr>
            <w:tcW w:type="dxa" w:w="1768"/>
          </w:tcPr>
          <w:p>
            <w:pPr>
              <w:spacing w:after="40" w:line="240" w:lineRule="auto"/>
            </w:pPr>
            <w:r>
              <w:rPr>
                <w:sz w:val="20"/>
              </w:rPr>
              <w:t>信任</w:t>
            </w:r>
          </w:p>
        </w:tc>
        <w:tc>
          <w:tcPr>
            <w:tcW w:type="dxa" w:w="1768"/>
          </w:tcPr>
          <w:p>
            <w:pPr>
              <w:spacing w:after="40" w:line="240" w:lineRule="auto"/>
            </w:pPr>
            <w:r>
              <w:rPr>
                <w:sz w:val="20"/>
              </w:rPr>
              <w:t>安全可靠感知</w:t>
            </w:r>
          </w:p>
        </w:tc>
        <w:tc>
          <w:tcPr>
            <w:tcW w:type="dxa" w:w="1768"/>
          </w:tcPr>
          <w:p>
            <w:pPr>
              <w:spacing w:after="40" w:line="240" w:lineRule="auto"/>
            </w:pPr>
            <w:r>
              <w:rPr>
                <w:sz w:val="20"/>
              </w:rPr>
              <w:t>数据隐私保护</w:t>
            </w:r>
          </w:p>
        </w:tc>
        <w:tc>
          <w:tcPr>
            <w:tcW w:type="dxa" w:w="1768"/>
          </w:tcPr>
          <w:p>
            <w:pPr>
              <w:spacing w:after="40" w:line="240" w:lineRule="auto"/>
            </w:pPr>
            <w:r>
              <w:rPr>
                <w:sz w:val="20"/>
              </w:rPr>
              <w:t>安全认证标识</w:t>
            </w:r>
          </w:p>
        </w:tc>
        <w:tc>
          <w:tcPr>
            <w:tcW w:type="dxa" w:w="1768"/>
          </w:tcPr>
          <w:p>
            <w:pPr>
              <w:spacing w:after="40" w:line="240" w:lineRule="auto"/>
            </w:pPr>
            <w:r>
              <w:rPr>
                <w:sz w:val="20"/>
              </w:rPr>
              <w:t>数据安全条例</w:t>
            </w:r>
          </w:p>
        </w:tc>
      </w:tr>
    </w:tbl>
    <w:p/>
    <w:p>
      <w:pPr>
        <w:pStyle w:val="Heading3"/>
      </w:pPr>
      <w:r>
        <w:t>数字文旅的可持续发展理论</w:t>
      </w:r>
    </w:p>
    <w:p>
      <w:r>
        <w:t>可持续发展理论在数字文旅领域体现为「三重底线」框架：经济可持续、社会可持续和环境可持续。数字化技术在这三个维度均发挥重要作用，但也可能带来新的挑战。</w:t>
      </w:r>
    </w:p>
    <w:p>
      <w:r>
        <w:t>经济可持续方面，数字化通过提升运营效率、创新商业模式和拓展市场边界，增强了旅游产业的经济活力。然而，平台垄断、数据壁垒等问题也可能损害市场公平竞争。社会可持续方面，数字化促进了文化传承和普惠服务，但数字鸿沟、算法歧视等问题可能加剧社会不平等。环境可持续方面，数字化减少了纸质消耗和物理出行（虚拟旅游），但数据中心的能源消耗和电子废弃物的环境影响不容忽视。</w:t>
      </w:r>
    </w:p>
    <w:p>
      <w:r>
        <w:t>贵州在数字文旅可持续发展方面进行了积极探索：通过「云游贵州」虚拟旅游减少物理客流对生态脆弱区的压力；通过旅游大数据监测景区环境承载力，实现动态容量管控；通过数字技术助力民族文化传承，减少文化同化风险。这些实践为数字文旅的可持续发展提供了可借鉴的经验。</w:t>
      </w:r>
    </w:p>
    <w:p>
      <w:r>
        <w:rPr>
          <w:b/>
        </w:rPr>
        <w:t>思政融入</w:t>
      </w:r>
      <w:r>
        <w:t>：数字文旅理论建构应坚持马克思主义实践观，理论来源于实践又指导实践。贵州数字文旅的先行先试为理论创新提供了丰富的实践土壤。同时，理论建构应坚持人民立场，关注数字技术对普通游客、旅游从业者和社区居民的影响，确保理论研究服务于人民群众的美好生活需要。</w:t>
      </w:r>
    </w:p>
    <w:p>
      <w:pPr>
        <w:pStyle w:val="Heading2"/>
      </w:pPr>
      <w:r>
        <w:t>数字文旅的跨学科理论整合</w:t>
      </w:r>
    </w:p>
    <w:p>
      <w:pPr>
        <w:pStyle w:val="Heading3"/>
      </w:pPr>
      <w:r>
        <w:t>平台经济理论在数字文旅中的应用</w:t>
      </w:r>
    </w:p>
    <w:p>
      <w:r>
        <w:t>平台经济理论为理解数字文旅平台的商业模式和竞争策略提供了分析框架。平台经济学的核心概念包括网络效应、多边市场、锁定效应和平台竞争。网络效应指平台价值随用户数量增加而增加的现象——「一码游贵州」平台的游客越多，对景区的吸引力越大；景区越多，对游客的吸引力也越大，形成正反馈循环。</w:t>
      </w:r>
    </w:p>
    <w:p>
      <w:r>
        <w:t>多边市场理论解释了平台如何通过连接多个用户群体创造价值。数字文旅平台至少连接游客和服务供应商两个群体，部分平台还连接广告商、内容创作者和第三方开发者。平台需要平衡各群体的利益，通过交叉补贴等策略实现生态平衡。例如，「一码游贵州」对游客免费，向景区收取技术服务费，通过广告和数据服务获取额外收入，这种多边定价策略确保了平台的可持续发展。</w:t>
      </w:r>
    </w:p>
    <w:p>
      <w:r>
        <w:t>锁定效应是指用户因转换成本高而难以切换到竞争平台的现象。数字文旅平台的锁定效应来源于数据积累（用户画像和偏好数据不可迁移）、社交关系（用户在平台上的评价和关注关系）、习惯依赖（用户对平台界面的熟悉度）和积分会员（用户的积分和等级不可跨平台使用）。适度的锁定效应有助于平台稳定运营，但过度的锁定效应可能损害用户权益和市场竞争。</w:t>
      </w:r>
    </w:p>
    <w:p>
      <w:pPr>
        <w:pStyle w:val="Heading3"/>
      </w:pPr>
      <w:r>
        <w:t>信息经济学与旅游信息不对称</w:t>
      </w:r>
    </w:p>
    <w:p>
      <w:r>
        <w:t>信息不对称是旅游市场的核心问题之一。旅游产品的无形性、异质性和不可试用性导致游客在购买前无法完全了解产品质量，这种信息不对称可能导致「逆向选择」（劣质产品驱逐优质产品）和「道德风险」（供应商降低质量标准）。</w:t>
      </w:r>
    </w:p>
    <w:p>
      <w:r>
        <w:t>数字技术通过多种机制缓解了旅游信息不对称问题。在线评价系统使游客可以分享消费体验，为后来的游客提供决策参考，形成了自发性的质量监督机制。贵州旅游评价数据分析显示，评分高于4.5分的景区平均客流增速比评分低于4.0分的景区高出12个百分点，说明评价系统发挥了质量信号作用。</w:t>
      </w:r>
    </w:p>
    <w:p>
      <w:r>
        <w:t>社交媒体和UGC内容进一步丰富了旅游信息来源。与官方宣传相比，游客自发的社交媒体内容更具可信度和真实感。贵州安顺美食在抖音和小红书上的传播效果远超官方广告投放，正是因为UGC内容的真实性和口碑效应比商业广告更有说服力。</w:t>
      </w:r>
    </w:p>
    <w:p>
      <w:r>
        <w:t>然而，数字技术也带来了新的信息不对称问题。刷单、虚假评价、水军等行为干扰了评价系统的信号功能。算法推荐可能形成信息茧房，使游客只接触到特定类型的信息。贵州旅游监管部门建立了评价真伪识别系统，通过AI分析评价内容和用户行为模式，识别并过滤虚假评价。</w:t>
      </w:r>
    </w:p>
    <w:p>
      <w:pPr>
        <w:pStyle w:val="Heading3"/>
      </w:pPr>
      <w:r>
        <w:t>创新扩散理论在数字文旅中的应用</w:t>
      </w:r>
    </w:p>
    <w:p>
      <w:r>
        <w:t>创新扩散理论解释了新技术和新产品在社会系统中传播的过程和机制。根据Rogers的创新扩散模型，创新采用者分为创新者、早期采用者、早期多数、晚期多数和落后者五类，每类采用者的特征和决策逻辑不同。</w:t>
      </w:r>
    </w:p>
    <w:p>
      <w:r>
        <w:t>在数字文旅领域，创新扩散理论可以解释不同景区和企业数字化进度的差异。5A级景区和大型旅游集团通常属于「创新者」或「早期采用者」，它们有资金、人才和动力率先采用新技术。3A和4A级景区多属于「早期多数」或「晚期多数」，它们在观察到先行者的效果后跟进。小型景区和个体经营者往往属于「落后者」，受限于资源和认知，数字化进程最慢。</w:t>
      </w:r>
    </w:p>
    <w:p>
      <w:r>
        <w:t>贵州旅游数字化的扩散过程符合这一理论。黄果树、西江千户苗寨等标杆景区率先建设智慧旅游系统（创新者），其成功经验通过示范效应带动了其他4A级景区跟进（早期多数），省级政策和资金支持进一步加速了扩散过程。目前，贵州5A和4A级景区的数字化覆盖率已超过90%，而3A级及以下景区的覆盖率约为60%，仍有较大的扩散空间。</w:t>
      </w:r>
    </w:p>
    <w:p>
      <w:r>
        <w:t>创新扩散的速度受多种因素影响。相对优势（新技术比旧技术的优势程度）是最重要的影响因素——数字文旅技术相比传统方式的优势越明显，扩散速度越快。兼容性（新技术与现有价值观和经验的匹配程度）影响接受意愿——数字文旅技术如果不与景区管理者的管理理念兼容，采用意愿会降低。复杂性（新技术理解和使用的难度）是障碍因素——技术越复杂，扩散越慢。可试性（新技术可以在小范围试验的特性）降低采用风险——云服务和SaaS模式使景区可以低成本试用数字化功能，促进了扩散。可观察性（新技术效果的可观察程度）增强采用信心——标杆景区的数字化成效可见可感，增强了其他景区的采用意愿。</w:t>
      </w:r>
    </w:p>
    <w:p>
      <w:pPr>
        <w:pStyle w:val="Heading2"/>
      </w:pPr>
      <w:r>
        <w:t>数字文旅的理论前沿与研究展望</w:t>
      </w:r>
    </w:p>
    <w:p>
      <w:pPr>
        <w:pStyle w:val="Heading3"/>
      </w:pPr>
      <w:r>
        <w:t>数字文旅研究的方法论创新</w:t>
      </w:r>
    </w:p>
    <w:p>
      <w:r>
        <w:t>数字文旅研究正在经历方法论的创新和变革。传统旅游研究以问卷调查和案例分析为主要方法，数据收集周期长、样本量有限、时效性差。大数据时代为旅游研究提供了新的数据来源和分析工具——社交媒体数据、移动定位数据、交易数据、传感数据等海量数据的可用性使旅游研究从「小数据时代」进入「大数据时代」。</w:t>
      </w:r>
    </w:p>
    <w:p>
      <w:r>
        <w:t>计算社会科学方法在数字文旅研究中的应用日益广泛。自然语言处理技术可以分析海量UGC文本，提取游客情感倾向和关注热点。机器学习方法可以从多源数据中发现旅游行为的隐藏模式。社会网络分析可以揭示旅游信息传播的网络结构和影响机制。复杂系统方法可以模拟旅游系统的动态演化和政策干预效果。</w:t>
      </w:r>
    </w:p>
    <w:p>
      <w:r>
        <w:t>贵州师范大学数字文旅研究团队在方法论创新方面进行了积极探索。团队开发的「贵州旅游大数据分析平台」整合了社交媒体数据、电信数据、支付数据和传感数据，为旅游研究提供了丰富的数据基础。团队还建立了「旅游计算实验实验室」，利用agent-based modeling方法模拟不同政策情景下的旅游系统行为，为政策制定提供前瞻性分析。</w:t>
      </w:r>
    </w:p>
    <w:p>
      <w:pPr>
        <w:pStyle w:val="Heading3"/>
      </w:pPr>
      <w:r>
        <w:t>数字文旅研究的热点前沿</w:t>
      </w:r>
    </w:p>
    <w:p>
      <w:r>
        <w:t>当前数字文旅研究的热点前沿包括以下几个方向。AI与旅游的融合研究关注大语言模型、多模态AI和AIGC在旅游场景中的应用效果和伦理影响。元宇宙旅游研究探讨虚拟旅游体验的设计原理、心理机制和经济模式。数据伦理研究关注旅游大数据的隐私保护、算法公平和数据治理。可持续数字旅游研究探讨数字技术如何助力旅游业的碳减排和文化保护。数字包容性研究关注如何确保不同群体公平享受数字旅游服务。</w:t>
      </w:r>
    </w:p>
    <w:p>
      <w:r>
        <w:t>数字鸿沟研究在贵州具有特殊的现实意义。贵州城乡之间、年龄之间和族群之间的数字能力差异显著，为数字鸿沟研究提供了丰富的实证场景。贵州师范大学开展的「贵州旅游数字鸿沟调查」揭示了三个层面的鸿沟：接入鸿沟（网络覆盖和设备拥有差异）、使用鸿沟（数字技能和使用深度差异）和收益鸿沟（从数字化中获得的收益差异）。调查发现，收益鸿沟比接入鸿沟更为严重——即使老年人和农村居民能够接入数字服务，他们也难以像年轻的城市居民那样从中获得同等价值。</w:t>
      </w:r>
    </w:p>
    <w:p>
      <w:pPr>
        <w:pStyle w:val="Heading3"/>
      </w:pPr>
      <w:r>
        <w:t>理论构建的未来方向</w:t>
      </w:r>
    </w:p>
    <w:p>
      <w:r>
        <w:t>数字文旅的理论构建需要在以下几个方向持续深化。第一，构建数字文旅的独立理论体系——当前数字文旅研究主要借用其他学科的理论（如TAM、创新扩散理论等），缺乏原创性的理论框架。第二，加强跨文化比较研究——数字文旅的理论构建应超越西方中心主义，纳入中国和东方文化的视角。第三，关注数字技术的负面效应——研究不应只关注数字技术的积极影响，也要批判性地分析其风险和代价。第四，强化实践导向——理论应服务于实践，为数字文旅的发展提供可操作的指导。</w:t>
      </w:r>
    </w:p>
    <w:p>
      <w:r>
        <w:t>贵州数字文旅的实践为理论构建提供了丰富的素材。贵州的「大数据+文旅」融合实践、民族文化数字化保护经验、「一码游贵州」平台运营模式、智慧景区建设路径等，都可以提炼为具有普适性的理论命题。贵州师范大学正在编撰《数字文旅理论与实践》教材，系统梳理数字文旅的理论框架和实践案例，为学科建设和人才培养提供支撑。</w:t>
      </w:r>
    </w:p>
    <w:p>
      <w:pPr>
        <w:pStyle w:val="Heading2"/>
      </w:pPr>
      <w:r>
        <w:t>数字文旅的理论模型构建与应用</w:t>
      </w:r>
    </w:p>
    <w:p>
      <w:pPr>
        <w:pStyle w:val="Heading3"/>
      </w:pPr>
      <w:r>
        <w:t>数字文旅生态系统健康度模型</w:t>
      </w:r>
    </w:p>
    <w:p>
      <w:r>
        <w:t>数字文旅生态系统健康度模型是评估数字文旅发展质量的重要工具。该模型从多样性、连通性、韧性和公平性四个维度评估生态系统的健康状况。多样性指标包括参与方类型的丰富度（景区、酒店、餐饮、交通、文创等不同类型参与方的数量和比例）、产品种类的多样性（门票、住宿、体验、文创等不同类型产品的占比）和内容来源的多元化（官方内容、UGC内容、专业媒体内容等的比例）。连通性指标衡量各参与方之间的数据流通和业务协同程度，包括API调用量、数据共享协议数量、跨平台交易比例等。韧性指标衡量生态系统抵御外部冲击的能力，包括收入来源的多元化程度、用户留存率、危机恢复速度等。公平性指标衡量价值分配的公平程度，包括中小企业的收益占比、弱势群体的服务可及性、社区的利益分享比例等。</w:t>
      </w:r>
    </w:p>
    <w:p>
      <w:r>
        <w:t>贵州旅游大数据中心每半年对「一码游贵州」平台生态系统进行健康度评估。2024年下半年的评估结果显示：多样性得分82分（满分100），参与方类型覆盖了旅游产业链的主要环节。连通性得分75分，API调用量稳步增长但跨平台数据共享仍有限。韧性得分78分，收入来源多元化但过度依赖票务佣金。公平性得分70分，中小企业收益占比有所提升但社区利益分享机制仍需完善。综合健康度得分为76.3分，处于「健康」等级，但在公平性维度有较大提升空间。</w:t>
      </w:r>
    </w:p>
    <w:p>
      <w:pPr>
        <w:pStyle w:val="Heading3"/>
      </w:pPr>
      <w:r>
        <w:t>数字文旅成熟度评估模型的应用</w:t>
      </w:r>
    </w:p>
    <w:p>
      <w:r>
        <w:t>前文提出的数字文旅成熟度模型在贵州实践中得到了验证和应用。贵州省文旅厅使用DTMM模型对全省各市州的数字文旅成熟度进行了评估。评估结果显示，贵阳市达到L4（管理级），安顺市和遵义市达到L3（定义级），其余市州处于L2（重复级）或L1（初始级）。</w:t>
      </w:r>
    </w:p>
    <w:p>
      <w:r>
        <w:t>评估结果揭示了不同地区的发展差距和改进方向。L1地区的主要问题是缺乏数字化基础设施和人才，改进重点是基础设施建设和人才培养。L2地区的主要问题是系统孤立和数据不通，改进重点是数据平台建设和系统集成。L3地区的主要问题是应用深度不足，改进重点是AI等高级应用的部署和数据驱动决策能力的提升。L4地区的主要问题是生态构建和创新持续，改进重点是开放API、吸引第三方开发者、构建创新生态。</w:t>
      </w:r>
    </w:p>
    <w:p>
      <w:r>
        <w:t>DTMM模型的应用不仅为政策制定提供了依据，也为各地区之间的经验交流和对标学习提供了共同语言。L2地区可以学习L3地区的系统集成经验，L3地区可以学习L4地区的智能化应用实践。这种基于成熟度模型的分层指导比「一刀切」的政策更加精准和有效。</w:t>
      </w:r>
    </w:p>
    <w:p>
      <w:pPr>
        <w:pStyle w:val="Heading3"/>
      </w:pPr>
      <w:r>
        <w:t>数字文旅影响力评估框架</w:t>
      </w:r>
    </w:p>
    <w:p>
      <w:r>
        <w:t>数字文旅的影响力评估需要综合考虑经济影响、社会影响、文化影响和环境影响四个维度。经济影响评估数字文旅对旅游收入、就业、产业结构的贡献。社会影响评估数字文旅对信息公平、数字包容、社区福祉的影响。文化影响评估数字文旅对文化保护、文化传播、文化创新的影响。环境影响评估数字文旅对资源消耗、碳排放、生态保护的影响。</w:t>
      </w:r>
    </w:p>
    <w:p>
      <w:r>
        <w:t>贵州师范大学数字文旅研究中心开发的「数字文旅影响力评估框架」已被贵州省文旅厅采纳为官方评估工具。该框架包含4个一级指标、12个二级指标和36个三级指标，采用定量与定性相结合的评估方法。定量指标通过旅游大数据平台自动采集和计算，定性指标通过专家评分和利益相关者访谈获取。</w:t>
      </w:r>
    </w:p>
    <w:p>
      <w:r>
        <w:t>2024年度评估结果显示，贵州数字文旅的经济影响力得分最高（82分），社会影响力得分次之（75分），文化影响力得分第三（72分），环境影响力得分最低（68分）。环境影响力得分偏低的原因是数据中心的能源消耗尚未得到充分关注，以及电子废弃物的处理机制不完善。这一评估结果促使贵州文旅厅在后续政策中增加了绿色数字化的要求。</w:t>
      </w:r>
    </w:p>
    <w:p>
      <w:pPr>
        <w:pStyle w:val="Heading2"/>
      </w:pPr>
      <w:r>
        <w:t>数字文旅的哲学思考与人文维度</w:t>
      </w:r>
    </w:p>
    <w:p>
      <w:pPr>
        <w:pStyle w:val="Heading3"/>
      </w:pPr>
      <w:r>
        <w:t>数字化对旅游本质的影响</w:t>
      </w:r>
    </w:p>
    <w:p>
      <w:r>
        <w:t>旅游的本质是什么？这是一个看似简单实则深刻的哲学问题。传统观点认为旅游是「离开日常环境到异地寻求体验」的活动，其核心要素包括空间移动、时间暂时性和体验异质性。数字化技术对这三个核心要素都产生了影响。</w:t>
      </w:r>
    </w:p>
    <w:p>
      <w:r>
        <w:t>在空间维度上，虚拟旅游模糊了「异地」的边界。游客通过VR技术可以在不进行物理移动的情况下「到达」异地进行体验。这是否还是「旅游」？一种观点认为，缺乏身体在场的虚拟体验不构成真正的旅游，因为旅游的核心价值在于「身临其境」的全身心感受。另一种观点认为，旅游的本质是「体验异质性」而非「物理移动」，虚拟旅游只要能提供与日常不同的体验，就具有旅游的本质特征。</w:t>
      </w:r>
    </w:p>
    <w:p>
      <w:r>
        <w:t>在时间维度上，数字化使旅游体验不再受限于「暂时性」。游客可以在出行前通过数字内容预览目的地，在出行后通过数字回忆延续体验，旅游体验的时间跨度从「在目的地的时间」扩展为「行前行中行后的全周期」。这种扩展丰富了旅游体验，但也可能稀释了旅游体验的「仪式感」——传统旅游中，出行前的期待、在目的地的珍惜和返程后的回忆构成了完整的情感弧线，过度数字化可能使这条弧线变得平淡。</w:t>
      </w:r>
    </w:p>
    <w:p>
      <w:r>
        <w:t>在体验维度上，数字化既增强了也削弱了体验的异质性。一方面，数字技术为游客提供了更丰富的信息、更便捷的服务和更个性化的推荐，增强了体验的深度和广度。另一方面，全球化的数字平台可能导致旅游体验的同质化——当全世界的游客都使用同一个APP、看到同样的推荐内容、走同样的「网红路线」时，旅游的「异质性」反而被削弱了。</w:t>
      </w:r>
    </w:p>
    <w:p>
      <w:pPr>
        <w:pStyle w:val="Heading3"/>
      </w:pPr>
      <w:r>
        <w:t>数字化与文化真实性的辩证关系</w:t>
      </w:r>
    </w:p>
    <w:p>
      <w:r>
        <w:t>文化真实性是旅游体验的核心价值之一。游客旅游的重要动机之一是体验「真实的」异域文化。然而，数字化对文化真实性产生了复杂的影响。</w:t>
      </w:r>
    </w:p>
    <w:p>
      <w:r>
        <w:t>一方面，数字化可以增强文化真实性。通过高精度的三维扫描和VR技术，游客可以看到文化遗产的原始面貌（而非经过修复和商业包装的版本）。通过AI翻译和解说，游客可以理解原本因语言障碍无法接触的文化内容。通过数字档案和历史数据，游客可以深入了解文化的历史脉络和深层含义。</w:t>
      </w:r>
    </w:p>
    <w:p>
      <w:r>
        <w:t>另一方面，数字化也可能削弱文化真实性。过度美化的数字内容可能掩盖了文化的真实状态。标准化的数字解说可能忽略了文化的复杂性和争议性。互动式数字体验可能将严肃的文化仪式简化为娱乐性游戏。贵州一些景区在数字化过程中面临这一困境——如何在利用数字技术增强文化可及性的同时，保持文化的本真性和严肃性。</w:t>
      </w:r>
    </w:p>
    <w:p>
      <w:r>
        <w:t>贵州的实践提出了「分层真实性」的解决方案。对于面向大众游客的数字内容，采用通俗易懂的呈现方式，但确保核心信息准确无误。对于面向深度研学者的数字内容，提供更详细、更学术化的信息，包括文化的争议性和多元解读。对于面向文化传承人的数字工具，提供专业级的采集和分析功能，支持文化遗产的学术研究和保护工作。这种分层策略使数字内容既具有可及性又保持了真实性。</w:t>
      </w:r>
    </w:p>
    <w:p>
      <w:pPr>
        <w:pStyle w:val="Heading3"/>
      </w:pPr>
      <w:r>
        <w:t>数字化时代的旅游者身份</w:t>
      </w:r>
    </w:p>
    <w:p>
      <w:r>
        <w:t>数字化正在重塑旅游者的身份认同。传统旅游者是被动的信息接收者和服务消费者。数字时代的旅游者则具有了多重身份——内容创作者（通过UGC生产旅游内容）、数据贡献者（通过行为数据贡献数据资产）、社区参与者（通过评价和互动参与旅游社区）和价值共创者（通过反馈和建议参与产品优化）。</w:t>
      </w:r>
    </w:p>
    <w:p>
      <w:r>
        <w:t>这种身份转变赋予旅游者更大的能动性，但也带来了新的责任。作为内容创作者，旅游者应对发布内容的真实性和合法性负责。作为数据贡献者，旅游者应了解自己的数据如何被使用并行使数据权利。作为社区参与者，旅游者应遵守社区规则，文明理性地参与讨论。作为价值共创者，旅游者应提供建设性的反馈而非情绪化宣泄。</w:t>
      </w:r>
    </w:p>
    <w:p>
      <w:r>
        <w:t>贵州旅游社区运营中遇到的挑战包括：虚假评价（商家雇佣水军刷好评或恶意差评竞品）、不当内容（游客发布不尊重当地文化的视频或照片）和网络暴力（游客对服务人员的人肉搜索和网络攻击）。贵州旅游平台建立了内容审核机制和用户信用体系，引导旅游者负责任地行使数字时代的旅游者权利。</w:t>
      </w:r>
    </w:p>
    <w:p>
      <w:pPr>
        <w:pStyle w:val="Heading2"/>
      </w:pPr>
      <w:r>
        <w:t>数字文旅的跨文化比较研究</w:t>
      </w:r>
    </w:p>
    <w:p>
      <w:pPr>
        <w:pStyle w:val="Heading3"/>
      </w:pPr>
      <w:r>
        <w:t>中西方数字文旅研究的范式差异</w:t>
      </w:r>
    </w:p>
    <w:p>
      <w:r>
        <w:t>中西方在数字文旅研究方面存在显著的范式差异。西方研究更注重个体层面的心理和行为分析，常采用实验方法、结构方程模型等定量研究方法，关注技术接受度、使用行为和体验质量等微观问题。中国研究更注重宏观层面的政策和产业分析，常采用案例研究、政策分析等方法，关注数字化转型、产业升级和区域发展等宏观问题。</w:t>
      </w:r>
    </w:p>
    <w:p>
      <w:r>
        <w:t>这种范式差异反映了中西方学术传统和现实关切的不同。西方学术传统强调实证主义和个体主义，关注个体的认知和行为。中国学术传统更强调整体思维和系统观念，关注整体的发展和政策。在数字文旅研究中，西方研究为理解个体行为提供了精细的理论工具，中国研究为推动产业发展提供了宏观的战略视角。两种范式各有优势，可以互补而非替代。</w:t>
      </w:r>
    </w:p>
    <w:p>
      <w:r>
        <w:t>贵州数字文旅研究正在尝试融合中西方范式。在研究方法上，既采用问卷调查和实验等定量方法，也采用案例研究和政策分析等定性方法。在研究视角上，既关注个体的技术接受和使用行为，也关注产业转型和政策效果。在理论构建上，既吸收西方的技术接受模型和创新扩散理论，也构建基于中国实践的数字文旅生态系统理论和成熟度模型。</w:t>
      </w:r>
    </w:p>
    <w:p>
      <w:pPr>
        <w:pStyle w:val="Heading3"/>
      </w:pPr>
      <w:r>
        <w:t>跨文化数字旅游体验比较</w:t>
      </w:r>
    </w:p>
    <w:p>
      <w:r>
        <w:t>不同文化背景的游客对数字旅游服务的期望和偏好存在显著差异。一项针对中国、美国和日本游客的跨文化比较研究揭示了以下差异。</w:t>
      </w:r>
    </w:p>
    <w:p>
      <w:r>
        <w:t>信息偏好方面，中国游客偏好视觉化信息（图片、短视频）和社交化信息（评价、推荐），美国游客偏好文字化信息（详细描述、数据）和结构化信息（评分、排名），日本游客偏好精确化信息（时间表、价格明细）和礼貌化信息（注意事项、礼仪提示）。</w:t>
      </w:r>
    </w:p>
    <w:p>
      <w:r>
        <w:t>服务期望方面，中国游客期望即时响应和便捷操作，对AI客服和自助服务的接受度高。美国游客期望个性化服务和选择自由，对AI推荐持谨慎态度。日本游客期望高质量服务和细致关怀，对AI服务的准确性和礼仪性要求高。</w:t>
      </w:r>
    </w:p>
    <w:p>
      <w:r>
        <w:t>隐私态度方面，中国游客对数据分享相对宽容（67%愿意为更好服务分享数据），美国游客对数据分享最谨慎（42%愿意），日本游客居中（55%愿意）。这一差异与各国的数据保护法律传统有关——美国和日本有较强的隐私保护意识，中国游客更注重服务便利性。</w:t>
      </w:r>
    </w:p>
    <w:p>
      <w:r>
        <w:t>这些跨文化差异对贵州旅游的国际化具有重要指导意义。面向不同国家的游客，数字服务应进行文化适配——对美国游客提供详细的文字信息和数据排名，对日本游客提供精确的时间表和礼仪提示，在保持服务便利性的同时尊重不同文化的隐私期望。</w:t>
      </w:r>
    </w:p>
    <w:p>
      <w:pPr>
        <w:pStyle w:val="Heading2"/>
      </w:pPr>
      <w:r>
        <w:t>数字文旅的理论贡献与学科建设</w:t>
      </w:r>
    </w:p>
    <w:p>
      <w:pPr>
        <w:pStyle w:val="Heading3"/>
      </w:pPr>
      <w:r>
        <w:t>数字文旅对旅游学科的贡献</w:t>
      </w:r>
    </w:p>
    <w:p>
      <w:r>
        <w:t>数字文旅研究对旅游学科的理论发展做出了独特贡献。第一，拓展了旅游体验的理论边界——传统旅游体验理论主要关注实体环境中的体验，数字文旅研究将虚拟体验、混合体验和增强体验纳入理论框架，丰富了旅游体验的内涵和维度。第二，深化了旅游信息行为研究——数字技术使旅游信息行为可观测、可量化，研究者可以通过日志分析、眼动追踪等方法精确研究游客的信息搜索、处理和决策过程。第三，创新了旅游治理理论——数字文旅研究引入了平台治理、算法治理和数据治理等新概念，拓展了旅游治理的理论视野。第四，促进了跨学科融合——数字文旅研究融合了旅游学、计算机科学、管理学、传播学等多个学科的理论和方法，推动了旅游学科的交叉融合。</w:t>
      </w:r>
    </w:p>
    <w:p>
      <w:r>
        <w:t>贵州数字文旅研究在上述贡献中扮演了重要角色。贵州提出的数字文旅成熟度模型（DTMM）被国内多所高校采纳为教学和研究工具。贵州关于民族文化数字化保护的研究为文化遗产数字化理论做出了原创性贡献。贵州关于旅游大数据分析的研究方法被国内旅游研究界广泛借鉴。</w:t>
      </w:r>
    </w:p>
    <w:p>
      <w:pPr>
        <w:pStyle w:val="Heading3"/>
      </w:pPr>
      <w:r>
        <w:t>数字文旅学科建设的路径</w:t>
      </w:r>
    </w:p>
    <w:p>
      <w:r>
        <w:t>数字文旅作为新兴交叉学科，其学科建设需要系统规划。学科定位方面，数字文旅可以作为旅游管理一级学科下的二级学科方向，也可以作为独立设置的交叉学科。贵州师范大学倾向于前者，将数字文旅作为旅游管理学科下与信息技术深度融合的新兴方向。</w:t>
      </w:r>
    </w:p>
    <w:p>
      <w:r>
        <w:t>课程体系方面，数字文旅专业的课程应体现「旅游为体、数字为用」的原则。核心课程包括旅游管理基础课程（旅游学概论、旅游目的地管理、旅游营销等）、数字技术课程（大数据分析、Python编程、GIS应用等）和融合创新课程（智慧景区管理、数字文旅产品设计、文化遗产数字化等）。</w:t>
      </w:r>
    </w:p>
    <w:p>
      <w:r>
        <w:t>师资队伍方面，数字文旅专业需要既有旅游学科背景又有技术能力的教师。当前高校教师要么是旅游学科出身缺乏技术能力，要么是技术学科出身缺乏旅游知识，真正的跨学科教师非常稀缺。贵州师范大学通过「双导师制」（旅游导师+技术导师联合指导）和「企业导师制」（聘请企业技术人员担任兼职导师）缓解了师资不足的问题。</w:t>
      </w:r>
    </w:p>
    <w:p>
      <w:r>
        <w:t>科研平台方面，贵州师范大学建立了「数字文旅研究中心」，安顺学院建立了「屯堡文化数字化实验室」，贵州财经大学建立了「旅游大数据分析实验室」。这些平台为数字文旅的科研和教学提供了基础设施支撑。</w:t>
      </w:r>
    </w:p>
    <w:p>
      <w:pPr>
        <w:pStyle w:val="Heading3"/>
      </w:pPr>
      <w:r>
        <w:t>学术共同体建设</w:t>
      </w:r>
    </w:p>
    <w:p>
      <w:r>
        <w:t>数字文旅的学科发展需要活跃的学术共同体支撑。贵州正在从以下几个方面推进学术共同体建设。学术组织——筹备成立「中国数字文旅研究会」，作为全国性的学术组织协调数字文旅的研究和交流。学术会议——继续举办「数字文旅与可持续发展国际研讨会」，打造数字文旅领域的品牌学术会议。学术期刊——推动创办《数字文旅研究》学术期刊，为数字文旅研究提供专业的发表平台。学术合作——加强与国内外高校和研究机构的合作关系，形成跨地区、跨学科的学术合作网络。</w:t>
      </w:r>
    </w:p>
    <w:p>
      <w:pPr>
        <w:pStyle w:val="Heading2"/>
      </w:pPr>
      <w:r>
        <w:t>数字文旅的方法论创新与工具开发</w:t>
      </w:r>
    </w:p>
    <w:p>
      <w:pPr>
        <w:pStyle w:val="Heading3"/>
      </w:pPr>
      <w:r>
        <w:t>计算社会科学在旅游研究中的应用</w:t>
      </w:r>
    </w:p>
    <w:p>
      <w:r>
        <w:t>计算社会科学为旅游研究提供了新的方法论工具。传统旅游研究主要依赖问卷调查和统计分析，样本量有限（通常几百到几千人）、数据滞后（调查到发表通常需要1-2年）和主观偏差（自我报告数据）是主要局限。计算社会科学利用大数据和AI技术，可以处理数百万条记录的实时数据，发现传统方法难以揭示的模式和规律。</w:t>
      </w:r>
    </w:p>
    <w:p>
      <w:r>
        <w:t>贵州师范大学数字文旅研究团队开发了多种计算社会科学工具。旅游情感分析工具——基于NLP技术自动分析社交媒体上的旅游相关内容，实时监测游客情感倾向和关注热点。工具处理了贵州旅游相关的超过5000万条社交媒体帖子，生成了「贵州旅游情感指数」月度报告。旅游网络分析工具——基于图论分析旅游信息传播的网络结构，识别关键的影响节点和传播路径。工具分析了贵州旅游在社交媒体上的传播网络，发现本地KOL的影响力占比从2018年的20%提升到2024年的45%，表明本地内容创作者正在成为旅游传播的重要力量。旅游时空分析工具——基于GIS和移动定位数据分析游客的时空行为模式，生成客流热力图和移动轨迹图。工具分析了贵州主要景区的游客时空分布，为景区容量管理和分流策略提供了数据支撑。</w:t>
      </w:r>
    </w:p>
    <w:p>
      <w:pPr>
        <w:pStyle w:val="Heading3"/>
      </w:pPr>
      <w:r>
        <w:t>混合方法研究的设计与实施</w:t>
      </w:r>
    </w:p>
    <w:p>
      <w:r>
        <w:t>单一研究方法难以全面理解数字文旅的复杂现象，混合方法研究成为趋势。混合方法研究结合定量和定性方法的优势——定量方法提供大样本的统计规律，定性方法提供深度的机制理解。</w:t>
      </w:r>
    </w:p>
    <w:p>
      <w:r>
        <w:t>贵州一项关于游客数字技术接受度的混合方法研究展示了这一方法的价值。定量阶段通过问卷调查收集了2000名游客的数据，统计分析发现年龄与数字技术接受度呈负相关。定性阶段对30位老年游客进行了深度访谈，发现年龄负相关的深层原因不仅是技术能力不足，还包括对技术的信任度低、对传统服务的偏好和对人际互动的渴望。这一发现比单纯的统计结论更加丰富和有指导意义——提升老年游客数字接受度的策略不应只关注技术培训，还应关注信任建设和人际关怀。</w:t>
      </w:r>
    </w:p>
    <w:p>
      <w:pPr>
        <w:pStyle w:val="Heading2"/>
      </w:pPr>
      <w:r>
        <w:t>数字文旅理论的实践检验</w:t>
      </w:r>
    </w:p>
    <w:p>
      <w:r>
        <w:t>理论的价值在于指导实践。贵州数字文旅的理论构建始终与实践紧密结合，理论成果在实践中得到检验和修正。数字文旅成熟度模型DTMM在贵州全省景区评估中得到了验证，评估结果与景区实际的数字化水平高度吻合，验证了模型的信度和效度。数字文旅生态系统健康度模型在一码游贵州平台评估中得到了应用，评估结果准确反映了平台生态的发展状况和问题所在。技术接受模型TAM在贵州景区游客调研中得到了扩展，研究发现除了感知有用性和感知易用性外，感知文化适配性和感知隐私安全性也是影响游客接受数字旅游技术的重要因素，这一发现扩展了TAM模型在旅游场景中的适用性。创新扩散理论在贵州景区数字化进程中得到了验证，5A景区作为创新者率先数字化，其经验通过示范效应扩散到4A和3A景区，扩散速度受到相对优势、兼容性和可试性等因素的影响，与理论预测一致。理论在实践中的检验不仅验证了理论的正确性，也通过实践反馈促进了理论的修正和完善。</w:t>
      </w:r>
    </w:p>
    <w:p>
      <w:pPr>
        <w:pStyle w:val="Heading2"/>
      </w:pPr>
      <w:r>
        <w:t>数字文旅研究的方法论反思</w:t>
      </w:r>
    </w:p>
    <w:p>
      <w:r>
        <w:t>在数字文旅研究方法论创新的过程中，也需要对方法论本身进行反思。大数据方法的局限性方面，大数据虽然提供了前所未有的数据规模和粒度，但也存在代表性偏差（数字平台用户不能代表所有游客）、测量偏差（行为数据不能完全反映心理状态）和语境缺失（行为数据缺乏行为发生的情境信息）等问题。贵州的研究实践表明，大数据方法应与传统方法结合使用，大数据提供宏观趋势和模式发现，传统方法提供深度理解和因果解释。实验方法的生态效度方面，实验室环境中的实验结果可能在真实旅游场景中不成立。贵州师范大学的认知旅游实验室通过在真实景区中部署便携式实验设备，提升了实验的生态效度。AI辅助研究的伦理方面，使用AI进行文献综述、数据分析和论文撰写等研究活动需要关注学术诚信问题。贵州高校制定了AI辅助研究的伦理指南，要求明确标注AI的使用范围和程度，确保研究者对AI生成的内容承担最终责任。跨学科研究的整合挑战方面，不同学科的研究范式和方法论差异可能导致跨学科合作中的沟通障碍和整合困难。贵州的实践表明，建立共同的概念框架和统一的研究问题是促进跨学科整合的有效途径。</w:t>
      </w:r>
    </w:p>
    <w:p>
      <w:r>
        <w:t>本章小结</w:t>
      </w:r>
    </w:p>
    <w:p>
      <w:r>
        <w:t>本章系统介绍了数字文旅的四大理论基石。数字经济理论（数据作为生产要素、网络效应、长尾理论）解释了数字文旅"为什么能创造新价值"的问题——数据的非竞争性和边际收益递增特性，使数字文旅产品具有传统旅游产品不具备的规模效应和个性化能力。体验经济与服务主导逻辑解释了数字文旅"如何创造价值"的问题——价值不是在平台上被"生产"出来的，而是在游客的体验过程中被"共同创造"的。平台经济理论解释了数字文旅"如何组织价值创造"的问题——平台通过连接多边用户群体、利用交叉网络外部性，构建了新型的产业组织形态。利益相关者理论解释了数字文旅"如何分配价值和协调冲突"的问题——多元主体的协同治理是数字文旅可持续发展的制度保障。</w:t>
      </w:r>
    </w:p>
    <w:p>
      <w:r>
        <w:t>这四大理论并非相互独立，而是构成了一个从"价值来源→价值创造→价值组织→价值分配"的完整分析框架。第 4 章将转向技术层面，系统介绍支撑数字文旅发展的核心技术体系。</w:t>
      </w:r>
    </w:p>
    <w:p>
      <w:r>
        <w:t>---</w:t>
      </w:r>
    </w:p>
    <w:p>
      <w:pPr>
        <w:pStyle w:val="Heading2"/>
      </w:pPr>
      <w:r>
        <w:t>思考题</w:t>
      </w:r>
    </w:p>
    <w:p>
      <w:pPr>
        <w:pStyle w:val="ListBullet"/>
      </w:pPr>
      <w:r>
        <w:rPr>
          <w:b/>
        </w:rPr>
        <w:t>简答题</w:t>
      </w:r>
      <w:r>
        <w:t>：简述数据作为生产要素的三个独特经济属性，并各举一个文旅领域的实例加以说明。</w:t>
      </w:r>
    </w:p>
    <w:p>
      <w:pPr>
        <w:pStyle w:val="ListBullet"/>
      </w:pPr>
      <w:r>
        <w:rPr>
          <w:b/>
        </w:rPr>
        <w:t>论述题</w:t>
      </w:r>
      <w:r>
        <w:t>：运用"服务主导逻辑"分析"一码游贵州"平台：谁是价值的共创者？他们各自贡献了什么？平台在其中扮演了什么角色？是否存在某些群体的价值贡献被低估或忽视？</w:t>
      </w:r>
    </w:p>
    <w:p>
      <w:pPr>
        <w:pStyle w:val="ListBullet"/>
      </w:pPr>
      <w:r>
        <w:rPr>
          <w:b/>
        </w:rPr>
        <w:t>案例分析题</w:t>
      </w:r>
      <w:r>
        <w:t>：黄果树景区动态定价方案的实施，涉及哪些利益相关者？运用利益相关者理论分析各方可能的立场和诉求，并提出平衡各方利益的建议。</w:t>
      </w:r>
    </w:p>
    <w:p>
      <w:pPr>
        <w:pStyle w:val="ListBullet"/>
      </w:pPr>
      <w:r>
        <w:rPr>
          <w:b/>
        </w:rPr>
        <w:t>实践操作题</w:t>
      </w:r>
      <w:r>
        <w:t>：选择一个你熟悉的旅游目的地，运用本章介绍的四大理论框架进行分析：（1）该目的地的数字化现状如何？（2）数字技术创造了哪些新的价值？（3）平台在其中发挥了什么作用？（4）存在哪些治理挑战？撰写一份 1000 字左右的分析报告。</w:t>
      </w:r>
    </w:p>
    <w:p>
      <w:r>
        <w:t>---</w:t>
      </w:r>
    </w:p>
    <w:p>
      <w:pPr>
        <w:pStyle w:val="Heading2"/>
      </w:pPr>
      <w:r>
        <w:t>参考文献</w:t>
      </w:r>
    </w:p>
    <w:p>
      <w:r>
        <w:t>[7] 王丽娜, 杨彬如. 数字经济背景下文旅产业数字化转型研究综述[J]. 科技和产业, 2024, 24(5): 1-10.</w:t>
      </w:r>
    </w:p>
    <w:p>
      <w:r>
        <w:t>[8] 胡海燕, 经渊. 文旅融合的数字化变革——基于国际视野的文献回顾[J]. 图书馆论坛, 2021, 41(11): 100-110.</w:t>
      </w:r>
    </w:p>
    <w:p>
      <w:r>
        <w:t>[9] Wu W, Xu C, Zhao M, et al. Digital tourism and smart development: state-of-the-art review</w:t>
      </w:r>
    </w:p>
    <w:p>
      <w:r>
        <w:t>[4] Frolova V, Avramenko G M, Beskorovaynaya S, et al. Digital Economy in the Management System of Tourism Enterprises[J]. Journal of Environmental Management and Tourism, 2019, 10(6): 1316-1325. DOI: 10.14505/jemt.v10.6(38).17.</w:t>
      </w:r>
    </w:p>
    <w:p>
      <w:r>
        <w:t>[5] Pinelova L. Ecosystem Approach in Digital Tourism and Hospitality[J]. International Journal of Digital Research, 2026, 1(1): 3-15. DOI: 10.63711/ijdr.net20260103.</w:t>
      </w:r>
    </w:p>
    <w:p>
      <w:r>
        <w:t>[6] Huang P, Shi Y, An J, et al. Digital Intelligence Civilization Drives New Business Civilization: A Theoretical Framework for the Collaborative Ecosystem of Digital Culture and Tourism Industry[J]. Advances in Management Sciences, 2023, 2(5): 582-594. DOI: 10.2478/amns.2023.2.00582.</w:t>
      </w:r>
    </w:p>
    <w:p>
      <w:r>
        <w:t>[7] 刘佳玮, 郭舒. 旅游目的地数字化建设的理论框架与实践问题[J]. 旅游科学, 2020, 34(8): 21-36.</w:t>
      </w:r>
    </w:p>
    <w:p>
      <w:r>
        <w:t>[8] Lin C Y, Li C. Digitization of intangible cultural heritage as a key factor in the transformation of cultural tourism integration[J]. Transactions on Social Science, Humanities and Research, 2024, 2(1): 90-104. DOI: 10.61784/tsshrv2n190.</w:t>
      </w:r>
    </w:p>
    <w:p>
      <w:r>
        <w:t>[9] 唐文萍, 刘沛林, 裴习君, 等. 文化遗产旅游地数字营销的理论逻辑与实践路径——基于具身传播视角[J]. 旅游学刊, 2023, 38(5): 89-102.</w:t>
      </w:r>
    </w:p>
    <w:p>
      <w:r>
        <w:t>[10] 陈曦, 白长虹, 陈晔, 等. 数字治理与高质量旅游目的地服务供给——基于31座中国城市的综合案例研究[J]. 管理世界, 2023, 39(12): 128-145.[J]. Sustainability, 2024, 16(23): 10382.</w:t>
      </w:r>
    </w:p>
    <w:p>
      <w:r>
        <w:br w:type="page"/>
      </w:r>
    </w:p>
    <w:p>
      <w:pPr>
        <w:pStyle w:val="Heading1"/>
      </w:pPr>
      <w:r>
        <w:t>第 4 章 数字文旅关键技术</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技术类型</w:t>
            </w:r>
          </w:p>
        </w:tc>
        <w:tc>
          <w:tcPr>
            <w:tcW w:type="dxa" w:w="2209"/>
          </w:tcPr>
          <w:p>
            <w:pPr>
              <w:spacing w:after="40" w:line="240" w:lineRule="auto"/>
            </w:pPr>
            <w:r>
              <w:rPr>
                <w:b/>
                <w:sz w:val="20"/>
              </w:rPr>
              <w:t>核心特征</w:t>
            </w:r>
          </w:p>
        </w:tc>
        <w:tc>
          <w:tcPr>
            <w:tcW w:type="dxa" w:w="2209"/>
          </w:tcPr>
          <w:p>
            <w:pPr>
              <w:spacing w:after="40" w:line="240" w:lineRule="auto"/>
            </w:pPr>
            <w:r>
              <w:rPr>
                <w:b/>
                <w:sz w:val="20"/>
              </w:rPr>
              <w:t>文旅应用场景</w:t>
            </w:r>
          </w:p>
        </w:tc>
        <w:tc>
          <w:tcPr>
            <w:tcW w:type="dxa" w:w="2209"/>
          </w:tcPr>
          <w:p>
            <w:pPr>
              <w:spacing w:after="40" w:line="240" w:lineRule="auto"/>
            </w:pPr>
            <w:r>
              <w:rPr>
                <w:b/>
                <w:sz w:val="20"/>
              </w:rPr>
              <w:t>贵州实践案例</w:t>
            </w:r>
          </w:p>
        </w:tc>
      </w:tr>
      <w:tr>
        <w:tc>
          <w:tcPr>
            <w:tcW w:type="dxa" w:w="2209"/>
          </w:tcPr>
          <w:p>
            <w:pPr>
              <w:spacing w:after="40" w:line="240" w:lineRule="auto"/>
            </w:pPr>
            <w:r>
              <w:rPr>
                <w:sz w:val="20"/>
              </w:rPr>
              <w:t>5G通信</w:t>
            </w:r>
          </w:p>
        </w:tc>
        <w:tc>
          <w:tcPr>
            <w:tcW w:type="dxa" w:w="2209"/>
          </w:tcPr>
          <w:p>
            <w:pPr>
              <w:spacing w:after="40" w:line="240" w:lineRule="auto"/>
            </w:pPr>
            <w:r>
              <w:rPr>
                <w:sz w:val="20"/>
              </w:rPr>
              <w:t>高带宽、低延迟</w:t>
            </w:r>
          </w:p>
        </w:tc>
        <w:tc>
          <w:tcPr>
            <w:tcW w:type="dxa" w:w="2209"/>
          </w:tcPr>
          <w:p>
            <w:pPr>
              <w:spacing w:after="40" w:line="240" w:lineRule="auto"/>
            </w:pPr>
            <w:r>
              <w:rPr>
                <w:sz w:val="20"/>
              </w:rPr>
              <w:t>实时直播、AR导览</w:t>
            </w:r>
          </w:p>
        </w:tc>
        <w:tc>
          <w:tcPr>
            <w:tcW w:type="dxa" w:w="2209"/>
          </w:tcPr>
          <w:p>
            <w:pPr>
              <w:spacing w:after="40" w:line="240" w:lineRule="auto"/>
            </w:pPr>
            <w:r>
              <w:rPr>
                <w:sz w:val="20"/>
              </w:rPr>
              <w:t>西江千户苗寨5G+VR直播</w:t>
            </w:r>
          </w:p>
        </w:tc>
      </w:tr>
      <w:tr>
        <w:tc>
          <w:tcPr>
            <w:tcW w:type="dxa" w:w="2209"/>
          </w:tcPr>
          <w:p>
            <w:pPr>
              <w:spacing w:after="40" w:line="240" w:lineRule="auto"/>
            </w:pPr>
            <w:r>
              <w:rPr>
                <w:sz w:val="20"/>
              </w:rPr>
              <w:t>VR/AR</w:t>
            </w:r>
          </w:p>
        </w:tc>
        <w:tc>
          <w:tcPr>
            <w:tcW w:type="dxa" w:w="2209"/>
          </w:tcPr>
          <w:p>
            <w:pPr>
              <w:spacing w:after="40" w:line="240" w:lineRule="auto"/>
            </w:pPr>
            <w:r>
              <w:rPr>
                <w:sz w:val="20"/>
              </w:rPr>
              <w:t>沉浸式体验</w:t>
            </w:r>
          </w:p>
        </w:tc>
        <w:tc>
          <w:tcPr>
            <w:tcW w:type="dxa" w:w="2209"/>
          </w:tcPr>
          <w:p>
            <w:pPr>
              <w:spacing w:after="40" w:line="240" w:lineRule="auto"/>
            </w:pPr>
            <w:r>
              <w:rPr>
                <w:sz w:val="20"/>
              </w:rPr>
              <w:t>虚拟景区、文化复原</w:t>
            </w:r>
          </w:p>
        </w:tc>
        <w:tc>
          <w:tcPr>
            <w:tcW w:type="dxa" w:w="2209"/>
          </w:tcPr>
          <w:p>
            <w:pPr>
              <w:spacing w:after="40" w:line="240" w:lineRule="auto"/>
            </w:pPr>
            <w:r>
              <w:rPr>
                <w:sz w:val="20"/>
              </w:rPr>
              <w:t>屯堡文化VR体验馆</w:t>
            </w:r>
          </w:p>
        </w:tc>
      </w:tr>
      <w:tr>
        <w:tc>
          <w:tcPr>
            <w:tcW w:type="dxa" w:w="2209"/>
          </w:tcPr>
          <w:p>
            <w:pPr>
              <w:spacing w:after="40" w:line="240" w:lineRule="auto"/>
            </w:pPr>
            <w:r>
              <w:rPr>
                <w:sz w:val="20"/>
              </w:rPr>
              <w:t>物联网</w:t>
            </w:r>
          </w:p>
        </w:tc>
        <w:tc>
          <w:tcPr>
            <w:tcW w:type="dxa" w:w="2209"/>
          </w:tcPr>
          <w:p>
            <w:pPr>
              <w:spacing w:after="40" w:line="240" w:lineRule="auto"/>
            </w:pPr>
            <w:r>
              <w:rPr>
                <w:sz w:val="20"/>
              </w:rPr>
              <w:t>万物互联</w:t>
            </w:r>
          </w:p>
        </w:tc>
        <w:tc>
          <w:tcPr>
            <w:tcW w:type="dxa" w:w="2209"/>
          </w:tcPr>
          <w:p>
            <w:pPr>
              <w:spacing w:after="40" w:line="240" w:lineRule="auto"/>
            </w:pPr>
            <w:r>
              <w:rPr>
                <w:sz w:val="20"/>
              </w:rPr>
              <w:t>环境监测、客流管控</w:t>
            </w:r>
          </w:p>
        </w:tc>
        <w:tc>
          <w:tcPr>
            <w:tcW w:type="dxa" w:w="2209"/>
          </w:tcPr>
          <w:p>
            <w:pPr>
              <w:spacing w:after="40" w:line="240" w:lineRule="auto"/>
            </w:pPr>
            <w:r>
              <w:rPr>
                <w:sz w:val="20"/>
              </w:rPr>
              <w:t>黄果树智能传感网络</w:t>
            </w:r>
          </w:p>
        </w:tc>
      </w:tr>
      <w:tr>
        <w:tc>
          <w:tcPr>
            <w:tcW w:type="dxa" w:w="2209"/>
          </w:tcPr>
          <w:p>
            <w:pPr>
              <w:spacing w:after="40" w:line="240" w:lineRule="auto"/>
            </w:pPr>
            <w:r>
              <w:rPr>
                <w:sz w:val="20"/>
              </w:rPr>
              <w:t>大模型</w:t>
            </w:r>
          </w:p>
        </w:tc>
        <w:tc>
          <w:tcPr>
            <w:tcW w:type="dxa" w:w="2209"/>
          </w:tcPr>
          <w:p>
            <w:pPr>
              <w:spacing w:after="40" w:line="240" w:lineRule="auto"/>
            </w:pPr>
            <w:r>
              <w:rPr>
                <w:sz w:val="20"/>
              </w:rPr>
              <w:t>自然语言处理</w:t>
            </w:r>
          </w:p>
        </w:tc>
        <w:tc>
          <w:tcPr>
            <w:tcW w:type="dxa" w:w="2209"/>
          </w:tcPr>
          <w:p>
            <w:pPr>
              <w:spacing w:after="40" w:line="240" w:lineRule="auto"/>
            </w:pPr>
            <w:r>
              <w:rPr>
                <w:sz w:val="20"/>
              </w:rPr>
              <w:t>智能客服、导游</w:t>
            </w:r>
          </w:p>
        </w:tc>
        <w:tc>
          <w:tcPr>
            <w:tcW w:type="dxa" w:w="2209"/>
          </w:tcPr>
          <w:p>
            <w:pPr>
              <w:spacing w:after="40" w:line="240" w:lineRule="auto"/>
            </w:pPr>
            <w:r>
              <w:rPr>
                <w:sz w:val="20"/>
              </w:rPr>
              <w:t>一码游贵州AI助手</w:t>
            </w:r>
          </w:p>
        </w:tc>
      </w:tr>
    </w:tbl>
    <w:p/>
    <w:p>
      <w:pPr>
        <w:pStyle w:val="ListBullet"/>
      </w:pPr>
      <w:r>
        <w:rPr>
          <w:b/>
        </w:rPr>
        <w:t>知识目标</w:t>
      </w:r>
      <w:r>
        <w:t>：学生能够描述云计算、物联网、人工智能、区块链和沉浸式技术的基本原理，了解各项技术在文旅领域的主要应用场景和代表性案例。</w:t>
      </w:r>
    </w:p>
    <w:p>
      <w:pPr>
        <w:pStyle w:val="ListBullet"/>
      </w:pPr>
      <w:r>
        <w:rPr>
          <w:b/>
        </w:rPr>
        <w:t>能力目标</w:t>
      </w:r>
      <w:r>
        <w:t>：学生能够针对给定的文旅业务需求，评估各项数字技术的适用性，选择合适的技术方案并提出初步的实施思路。</w:t>
      </w:r>
    </w:p>
    <w:p>
      <w:pPr>
        <w:pStyle w:val="ListBullet"/>
      </w:pPr>
      <w:r>
        <w:rPr>
          <w:b/>
        </w:rPr>
        <w:t>素养目标</w:t>
      </w:r>
      <w:r>
        <w:t>：学生能够形成技术敏感性和技术伦理意识，既不盲目崇拜技术，也不拒绝接受技术，以理性和审慎的态度看待技术在文旅领域的应用。</w:t>
      </w:r>
    </w:p>
    <w:p>
      <w:r>
        <w:t>---</w:t>
      </w:r>
    </w:p>
    <w:p>
      <w:pPr>
        <w:pStyle w:val="Heading2"/>
      </w:pPr>
      <w:r>
        <w:t>导入案例</w:t>
      </w:r>
    </w:p>
    <w:p>
      <w:r>
        <w:t>2023 年暑假，一名来自广州的游客在西江千户苗寨打开手机，通过 5G 网络接入景区 VR 全景直播系统。屏幕上，苗寨的吊脚楼在晨雾中若隐若现，苗家阿妹的银饰在阳光下闪闪发光——720 度全景画面流畅无卡顿，仿佛置身其中。同一时刻，景区的物联网传感系统正在实时采集客流密度、空气质量和噪音数据，AI 分析引擎根据这些数据自动调整着下一时段的分流方案；游客通过扫码购买的苗族银饰 NFT 数字藏品，正通过区块链技术完成版权确认和链上存证。</w:t>
      </w:r>
    </w:p>
    <w:p>
      <w:r>
        <w:t>这一幕同时调用了五项核心技术：5G 通信保障了高清视频的实时传输，物联网实现了景区环境的智能感知，AI 驱动了客流分析和个性化推荐，区块链确保了数字资产的真实可信，VR 创造了超越物理距离的沉浸体验。这些技术并非孤立运作，而是以"技术栈"的方式协同配合——底层提供算力和连接，中层提供数据和算法，上层提供应用和体验。本章将逐一介绍这五项关键技术的基本原理及其在文旅领域的应用。</w:t>
      </w:r>
    </w:p>
    <w:p>
      <w:r>
        <w:rPr>
          <w:b/>
        </w:rPr>
        <w:t>引导性问题</w:t>
      </w:r>
      <w:r>
        <w:t>：</w:t>
      </w:r>
    </w:p>
    <w:p>
      <w:pPr>
        <w:pStyle w:val="ListBullet"/>
      </w:pPr>
      <w:r>
        <w:t>5G 网络的高带宽和低延迟，具体给文旅体验带来了哪些"不可能变为可能"的变化？</w:t>
      </w:r>
    </w:p>
    <w:p>
      <w:pPr>
        <w:pStyle w:val="ListBullet"/>
      </w:pPr>
      <w:r>
        <w:t>AI 大模型与传统的旅游推荐系统有什么本质区别？</w:t>
      </w:r>
    </w:p>
    <w:p>
      <w:pPr>
        <w:pStyle w:val="ListBullet"/>
      </w:pPr>
      <w:r>
        <w:t>区块链技术在文旅领域的应用，是真正的"刚需"还是"概念炒作"？</w:t>
      </w:r>
    </w:p>
    <w:p>
      <w:r>
        <w:t>---</w:t>
      </w:r>
    </w:p>
    <w:p>
      <w:pPr>
        <w:pStyle w:val="Heading2"/>
      </w:pPr>
      <w:r>
        <w:t>4.1 云计算与边缘计算</w:t>
      </w:r>
    </w:p>
    <w:p>
      <w:pPr>
        <w:pStyle w:val="Heading3"/>
      </w:pPr>
      <w:r>
        <w:t>4.1.1 云计算基础与文旅云平台</w:t>
      </w:r>
    </w:p>
    <w:p>
      <w:r>
        <w:rPr>
          <w:b/>
        </w:rPr>
        <w:t>云计算的核心概念。</w:t>
      </w:r>
      <w:r>
        <w:t xml:space="preserve"> 云计算是一种通过互联网按需提供计算资源（服务器、存储、数据库、网络、软件等）的服务模式。用户无需自行购买和维护昂贵的硬件设备，而是像使用水电一样，按使用量付费获取计算资源。美国国家标准与技术研究院（NIST）将云计算的服务模式分为三个层次：基础设施即服务（IaaS，提供虚拟服务器和存储）、平台即服务（PaaS，提供开发和部署环境）、软件即服务（SaaS，直接提供应用软件）。</w:t>
      </w:r>
    </w:p>
    <w:p>
      <w:r>
        <w:rPr>
          <w:b/>
        </w:rPr>
        <w:t>文旅行业为什么需要云计算。</w:t>
      </w:r>
      <w:r>
        <w:t xml:space="preserve"> 文旅业务具有显著的"峰谷效应"——黄金周和暑假期间，景区票务系统的访问量可能达到平时的数十倍甚至上百倍。传统 IT 架构（自建服务器）要么在高峰期"崩掉"，要么在平时大量闲置。云计算的"弹性伸缩"能力完美解决了这一痛点：系统可以根据实时访问量自动增减服务器资源，高峰期自动扩容，低谷期自动缩容，既保证了服务稳定性，又避免了资源浪费。</w:t>
      </w:r>
    </w:p>
    <w:p>
      <w:r>
        <w:rPr>
          <w:b/>
        </w:rPr>
        <w:t>文旅云平台的建设实践。</w:t>
      </w:r>
      <w:r>
        <w:t xml:space="preserve"> 近年来，多个省市建设了"文旅云"平台，为辖区内的文旅企业提供统一的云计算服务。贵州省依托贵安新区数据中心集群的算力优势，为"一码游贵州"平台提供了稳定的云基础设施支撑——数百家景区的票务数据、数万家商户的实时信息、数千万游客的访问请求，全部运行在云端。对于中小景区而言，使用文旅云平台意味着无需自行建设数据中心，只需接入云端服务即可获得与大型景区同等的数字化能力。</w:t>
      </w:r>
    </w:p>
    <w:p>
      <w:r>
        <w:rPr>
          <w:b/>
        </w:rPr>
        <w:t>SaaS 模式降低数字化门槛。</w:t>
      </w:r>
      <w:r>
        <w:t xml:space="preserve"> 对于大量小微文旅企业（如民宿、农家乐、小型景区），自行开发管理系统的成本极高。SaaS 模式的出现使这些企业可以按月付费使用云端的管理软件——如客房管理系统、客户关系管理系统、在线营销工具等——大幅降低了数字化的资金门槛和技术门槛。这正是云计算"普惠"价值的体现：让技术不再是大型企业的专利。</w:t>
      </w:r>
    </w:p>
    <w:p>
      <w:pPr>
        <w:spacing w:before="80" w:after="80"/>
        <w:ind w:left="680"/>
        <w:pBdr>
          <w:left w:val="single" w:sz="12" w:color="2C7AA8"/>
        </w:pBdr>
      </w:pPr>
      <w:r>
        <w:rPr>
          <w:i/>
          <w:color w:val="555555"/>
          <w:sz w:val="22"/>
        </w:rPr>
        <w:t>知识卡片 4-1：云计算服务的"弹性伸缩"（Auto Scaling）是其区别于传统 IT 架构的核心能力。系统可以根据预设规则（如 CPU 使用率超过 80%）自动增加或减少服务器实例，整个过程对用户透明。对于面临"十一黄金周"客流洪峰的景区票务系统而言，弹性伸缩能力意味着可以在不"崩系统"的前提下节省 50% 以上的平时服务器成本。</w:t>
      </w:r>
    </w:p>
    <w:p>
      <w:pPr>
        <w:pStyle w:val="Heading3"/>
      </w:pPr>
      <w:r>
        <w:t>4.1.2 边缘计算与景区实时响应</w:t>
      </w:r>
    </w:p>
    <w:p>
      <w:r>
        <w:rPr>
          <w:b/>
        </w:rPr>
        <w:t>边缘计算的概念。</w:t>
      </w:r>
      <w:r>
        <w:t xml:space="preserve"> 边缘计算是将计算和数据存储从集中式的云端迁移到靠近数据源的"边缘"（如景区内的本地服务器、网关设备甚至摄像头端）。其核心逻辑是"数据在哪里产生，就在哪里处理"——而不是把所有数据都传回云端再处理。边缘计算并非要取代云计算，而是与云计算形成"云边协同"的互补架构。</w:t>
      </w:r>
    </w:p>
    <w:p>
      <w:r>
        <w:rPr>
          <w:b/>
        </w:rPr>
        <w:t>文旅场景中的边缘计算需求。</w:t>
      </w:r>
      <w:r>
        <w:t xml:space="preserve"> 某些文旅应用对响应速度有极高要求。例如，景区人脸识别闸机的身份验证需要在 200 毫秒内完成，如果数据要传回数百公里外的云端服务器再返回，网络延迟可能导致闸机反应迟钝、游客排队积压。将人脸识别模型部署在景区本地的边缘服务器上，可以实现毫秒级的实时响应。同样，景区安全监控中的危险行为识别（如游客翻越护栏）、客流密度实时预警等场景，都需要边缘计算提供"就地决策"能力。</w:t>
      </w:r>
    </w:p>
    <w:p>
      <w:r>
        <w:rPr>
          <w:b/>
        </w:rPr>
        <w:t>贵州的山地场景挑战。</w:t>
      </w:r>
      <w:r>
        <w:t xml:space="preserve"> 贵州山地景区的地形复杂、网络覆盖不均匀，部分峡谷和洞穴区域甚至没有稳定的移动信号。在这种环境下，完全依赖云端的智慧旅游系统可能因网络中断而无法使用。边缘计算为这一问题提供了解决方案——在景区关键节点部署边缘服务器，本地处理票务核验、安全监控和导览服务，待网络恢复后再将数据同步到云端。这种"离线可用、在线同步"的能力，对于山地型景区的数字化建设尤为关键。</w:t>
      </w:r>
    </w:p>
    <w:p>
      <w:r>
        <w:t>---</w:t>
      </w:r>
    </w:p>
    <w:p>
      <w:pPr>
        <w:pStyle w:val="Heading2"/>
      </w:pPr>
      <w:r>
        <w:t>4.2 物联网与智能感知</w:t>
      </w:r>
    </w:p>
    <w:p>
      <w:pPr>
        <w:pStyle w:val="Heading3"/>
      </w:pPr>
      <w:r>
        <w:t>4.2.1 物联网技术体系</w:t>
      </w:r>
    </w:p>
    <w:p>
      <w:r>
        <w:rPr>
          <w:b/>
        </w:rPr>
        <w:t>物联网的定义与架构。</w:t>
      </w:r>
      <w:r>
        <w:t xml:space="preserve"> 物联网（Internet of Things, IoT）是通过传感器、射频识别、定位系统等信息传感设备，按约定的协议将任何物品与互联网连接起来，实现智能化识别、定位、跟踪、监控和管理的网络。物联网的典型架构分为四层：感知层（传感器采集数据）、网络层（通过 WiFi/5G/LoRa 等传输数据）、平台层（数据存储和处理）、应用层（面向用户的服务）。</w:t>
      </w:r>
    </w:p>
    <w:p>
      <w:r>
        <w:rPr>
          <w:b/>
        </w:rPr>
        <w:t>文旅场景中的感知设备。</w:t>
      </w:r>
      <w:r>
        <w:t xml:space="preserve"> 在智慧景区中，物联网的感知层由多种设备组成：视频摄像头采集客流密度和行为数据，红外传感器监测特定区域的游客数量，环境传感器监测温度、湿度、空气质量和水质，GPS/北斗定位设备追踪观光车的实时位置，智能闸机记录进出数据，智能垃圾桶监测填充状态。这些设备构成了景区的"数字神经系统"，将物理世界的信息实时转化为数字信号。</w:t>
      </w:r>
    </w:p>
    <w:p>
      <w:r>
        <w:rPr>
          <w:b/>
        </w:rPr>
        <w:t>通信协议的选择。</w:t>
      </w:r>
      <w:r>
        <w:t xml:space="preserve"> 不同的物联网设备适用不同的通信协议。WiFi 适合室内环境、带宽需求高的设备（如高清摄像头）；5G 适合移动场景、低延迟需求的应用（如自动驾驶观光车）；LoRa 适合广覆盖、低功耗、低频次数据传输的场景（如散布在山区的环境监测传感器）；RFID 适合近距离快速识别（如景区年卡、电子门票）。景区物联网建设需要根据具体场景选择合适的通信协议组合。</w:t>
      </w:r>
    </w:p>
    <w:p>
      <w:pPr>
        <w:pStyle w:val="Heading3"/>
      </w:pPr>
      <w:r>
        <w:t>4.2.2 智能感知在景区管理中的应用</w:t>
      </w:r>
    </w:p>
    <w:p>
      <w:r>
        <w:rPr>
          <w:b/>
        </w:rPr>
        <w:t>客流监测与安全预警。</w:t>
      </w:r>
      <w:r>
        <w:t xml:space="preserve"> 客流监测是物联网在景区中最基础也最重要的应用。黄果树景区在核心景点（大瀑布观景台、水帘洞入口）和关键通道部署了高清摄像头和红外计数传感器，实时采集各区域的游客密度数据。当某个区域的客流密度超过安全阈值时，系统自动触发预警，指挥中心根据预警等级启动分流预案——如调整观光车发车频率、引导游客绕行替代线路、甚至临时限制进入。这一系统将传统的"经验判断+人工巡查"升级为"数据驱动+自动预警"，显著提升了安全管理的精度和效率。</w:t>
      </w:r>
    </w:p>
    <w:p>
      <w:r>
        <w:rPr>
          <w:b/>
        </w:rPr>
        <w:t>环境监测与生态保护。</w:t>
      </w:r>
      <w:r>
        <w:t xml:space="preserve"> 对于生态敏感型景区（如自然保护区、喀斯特溶洞），游客活动可能对环境造成不可逆的影响。物联网环境传感器可以持续监测空气质量（CO₂浓度）、水质、土壤湿度和噪音等指标，一旦发现异常趋势，系统自动提醒管理者采取措施——如限制游客数量、暂停某些区域开放。在贵州织金洞等溶洞景区，环境监测系统是平衡"开放游览"与"保护资源"的技术基础。</w:t>
      </w:r>
    </w:p>
    <w:p>
      <w:r>
        <w:rPr>
          <w:b/>
        </w:rPr>
        <w:t>设施运维与节能管理。</w:t>
      </w:r>
      <w:r>
        <w:t xml:space="preserve"> 物联网还能帮助景区实现精细化的设施管理。智能水电表可以实时监测各区域的能耗，识别异常用水用电（如水管爆裂或设备故障）；智能路灯可以根据客流和光照自动调节亮度和开关时间；智能垃圾桶在快满时自动发送清理提醒。这些应用不仅降低了运维成本，也减少了能源浪费，体现了智慧景区的"绿色"内涵。</w:t>
      </w:r>
    </w:p>
    <w:p>
      <w:pPr>
        <w:pStyle w:val="Heading3"/>
      </w:pPr>
      <w:r>
        <w:t>4.2.3 传感器网络与环境监测</w:t>
      </w:r>
    </w:p>
    <w:p>
      <w:r>
        <w:rPr>
          <w:b/>
        </w:rPr>
        <w:t>山地景区的感知挑战。</w:t>
      </w:r>
      <w:r>
        <w:t xml:space="preserve"> 贵州山地景区面积大、地形复杂、气候多变，给传感器网络的部署和维护带来了特殊挑战。首先，广域覆盖需要大量传感器节点，但山区电力供应和通信网络不一定到位——太阳能供电和低功耗广域网（LPWAN）是重要的技术选择。其次，高湿度、大温差等环境因素对设备可靠性要求较高。此外，野外环境中的传感器维护（更换电池、清理遮挡物等）成本较高，需要在部署方案中充分考虑。</w:t>
      </w:r>
    </w:p>
    <w:p>
      <w:r>
        <w:rPr>
          <w:b/>
        </w:rPr>
        <w:t>"感知-分析-响应"闭环。</w:t>
      </w:r>
      <w:r>
        <w:t xml:space="preserve"> 物联网的价值不在于"感知"本身，而在于"感知→分析→响应"的完整闭环。感知层采集数据，平台层通过规则引擎或 AI 模型分析数据，应用层根据分析结果触发响应动作——如调整 LED 屏的导览信息、向游客手机推送安全提示、调度工作人员前往现场。安顺学院《数据驱动下的智慧景区运营实战》课程所教授的"数据分析全生命周期"理念，正是这一闭环逻辑在教学中的体现——从业务理解出发，经过数据收集、预处理、分析建模和可视化，最终回到业务决策。</w:t>
      </w:r>
    </w:p>
    <w:p>
      <w:r>
        <w:t>---</w:t>
      </w:r>
    </w:p>
    <w:p>
      <w:pPr>
        <w:pStyle w:val="Heading2"/>
      </w:pPr>
      <w:r>
        <w:t>4.3 人工智能与大模型</w:t>
      </w:r>
    </w:p>
    <w:p>
      <w:pPr>
        <w:pStyle w:val="Heading3"/>
      </w:pPr>
      <w:r>
        <w:t>4.3.1 AI 核心技术概览</w:t>
      </w:r>
    </w:p>
    <w:p>
      <w:r>
        <w:rPr>
          <w:b/>
        </w:rPr>
        <w:t>人工智能的三大支柱。</w:t>
      </w:r>
      <w:r>
        <w:t xml:space="preserve"> 当前人工智能的快速发展建立在三大支柱之上：数据（海量标注数据提供"学习材料"）、算力（GPU 集群提供"计算能力"）和算法（深度学习模型提供"智能引擎"）。三者相互促进：更强大的算法可以更有效地利用数据和算力，更丰富的算力使得更大规模的模型训练成为可能，更多的数据则持续提升模型的准确性和泛化能力。</w:t>
      </w:r>
    </w:p>
    <w:p>
      <w:r>
        <w:rPr>
          <w:b/>
        </w:rPr>
        <w:t>文旅 AI 的技术谱系。</w:t>
      </w:r>
      <w:r>
        <w:t xml:space="preserve"> 应用于文旅领域的人工智能技术涵盖多个分支。</w:t>
      </w:r>
      <w:r>
        <w:rPr>
          <w:b/>
        </w:rPr>
        <w:t>自然语言处理（NLP）</w:t>
      </w:r>
      <w:r>
        <w:t xml:space="preserve"> 支撑了智能客服、AI 导游和多语种翻译——游客可以用自然语言提问，AI 理解意图后给出回答。</w:t>
      </w:r>
      <w:r>
        <w:rPr>
          <w:b/>
        </w:rPr>
        <w:t>计算机视觉</w:t>
      </w:r>
      <w:r>
        <w:t xml:space="preserve"> 支撑了人脸识别入园、游客行为分析和安全监控——摄像头"看懂"了画面中的内容。</w:t>
      </w:r>
      <w:r>
        <w:rPr>
          <w:b/>
        </w:rPr>
        <w:t>推荐系统</w:t>
      </w:r>
      <w:r>
        <w:t xml:space="preserve"> 支撑了个性化行程规划和精准营销——AI 比游客自己更了解其偏好。</w:t>
      </w:r>
      <w:r>
        <w:rPr>
          <w:b/>
        </w:rPr>
        <w:t>生成式 AI</w:t>
      </w:r>
      <w:r>
        <w:t xml:space="preserve"> 是最新的突破方向——大语言模型可以自动生成旅行攻略、景区讲解词和营销文案，大幅提升内容生产的效率。</w:t>
      </w:r>
    </w:p>
    <w:p>
      <w:pPr>
        <w:spacing w:before="80" w:after="80"/>
        <w:ind w:left="680"/>
        <w:pBdr>
          <w:left w:val="single" w:sz="12" w:color="2C7AA8"/>
        </w:pBdr>
      </w:pPr>
      <w:r>
        <w:rPr>
          <w:i/>
          <w:color w:val="555555"/>
          <w:sz w:val="22"/>
        </w:rPr>
        <w:t>知识卡片 4-2：大语言模型（Large Language Model, LLM）是近年来人工智能领域最引人注目的突破。以 GPT-4 为代表的大模型具有三大核心能力：语言理解（理解人类语言的意图和语义）、知识推理（从已知信息推导新结论）和内容生成（创造新的文本、代码、图像等）。在文旅领域，大模型正在改变导览解说、客户服务和内容营销的工作方式——从"人工编写"转向"AI 生成+人工审核"。</w:t>
      </w:r>
    </w:p>
    <w:p>
      <w:pPr>
        <w:pStyle w:val="Heading3"/>
      </w:pPr>
      <w:r>
        <w:t>4.3.2 大语言模型与智能客服/导游</w:t>
      </w:r>
    </w:p>
    <w:p>
      <w:r>
        <w:rPr>
          <w:b/>
        </w:rPr>
        <w:t>传统智能客服的局限。</w:t>
      </w:r>
      <w:r>
        <w:t xml:space="preserve"> 在生成式 AI 出现之前，文旅行业的"智能客服"大多基于规则匹配和关键词识别——系统预置了大量"问题-答案"对，用户输入匹配到预设问题后返回对应答案。这种方式的致命缺陷是"不懂变通"：用户换一种问法，系统就"答不上来"；用户的问题不在预设范围内，系统只能回复"请转人工"。游客常常在与机器人对话几句后就选择放弃，智能客服沦为"劝退工具"。</w:t>
      </w:r>
    </w:p>
    <w:p>
      <w:r>
        <w:rPr>
          <w:b/>
        </w:rPr>
        <w:t>大模型带来的范式变革。</w:t>
      </w:r>
      <w:r>
        <w:t xml:space="preserve"> 大语言模型从根本上改变了智能客服的能力边界。基于大模型的智能客服不再依赖预设的问答对，而是通过理解用户的意图、检索相关知识库、生成自然流畅的回答。以"一码游贵州"国际版为例，其中集成的 AI 客服可以处理入境游客的多语种咨询——包括景区信息查询、交通路线规划、餐饮推荐、应急求助等——并且能够根据上下文进行多轮对话，像真人导游一样与游客交流。当游客问"我带了老人和小孩，黄果树景区怎么玩比较合适"，AI 客服不是回复一段标准介绍，而是根据家庭出游的特征推荐低强度路线、标注电梯和休息区位置、建议合适的游览时长。</w:t>
      </w:r>
    </w:p>
    <w:p>
      <w:r>
        <w:rPr>
          <w:b/>
        </w:rPr>
        <w:t>AI 导游的个性化能力。</w:t>
      </w:r>
      <w:r>
        <w:t xml:space="preserve"> 传统景区导览面临"千人一面"的问题——所有游客听到的是同一段解说词，无论对方是历史学者还是小学生。AI 导游则可以根据游客的知识背景、兴趣偏好和游览节奏，动态调整讲解内容和风格。安顺学院智慧文旅实训项目案例库中的"AI 古建筑文物识别讲解系统"，展示了这一能力的实现路径：图像识别技术识别文物→知识图谱提供多层级信息（基础知识/专业深度/趣味故事）→根据用户画像选择讲解深度和语言风格→多语种语音合成输出。这种"千人千面"的导览体验，是 AI 给文旅带来的核心价值之一。</w:t>
      </w:r>
    </w:p>
    <w:p>
      <w:pPr>
        <w:pStyle w:val="Heading3"/>
      </w:pPr>
      <w:r>
        <w:t>4.3.3 计算机视觉与游客行为分析</w:t>
      </w:r>
    </w:p>
    <w:p>
      <w:r>
        <w:rPr>
          <w:b/>
        </w:rPr>
        <w:t>从"看"到"看懂"。</w:t>
      </w:r>
      <w:r>
        <w:t xml:space="preserve"> 计算机视觉技术的进步，使得摄像头不仅能"记录画面"，还能"理解内容"。在文旅场景中，计算机视觉的应用已经覆盖了多个环节。人脸识别技术用于景区闸机验票和酒店自助入住，实现了"刷脸通行"；目标检测技术用于统计客流密度和识别危险行为（如翻越护栏、进入禁入区域）；情绪识别技术可以分析游客的表情和肢体语言，评估游览体验的满意度。</w:t>
      </w:r>
    </w:p>
    <w:p>
      <w:r>
        <w:rPr>
          <w:b/>
        </w:rPr>
        <w:t>游客行为分析的价值。</w:t>
      </w:r>
      <w:r>
        <w:t xml:space="preserve"> 通过计算机视觉技术获取的游客行为数据，为景区管理提供了前所未有的洞察。分析游客在景区的停留时间分布，可以发现"被忽视的景点"和"过度拥挤的节点"；分析游客的游览路径，可以优化导览路线设计和标识系统布局；分析游客在不同商铺的驻足率，可以为商业布局提供数据支持。需要注意的是，这些分析必须在遵守隐私保护法规的前提下进行——数据的采集和使用需要明确的告知和授权。</w:t>
      </w:r>
    </w:p>
    <w:p>
      <w:r>
        <w:rPr>
          <w:b/>
        </w:rPr>
        <w:t>AI 辅助安全管理。</w:t>
      </w:r>
      <w:r>
        <w:t xml:space="preserve"> 安全是景区的生命线。AI 视觉分析为景区安全提供了"不知疲倦的眼睛"——系统可以 7×24 小时持续监控，对异常事件（如游客摔倒、人群异常聚集、火情烟雾）自动识别和报警，无需人工时刻盯着屏幕。贵州山地景区的复杂地形（悬崖、峡谷、溶洞）使得人工巡查成本高、盲区多，AI 视觉监控的部署显著提升了安全管理的覆盖面和响应速度。</w:t>
      </w:r>
    </w:p>
    <w:p>
      <w:r>
        <w:t>---</w:t>
      </w:r>
    </w:p>
    <w:p>
      <w:pPr>
        <w:pStyle w:val="Heading2"/>
      </w:pPr>
      <w:r>
        <w:t>4.4 区块链与数字信任</w:t>
      </w:r>
    </w:p>
    <w:p>
      <w:pPr>
        <w:pStyle w:val="Heading3"/>
      </w:pPr>
      <w:r>
        <w:t>4.4.1 区块链基本原理</w:t>
      </w:r>
    </w:p>
    <w:p>
      <w:r>
        <w:rPr>
          <w:b/>
        </w:rPr>
        <w:t>区块链是什么。</w:t>
      </w:r>
      <w:r>
        <w:t xml:space="preserve"> 区块链是一种去中心化的分布式账本技术。其核心特征可以概括为四个关键词：</w:t>
      </w:r>
      <w:r>
        <w:rPr>
          <w:b/>
        </w:rPr>
        <w:t>分布式存储</w:t>
      </w:r>
      <w:r>
        <w:t>——数据不是存储在单一服务器上，而是分布在网络的多个节点中；</w:t>
      </w:r>
      <w:r>
        <w:rPr>
          <w:b/>
        </w:rPr>
        <w:t>不可篡改</w:t>
      </w:r>
      <w:r>
        <w:t>——一旦数据被写入区块链，几乎不可能被修改或删除；</w:t>
      </w:r>
      <w:r>
        <w:rPr>
          <w:b/>
        </w:rPr>
        <w:t>共识机制</w:t>
      </w:r>
      <w:r>
        <w:t>——所有节点通过算法达成一致，不需要中心化的权威机构来验证；</w:t>
      </w:r>
      <w:r>
        <w:rPr>
          <w:b/>
        </w:rPr>
        <w:t>智能合约</w:t>
      </w:r>
      <w:r>
        <w:t>——预先设定的规则在条件满足时自动执行，无需人工干预。</w:t>
      </w:r>
    </w:p>
    <w:p>
      <w:r>
        <w:rPr>
          <w:b/>
        </w:rPr>
        <w:t>区块链解决的核心问题：信任。</w:t>
      </w:r>
      <w:r>
        <w:t xml:space="preserve"> 在传统的中心化系统中，信任依赖于一个中心化的"信任中介"——银行保证交易安全，政府保证产权登记，平台保证评价真实。区块链的颠覆性在于：用技术手段替代了信任中介——用密码学保证数据安全，用分布式共识保证记录公正，用智能合约保证规则执行。这意味着，在区块链系统中，信任不再"寄托于某个机构"，而是"内嵌于技术本身"。</w:t>
      </w:r>
    </w:p>
    <w:p>
      <w:pPr>
        <w:pStyle w:val="Heading3"/>
      </w:pPr>
      <w:r>
        <w:t>4.4.2 NFT 与数字藏品</w:t>
      </w:r>
    </w:p>
    <w:p>
      <w:r>
        <w:rPr>
          <w:b/>
        </w:rPr>
        <w:t>NFT 的基本逻辑。</w:t>
      </w:r>
      <w:r>
        <w:t xml:space="preserve"> NFT（Non-Fungible Token，非同质化代币）是区块链技术在数字资产领域的最知名应用。与比特币等同质化代币不同，每一个 NFT 都是独一无二的，其所有权和交易记录被永久记录在区块链上。这一特性使得 NFT 天然适合用于数字艺术品、收藏品和虚拟资产的产权确认和交易。</w:t>
      </w:r>
    </w:p>
    <w:p>
      <w:r>
        <w:rPr>
          <w:b/>
        </w:rPr>
        <w:t>文旅数字藏品的实践。</w:t>
      </w:r>
      <w:r>
        <w:t xml:space="preserve"> 近年来，国内多家博物馆和景区推出了数字藏品。故宫博物院推出了基于文物三维模型的数字藏品系列；敦煌研究院推出了数字壁画藏品；黄果树景区也曾推出瀑布主题的数字收藏品。数字藏品的核心价值在于：一是为文化遗产的数字化传播提供了新载体——一件文物的数字藏品可以被成千上万人"收藏"，扩大了文化传播的覆盖面；二是为景区的 IP 运营开辟了新渠道——数字藏品的销售收入成为景区文创收入的新增长点；三是为游客提供了新的"纪念品"形式——相比传统的冰箱贴和明信片，数字藏品更符合数字原住民的消费习惯。</w:t>
      </w:r>
    </w:p>
    <w:p>
      <w:r>
        <w:rPr>
          <w:b/>
        </w:rPr>
        <w:t>泡沫与价值。</w:t>
      </w:r>
      <w:r>
        <w:t xml:space="preserve"> 需要客观认识的是，NFT 和数字藏品领域存在明显的投机泡沫。2021 年前后，部分 NFT 项目被炒到天价后又迅速崩盘，暴露出市场的非理性。在文旅领域，数字藏品的长期价值取决于其是否承载了真正的文化和艺术内涵，而非短期炒作。理性的态度是：肯定区块链技术在数字资产确权和交易中的创新价值，同时警惕投机炒作对行业健康发展的损害。</w:t>
      </w:r>
    </w:p>
    <w:p>
      <w:pPr>
        <w:pStyle w:val="Heading3"/>
      </w:pPr>
      <w:r>
        <w:t>4.4.3 文旅领域的信任机制创新</w:t>
      </w:r>
    </w:p>
    <w:p>
      <w:r>
        <w:rPr>
          <w:b/>
        </w:rPr>
        <w:t>票务防伪与二次交易。</w:t>
      </w:r>
      <w:r>
        <w:t xml:space="preserve"> 区块链在票务领域的应用可以有效解决"假票"和"黄牛"问题。传统的电子票务系统中，同一张电子票可能被多次复制和使用。基于区块链的电子票务系统为每张票生成唯一的链上标识，每次检票都会在链上记录，杜绝了"一票多用"。此外，区块链技术还可以支持票务的合法二次交易——如果游客临时改变行程，可以在链上以合理价格将票转让给他人，景区和转售平台各获得一定比例的分成，形成多方共赢的局面。</w:t>
      </w:r>
    </w:p>
    <w:p>
      <w:r>
        <w:rPr>
          <w:b/>
        </w:rPr>
        <w:t>评价系统的可信性。</w:t>
      </w:r>
      <w:r>
        <w:t xml:space="preserve"> 虚假评论是 OTA 平台面临的顽疾。区块链技术为构建可信的评价系统提供了新思路：每一条评价都与真实交易绑定（只有实际消费过的用户才能评价），评价内容上链后不可篡改，评价者的信誉历史公开可查。虽然这种方案在实际落地中面临性能、成本和隐私等挑战，但其核心逻辑——用技术手段而非平台自律来保证评价可信——值得关注。</w:t>
      </w:r>
    </w:p>
    <w:p>
      <w:r>
        <w:rPr>
          <w:b/>
        </w:rPr>
        <w:t>文旅供应链溯源。</w:t>
      </w:r>
      <w:r>
        <w:t xml:space="preserve"> 对于高端旅游产品（如特色农产品、手工艺品），消费者越来越关注其"从哪里来"——安顺蜡染真的是手工制作的吗？苗族银饰用的是纯银吗？区块链技术可以为文旅商品建立从生产到销售的完整溯源链，消费者扫码即可查看每一环节的信息。这种"可信溯源"能力对于提升文旅商品附加值和消费者信任度具有重要意义。</w:t>
      </w:r>
    </w:p>
    <w:p>
      <w:r>
        <w:t>---</w:t>
      </w:r>
    </w:p>
    <w:p>
      <w:pPr>
        <w:pStyle w:val="Heading2"/>
      </w:pPr>
      <w:r>
        <w:t>4.5 沉浸式技术（VR/AR/MR）</w:t>
      </w:r>
    </w:p>
    <w:p>
      <w:pPr>
        <w:pStyle w:val="Heading3"/>
      </w:pPr>
      <w:r>
        <w:t>4.5.1 虚拟现实与增强现实技术原理</w:t>
      </w:r>
    </w:p>
    <w:p>
      <w:r>
        <w:rPr>
          <w:b/>
        </w:rPr>
        <w:t>VR/AR/MR 的区别。</w:t>
      </w:r>
      <w:r>
        <w:t xml:space="preserve"> 虚拟现实（VR）、增强现实（AR）和混合现实（MR）是三种不同层次的沉浸式技术。VR 将用户完全置于虚拟环境中，隔绝现实世界——戴上 VR 头显，用户看到的是计算机生成的三维场景。AR 将数字信息叠加到现实世界上——通过手机屏幕或 AR 眼镜，用户看到的是"现实+数字"的混合画面。MR 是 AR 的升级版本，数字内容不仅能"叠加"到现实世界，还能与现实世界中的物体进行交互——一个虚拟茶杯可以"放在"真实的桌子上，并遵守物理规则。</w:t>
      </w:r>
    </w:p>
    <w:p>
      <w:r>
        <w:rPr>
          <w:b/>
        </w:rPr>
        <w:t>沉浸感的来源。</w:t>
      </w:r>
      <w:r>
        <w:t xml:space="preserve"> 沉浸式技术的核心目标是创造"临场感"（Presence）——让用户感觉"身在其中"而非"旁观"。实现临场感的关键技术指标包括：分辨率（画面清晰度）、刷新率（画面流畅度）、视场角（视野范围）、空间定位精度（头部和手部运动追踪的准确性）和交互自然度（操作方式是否符合直觉）。当前消费级 VR 设备已经能够提供相当不错的沉浸体验，但与完全"以假乱真"的理想状态仍有距离。</w:t>
      </w:r>
    </w:p>
    <w:p>
      <w:pPr>
        <w:pStyle w:val="Heading3"/>
      </w:pPr>
      <w:r>
        <w:t>4.5.2 沉浸式文旅体验的实践</w:t>
      </w:r>
    </w:p>
    <w:p>
      <w:r>
        <w:rPr>
          <w:b/>
        </w:rPr>
        <w:t>VR 云旅游。</w:t>
      </w:r>
      <w:r>
        <w:t xml:space="preserve"> 虚拟现实使"云旅游"从浏览照片升级为沉浸式体验。西江千户苗寨的 5G+VR 全景直播系统，通过多个 8K 全景相机捕捉苗寨的实时影像，游客在手机或 VR 头显上即可自由选择视角，体验苗寨的晨雾、夜景、节庆活动。疫情期间，这种"非接触式旅游"形式获得了广泛关注。但 VR 云旅游的长期定位不是"替代实地旅游"，而是"补充"和"激发"——通过虚拟体验激发实地旅游的意愿，或为因身体、经济条件限制无法实地旅游的人群提供替代方案。</w:t>
      </w:r>
    </w:p>
    <w:p>
      <w:r>
        <w:rPr>
          <w:b/>
        </w:rPr>
        <w:t>AR 智慧导览。</w:t>
      </w:r>
      <w:r>
        <w:t xml:space="preserve"> AR 在景区导览中的应用正在快速发展。传统的语音导览器只能提供"听觉"信息，AR 导览则实现了"视觉增强"。当游客将手机对准一座古建筑，屏幕上不仅显示建筑的外观，还叠加了历史年代、建筑结构、历史人物故事等信息。安顺学院智慧文旅实训项目案例库中的"AR 增强现实景区导览系统"项目，正是让学生设计和开发这类应用——通过图像识别+空间定位+信息叠加，为游客提供"所见即所得"的智能导览体验。</w:t>
      </w:r>
    </w:p>
    <w:p>
      <w:r>
        <w:rPr>
          <w:b/>
        </w:rPr>
        <w:t>数字光影夜游。</w:t>
      </w:r>
      <w:r>
        <w:t xml:space="preserve"> 沉浸式技术不仅限于头戴设备，大型数字光影项目同样属于沉浸式体验的范畴。黄果树夜游项目利用数字投影技术，将光影艺术与瀑布景观结合——水流成为"屏幕"，山体成为"舞台"，游客沿着步道穿行在光影与自然之间。这类项目代表了沉浸式技术从"个人设备"到"公共空间"的拓展，为夜间经济和景区二次消费提供了新的增长点。</w:t>
      </w:r>
    </w:p>
    <w:p>
      <w:pPr>
        <w:pStyle w:val="Heading3"/>
      </w:pPr>
      <w:r>
        <w:t>4.5.3 沉浸式体验的心理学机制</w:t>
      </w:r>
    </w:p>
    <w:p>
      <w:r>
        <w:rPr>
          <w:b/>
        </w:rPr>
        <w:t>心理恢复效应。</w:t>
      </w:r>
      <w:r>
        <w:t xml:space="preserve"> 复旦大学帮扶安顺学院的学术研讨中分享了一项关于 VR 旅游心理恢复机制的研究。该研究发现，仅 3 分钟的 VR 自然景观体验，即可产生可测量的心理恢复效应——降低压力水平、改善情绪状态。更有趣的是，不同类型的 VR 体验通过不同的心理机制发挥作用：冒险型 VR（如峡谷穿越）通过增强注意力和"心理抽离"实现恢复，放松型 VR（如海滩漫步）通过增强放松感实现恢复。这一发现表明，VR 旅游不仅是一种娱乐，还可能是心理健康维护的有效工具。</w:t>
      </w:r>
    </w:p>
    <w:p>
      <w:r>
        <w:rPr>
          <w:b/>
        </w:rPr>
        <w:t>体验真实性的悖论。</w:t>
      </w:r>
      <w:r>
        <w:t xml:space="preserve"> 沉浸式体验引发了一个哲学性的问题：虚拟体验的"真实性"如何定义？一位通过 VR"游览"了黄果树瀑布的游客，是否算"去过"黄果树？研究显示，高质量的 VR 体验可以产生接近甚至超越实地体验的情感反应，但游客普遍认为 VR 无法替代实地旅游的"在场感"——风吹在脸上的触觉、空气中水雾的气味、与同行者的实时互动，这些多感官的、社会性的体验是 VR 目前难以复制的。数字文旅的健康发展，需要找到虚拟体验和实地体验的最佳结合点，而非将二者对立。</w:t>
      </w:r>
    </w:p>
    <w:p>
      <w:r>
        <w:t>[表 4-1：五大关键技术文旅应用速查]</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技术</w:t>
            </w:r>
          </w:p>
        </w:tc>
        <w:tc>
          <w:tcPr>
            <w:tcW w:type="dxa" w:w="2209"/>
          </w:tcPr>
          <w:p>
            <w:pPr>
              <w:spacing w:after="40" w:line="240" w:lineRule="auto"/>
            </w:pPr>
            <w:r>
              <w:rPr>
                <w:b/>
                <w:sz w:val="20"/>
              </w:rPr>
              <w:t>核心能力</w:t>
            </w:r>
          </w:p>
        </w:tc>
        <w:tc>
          <w:tcPr>
            <w:tcW w:type="dxa" w:w="2209"/>
          </w:tcPr>
          <w:p>
            <w:pPr>
              <w:spacing w:after="40" w:line="240" w:lineRule="auto"/>
            </w:pPr>
            <w:r>
              <w:rPr>
                <w:b/>
                <w:sz w:val="20"/>
              </w:rPr>
              <w:t>典型文旅应用</w:t>
            </w:r>
          </w:p>
        </w:tc>
        <w:tc>
          <w:tcPr>
            <w:tcW w:type="dxa" w:w="2209"/>
          </w:tcPr>
          <w:p>
            <w:pPr>
              <w:spacing w:after="40" w:line="240" w:lineRule="auto"/>
            </w:pPr>
            <w:r>
              <w:rPr>
                <w:b/>
                <w:sz w:val="20"/>
              </w:rPr>
              <w:t>贵州案例</w:t>
            </w:r>
          </w:p>
        </w:tc>
      </w:tr>
      <w:tr>
        <w:tc>
          <w:tcPr>
            <w:tcW w:type="dxa" w:w="2209"/>
          </w:tcPr>
          <w:p>
            <w:pPr>
              <w:spacing w:after="40" w:line="240" w:lineRule="auto"/>
            </w:pPr>
            <w:r>
              <w:rPr>
                <w:sz w:val="20"/>
              </w:rPr>
              <w:t>云计算</w:t>
            </w:r>
          </w:p>
        </w:tc>
        <w:tc>
          <w:tcPr>
            <w:tcW w:type="dxa" w:w="2209"/>
          </w:tcPr>
          <w:p>
            <w:pPr>
              <w:spacing w:after="40" w:line="240" w:lineRule="auto"/>
            </w:pPr>
            <w:r>
              <w:rPr>
                <w:sz w:val="20"/>
              </w:rPr>
              <w:t>弹性算力、按需服务</w:t>
            </w:r>
          </w:p>
        </w:tc>
        <w:tc>
          <w:tcPr>
            <w:tcW w:type="dxa" w:w="2209"/>
          </w:tcPr>
          <w:p>
            <w:pPr>
              <w:spacing w:after="40" w:line="240" w:lineRule="auto"/>
            </w:pPr>
            <w:r>
              <w:rPr>
                <w:sz w:val="20"/>
              </w:rPr>
              <w:t>票务系统、数据平台、SaaS 工具</w:t>
            </w:r>
          </w:p>
        </w:tc>
        <w:tc>
          <w:tcPr>
            <w:tcW w:type="dxa" w:w="2209"/>
          </w:tcPr>
          <w:p>
            <w:pPr>
              <w:spacing w:after="40" w:line="240" w:lineRule="auto"/>
            </w:pPr>
            <w:r>
              <w:rPr>
                <w:sz w:val="20"/>
              </w:rPr>
              <w:t>贵安数据中心支撑"一码游贵州"</w:t>
            </w:r>
          </w:p>
        </w:tc>
      </w:tr>
      <w:tr>
        <w:tc>
          <w:tcPr>
            <w:tcW w:type="dxa" w:w="2209"/>
          </w:tcPr>
          <w:p>
            <w:pPr>
              <w:spacing w:after="40" w:line="240" w:lineRule="auto"/>
            </w:pPr>
            <w:r>
              <w:rPr>
                <w:sz w:val="20"/>
              </w:rPr>
              <w:t>物联网</w:t>
            </w:r>
          </w:p>
        </w:tc>
        <w:tc>
          <w:tcPr>
            <w:tcW w:type="dxa" w:w="2209"/>
          </w:tcPr>
          <w:p>
            <w:pPr>
              <w:spacing w:after="40" w:line="240" w:lineRule="auto"/>
            </w:pPr>
            <w:r>
              <w:rPr>
                <w:sz w:val="20"/>
              </w:rPr>
              <w:t>感知采集、实时监控</w:t>
            </w:r>
          </w:p>
        </w:tc>
        <w:tc>
          <w:tcPr>
            <w:tcW w:type="dxa" w:w="2209"/>
          </w:tcPr>
          <w:p>
            <w:pPr>
              <w:spacing w:after="40" w:line="240" w:lineRule="auto"/>
            </w:pPr>
            <w:r>
              <w:rPr>
                <w:sz w:val="20"/>
              </w:rPr>
              <w:t>客流监测、环境感知、设施运维</w:t>
            </w:r>
          </w:p>
        </w:tc>
        <w:tc>
          <w:tcPr>
            <w:tcW w:type="dxa" w:w="2209"/>
          </w:tcPr>
          <w:p>
            <w:pPr>
              <w:spacing w:after="40" w:line="240" w:lineRule="auto"/>
            </w:pPr>
            <w:r>
              <w:rPr>
                <w:sz w:val="20"/>
              </w:rPr>
              <w:t>黄果树客流监测与安全预警</w:t>
            </w:r>
          </w:p>
        </w:tc>
      </w:tr>
      <w:tr>
        <w:tc>
          <w:tcPr>
            <w:tcW w:type="dxa" w:w="2209"/>
          </w:tcPr>
          <w:p>
            <w:pPr>
              <w:spacing w:after="40" w:line="240" w:lineRule="auto"/>
            </w:pPr>
            <w:r>
              <w:rPr>
                <w:sz w:val="20"/>
              </w:rPr>
              <w:t>人工智能</w:t>
            </w:r>
          </w:p>
        </w:tc>
        <w:tc>
          <w:tcPr>
            <w:tcW w:type="dxa" w:w="2209"/>
          </w:tcPr>
          <w:p>
            <w:pPr>
              <w:spacing w:after="40" w:line="240" w:lineRule="auto"/>
            </w:pPr>
            <w:r>
              <w:rPr>
                <w:sz w:val="20"/>
              </w:rPr>
              <w:t>理解、推理、生成</w:t>
            </w:r>
          </w:p>
        </w:tc>
        <w:tc>
          <w:tcPr>
            <w:tcW w:type="dxa" w:w="2209"/>
          </w:tcPr>
          <w:p>
            <w:pPr>
              <w:spacing w:after="40" w:line="240" w:lineRule="auto"/>
            </w:pPr>
            <w:r>
              <w:rPr>
                <w:sz w:val="20"/>
              </w:rPr>
              <w:t>智能客服、AI 导游、行为分析、推荐</w:t>
            </w:r>
          </w:p>
        </w:tc>
        <w:tc>
          <w:tcPr>
            <w:tcW w:type="dxa" w:w="2209"/>
          </w:tcPr>
          <w:p>
            <w:pPr>
              <w:spacing w:after="40" w:line="240" w:lineRule="auto"/>
            </w:pPr>
            <w:r>
              <w:rPr>
                <w:sz w:val="20"/>
              </w:rPr>
              <w:t>"一码游贵州"国际版 AI 客服</w:t>
            </w:r>
          </w:p>
        </w:tc>
      </w:tr>
      <w:tr>
        <w:tc>
          <w:tcPr>
            <w:tcW w:type="dxa" w:w="2209"/>
          </w:tcPr>
          <w:p>
            <w:pPr>
              <w:spacing w:after="40" w:line="240" w:lineRule="auto"/>
            </w:pPr>
            <w:r>
              <w:rPr>
                <w:sz w:val="20"/>
              </w:rPr>
              <w:t>区块链</w:t>
            </w:r>
          </w:p>
        </w:tc>
        <w:tc>
          <w:tcPr>
            <w:tcW w:type="dxa" w:w="2209"/>
          </w:tcPr>
          <w:p>
            <w:pPr>
              <w:spacing w:after="40" w:line="240" w:lineRule="auto"/>
            </w:pPr>
            <w:r>
              <w:rPr>
                <w:sz w:val="20"/>
              </w:rPr>
              <w:t>不可篡改、去中心化信任</w:t>
            </w:r>
          </w:p>
        </w:tc>
        <w:tc>
          <w:tcPr>
            <w:tcW w:type="dxa" w:w="2209"/>
          </w:tcPr>
          <w:p>
            <w:pPr>
              <w:spacing w:after="40" w:line="240" w:lineRule="auto"/>
            </w:pPr>
            <w:r>
              <w:rPr>
                <w:sz w:val="20"/>
              </w:rPr>
              <w:t>数字藏品、票务防伪、可信评价</w:t>
            </w:r>
          </w:p>
        </w:tc>
        <w:tc>
          <w:tcPr>
            <w:tcW w:type="dxa" w:w="2209"/>
          </w:tcPr>
          <w:p>
            <w:pPr>
              <w:spacing w:after="40" w:line="240" w:lineRule="auto"/>
            </w:pPr>
            <w:r>
              <w:rPr>
                <w:sz w:val="20"/>
              </w:rPr>
              <w:t>黄果树数字收藏品</w:t>
            </w:r>
          </w:p>
        </w:tc>
      </w:tr>
      <w:tr>
        <w:tc>
          <w:tcPr>
            <w:tcW w:type="dxa" w:w="2209"/>
          </w:tcPr>
          <w:p>
            <w:pPr>
              <w:spacing w:after="40" w:line="240" w:lineRule="auto"/>
            </w:pPr>
            <w:r>
              <w:rPr>
                <w:sz w:val="20"/>
              </w:rPr>
              <w:t>沉浸式技术</w:t>
            </w:r>
          </w:p>
        </w:tc>
        <w:tc>
          <w:tcPr>
            <w:tcW w:type="dxa" w:w="2209"/>
          </w:tcPr>
          <w:p>
            <w:pPr>
              <w:spacing w:after="40" w:line="240" w:lineRule="auto"/>
            </w:pPr>
            <w:r>
              <w:rPr>
                <w:sz w:val="20"/>
              </w:rPr>
              <w:t>临场感、多感官体验</w:t>
            </w:r>
          </w:p>
        </w:tc>
        <w:tc>
          <w:tcPr>
            <w:tcW w:type="dxa" w:w="2209"/>
          </w:tcPr>
          <w:p>
            <w:pPr>
              <w:spacing w:after="40" w:line="240" w:lineRule="auto"/>
            </w:pPr>
            <w:r>
              <w:rPr>
                <w:sz w:val="20"/>
              </w:rPr>
              <w:t>VR 云游、AR 导览、数字光影</w:t>
            </w:r>
          </w:p>
        </w:tc>
        <w:tc>
          <w:tcPr>
            <w:tcW w:type="dxa" w:w="2209"/>
          </w:tcPr>
          <w:p>
            <w:pPr>
              <w:spacing w:after="40" w:line="240" w:lineRule="auto"/>
            </w:pPr>
            <w:r>
              <w:rPr>
                <w:sz w:val="20"/>
              </w:rPr>
              <w:t>西江苗寨 5G+VR 直播、黄果树夜游</w:t>
            </w:r>
          </w:p>
        </w:tc>
      </w:tr>
    </w:tbl>
    <w:p/>
    <w:p>
      <w:r>
        <w:t>---</w:t>
      </w:r>
    </w:p>
    <w:p>
      <w:pPr>
        <w:pStyle w:val="Heading3"/>
      </w:pPr>
      <w:r>
        <w:t>4.5.4 数字孪生与文旅元宇宙的前沿技术</w:t>
      </w:r>
    </w:p>
    <w:p>
      <w:r>
        <w:t>数字孪生（Digital Twin）技术正在成为数字文旅的新基础设施。数字孪生通过构建物理景区的精确数字副本，实现了虚实映射、实时同步和仿真预测三大功能。在景区管理中，数字孪生可以模拟不同客流场景下的资源调配方案，优化应急疏散路径设计。Rahmadian等（2023）指出，数字孪生技术与大数据治理的结合能够显著提升旅游目的地的可持续发展能力。</w:t>
      </w:r>
    </w:p>
    <w:p>
      <w:r>
        <w:t>元宇宙技术的文旅应用正在从概念走向落地。文旅元宇宙的三个核心特征是：沉浸感（通过VR/AR/MR技术创造身临其境的体验）、持续性（数字世界独立于物理世界持续运行）、创造性（用户可以在数字世界中创造内容和价值）。贵州正在探索"元宇宙+非遗"的创新路径，如利用元宇宙技术复原已消失的屯堡历史场景，让游客在虚拟空间中"穿越"回六百年前的屯堡军屯生活。</w:t>
      </w:r>
    </w:p>
    <w:p>
      <w:r>
        <w:t>区块链技术在文旅领域的应用也值得关注。Trček（2022）研究了区块链技术在文化遗产保护中的应用，指出区块链的去中心化、不可篡改和可追溯特性，可以有效解决文化遗产数字化过程中的版权保护和溯源问题。在文旅数字藏品（NFT）领域，区块链技术为文化IP的数字化变现提供了新的机制。</w:t>
      </w:r>
    </w:p>
    <w:p>
      <w:pPr>
        <w:spacing w:before="80" w:after="80"/>
        <w:ind w:left="680"/>
        <w:pBdr>
          <w:left w:val="single" w:sz="12" w:color="2C7AA8"/>
        </w:pBdr>
      </w:pPr>
      <w:r>
        <w:rPr>
          <w:i/>
          <w:color w:val="555555"/>
          <w:sz w:val="22"/>
        </w:rPr>
        <w:t>知识卡片 4-1：5G+文旅的三大场景。5G技术在文旅领域的应用可分为三大场景：增强移动带宽（eMBB）——支持4K/8K高清直播和VR/AR沉浸式体验；超可靠低延迟通信（URLLC）——支持自动驾驶观光车和实时安全监控；海量机器类通信——支持景区物联网传感器的大规模部署。西江千户苗寨的5G+VR全景直播项目是eMBB场景的典型案例。</w:t>
      </w:r>
    </w:p>
    <w:p>
      <w:pPr>
        <w:pStyle w:val="Heading2"/>
      </w:pPr>
      <w:r>
        <w:t>案例：西江千户苗寨5G+VR全景直播——贵州省黔东南州的西江千户苗寨通过部署5G网络和VR全景直播技术，实现了景区文化活动的线上实时传播。游客可通过手机或VR设备远程体验苗寨的苗年节、芦笙舞等非遗文化表演，线上观看量超过500万人次。该案例展示了5G+VR技术如何突破时空限制，将民族文化资源转化为数字文旅产品，实现了文化保护与旅游推广的双赢。</w:t>
      </w:r>
    </w:p>
    <w:p>
      <w:r>
        <w:rPr>
          <w:b/>
        </w:rPr>
        <w:t>思政融入</w:t>
      </w:r>
      <w:r>
        <w:t>：科技向善——数字技术在文旅领域的应用应坚持以人民为中心，让技术赋能文化传承和民生改善，而非单纯追求商业利益。贵州大数据战略与文旅融合的实践，体现了技术惠民的中国路径。</w:t>
      </w:r>
    </w:p>
    <w:p>
      <w:pPr>
        <w:pStyle w:val="Heading2"/>
      </w:pPr>
      <w:r>
        <w:t>前沿技术在数字文旅中的融合应用</w:t>
      </w:r>
    </w:p>
    <w:p>
      <w:pPr>
        <w:pStyle w:val="Heading3"/>
      </w:pPr>
      <w:r>
        <w:t>人工智能与大模型技术</w:t>
      </w:r>
    </w:p>
    <w:p>
      <w:r>
        <w:t>人工智能技术在数字文旅中的应用已从早期的规则引擎和推荐算法，发展到当前以大语言模型（LLM）为核心的智能交互阶段。大语言模型在旅游场景中的应用包括：智能客服与导览——基于自然语言理解，为游客提供7×24小时的咨询服务，能够理解复杂问题并生成自然语言回答；行程规划——根据游客偏好、时间、预算等约束条件，自动生成个性化行程方案；内容生成——自动撰写景区介绍、旅游攻略、营销文案等内容，大幅提升内容生产效率。</w:t>
      </w:r>
    </w:p>
    <w:p>
      <w:r>
        <w:t>多模态AI技术将文本、图像、语音、视频等多种信息模态融合处理，为数字文旅带来更丰富的交互体验。例如，游客拍摄景区照片后，AI可以识别景点并推送相关历史文化背景；游客用语音描述需求，AI可以理解并推荐匹配的旅游产品。贵州「文旅AI助手」已集成了文本对话、图片识别和语音交互功能，为游客提供多模态的智能服务体验。</w:t>
      </w:r>
    </w:p>
    <w:p>
      <w:r>
        <w:t>然而，AI在旅游场景中的应用也面临挑战：一是「幻觉」问题——大模型可能生成不准确或虚构的旅游信息，需要建立事实核查机制；二是数据偏见——训练数据中的地域、文化偏见可能导致推荐结果的不公平；三是隐私风险——AI处理游客对话和图像数据时可能涉及个人隐私。这些问题需要在技术优化和制度规范两方面同步推进。</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AI技术</w:t>
            </w:r>
          </w:p>
        </w:tc>
        <w:tc>
          <w:tcPr>
            <w:tcW w:type="dxa" w:w="1768"/>
          </w:tcPr>
          <w:p>
            <w:pPr>
              <w:spacing w:after="40" w:line="240" w:lineRule="auto"/>
            </w:pPr>
            <w:r>
              <w:rPr>
                <w:b/>
                <w:sz w:val="20"/>
              </w:rPr>
              <w:t>旅游应用场景</w:t>
            </w:r>
          </w:p>
        </w:tc>
        <w:tc>
          <w:tcPr>
            <w:tcW w:type="dxa" w:w="1768"/>
          </w:tcPr>
          <w:p>
            <w:pPr>
              <w:spacing w:after="40" w:line="240" w:lineRule="auto"/>
            </w:pPr>
            <w:r>
              <w:rPr>
                <w:b/>
                <w:sz w:val="20"/>
              </w:rPr>
              <w:t>成熟度</w:t>
            </w:r>
          </w:p>
        </w:tc>
        <w:tc>
          <w:tcPr>
            <w:tcW w:type="dxa" w:w="1768"/>
          </w:tcPr>
          <w:p>
            <w:pPr>
              <w:spacing w:after="40" w:line="240" w:lineRule="auto"/>
            </w:pPr>
            <w:r>
              <w:rPr>
                <w:b/>
                <w:sz w:val="20"/>
              </w:rPr>
              <w:t>贵州实践</w:t>
            </w:r>
          </w:p>
        </w:tc>
        <w:tc>
          <w:tcPr>
            <w:tcW w:type="dxa" w:w="1768"/>
          </w:tcPr>
          <w:p>
            <w:pPr>
              <w:spacing w:after="40" w:line="240" w:lineRule="auto"/>
            </w:pPr>
            <w:r>
              <w:rPr>
                <w:b/>
                <w:sz w:val="20"/>
              </w:rPr>
              <w:t>主要挑战</w:t>
            </w:r>
          </w:p>
        </w:tc>
      </w:tr>
      <w:tr>
        <w:tc>
          <w:tcPr>
            <w:tcW w:type="dxa" w:w="1768"/>
          </w:tcPr>
          <w:p>
            <w:pPr>
              <w:spacing w:after="40" w:line="240" w:lineRule="auto"/>
            </w:pPr>
            <w:r>
              <w:rPr>
                <w:sz w:val="20"/>
              </w:rPr>
              <w:t>大语言模型</w:t>
            </w:r>
          </w:p>
        </w:tc>
        <w:tc>
          <w:tcPr>
            <w:tcW w:type="dxa" w:w="1768"/>
          </w:tcPr>
          <w:p>
            <w:pPr>
              <w:spacing w:after="40" w:line="240" w:lineRule="auto"/>
            </w:pPr>
            <w:r>
              <w:rPr>
                <w:sz w:val="20"/>
              </w:rPr>
              <w:t>智能客服/行程规划</w:t>
            </w:r>
          </w:p>
        </w:tc>
        <w:tc>
          <w:tcPr>
            <w:tcW w:type="dxa" w:w="1768"/>
          </w:tcPr>
          <w:p>
            <w:pPr>
              <w:spacing w:after="40" w:line="240" w:lineRule="auto"/>
            </w:pPr>
            <w:r>
              <w:rPr>
                <w:sz w:val="20"/>
              </w:rPr>
              <w:t>高</w:t>
            </w:r>
          </w:p>
        </w:tc>
        <w:tc>
          <w:tcPr>
            <w:tcW w:type="dxa" w:w="1768"/>
          </w:tcPr>
          <w:p>
            <w:pPr>
              <w:spacing w:after="40" w:line="240" w:lineRule="auto"/>
            </w:pPr>
            <w:r>
              <w:rPr>
                <w:sz w:val="20"/>
              </w:rPr>
              <w:t>文旅AI助手</w:t>
            </w:r>
          </w:p>
        </w:tc>
        <w:tc>
          <w:tcPr>
            <w:tcW w:type="dxa" w:w="1768"/>
          </w:tcPr>
          <w:p>
            <w:pPr>
              <w:spacing w:after="40" w:line="240" w:lineRule="auto"/>
            </w:pPr>
            <w:r>
              <w:rPr>
                <w:sz w:val="20"/>
              </w:rPr>
              <w:t>幻觉/准确性</w:t>
            </w:r>
          </w:p>
        </w:tc>
      </w:tr>
      <w:tr>
        <w:tc>
          <w:tcPr>
            <w:tcW w:type="dxa" w:w="1768"/>
          </w:tcPr>
          <w:p>
            <w:pPr>
              <w:spacing w:after="40" w:line="240" w:lineRule="auto"/>
            </w:pPr>
            <w:r>
              <w:rPr>
                <w:sz w:val="20"/>
              </w:rPr>
              <w:t>计算机视觉</w:t>
            </w:r>
          </w:p>
        </w:tc>
        <w:tc>
          <w:tcPr>
            <w:tcW w:type="dxa" w:w="1768"/>
          </w:tcPr>
          <w:p>
            <w:pPr>
              <w:spacing w:after="40" w:line="240" w:lineRule="auto"/>
            </w:pPr>
            <w:r>
              <w:rPr>
                <w:sz w:val="20"/>
              </w:rPr>
              <w:t>景区识别/客流统计</w:t>
            </w:r>
          </w:p>
        </w:tc>
        <w:tc>
          <w:tcPr>
            <w:tcW w:type="dxa" w:w="1768"/>
          </w:tcPr>
          <w:p>
            <w:pPr>
              <w:spacing w:after="40" w:line="240" w:lineRule="auto"/>
            </w:pPr>
            <w:r>
              <w:rPr>
                <w:sz w:val="20"/>
              </w:rPr>
              <w:t>高</w:t>
            </w:r>
          </w:p>
        </w:tc>
        <w:tc>
          <w:tcPr>
            <w:tcW w:type="dxa" w:w="1768"/>
          </w:tcPr>
          <w:p>
            <w:pPr>
              <w:spacing w:after="40" w:line="240" w:lineRule="auto"/>
            </w:pPr>
            <w:r>
              <w:rPr>
                <w:sz w:val="20"/>
              </w:rPr>
              <w:t>黄果树AI安防</w:t>
            </w:r>
          </w:p>
        </w:tc>
        <w:tc>
          <w:tcPr>
            <w:tcW w:type="dxa" w:w="1768"/>
          </w:tcPr>
          <w:p>
            <w:pPr>
              <w:spacing w:after="40" w:line="240" w:lineRule="auto"/>
            </w:pPr>
            <w:r>
              <w:rPr>
                <w:sz w:val="20"/>
              </w:rPr>
              <w:t>隐私保护</w:t>
            </w:r>
          </w:p>
        </w:tc>
      </w:tr>
      <w:tr>
        <w:tc>
          <w:tcPr>
            <w:tcW w:type="dxa" w:w="1768"/>
          </w:tcPr>
          <w:p>
            <w:pPr>
              <w:spacing w:after="40" w:line="240" w:lineRule="auto"/>
            </w:pPr>
            <w:r>
              <w:rPr>
                <w:sz w:val="20"/>
              </w:rPr>
              <w:t>语音技术</w:t>
            </w:r>
          </w:p>
        </w:tc>
        <w:tc>
          <w:tcPr>
            <w:tcW w:type="dxa" w:w="1768"/>
          </w:tcPr>
          <w:p>
            <w:pPr>
              <w:spacing w:after="40" w:line="240" w:lineRule="auto"/>
            </w:pPr>
            <w:r>
              <w:rPr>
                <w:sz w:val="20"/>
              </w:rPr>
              <w:t>语音导览/智能问答</w:t>
            </w:r>
          </w:p>
        </w:tc>
        <w:tc>
          <w:tcPr>
            <w:tcW w:type="dxa" w:w="1768"/>
          </w:tcPr>
          <w:p>
            <w:pPr>
              <w:spacing w:after="40" w:line="240" w:lineRule="auto"/>
            </w:pPr>
            <w:r>
              <w:rPr>
                <w:sz w:val="20"/>
              </w:rPr>
              <w:t>中</w:t>
            </w:r>
          </w:p>
        </w:tc>
        <w:tc>
          <w:tcPr>
            <w:tcW w:type="dxa" w:w="1768"/>
          </w:tcPr>
          <w:p>
            <w:pPr>
              <w:spacing w:after="40" w:line="240" w:lineRule="auto"/>
            </w:pPr>
            <w:r>
              <w:rPr>
                <w:sz w:val="20"/>
              </w:rPr>
              <w:t>多语言导览</w:t>
            </w:r>
          </w:p>
        </w:tc>
        <w:tc>
          <w:tcPr>
            <w:tcW w:type="dxa" w:w="1768"/>
          </w:tcPr>
          <w:p>
            <w:pPr>
              <w:spacing w:after="40" w:line="240" w:lineRule="auto"/>
            </w:pPr>
            <w:r>
              <w:rPr>
                <w:sz w:val="20"/>
              </w:rPr>
              <w:t>方言识别</w:t>
            </w:r>
          </w:p>
        </w:tc>
      </w:tr>
      <w:tr>
        <w:tc>
          <w:tcPr>
            <w:tcW w:type="dxa" w:w="1768"/>
          </w:tcPr>
          <w:p>
            <w:pPr>
              <w:spacing w:after="40" w:line="240" w:lineRule="auto"/>
            </w:pPr>
            <w:r>
              <w:rPr>
                <w:sz w:val="20"/>
              </w:rPr>
              <w:t>多模态AI</w:t>
            </w:r>
          </w:p>
        </w:tc>
        <w:tc>
          <w:tcPr>
            <w:tcW w:type="dxa" w:w="1768"/>
          </w:tcPr>
          <w:p>
            <w:pPr>
              <w:spacing w:after="40" w:line="240" w:lineRule="auto"/>
            </w:pPr>
            <w:r>
              <w:rPr>
                <w:sz w:val="20"/>
              </w:rPr>
              <w:t>图文理解/交互体验</w:t>
            </w:r>
          </w:p>
        </w:tc>
        <w:tc>
          <w:tcPr>
            <w:tcW w:type="dxa" w:w="1768"/>
          </w:tcPr>
          <w:p>
            <w:pPr>
              <w:spacing w:after="40" w:line="240" w:lineRule="auto"/>
            </w:pPr>
            <w:r>
              <w:rPr>
                <w:sz w:val="20"/>
              </w:rPr>
              <w:t>中</w:t>
            </w:r>
          </w:p>
        </w:tc>
        <w:tc>
          <w:tcPr>
            <w:tcW w:type="dxa" w:w="1768"/>
          </w:tcPr>
          <w:p>
            <w:pPr>
              <w:spacing w:after="40" w:line="240" w:lineRule="auto"/>
            </w:pPr>
            <w:r>
              <w:rPr>
                <w:sz w:val="20"/>
              </w:rPr>
              <w:t>拍照识景</w:t>
            </w:r>
          </w:p>
        </w:tc>
        <w:tc>
          <w:tcPr>
            <w:tcW w:type="dxa" w:w="1768"/>
          </w:tcPr>
          <w:p>
            <w:pPr>
              <w:spacing w:after="40" w:line="240" w:lineRule="auto"/>
            </w:pPr>
            <w:r>
              <w:rPr>
                <w:sz w:val="20"/>
              </w:rPr>
              <w:t>算力需求</w:t>
            </w:r>
          </w:p>
        </w:tc>
      </w:tr>
      <w:tr>
        <w:tc>
          <w:tcPr>
            <w:tcW w:type="dxa" w:w="1768"/>
          </w:tcPr>
          <w:p>
            <w:pPr>
              <w:spacing w:after="40" w:line="240" w:lineRule="auto"/>
            </w:pPr>
            <w:r>
              <w:rPr>
                <w:sz w:val="20"/>
              </w:rPr>
              <w:t>AIGC</w:t>
            </w:r>
          </w:p>
        </w:tc>
        <w:tc>
          <w:tcPr>
            <w:tcW w:type="dxa" w:w="1768"/>
          </w:tcPr>
          <w:p>
            <w:pPr>
              <w:spacing w:after="40" w:line="240" w:lineRule="auto"/>
            </w:pPr>
            <w:r>
              <w:rPr>
                <w:sz w:val="20"/>
              </w:rPr>
              <w:t>内容生成/营销文案</w:t>
            </w:r>
          </w:p>
        </w:tc>
        <w:tc>
          <w:tcPr>
            <w:tcW w:type="dxa" w:w="1768"/>
          </w:tcPr>
          <w:p>
            <w:pPr>
              <w:spacing w:after="40" w:line="240" w:lineRule="auto"/>
            </w:pPr>
            <w:r>
              <w:rPr>
                <w:sz w:val="20"/>
              </w:rPr>
              <w:t>中高</w:t>
            </w:r>
          </w:p>
        </w:tc>
        <w:tc>
          <w:tcPr>
            <w:tcW w:type="dxa" w:w="1768"/>
          </w:tcPr>
          <w:p>
            <w:pPr>
              <w:spacing w:after="40" w:line="240" w:lineRule="auto"/>
            </w:pPr>
            <w:r>
              <w:rPr>
                <w:sz w:val="20"/>
              </w:rPr>
              <w:t>自动生成攻略</w:t>
            </w:r>
          </w:p>
        </w:tc>
        <w:tc>
          <w:tcPr>
            <w:tcW w:type="dxa" w:w="1768"/>
          </w:tcPr>
          <w:p>
            <w:pPr>
              <w:spacing w:after="40" w:line="240" w:lineRule="auto"/>
            </w:pPr>
            <w:r>
              <w:rPr>
                <w:sz w:val="20"/>
              </w:rPr>
              <w:t>原创性/版权</w:t>
            </w:r>
          </w:p>
        </w:tc>
      </w:tr>
    </w:tbl>
    <w:p/>
    <w:p>
      <w:pPr>
        <w:pStyle w:val="Heading3"/>
      </w:pPr>
      <w:r>
        <w:t>区块链技术在文旅中的创新应用</w:t>
      </w:r>
    </w:p>
    <w:p>
      <w:r>
        <w:t>区块链技术以其去中心化、不可篡改、可追溯的特性，在数字文旅领域具有广阔的应用前景。主要应用场景包括：</w:t>
      </w:r>
    </w:p>
    <w:p>
      <w:r>
        <w:rPr>
          <w:b/>
        </w:rPr>
        <w:t>旅游信用体系</w:t>
      </w:r>
      <w:r>
        <w:t>：利用区块链记录游客和供应商的信用行为（如评价、投诉、违约等），构建不可篡改的信用档案。这有助于解决在线旅游中虚假评价、刷单等信用问题。贵州可探索建立基于区块链的旅游信用联盟，接入景区、酒店、餐饮等多方信用数据。</w:t>
      </w:r>
    </w:p>
    <w:p>
      <w:r>
        <w:rPr>
          <w:b/>
        </w:rPr>
        <w:t>数字藏品与文创IP</w:t>
      </w:r>
      <w:r>
        <w:t>：利用NFT（非同质化代币）技术，将民族文化IP数字化为可确权、可交易的数字藏品。苗族银饰纹样、侗族刺绣图案、安顺地戏面具等均可通过NFT实现数字化确权和商业化运营。2023年，贵州推出了首批苗族文化NFT数字藏品，上线即售罄。</w:t>
      </w:r>
    </w:p>
    <w:p>
      <w:r>
        <w:rPr>
          <w:b/>
        </w:rPr>
        <w:t>供应链溯源</w:t>
      </w:r>
      <w:r>
        <w:t>：利用区块链记录旅游产品从生产到交付的全链条信息，实现「从田间到餐桌」的溯源。贵州特色旅游商品（如茅台酒、都匀毛尖茶、苗族手工艺品）可通过区块链溯源增强消费者信任。</w:t>
      </w:r>
    </w:p>
    <w:p>
      <w:r>
        <w:rPr>
          <w:b/>
        </w:rPr>
        <w:t>智能合约</w:t>
      </w:r>
      <w:r>
        <w:t>：在旅游预订、保险理赔等场景中，通过智能合约实现自动执行。例如，航班延误险可在检测到延误信号后自动理赔，无需人工审核。</w:t>
      </w:r>
    </w:p>
    <w:p>
      <w:pPr>
        <w:pStyle w:val="Heading3"/>
      </w:pPr>
      <w:r>
        <w:t>数字孪生与元宇宙旅游</w:t>
      </w:r>
    </w:p>
    <w:p>
      <w:r>
        <w:t>数字孪生技术通过构建物理景区的高精度数字模型，实现虚实映射和实时同步。在旅游场景中，数字孪生的应用包括：景区规划仿真——在数字模型中模拟不同规划方案的效果，辅助决策；客流仿真——模拟不同客流场景下的游览体验，优化分流策略；环境监测——实时同步景区环境数据（温度、湿度、空气质量等），保障游客安全。</w:t>
      </w:r>
    </w:p>
    <w:p>
      <w:r>
        <w:t>元宇宙旅游是数字孪生的进一步延伸，强调沉浸式体验和社交互动。通过VR/AR设备，游客可以在虚拟空间中游览景区、参加文化活动、与其他游客互动。元宇宙旅游的价值在于：突破时空限制——游客可以随时随地「到访」景区；增强体验——通过虚拟特效增强文化表演的视觉冲击力；保护实体——减少物理客流对文化遗产和生态脆弱区的损害。</w:t>
      </w:r>
    </w:p>
    <w:p>
      <w:r>
        <w:t>贵州在元宇宙旅游方面进行了先行探索。黄果树瀑布的数字孪生项目构建了高精度3D模型，可用于虚拟游览和景区管理。西江千户苗寨的元宇宙体验空间允许游客在虚拟空间中参与苗年节庆典、学习苗族刺绣技艺。安顺屯堡文化的数字孪生项目则将明代屯堡建筑群在虚拟空间中复原，游客可以「穿越」到明代体验屯堡生活。</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技术类型</w:t>
            </w:r>
          </w:p>
        </w:tc>
        <w:tc>
          <w:tcPr>
            <w:tcW w:type="dxa" w:w="1768"/>
          </w:tcPr>
          <w:p>
            <w:pPr>
              <w:spacing w:after="40" w:line="240" w:lineRule="auto"/>
            </w:pPr>
            <w:r>
              <w:rPr>
                <w:b/>
                <w:sz w:val="20"/>
              </w:rPr>
              <w:t>核心能力</w:t>
            </w:r>
          </w:p>
        </w:tc>
        <w:tc>
          <w:tcPr>
            <w:tcW w:type="dxa" w:w="1768"/>
          </w:tcPr>
          <w:p>
            <w:pPr>
              <w:spacing w:after="40" w:line="240" w:lineRule="auto"/>
            </w:pPr>
            <w:r>
              <w:rPr>
                <w:b/>
                <w:sz w:val="20"/>
              </w:rPr>
              <w:t>旅游应用</w:t>
            </w:r>
          </w:p>
        </w:tc>
        <w:tc>
          <w:tcPr>
            <w:tcW w:type="dxa" w:w="1768"/>
          </w:tcPr>
          <w:p>
            <w:pPr>
              <w:spacing w:after="40" w:line="240" w:lineRule="auto"/>
            </w:pPr>
            <w:r>
              <w:rPr>
                <w:b/>
                <w:sz w:val="20"/>
              </w:rPr>
              <w:t>贵州实践</w:t>
            </w:r>
          </w:p>
        </w:tc>
        <w:tc>
          <w:tcPr>
            <w:tcW w:type="dxa" w:w="1768"/>
          </w:tcPr>
          <w:p>
            <w:pPr>
              <w:spacing w:after="40" w:line="240" w:lineRule="auto"/>
            </w:pPr>
            <w:r>
              <w:rPr>
                <w:b/>
                <w:sz w:val="20"/>
              </w:rPr>
              <w:t>发展阶段</w:t>
            </w:r>
          </w:p>
        </w:tc>
      </w:tr>
      <w:tr>
        <w:tc>
          <w:tcPr>
            <w:tcW w:type="dxa" w:w="1768"/>
          </w:tcPr>
          <w:p>
            <w:pPr>
              <w:spacing w:after="40" w:line="240" w:lineRule="auto"/>
            </w:pPr>
            <w:r>
              <w:rPr>
                <w:sz w:val="20"/>
              </w:rPr>
              <w:t>数字孪生</w:t>
            </w:r>
          </w:p>
        </w:tc>
        <w:tc>
          <w:tcPr>
            <w:tcW w:type="dxa" w:w="1768"/>
          </w:tcPr>
          <w:p>
            <w:pPr>
              <w:spacing w:after="40" w:line="240" w:lineRule="auto"/>
            </w:pPr>
            <w:r>
              <w:rPr>
                <w:sz w:val="20"/>
              </w:rPr>
              <w:t>虚实映射</w:t>
            </w:r>
          </w:p>
        </w:tc>
        <w:tc>
          <w:tcPr>
            <w:tcW w:type="dxa" w:w="1768"/>
          </w:tcPr>
          <w:p>
            <w:pPr>
              <w:spacing w:after="40" w:line="240" w:lineRule="auto"/>
            </w:pPr>
            <w:r>
              <w:rPr>
                <w:sz w:val="20"/>
              </w:rPr>
              <w:t>景区规划/客流仿真</w:t>
            </w:r>
          </w:p>
        </w:tc>
        <w:tc>
          <w:tcPr>
            <w:tcW w:type="dxa" w:w="1768"/>
          </w:tcPr>
          <w:p>
            <w:pPr>
              <w:spacing w:after="40" w:line="240" w:lineRule="auto"/>
            </w:pPr>
            <w:r>
              <w:rPr>
                <w:sz w:val="20"/>
              </w:rPr>
              <w:t>黄果树3D模型</w:t>
            </w:r>
          </w:p>
        </w:tc>
        <w:tc>
          <w:tcPr>
            <w:tcW w:type="dxa" w:w="1768"/>
          </w:tcPr>
          <w:p>
            <w:pPr>
              <w:spacing w:after="40" w:line="240" w:lineRule="auto"/>
            </w:pPr>
            <w:r>
              <w:rPr>
                <w:sz w:val="20"/>
              </w:rPr>
              <w:t>试点应用</w:t>
            </w:r>
          </w:p>
        </w:tc>
      </w:tr>
      <w:tr>
        <w:tc>
          <w:tcPr>
            <w:tcW w:type="dxa" w:w="1768"/>
          </w:tcPr>
          <w:p>
            <w:pPr>
              <w:spacing w:after="40" w:line="240" w:lineRule="auto"/>
            </w:pPr>
            <w:r>
              <w:rPr>
                <w:sz w:val="20"/>
              </w:rPr>
              <w:t>VR/AR</w:t>
            </w:r>
          </w:p>
        </w:tc>
        <w:tc>
          <w:tcPr>
            <w:tcW w:type="dxa" w:w="1768"/>
          </w:tcPr>
          <w:p>
            <w:pPr>
              <w:spacing w:after="40" w:line="240" w:lineRule="auto"/>
            </w:pPr>
            <w:r>
              <w:rPr>
                <w:sz w:val="20"/>
              </w:rPr>
              <w:t>沉浸体验</w:t>
            </w:r>
          </w:p>
        </w:tc>
        <w:tc>
          <w:tcPr>
            <w:tcW w:type="dxa" w:w="1768"/>
          </w:tcPr>
          <w:p>
            <w:pPr>
              <w:spacing w:after="40" w:line="240" w:lineRule="auto"/>
            </w:pPr>
            <w:r>
              <w:rPr>
                <w:sz w:val="20"/>
              </w:rPr>
              <w:t>虚拟游览/文化复原</w:t>
            </w:r>
          </w:p>
        </w:tc>
        <w:tc>
          <w:tcPr>
            <w:tcW w:type="dxa" w:w="1768"/>
          </w:tcPr>
          <w:p>
            <w:pPr>
              <w:spacing w:after="40" w:line="240" w:lineRule="auto"/>
            </w:pPr>
            <w:r>
              <w:rPr>
                <w:sz w:val="20"/>
              </w:rPr>
              <w:t>屯堡VR体验馆</w:t>
            </w:r>
          </w:p>
        </w:tc>
        <w:tc>
          <w:tcPr>
            <w:tcW w:type="dxa" w:w="1768"/>
          </w:tcPr>
          <w:p>
            <w:pPr>
              <w:spacing w:after="40" w:line="240" w:lineRule="auto"/>
            </w:pPr>
            <w:r>
              <w:rPr>
                <w:sz w:val="20"/>
              </w:rPr>
              <w:t>规模推广</w:t>
            </w:r>
          </w:p>
        </w:tc>
      </w:tr>
      <w:tr>
        <w:tc>
          <w:tcPr>
            <w:tcW w:type="dxa" w:w="1768"/>
          </w:tcPr>
          <w:p>
            <w:pPr>
              <w:spacing w:after="40" w:line="240" w:lineRule="auto"/>
            </w:pPr>
            <w:r>
              <w:rPr>
                <w:sz w:val="20"/>
              </w:rPr>
              <w:t>元宇宙</w:t>
            </w:r>
          </w:p>
        </w:tc>
        <w:tc>
          <w:tcPr>
            <w:tcW w:type="dxa" w:w="1768"/>
          </w:tcPr>
          <w:p>
            <w:pPr>
              <w:spacing w:after="40" w:line="240" w:lineRule="auto"/>
            </w:pPr>
            <w:r>
              <w:rPr>
                <w:sz w:val="20"/>
              </w:rPr>
              <w:t>社交互动</w:t>
            </w:r>
          </w:p>
        </w:tc>
        <w:tc>
          <w:tcPr>
            <w:tcW w:type="dxa" w:w="1768"/>
          </w:tcPr>
          <w:p>
            <w:pPr>
              <w:spacing w:after="40" w:line="240" w:lineRule="auto"/>
            </w:pPr>
            <w:r>
              <w:rPr>
                <w:sz w:val="20"/>
              </w:rPr>
              <w:t>虚拟节庆/文化体验</w:t>
            </w:r>
          </w:p>
        </w:tc>
        <w:tc>
          <w:tcPr>
            <w:tcW w:type="dxa" w:w="1768"/>
          </w:tcPr>
          <w:p>
            <w:pPr>
              <w:spacing w:after="40" w:line="240" w:lineRule="auto"/>
            </w:pPr>
            <w:r>
              <w:rPr>
                <w:sz w:val="20"/>
              </w:rPr>
              <w:t>西江元宇宙空间</w:t>
            </w:r>
          </w:p>
        </w:tc>
        <w:tc>
          <w:tcPr>
            <w:tcW w:type="dxa" w:w="1768"/>
          </w:tcPr>
          <w:p>
            <w:pPr>
              <w:spacing w:after="40" w:line="240" w:lineRule="auto"/>
            </w:pPr>
            <w:r>
              <w:rPr>
                <w:sz w:val="20"/>
              </w:rPr>
              <w:t>早期探索</w:t>
            </w:r>
          </w:p>
        </w:tc>
      </w:tr>
      <w:tr>
        <w:tc>
          <w:tcPr>
            <w:tcW w:type="dxa" w:w="1768"/>
          </w:tcPr>
          <w:p>
            <w:pPr>
              <w:spacing w:after="40" w:line="240" w:lineRule="auto"/>
            </w:pPr>
            <w:r>
              <w:rPr>
                <w:sz w:val="20"/>
              </w:rPr>
              <w:t>NFT/区块链</w:t>
            </w:r>
          </w:p>
        </w:tc>
        <w:tc>
          <w:tcPr>
            <w:tcW w:type="dxa" w:w="1768"/>
          </w:tcPr>
          <w:p>
            <w:pPr>
              <w:spacing w:after="40" w:line="240" w:lineRule="auto"/>
            </w:pPr>
            <w:r>
              <w:rPr>
                <w:sz w:val="20"/>
              </w:rPr>
              <w:t>确权交易</w:t>
            </w:r>
          </w:p>
        </w:tc>
        <w:tc>
          <w:tcPr>
            <w:tcW w:type="dxa" w:w="1768"/>
          </w:tcPr>
          <w:p>
            <w:pPr>
              <w:spacing w:after="40" w:line="240" w:lineRule="auto"/>
            </w:pPr>
            <w:r>
              <w:rPr>
                <w:sz w:val="20"/>
              </w:rPr>
              <w:t>数字藏品/IP运营</w:t>
            </w:r>
          </w:p>
        </w:tc>
        <w:tc>
          <w:tcPr>
            <w:tcW w:type="dxa" w:w="1768"/>
          </w:tcPr>
          <w:p>
            <w:pPr>
              <w:spacing w:after="40" w:line="240" w:lineRule="auto"/>
            </w:pPr>
            <w:r>
              <w:rPr>
                <w:sz w:val="20"/>
              </w:rPr>
              <w:t>苗族文化NFT</w:t>
            </w:r>
          </w:p>
        </w:tc>
        <w:tc>
          <w:tcPr>
            <w:tcW w:type="dxa" w:w="1768"/>
          </w:tcPr>
          <w:p>
            <w:pPr>
              <w:spacing w:after="40" w:line="240" w:lineRule="auto"/>
            </w:pPr>
            <w:r>
              <w:rPr>
                <w:sz w:val="20"/>
              </w:rPr>
              <w:t>创新试验</w:t>
            </w:r>
          </w:p>
        </w:tc>
      </w:tr>
      <w:tr>
        <w:tc>
          <w:tcPr>
            <w:tcW w:type="dxa" w:w="1768"/>
          </w:tcPr>
          <w:p>
            <w:pPr>
              <w:spacing w:after="40" w:line="240" w:lineRule="auto"/>
            </w:pPr>
            <w:r>
              <w:rPr>
                <w:sz w:val="20"/>
              </w:rPr>
              <w:t>大模型</w:t>
            </w:r>
          </w:p>
        </w:tc>
        <w:tc>
          <w:tcPr>
            <w:tcW w:type="dxa" w:w="1768"/>
          </w:tcPr>
          <w:p>
            <w:pPr>
              <w:spacing w:after="40" w:line="240" w:lineRule="auto"/>
            </w:pPr>
            <w:r>
              <w:rPr>
                <w:sz w:val="20"/>
              </w:rPr>
              <w:t>自然交互</w:t>
            </w:r>
          </w:p>
        </w:tc>
        <w:tc>
          <w:tcPr>
            <w:tcW w:type="dxa" w:w="1768"/>
          </w:tcPr>
          <w:p>
            <w:pPr>
              <w:spacing w:after="40" w:line="240" w:lineRule="auto"/>
            </w:pPr>
            <w:r>
              <w:rPr>
                <w:sz w:val="20"/>
              </w:rPr>
              <w:t>智能客服/内容生成</w:t>
            </w:r>
          </w:p>
        </w:tc>
        <w:tc>
          <w:tcPr>
            <w:tcW w:type="dxa" w:w="1768"/>
          </w:tcPr>
          <w:p>
            <w:pPr>
              <w:spacing w:after="40" w:line="240" w:lineRule="auto"/>
            </w:pPr>
            <w:r>
              <w:rPr>
                <w:sz w:val="20"/>
              </w:rPr>
              <w:t>文旅AI助手</w:t>
            </w:r>
          </w:p>
        </w:tc>
        <w:tc>
          <w:tcPr>
            <w:tcW w:type="dxa" w:w="1768"/>
          </w:tcPr>
          <w:p>
            <w:pPr>
              <w:spacing w:after="40" w:line="240" w:lineRule="auto"/>
            </w:pPr>
            <w:r>
              <w:rPr>
                <w:sz w:val="20"/>
              </w:rPr>
              <w:t>快速发展</w:t>
            </w:r>
          </w:p>
        </w:tc>
      </w:tr>
    </w:tbl>
    <w:p/>
    <w:p>
      <w:pPr>
        <w:pStyle w:val="Heading3"/>
      </w:pPr>
      <w:r>
        <w:t>边缘计算与5G在智慧景区中的应用</w:t>
      </w:r>
    </w:p>
    <w:p>
      <w:r>
        <w:t>5G网络的高带宽、低延迟特性为智慧景区的高密度数据传输提供了基础保障。在黄果树、小七孔等客流密集景区，5G网络支撑了4K全景直播、AR实时导览、大规模物联网传感等应用。边缘计算将计算能力下沉到景区本地，减少数据传输延迟，提升了实时响应能力。</w:t>
      </w:r>
    </w:p>
    <w:p>
      <w:r>
        <w:t>贵州在全国率先实现了5A级景区5G网络全覆盖。依托5G+边缘计算基础设施，贵州景区实现了「秒级」客流统计、「分钟级」应急响应和「小时级」趋势预测。黄果树景区的5G+AI视频分析系统可在200毫秒内完成单帧画面的客流识别，准确率达到95%以上，为实时容量管控提供了技术支撑。</w:t>
      </w:r>
    </w:p>
    <w:p>
      <w:r>
        <w:rPr>
          <w:b/>
        </w:rPr>
        <w:t>思政融入</w:t>
      </w:r>
      <w:r>
        <w:t>：技术发展应服务于人民福祉。数字文旅技术的创新不仅要追求技术先进性，更要关注技术的普惠性和包容性。在推广新技术时，要考虑不同年龄、不同地区、不同经济条件游客的接受能力，避免技术崇拜和「为技术而技术」的倾向。贵州在数字文旅技术部署中，始终坚持以游客体验为中心，以实用有效为标准，体现了科技为民的价值导向。</w:t>
      </w:r>
    </w:p>
    <w:p>
      <w:pPr>
        <w:pStyle w:val="Heading2"/>
      </w:pPr>
      <w:r>
        <w:t>技术融合与场景创新</w:t>
      </w:r>
    </w:p>
    <w:p>
      <w:pPr>
        <w:pStyle w:val="Heading3"/>
      </w:pPr>
      <w:r>
        <w:t>数字技术融合的层次与模式</w:t>
      </w:r>
    </w:p>
    <w:p>
      <w:r>
        <w:t>数字文旅中的技术融合不是简单的技术堆砌，而是多种技术的有机整合。技术融合可以分为三个层次：数据层融合——不同技术产生的数据在统一平台上整合，形成全景数据视图。例如，视频监控数据、WiFi探针数据和票务数据在数据中台融合，可以生成精确的实时客流热力图。算法层融合——不同技术的算法模型相互增强。例如，计算机视觉算法识别游客面部表情，自然语言处理算法分析游客评论，两者结合可以更全面地评估游客满意度。应用层融合——不同技术的功能在同一个应用场景中协同发挥作用。例如，AR导览中融合了定位技术（确定游客位置）、计算机视觉（识别景点）、自然语言处理（生成解说词）和3D渲染（呈现虚拟内容）等多种技术。</w:t>
      </w:r>
    </w:p>
    <w:p>
      <w:r>
        <w:t>贵州黄果树景区的「智慧游览」应用是技术融合的典型案例。该应用集成了LBS定位（实时追踪游客位置）、AR技术（在实景上叠加数字信息）、AI推荐（根据游客位置和偏好推荐游览路线）、语音合成（将文字解说转化为语音）和社交分享（将游览记录一键分享到社交媒体）等多种技术，为游客提供了无缝的智慧游览体验。这种多技术融合的应用比任何单一技术都能创造更大的价值。</w:t>
      </w:r>
    </w:p>
    <w:p>
      <w:pPr>
        <w:pStyle w:val="Heading3"/>
      </w:pPr>
      <w:r>
        <w:t>场景驱动的技术创新</w:t>
      </w:r>
    </w:p>
    <w:p>
      <w:r>
        <w:t>数字文旅的技术创新不应是「技术驱动」而应是「场景驱动」——从旅游场景的实际需求出发，寻找最合适的技术解决方案。场景驱动创新的流程包括：场景识别——发现游客或管理者的真实需求；需求分析——深入理解需求的具体特征和约束条件；技术匹配——评估可用技术并选择最合适的方案；方案验证——在实际场景中测试方案效果；迭代优化——根据反馈持续改进。</w:t>
      </w:r>
    </w:p>
    <w:p>
      <w:r>
        <w:t>贵州安顺蜡染数字化体验工坊的开发过程体现了场景驱动创新的方法。项目团队首先在安顺蜡染传承人的工作坊中进行了为期两周的观察和访谈，深入了解蜡染制作的工艺流程、传承方式和学习难点。基于观察，团队识别出三个核心场景：纹样保存（需要高精度数字化采集）、工艺学习（需要可视化的步骤展示）和创意设计（需要便捷的设计工具）。针对这三个场景，团队分别选择了三维扫描技术、AR全息投影技术和数字绘图技术作为解决方案。经过三轮用户测试和迭代优化，最终产品得到了传承人和游客的一致好评。</w:t>
      </w:r>
    </w:p>
    <w:p>
      <w:pPr>
        <w:pStyle w:val="Heading3"/>
      </w:pPr>
      <w:r>
        <w:t>新兴技术的旅游应用展望</w:t>
      </w:r>
    </w:p>
    <w:p>
      <w:r>
        <w:t>除了已经广泛应用的5G、大数据、AI等技术外，一些新兴技术也展现出在数字文旅领域的应用潜力。</w:t>
      </w:r>
    </w:p>
    <w:p>
      <w:r>
        <w:t>脑机接口技术可能改变旅游体验的交互方式。通过读取游客的脑电信号，系统可以感知游客的情绪状态和兴趣偏好，自动调整导览内容的深度和节奏。例如，当游客对某个展品表现出高度兴趣（脑电信号显示注意力集中）时，系统自动提供更详细的解说；当游客出现疲劳信号时，系统推荐休息区域。这一技术目前处于实验室阶段，但已在贵州师范大学的认知旅游研究中进行了初步探索。</w:t>
      </w:r>
    </w:p>
    <w:p>
      <w:r>
        <w:t>量子计算技术可能革新旅游大数据分析能力。旅游路径优化、动态定价、客流预测等问题涉及大规模组合优化，传统计算机在处理大规模实例时效率有限。量子计算的特殊性质（叠加态和纠缠态）使其在组合优化问题上具有理论优势。虽然实用化的量子计算机尚未问世，但贵州大数据中心已开始关注量子计算在旅游大数据分析中的潜在应用。</w:t>
      </w:r>
    </w:p>
    <w:p>
      <w:r>
        <w:t>生物识别技术（如人脸识别、虹膜识别、步态识别）在旅游场景中的应用日益广泛。黄果树景区已部署了人脸识别闸机，游客购票时录入面部信息后，可在景区内「刷脸」入园、购物和使用储物柜，无需携带门票或手机。这一应用提升了便捷性，但也引发了隐私保护的讨论。贵州在推进生物识别应用的同时，严格遵循《个人信息保护法》的要求，确保生物特征数据的安全存储和有限使用。</w:t>
      </w:r>
    </w:p>
    <w:p>
      <w:r>
        <w:t>数字嗅觉和触觉技术是文旅体验增强的前沿方向。当前数字文旅主要依赖视觉和听觉，嗅觉和触觉体验的缺失限制了沉浸感。数字嗅觉技术通过释放特定气味增强文化体验——例如在苗族蜡染体验中释放蜡和染料的气味，在美食旅游中释放烹饪香气。触觉反馈技术通过力反馈手套或背心让游客「触摸」虚拟文物——例如在虚拟博物馆中感受青铜器的纹理和重量。这些技术目前成本较高，应用范围有限，但随着技术进步和成本下降，有望在高端文旅体验中逐步推广。</w:t>
      </w:r>
    </w:p>
    <w:p>
      <w:pPr>
        <w:pStyle w:val="Heading2"/>
      </w:pPr>
      <w:r>
        <w:t>技术标准与互操作性问题</w:t>
      </w:r>
    </w:p>
    <w:p>
      <w:pPr>
        <w:pStyle w:val="Heading3"/>
      </w:pPr>
      <w:r>
        <w:t>数字文旅技术标准化的紧迫性</w:t>
      </w:r>
    </w:p>
    <w:p>
      <w:r>
        <w:t>数字文旅涉及多种技术和系统的集成应用，标准化是确保互操作性和可持续发展的关键。当前数字文旅领域缺乏统一的技术标准，不同厂商的系统之间存在数据格式不兼容、接口规范不一致、功能定义不统一等问题，形成了严重的「数据孤岛」和「系统壁垒」。</w:t>
      </w:r>
    </w:p>
    <w:p>
      <w:r>
        <w:t>贵州在推进数字文旅标准化方面进行了积极探索。贵州省大数据局联合文旅厅发布了《贵州省智慧旅游技术标准体系》，涵盖了数据采集标准（规定了传感器数据、票务数据、视频数据的格式和频率）、数据交换标准（定义了不同系统之间的API接口规范和数据交换协议）、应用服务标准（统一了在线预订、电子票务、智能导览等服务的功能要求）和安全保护标准（明确了数据分类分级、脱敏处理和访问控制的技术要求）。</w:t>
      </w:r>
    </w:p>
    <w:p>
      <w:r>
        <w:t>然而，标准化推进面临多重挑战。利益冲突——大型平台企业倾向于维持自己的私有标准以构建生态壁垒，不愿采用开放标准。技术演进——技术快速迭代使标准的制定周期跟不上技术发展速度。执行力度——标准发布后缺乏有效的执行和监督机制，企业可能选择性遵守。</w:t>
      </w:r>
    </w:p>
    <w:p>
      <w:pPr>
        <w:pStyle w:val="Heading3"/>
      </w:pPr>
      <w:r>
        <w:t>贵州在标准制定中的先行经验</w:t>
      </w:r>
    </w:p>
    <w:p>
      <w:r>
        <w:t>贵州在数字文旅标准制定方面的先行经验包括：需求导向——标准制定从实际需求出发，而非照搬国际或国家标准。贵州制定的智慧景区建设标准充分考虑了喀斯特地貌、民族文化、气候条件等地方特色。多方参与——标准制定过程中邀请政府、企业、高校、行业协会等多方参与，确保标准的适用性和可操作性。试点验证——标准在发布前先在试点景区进行验证，根据试点反馈修订完善。渐进推广——标准发布后分阶段推广，先在5A级景区执行，逐步扩展到4A和3A级景区。</w:t>
      </w:r>
    </w:p>
    <w:p>
      <w:pPr>
        <w:pStyle w:val="Heading3"/>
      </w:pPr>
      <w:r>
        <w:t>互操作性解决方案</w:t>
      </w:r>
    </w:p>
    <w:p>
      <w:r>
        <w:t>除了标准化之外，互操作性还可以通过技术手段实现。API网关模式——在不同系统之间部署API网关，负责协议转换、数据格式转换和权限控制，使不同系统能够通过统一接口通信。数据中台模式——建设统一的数据中台，各系统将数据汇聚到中台，中台提供标准化的数据服务供各系统调用。微服务架构——将单体应用拆分为独立的微服务，各微服务通过标准协议通信，降低系统耦合度。贵州「一码游贵州」平台采用了API网关+数据中台的组合方案，成功整合了全省400+景区的异构系统。</w:t>
      </w:r>
    </w:p>
    <w:p>
      <w:r>
        <w:rPr>
          <w:b/>
        </w:rPr>
        <w:t>知识卡片</w:t>
      </w:r>
      <w:r>
        <w:t>：API（Application Programming Interface，应用程序编程接口）是不同软件系统之间通信的约定。在数字文旅场景中，API允许不同的旅游系统（如票务系统、酒店管理系统、导览系统）之间自动交换数据和指令。例如，游客在「一码游贵州」平台预订酒店后，平台通过API将订单信息自动传递给酒店管理系统，酒店系统确认后通过API将确认信息返回平台，整个过程无需人工介入。API的标准化和开放程度直接决定了数字文旅生态的互联互通水平。</w:t>
      </w:r>
    </w:p>
    <w:p>
      <w:pPr>
        <w:pStyle w:val="Heading2"/>
      </w:pPr>
      <w:r>
        <w:t>数字文旅技术的伦理框架与治理</w:t>
      </w:r>
    </w:p>
    <w:p>
      <w:pPr>
        <w:pStyle w:val="Heading3"/>
      </w:pPr>
      <w:r>
        <w:t>技术伦理的基本原则</w:t>
      </w:r>
    </w:p>
    <w:p>
      <w:r>
        <w:t>数字文旅技术的应用应遵循以下伦理原则。有益原则——技术的应用应以增进人类福祉为目的，而非损害或剥夺人的权利和尊严。在旅游场景中，技术应提升游客体验、保障游客安全、促进文化传承，而非用于过度监控、操纵决策或侵犯隐私。自主原则——技术应尊重和增强人的自主决策能力，而非替代或操纵人的判断。推荐算法应提供多元选择而非单一答案，信息呈现应帮助游客做出明智决策而非诱导冲动消费。公正原则——技术的应用应确保不同群体的公平受益，避免对特定群体的系统性歧视。数字服务应考虑老年人、残障人士、低收入群体等弱势群体的需求。透明原则——技术的工作原理和数据使用方式应对用户公开，使用户能够理解和监督技术的运作。可问责原则——技术的开发者和运营者应对技术的社会影响承担责任，建立有效的投诉和救济机制。</w:t>
      </w:r>
    </w:p>
    <w:p>
      <w:pPr>
        <w:pStyle w:val="Heading3"/>
      </w:pPr>
      <w:r>
        <w:t>AI在旅游场景中的伦理风险与防范</w:t>
      </w:r>
    </w:p>
    <w:p>
      <w:r>
        <w:t>AI在旅游场景中的应用面临多种伦理风险。隐私风险是最突出的——AI需要大量数据进行训练和运行，这些数据可能包含游客的个人信息。人脸识别技术可以追踪游客的活动轨迹，语音助手可能记录游客的对话内容，推荐算法需要分析游客的行为偏好。如果这些数据被不当收集、使用或泄露，将严重侵犯游客隐私。</w:t>
      </w:r>
    </w:p>
    <w:p>
      <w:r>
        <w:t>偏见风险是AI的另一个重要伦理问题。如果AI的训练数据存在地域、性别、年龄或收入偏见，AI的输出也会带有相应偏见。例如，如果推荐算法的训练数据主要来自城市游客，它可能对农村游客的偏好理解不足，导致推荐结果不利于农村游客。贵州在AI应用中建立了偏见检测机制，定期使用不同群体的数据测试算法是否存在系统性偏见。</w:t>
      </w:r>
    </w:p>
    <w:p>
      <w:r>
        <w:t>操纵风险是指AI可能被用于操纵游客的决策和行为。个性化推荐算法可以通过精准推送影响游客的消费决策，动态定价算法可以利用游客的紧急需求进行价格歧视。贵州「一码游贵州」平台在推荐算法中引入了「多样性约束」——确保推荐结果中包含一定比例的非个性化内容，避免信息茧房效应。在定价算法中引入了「公平性约束」——确保同一产品对不同用户的价格差异在合理范围内。</w:t>
      </w:r>
    </w:p>
    <w:p>
      <w:pPr>
        <w:pStyle w:val="Heading3"/>
      </w:pPr>
      <w:r>
        <w:t>数据治理的伦理框架</w:t>
      </w:r>
    </w:p>
    <w:p>
      <w:r>
        <w:t>数据治理的伦理框架应回答以下核心问题：谁有权收集旅游数据？数据可以用于什么目的？数据如何安全存储和传输？谁有权访问和使用数据？数据使用如何监督和问责？游客对自身数据享有什么权利？</w:t>
      </w:r>
    </w:p>
    <w:p>
      <w:r>
        <w:t>贵州在数据治理伦理框架建设方面形成了「五项原则」体系。合法合规原则——所有数据收集和使用行为必须符合法律法规要求。最小必要原则——只收集实现服务功能所必需的最少数据。知情同意原则——数据收集前必须告知用户并获取明确同意。安全保护原则——采取技术和管理措施保障数据安全。责任追究原则——对数据违规行为进行追责和处罚。</w:t>
      </w:r>
    </w:p>
    <w:p>
      <w:r>
        <w:t>这五项原则已写入《贵州省旅游数据管理暂行办法》，成为具有法律效力的规范要求。贵州还建立了旅游数据伦理委员会，对重大数据使用项目进行伦理审查，确保数据使用符合社会公德和伦理规范。</w:t>
      </w:r>
    </w:p>
    <w:p>
      <w:pPr>
        <w:pStyle w:val="Heading2"/>
      </w:pPr>
      <w:r>
        <w:t>新兴技术的前沿应用与未来展望</w:t>
      </w:r>
    </w:p>
    <w:p>
      <w:pPr>
        <w:pStyle w:val="Heading3"/>
      </w:pPr>
      <w:r>
        <w:t>6G网络与旅游体验变革</w:t>
      </w:r>
    </w:p>
    <w:p>
      <w:r>
        <w:t>5G网络已在旅游场景中广泛应用，而6G网络的研究已在全球展开。6G网络预计将实现每秒1Tbps的峰值速率（比5G快100倍）、亚毫秒级延迟和全球无缝覆盖。这些特性将为旅游体验带来革命性变化。</w:t>
      </w:r>
    </w:p>
    <w:p>
      <w:r>
        <w:t>全息通信是6G时代的前沿应用之一。通过6G网络的高速传输和低延迟特性，可以实现实时的3D全息视频通话——游客可以在景区与远方的家人分享立体的游览画面，家人通过全息投影设备看到游客和景区的3D影像，仿佛身临其境。贵州正在与华为合作研究6G在旅游场景的应用，预计在2030年前后实现旅游场景的6G试点部署。</w:t>
      </w:r>
    </w:p>
    <w:p>
      <w:r>
        <w:t>感知互联网是6G的另一个前沿方向。通过整合触觉、嗅觉和味觉传感器，6G网络可以传输多种感官信息——游客不仅可以看到和听到远方的景区，还可以「触摸」虚拟文物、「闻到」花香和美食的气味。这种多感官的远程体验将极大地丰富虚拟旅游的沉浸感。</w:t>
      </w:r>
    </w:p>
    <w:p>
      <w:pPr>
        <w:pStyle w:val="Heading3"/>
      </w:pPr>
      <w:r>
        <w:t>量子计算在旅游优化中的应用前景</w:t>
      </w:r>
    </w:p>
    <w:p>
      <w:r>
        <w:t>旅游行业中存在大量复杂的组合优化问题——如旅游路线优化、动态定价、资源调度等。这些问题属于NP难问题，传统计算机在处理大规模实例时计算时间呈指数增长。量子计算利用量子叠加和量子纠缠等特性，在理论上可以在多项式时间内解决某些NP难问题。</w:t>
      </w:r>
    </w:p>
    <w:p>
      <w:r>
        <w:t>贵州大数据中心已开始关注量子计算在旅游优化中的潜在应用。当前的探索方向包括：旅游路线优化——利用量子退火算法在大量可能路线中快速找到最优路线。动态定价——利用量子优化算法在多变量约束下实时计算最优价格。客流分配——利用量子算法在多景区多时段的约束下优化客流分配方案。</w:t>
      </w:r>
    </w:p>
    <w:p>
      <w:r>
        <w:t>虽然实用化的量子计算机尚未问世，但贵州通过与量子计算研究机构合作，使用量子计算模拟器在经典计算机上模拟量子算法的效果。初步实验结果显示，对于中等规模的旅游路线优化问题，量子算法模拟器比传统算法快约10倍。随着量子计算技术的成熟，这一优势将进一步扩大。</w:t>
      </w:r>
    </w:p>
    <w:p>
      <w:pPr>
        <w:pStyle w:val="Heading3"/>
      </w:pPr>
      <w:r>
        <w:t>脑机接口与旅游体验增强</w:t>
      </w:r>
    </w:p>
    <w:p>
      <w:r>
        <w:t>脑机接口（BCI）技术通过读取和解读人脑信号，实现人脑与计算机的直接通信。在旅游场景中，BCI技术的应用前景包括：情绪感知导览——通过脑电信号实时感知游客的情绪状态，当游客出现无聊或疲劳信号时自动调整导览内容，当游客表现出高度兴趣时提供更深入的信息。无障碍交互——对于行动不便或语言障碍的游客，BCI可以提供用「思维」控制导览设备的能力，无需手动操作。记忆增强——研究显示，BCI可以增强记忆的形成和回忆，未来可能用于增强旅游体验的记忆效果。</w:t>
      </w:r>
    </w:p>
    <w:p>
      <w:r>
        <w:t>贵州师范大学认知旅游研究团队正在开展BCI在旅游场景的实验研究。团队使用便携式脑电设备记录游客在景区游览过程中的脑电信号，分析不同景观和活动对游客注意力和情绪的影响。研究发现，自然景观（如瀑布、森林）引发的脑电模式与城市景观显著不同——自然景观更多激活与放松和愉悦相关的脑区，而城市景观更多激活与警觉和信息处理相关的脑区。这一发现为景区设计提供了科学依据。</w:t>
      </w:r>
    </w:p>
    <w:p>
      <w:pPr>
        <w:pStyle w:val="Heading3"/>
      </w:pPr>
      <w:r>
        <w:t>数字生物与旅游助手</w:t>
      </w:r>
    </w:p>
    <w:p>
      <w:r>
        <w:t>数字生物是AI技术的前沿概念，指具有自主学习和进化能力的AI系统。与传统的基于规则的AI不同，数字生物能够根据环境反馈自主调整行为策略，表现出类似生物的适应性和进化性。</w:t>
      </w:r>
    </w:p>
    <w:p>
      <w:r>
        <w:t>在旅游场景中，数字生物可以作为「活的」旅游助手——它不仅能回答游客的问题，还能根据与游客的互动历史自主「成长」，逐渐形成对每个游客的深度理解。例如，数字助手在多次与同一游客的交互中，学会了该游客偏好的景点类型、讲解深度和互动方式，为该游客提供越来越精准和个性化的服务。</w:t>
      </w:r>
    </w:p>
    <w:p>
      <w:r>
        <w:t>贵州正在探索数字生物在文旅AI助手中的应用。当前的文旅AI助手基于大语言模型构建，虽然功能强大但缺乏「个性化成长」能力——每次对话都是独立的，不会因为之前的交互而改变行为。引入数字生物概念后，AI助手将能够积累与每个游客的交互经验，形成「数字记忆」，在后续交互中调用这些记忆提供更贴心的服务。这一方向目前处于概念研究阶段，距离实际应用还有一定距离，但代表了数字文旅AI助手的未来发展方向。</w:t>
      </w:r>
    </w:p>
    <w:p>
      <w:pPr>
        <w:pStyle w:val="Heading2"/>
      </w:pPr>
      <w:r>
        <w:t>技术标准化的深化与实施</w:t>
      </w:r>
    </w:p>
    <w:p>
      <w:pPr>
        <w:pStyle w:val="Heading3"/>
      </w:pPr>
      <w:r>
        <w:t>贵州数字文旅标准体系的完善</w:t>
      </w:r>
    </w:p>
    <w:p>
      <w:r>
        <w:t>贵州数字文旅标准体系在已有基础上不断完善和深化。2024年新增和修订了多项标准。《智慧景区数据采集规范》修订版增加了物联网传感器数据的采集标准和格式要求，规范了不同类型传感器的数据上报频率、精度要求和校准方法。《旅游数据脱敏技术规范》规定了旅游数据中个人身份信息的脱敏方法和脱敏效果评估标准，为数据共享和交易中的隐私保护提供了技术依据。《数字文旅API接口规范》定义了旅游平台之间数据交换的统一接口格式和认证机制，为平台互联互通奠定了技术基础。</w:t>
      </w:r>
    </w:p>
    <w:p>
      <w:r>
        <w:t>标准制定过程中采用了更加开放和参与式的模式。标准草案在贵州数字文旅标准网上公开征求意见，任何单位和个人都可以提出修改建议。标准制定会议邀请旅游企业、技术供应商、高校专家和消费者代表共同参与，确保标准兼顾各方利益。标准发布后配套提供实施指南和培训课程，帮助企业理解和执行标准。</w:t>
      </w:r>
    </w:p>
    <w:p>
      <w:pPr>
        <w:pStyle w:val="Heading3"/>
      </w:pPr>
      <w:r>
        <w:t>标准实施的效果评估</w:t>
      </w:r>
    </w:p>
    <w:p>
      <w:r>
        <w:t>标准实施的效果需要系统评估。贵州建立了标准实施评估机制，每年对已发布标准的执行情况进行评估。评估方法包括：企业自查——旅游企业按标准要求进行自我评估，报告执行情况。现场检查——监管部门对重点企业进行现场检查，验证标准执行情况。第三方评估——委托独立机构对标准实施效果进行客观评估。用户反馈——通过游客调查了解标准实施对用户体验的改善程度。</w:t>
      </w:r>
    </w:p>
    <w:p>
      <w:r>
        <w:t>2024年度评估结果显示，《智慧景区建设规范》的执行率为85%（5A景区100%执行，4A景区90%，3A景区65%），《旅游数据交换格式标准》的执行率为72%（已有80+家旅游平台采用了标准接口），《旅游大数据安全保护规范》的执行率为88%（数据安全是高优先级领域，执行率较高）。总体执行率为78%，比2023年提高了8个百分点，显示标准实施在稳步推进。</w:t>
      </w:r>
    </w:p>
    <w:p>
      <w:pPr>
        <w:pStyle w:val="Heading3"/>
      </w:pPr>
      <w:r>
        <w:t>标准的国际对接</w:t>
      </w:r>
    </w:p>
    <w:p>
      <w:r>
        <w:t>贵州数字文旅标准正在寻求与国际标准的对接和互认。《智慧景区建设规范》与ISO/TC 228（旅游及相关服务技术委员会）的标准框架进行了对标，在基础设施、服务质量和管理要求等核心维度实现了基本一致。《旅游数据交换格式标准》参考了OpenTravel Alliance（OTA）的国际标准，在数据格式和接口定义方面保持了兼容性。</w:t>
      </w:r>
    </w:p>
    <w:p>
      <w:r>
        <w:t>国际标准对接的挑战在于标准体系的差异——中国标准更注重政府引导和统一规范，国际标准更注重市场驱动和灵活适应。贵州在标准国际化过程中采取了「核心对齐、边缘灵活」的策略——在核心数据格式和安全要求等关键领域与国际标准对齐，在具体实施细节和本地化适配方面保持灵活性。这一策略既确保了国际互操作性，又兼顾了本地特色。</w:t>
      </w:r>
    </w:p>
    <w:p>
      <w:pPr>
        <w:pStyle w:val="Heading2"/>
      </w:pPr>
      <w:r>
        <w:t>数字文旅技术的社会影响评估</w:t>
      </w:r>
    </w:p>
    <w:p>
      <w:pPr>
        <w:pStyle w:val="Heading3"/>
      </w:pPr>
      <w:r>
        <w:t>技术对旅游就业的替代与创造</w:t>
      </w:r>
    </w:p>
    <w:p>
      <w:r>
        <w:t>数字技术对旅游就业的影响是「替代」与「创造」并存。替代效应方面，电子票务替代了人工售票员，智能客服替代了部分人工客服，AI导览替代了部分人工导游。贵州旅游行业的调研显示，2018年至2024年间，传统售票岗位减少了约60%，基础客服岗位减少了约40%，标准化导游服务减少了约25%。</w:t>
      </w:r>
    </w:p>
    <w:p>
      <w:r>
        <w:t>创造效应方面，数字技术创造了大量新的就业岗位。数据分析师、数字内容创作者、AI训练师、用户体验设计师、直播运营师、数字产品经理等新岗位不断涌现。贵州数字旅游相关岗位的数量从2018年的约2000个增长到2024年的约8000个，净增长约6000个，远超被替代的岗位数量。</w:t>
      </w:r>
    </w:p>
    <w:p>
      <w:r>
        <w:t>然而，替代与创造之间存在技能错配——被替代的岗位通常需要较低技能（售票、基础客服），而新创造的岗位通常需要较高技能（数据分析、AI训练）。被替代岗位的从业者往往缺乏转向新岗位所需的技能，面临结构性失业风险。贵州通过职业培训和转岗支持缓解了这一风险，但根本解决需要教育体系的适应性调整。</w:t>
      </w:r>
    </w:p>
    <w:p>
      <w:pPr>
        <w:pStyle w:val="Heading3"/>
      </w:pPr>
      <w:r>
        <w:t>技术对旅游体验的增强与异化</w:t>
      </w:r>
    </w:p>
    <w:p>
      <w:r>
        <w:t>数字技术对旅游体验的影响是「增强」与「异化」并存。增强效应方面，数字技术为游客提供了更丰富的信息、更便捷的服务和更个性化的推荐，显著提升了旅游体验的便利性和深度。VR预览让游客在出行前就能了解目的地，智能导览让游客在游览中获得个性化的解说，即时翻译让外国游客克服语言障碍。</w:t>
      </w:r>
    </w:p>
    <w:p>
      <w:r>
        <w:t>异化效应方面，过度依赖数字技术可能使游客与真实的旅游体验产生疏离。游客过度关注手机屏幕而非眼前的风景，过度依赖AI推荐而非自主探索，过度追求数字内容分享而非当下体验。贵州一些景区观察到，游客在景区内的平均手机使用时间从2018年的1.5小时增加到2024年的3.2小时（占游览时间的40%），引发了「数字时代游客是否还在真正旅游」的反思。</w:t>
      </w:r>
    </w:p>
    <w:p>
      <w:r>
        <w:t>贵州景区正在探索「适度数字化」的平衡方案。在景区入口和关键服务点提供数字服务，在文化体验核心区鼓励「数字断联」。黄果树景区在瀑布观景台设置了「手机寄存区」，鼓励游客放下手机全身心感受瀑布的震撼。西江苗寨在苗族文化表演场所禁止使用手机拍摄，引导游客专注于表演本身。这些措施虽然简单，但传递了「技术服务于体验而非替代体验」的理念。</w:t>
      </w:r>
    </w:p>
    <w:p>
      <w:pPr>
        <w:pStyle w:val="Heading3"/>
      </w:pPr>
      <w:r>
        <w:t>技术对旅游文化的保护与商业化</w:t>
      </w:r>
    </w:p>
    <w:p>
      <w:r>
        <w:t>数字技术对旅游文化的影响同样具有双重性。保护方面，数字技术为文化遗产的保存、记录和传播提供了强大工具。高精度三维扫描可以永久保存文物的数字副本，多模态记录可以完整记录非遗表演的细节，数字平台可以让偏远地区的文化获得全球关注。</w:t>
      </w:r>
    </w:p>
    <w:p>
      <w:r>
        <w:t>商业化方面，数字技术也可能将神圣的文化转化为消费性产品。民族文化被简化为「网红打卡」元素，传统仪式被改编为娱乐表演，文化符号被随意用于商业标识。贵州一些景区在民族文化数字化过程中面临「保护还是开发」的两难选择——过度保护可能使文化失去活力，过度开发可能使文化失去本真。</w:t>
      </w:r>
    </w:p>
    <w:p>
      <w:r>
        <w:t>贵州的解决方案是「分层管理」——将文化遗产分为核心层（神圣仪式、秘传知识等）严格保护，中间层（传统技艺、民俗活动等）有限开发，外层（文化符号、视觉元素等）自由使用。这种分层管理既保护了文化的核心价值，又允许文化的外层元素进行商业化开发，实现了保护与利用的平衡。</w:t>
      </w:r>
    </w:p>
    <w:p>
      <w:pPr>
        <w:pStyle w:val="Heading2"/>
      </w:pPr>
      <w:r>
        <w:t>数字文旅技术的评估与选型</w:t>
      </w:r>
    </w:p>
    <w:p>
      <w:pPr>
        <w:pStyle w:val="Heading3"/>
      </w:pPr>
      <w:r>
        <w:t>技术评估框架</w:t>
      </w:r>
    </w:p>
    <w:p>
      <w:r>
        <w:t>数字文旅技术的评估和选型需要科学的框架支撑。贵州开发了「数字文旅技术评估框架」，从技术成熟度、业务适配度、投入产出比、风险可控性和社会接受度五个维度评估技术方案。</w:t>
      </w:r>
    </w:p>
    <w:p>
      <w:r>
        <w:t>技术成熟度评估技术在实际环境中的可靠性和稳定性，参考Gartner技术成熟度曲线判断技术所处的发展阶段。业务适配度评估技术与旅游业务需求的匹配程度，包括功能覆盖度、流程兼容性和数据兼容性。投入产出比评估技术投入的经济效益，包括直接收益（效率提升、成本节约）和间接收益（体验提升、品牌增值）。风险可控性评估技术应用的风险水平和可控程度，包括技术风险、安全风险和合规风险。社会接受度评估用户和社会对技术的接受程度，包括用户体验、隐私感知和文化适应性。</w:t>
      </w:r>
    </w:p>
    <w:p>
      <w:pPr>
        <w:pStyle w:val="Heading3"/>
      </w:pPr>
      <w:r>
        <w:t>贵州景区技术选型的实践案例</w:t>
      </w:r>
    </w:p>
    <w:p>
      <w:r>
        <w:t>贵州某4A级景区在选型智慧导览系统时使用了技术评估框架。候选方案包括方案A（自研AR导览）、方案B（第三方小程序导览）和方案C（硬件导览设备租赁）。评估结果如下：方案A技术成熟度60分（AR技术尚不成熟），业务适配度85分，投入产出比50分（开发成本高），风险可控性70分，社会接受度75分。方案B技术成熟度85分，业务适配度80分，投入产出比90分（SaaS模式成本低），风险可控性85分，社会接受度80分。方案C技术成熟度90分，业务适配度60分，投入产出比70分，风险可控性90分，社会接受度65分。</w:t>
      </w:r>
    </w:p>
    <w:p>
      <w:r>
        <w:t>综合评估后景区选择了方案B——第三方小程序导览。这一选择在技术成熟度、投入产出比和风险可控性方面具有优势，虽然业务适配度略低于方案A，但整体综合得分最高。这一案例展示了技术评估框架在实践中的应用价值——帮助决策者系统地、客观地比较不同技术方案，避免主观偏好和供应商营销的影响。</w:t>
      </w:r>
    </w:p>
    <w:p>
      <w:pPr>
        <w:pStyle w:val="Heading2"/>
      </w:pPr>
      <w:r>
        <w:t>技术实施的成本效益分析</w:t>
      </w:r>
    </w:p>
    <w:p>
      <w:r>
        <w:t>数字文旅技术的实施需要进行严格的成本效益分析。贵州对不同类型数字文旅技术的成本效益进行了系统分析。5G网络建设的成本效益分析显示，单个5A景区的5G网络建设投入约500万元，年运维成本约50万元。收益包括直播和AR导览等新服务带来的增量收入约80万元每年，智能客流管理减少拥堵带来的效率提升价值约40万元每年，5G网络覆盖提升景区品牌形象带来的间接价值约30万元每年。投资回收期约7年，内部收益率约15%。AI客流分析系统的成本效益分析显示，系统建设投入约200万元，年运维成本约20万元。收益包括客流预测准确率提升带来的运营优化价值约60万元每年，安全预警避免事故带来的风险降低价值约30万元每年。投资回收期约4年，内部收益率约28%。VR导览系统的成本效益分析显示，系统建设投入约100万元，年运维成本约10万元。收益包括VR预览带来的增量游客约5万人次每年，增量收入约50万元，VR体验本身作为增值服务的直接收入约20万元每年。投资回收期约2年，内部收益率约45%。成本效益分析为技术投资决策提供了量化依据。</w:t>
      </w:r>
    </w:p>
    <w:p>
      <w:pPr>
        <w:pStyle w:val="Heading2"/>
      </w:pPr>
      <w:r>
        <w:t>技术伦理的实践框架</w:t>
      </w:r>
    </w:p>
    <w:p>
      <w:r>
        <w:t>贵州在数字文旅技术应用中建立了技术伦理实践框架，将伦理原则转化为可操作的具体措施。有益原则的实践方面，所有数字文旅技术在部署前需要进行利益相关者影响评估，评估技术对游客、员工、社区和环境的影响，确保技术的净效益为正。评估内容包括经济效益（效率提升、成本节约）、社会效益（体验改善、服务可及性）和环境效益（资源节约、碳排放减少）。自主原则的实践方面，平台为用户提供充分的选择权——用户可以选择是否使用AI推荐、是否授权位置信息、是否接收个性化营销。平台还提供算法解释功能，用户可以查看推荐结果的影响因素和权重。公正原则的实践方面，平台定期进行算法公平性审计，检查推荐算法和定价算法是否存在地域、年龄、性别或收入歧视。审计结果公开披露，接受社会监督。透明原则的实践方面，平台公开数据使用政策、算法基本逻辑和安全措施，用户可以在隐私中心查看平台收集的所有个人数据及其使用情况。可问责原则的实践方面，平台设立了数据伦理委员会和算法公平委员会，对重大技术决策进行伦理审查。用户可以通过投诉渠道反映技术使用中的问题，平台承诺在48小时内回应。</w:t>
      </w:r>
    </w:p>
    <w:p>
      <w:r>
        <w:t>本章小结</w:t>
      </w:r>
    </w:p>
    <w:p>
      <w:r>
        <w:t>本章系统介绍了支撑数字文旅发展的五大关键技术。云计算提供了弹性的算力支撑，边缘计算解决了实时响应的需求；物联网构建了景区的"数字神经系统"，实现了对物理世界的智能感知；人工智能——尤其是大语言模型的突破——正在从智能客服、AI 导游、行为分析等多个维度重塑文旅服务；区块链为数字资产的确权和交易提供了信任机制，但在文旅领域的应用仍处于探索阶段；沉浸式技术拓展了文旅体验的边界，VR、AR 和数字光影各自开辟了全新的体验维度。</w:t>
      </w:r>
    </w:p>
    <w:p>
      <w:r>
        <w:t>理解这些技术，重点不在于掌握其技术细节（那是计算机专业的内容），而在于理解其"能做什么"和"不能做什么"——即各项技术的能力边界和适用场景。这正是数字文旅人才"技术素养"的核心：不是成为技术专家，而是成为能够与技术专家有效对话、能够将技术能力转化为文旅价值的"翻译者"和"整合者"。第 5 章将在此基础上，进一步探讨这些技术如何整合为数字文旅平台和生态系统。</w:t>
      </w:r>
    </w:p>
    <w:p>
      <w:r>
        <w:t>---</w:t>
      </w:r>
    </w:p>
    <w:p>
      <w:pPr>
        <w:pStyle w:val="Heading2"/>
      </w:pPr>
      <w:r>
        <w:t>思考题</w:t>
      </w:r>
    </w:p>
    <w:p>
      <w:pPr>
        <w:pStyle w:val="ListBullet"/>
      </w:pPr>
      <w:r>
        <w:rPr>
          <w:b/>
        </w:rPr>
        <w:t>简答题</w:t>
      </w:r>
      <w:r>
        <w:t>：简述云计算"弹性伸缩"能力对景区票务系统的价值。为什么传统 IT 架构难以应对黄金周的客流高峰？</w:t>
      </w:r>
    </w:p>
    <w:p>
      <w:pPr>
        <w:pStyle w:val="ListBullet"/>
      </w:pPr>
      <w:r>
        <w:rPr>
          <w:b/>
        </w:rPr>
        <w:t>论述题</w:t>
      </w:r>
      <w:r>
        <w:t>：大语言模型在文旅领域的应用带来了哪些机遇和风险？请从智能导览、内容营销和游客隐私三个角度进行分析。</w:t>
      </w:r>
    </w:p>
    <w:p>
      <w:pPr>
        <w:pStyle w:val="ListBullet"/>
      </w:pPr>
      <w:r>
        <w:rPr>
          <w:b/>
        </w:rPr>
        <w:t>案例分析题</w:t>
      </w:r>
      <w:r>
        <w:t>：假设你是一家山地型景区（如贵州格凸河景区）的数字化顾问，景区面临地形复杂、网络覆盖不均、安全风险高等挑战。请设计一套融合边缘计算、物联网和计算机视觉技术的解决方案，并说明各项技术在其中扮演的角色。</w:t>
      </w:r>
    </w:p>
    <w:p>
      <w:pPr>
        <w:pStyle w:val="ListBullet"/>
      </w:pPr>
      <w:r>
        <w:rPr>
          <w:b/>
        </w:rPr>
        <w:t>实践操作题</w:t>
      </w:r>
      <w:r>
        <w:t>：浏览安顺学院智慧文旅实训项目案例库（或自行搜索类似资源），选择一个实训项目（如"AI 智慧导览与一键打卡助手"），分析该项目中涉及了本章介绍的哪些关键技术？各项技术分别解决了什么业务痛点？如果由你来设计，你会在哪些方面进行改进？</w:t>
      </w:r>
    </w:p>
    <w:p>
      <w:r>
        <w:t>---</w:t>
      </w:r>
    </w:p>
    <w:p>
      <w:pPr>
        <w:pStyle w:val="Heading2"/>
      </w:pPr>
      <w:r>
        <w:t>参考文献</w:t>
      </w:r>
    </w:p>
    <w:p>
      <w:r>
        <w:t>[10] 范艳艳. 智慧旅游研究综述[J]. 旅游纵览, 2014(6): 55-57.</w:t>
      </w:r>
    </w:p>
    <w:p>
      <w:r>
        <w:t>[11] 南京南大智慧城市规划设计股份有限公司. 关于文旅融合背景下智慧文旅服务平台建设的研究[J]. 智能城市, 2024, 10(3): 1-8.</w:t>
      </w:r>
    </w:p>
    <w:p>
      <w:r>
        <w:t>[12] Collins-Kreiner N, Petrevska B. Cultural tourism in the digital age: where are we today? Where do we want to be tomorrow?</w:t>
      </w:r>
    </w:p>
    <w:p>
      <w:r>
        <w:t>[4] Peng R, Lou Y, Kadoch M, et al. A Human-Guided Machine Learning Approach for 5G Smart Tourism IoT[J]. Electronics, 2020, 9(6): 947. DOI: 10.3390/electronics9060947.</w:t>
      </w:r>
    </w:p>
    <w:p>
      <w:r>
        <w:t>[5] Wang W, Kumar N, Chen J, et al. Realizing the Potential of Internet of Things for Smart Tourism with 5G and AI[J]. IEEE Network, 2020, 35(4): 16-23. DOI: 10.1109/MNET.011.2000250.</w:t>
      </w:r>
    </w:p>
    <w:p>
      <w:r>
        <w:t>[6] Bi F, Liu H. Machine learning-based cloud IoT platform for intelligent tourism information services[J]. EURASIP Journal on Wireless Communications and Networking, 2022, 2022(1): 63. DOI: 10.1186/s13638-022-02138-y.</w:t>
      </w:r>
    </w:p>
    <w:p>
      <w:r>
        <w:t>[7] Chowdhury N, Ahmed Z, Kushol R, et al. Internet of Things (IoT) in smart tourism: a literature review[J]. Smart Tourism and Urban Development, 2022, 15(1): 45-60. DOI: 10.1108/sjme-03-2022-0035.</w:t>
      </w:r>
    </w:p>
    <w:p>
      <w:r>
        <w:t>[8] Chan A S, Destiadi R, Hasibuan A S, et al. Implementation of IoT-Based Smart Tourism Destination Tools as Tourism Leisure 5.0[J]. International Journal of Religious Tourism and Pilgrimage, 2024, 3(4): 1-12. DOI: 10.53893/ijrvocas.v3i4.105.</w:t>
      </w:r>
    </w:p>
    <w:p>
      <w:r>
        <w:t>[13] Anwar M S, Yang J, Frnda J, et al. Metaverse and XR for cultural heritage education: applications, standards, architecture, and technological insights for enhanced immersive experience[J]. Virtual Reality, 2025. DOI: 10.1007/s10055-025-01126-z</w:t>
      </w:r>
    </w:p>
    <w:p>
      <w:r>
        <w:t>[14] Boboc R G, Băutu E, Gîrbaic F, et al. Augmented reality in cultural heritage: An overview of the last decade of applications[J]. Applied Sciences, 2022, 12(19): 9859. DOI: 10.3390/app12199859</w:t>
      </w:r>
    </w:p>
    <w:p>
      <w:r>
        <w:t>[15] Pratisto E H, Thompson N, Potdar V. Immersive technologies for tourism: a systematic review[J]. Smart Tourism, 2022. DOI: 10.1007/s40558-022-00228-7</w:t>
      </w:r>
    </w:p>
    <w:p>
      <w:r>
        <w:t>[9] 柯乐欣, 李锦昌. 浅谈AIoT在智慧景区中的深度应用[J]. 中国管理信息化, 2020, 23(18): 185-187.[J]. Tourism Culture &amp; Communication, 2015, 15(3): 153-167.</w:t>
      </w:r>
    </w:p>
    <w:p>
      <w:r>
        <w:br w:type="page"/>
      </w:r>
    </w:p>
    <w:p>
      <w:pPr>
        <w:pStyle w:val="Heading1"/>
      </w:pPr>
      <w:r>
        <w:t>第 5 章 数字文旅平台与生态系统</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平台类型</w:t>
            </w:r>
          </w:p>
        </w:tc>
        <w:tc>
          <w:tcPr>
            <w:tcW w:type="dxa" w:w="2209"/>
          </w:tcPr>
          <w:p>
            <w:pPr>
              <w:spacing w:after="40" w:line="240" w:lineRule="auto"/>
            </w:pPr>
            <w:r>
              <w:rPr>
                <w:b/>
                <w:sz w:val="20"/>
              </w:rPr>
              <w:t>代表案例</w:t>
            </w:r>
          </w:p>
        </w:tc>
        <w:tc>
          <w:tcPr>
            <w:tcW w:type="dxa" w:w="2209"/>
          </w:tcPr>
          <w:p>
            <w:pPr>
              <w:spacing w:after="40" w:line="240" w:lineRule="auto"/>
            </w:pPr>
            <w:r>
              <w:rPr>
                <w:b/>
                <w:sz w:val="20"/>
              </w:rPr>
              <w:t>核心功能</w:t>
            </w:r>
          </w:p>
        </w:tc>
        <w:tc>
          <w:tcPr>
            <w:tcW w:type="dxa" w:w="2209"/>
          </w:tcPr>
          <w:p>
            <w:pPr>
              <w:spacing w:after="40" w:line="240" w:lineRule="auto"/>
            </w:pPr>
            <w:r>
              <w:rPr>
                <w:b/>
                <w:sz w:val="20"/>
              </w:rPr>
              <w:t>生态特征</w:t>
            </w:r>
          </w:p>
        </w:tc>
      </w:tr>
      <w:tr>
        <w:tc>
          <w:tcPr>
            <w:tcW w:type="dxa" w:w="2209"/>
          </w:tcPr>
          <w:p>
            <w:pPr>
              <w:spacing w:after="40" w:line="240" w:lineRule="auto"/>
            </w:pPr>
            <w:r>
              <w:rPr>
                <w:sz w:val="20"/>
              </w:rPr>
              <w:t>综合OTA</w:t>
            </w:r>
          </w:p>
        </w:tc>
        <w:tc>
          <w:tcPr>
            <w:tcW w:type="dxa" w:w="2209"/>
          </w:tcPr>
          <w:p>
            <w:pPr>
              <w:spacing w:after="40" w:line="240" w:lineRule="auto"/>
            </w:pPr>
            <w:r>
              <w:rPr>
                <w:sz w:val="20"/>
              </w:rPr>
              <w:t>携程、美团</w:t>
            </w:r>
          </w:p>
        </w:tc>
        <w:tc>
          <w:tcPr>
            <w:tcW w:type="dxa" w:w="2209"/>
          </w:tcPr>
          <w:p>
            <w:pPr>
              <w:spacing w:after="40" w:line="240" w:lineRule="auto"/>
            </w:pPr>
            <w:r>
              <w:rPr>
                <w:sz w:val="20"/>
              </w:rPr>
              <w:t>预订、支付、评价</w:t>
            </w:r>
          </w:p>
        </w:tc>
        <w:tc>
          <w:tcPr>
            <w:tcW w:type="dxa" w:w="2209"/>
          </w:tcPr>
          <w:p>
            <w:pPr>
              <w:spacing w:after="40" w:line="240" w:lineRule="auto"/>
            </w:pPr>
            <w:r>
              <w:rPr>
                <w:sz w:val="20"/>
              </w:rPr>
              <w:t>双边市场，强网络效应</w:t>
            </w:r>
          </w:p>
        </w:tc>
      </w:tr>
      <w:tr>
        <w:tc>
          <w:tcPr>
            <w:tcW w:type="dxa" w:w="2209"/>
          </w:tcPr>
          <w:p>
            <w:pPr>
              <w:spacing w:after="40" w:line="240" w:lineRule="auto"/>
            </w:pPr>
            <w:r>
              <w:rPr>
                <w:sz w:val="20"/>
              </w:rPr>
              <w:t>目的地平台</w:t>
            </w:r>
          </w:p>
        </w:tc>
        <w:tc>
          <w:tcPr>
            <w:tcW w:type="dxa" w:w="2209"/>
          </w:tcPr>
          <w:p>
            <w:pPr>
              <w:spacing w:after="40" w:line="240" w:lineRule="auto"/>
            </w:pPr>
            <w:r>
              <w:rPr>
                <w:sz w:val="20"/>
              </w:rPr>
              <w:t>一码游贵州</w:t>
            </w:r>
          </w:p>
        </w:tc>
        <w:tc>
          <w:tcPr>
            <w:tcW w:type="dxa" w:w="2209"/>
          </w:tcPr>
          <w:p>
            <w:pPr>
              <w:spacing w:after="40" w:line="240" w:lineRule="auto"/>
            </w:pPr>
            <w:r>
              <w:rPr>
                <w:sz w:val="20"/>
              </w:rPr>
              <w:t>导览、票务、公共服务</w:t>
            </w:r>
          </w:p>
        </w:tc>
        <w:tc>
          <w:tcPr>
            <w:tcW w:type="dxa" w:w="2209"/>
          </w:tcPr>
          <w:p>
            <w:pPr>
              <w:spacing w:after="40" w:line="240" w:lineRule="auto"/>
            </w:pPr>
            <w:r>
              <w:rPr>
                <w:sz w:val="20"/>
              </w:rPr>
              <w:t>政府引导，多方参与</w:t>
            </w:r>
          </w:p>
        </w:tc>
      </w:tr>
      <w:tr>
        <w:tc>
          <w:tcPr>
            <w:tcW w:type="dxa" w:w="2209"/>
          </w:tcPr>
          <w:p>
            <w:pPr>
              <w:spacing w:after="40" w:line="240" w:lineRule="auto"/>
            </w:pPr>
            <w:r>
              <w:rPr>
                <w:sz w:val="20"/>
              </w:rPr>
              <w:t>垂直平台</w:t>
            </w:r>
          </w:p>
        </w:tc>
        <w:tc>
          <w:tcPr>
            <w:tcW w:type="dxa" w:w="2209"/>
          </w:tcPr>
          <w:p>
            <w:pPr>
              <w:spacing w:after="40" w:line="240" w:lineRule="auto"/>
            </w:pPr>
            <w:r>
              <w:rPr>
                <w:sz w:val="20"/>
              </w:rPr>
              <w:t>小猪民宿、马蜂窝</w:t>
            </w:r>
          </w:p>
        </w:tc>
        <w:tc>
          <w:tcPr>
            <w:tcW w:type="dxa" w:w="2209"/>
          </w:tcPr>
          <w:p>
            <w:pPr>
              <w:spacing w:after="40" w:line="240" w:lineRule="auto"/>
            </w:pPr>
            <w:r>
              <w:rPr>
                <w:sz w:val="20"/>
              </w:rPr>
              <w:t>细分领域深度服务</w:t>
            </w:r>
          </w:p>
        </w:tc>
        <w:tc>
          <w:tcPr>
            <w:tcW w:type="dxa" w:w="2209"/>
          </w:tcPr>
          <w:p>
            <w:pPr>
              <w:spacing w:after="40" w:line="240" w:lineRule="auto"/>
            </w:pPr>
            <w:r>
              <w:rPr>
                <w:sz w:val="20"/>
              </w:rPr>
              <w:t>社区驱动，内容为王</w:t>
            </w:r>
          </w:p>
        </w:tc>
      </w:tr>
      <w:tr>
        <w:tc>
          <w:tcPr>
            <w:tcW w:type="dxa" w:w="2209"/>
          </w:tcPr>
          <w:p>
            <w:pPr>
              <w:spacing w:after="40" w:line="240" w:lineRule="auto"/>
            </w:pPr>
            <w:r>
              <w:rPr>
                <w:sz w:val="20"/>
              </w:rPr>
              <w:t>社交平台</w:t>
            </w:r>
          </w:p>
        </w:tc>
        <w:tc>
          <w:tcPr>
            <w:tcW w:type="dxa" w:w="2209"/>
          </w:tcPr>
          <w:p>
            <w:pPr>
              <w:spacing w:after="40" w:line="240" w:lineRule="auto"/>
            </w:pPr>
            <w:r>
              <w:rPr>
                <w:sz w:val="20"/>
              </w:rPr>
              <w:t>抖音、小红书</w:t>
            </w:r>
          </w:p>
        </w:tc>
        <w:tc>
          <w:tcPr>
            <w:tcW w:type="dxa" w:w="2209"/>
          </w:tcPr>
          <w:p>
            <w:pPr>
              <w:spacing w:after="40" w:line="240" w:lineRule="auto"/>
            </w:pPr>
            <w:r>
              <w:rPr>
                <w:sz w:val="20"/>
              </w:rPr>
              <w:t>内容种草、传播</w:t>
            </w:r>
          </w:p>
        </w:tc>
        <w:tc>
          <w:tcPr>
            <w:tcW w:type="dxa" w:w="2209"/>
          </w:tcPr>
          <w:p>
            <w:pPr>
              <w:spacing w:after="40" w:line="240" w:lineRule="auto"/>
            </w:pPr>
            <w:r>
              <w:rPr>
                <w:sz w:val="20"/>
              </w:rPr>
              <w:t>UGC生态，算法分发</w:t>
            </w:r>
          </w:p>
        </w:tc>
      </w:tr>
    </w:tbl>
    <w:p/>
    <w:p>
      <w:pPr>
        <w:pStyle w:val="ListBullet"/>
      </w:pPr>
      <w:r>
        <w:rPr>
          <w:b/>
        </w:rPr>
        <w:t>知识目标</w:t>
      </w:r>
      <w:r>
        <w:t>：学生能够描述数字文旅平台的主要类型与功能架构，理解平台生态系统的参与者角色、价值共创机制和竞争策略。</w:t>
      </w:r>
    </w:p>
    <w:p>
      <w:pPr>
        <w:pStyle w:val="ListBullet"/>
      </w:pPr>
      <w:r>
        <w:rPr>
          <w:b/>
        </w:rPr>
        <w:t>能力目标</w:t>
      </w:r>
      <w:r>
        <w:t>：学生能够运用平台经济理论分析不同类型文旅平台的商业模式，评估平台的竞争优势和潜在风险。</w:t>
      </w:r>
    </w:p>
    <w:p>
      <w:pPr>
        <w:pStyle w:val="ListBullet"/>
      </w:pPr>
      <w:r>
        <w:rPr>
          <w:b/>
        </w:rPr>
        <w:t>素养目标</w:t>
      </w:r>
      <w:r>
        <w:t>：学生能够理解平台经济对中小文旅企业的"双刃剑"效应，形成兼顾效率与公平的产业视角。认识数字平台在乡村振兴中的赋能作用。</w:t>
      </w:r>
    </w:p>
    <w:p>
      <w:r>
        <w:t>---</w:t>
      </w:r>
    </w:p>
    <w:p>
      <w:pPr>
        <w:pStyle w:val="Heading2"/>
      </w:pPr>
      <w:r>
        <w:t>导入案例</w:t>
      </w:r>
    </w:p>
    <w:p>
      <w:r>
        <w:t>2020 年之前，贵州紫云县格凸河景区的一家苗族民宿老板杨大姐，每年只能靠旅行社带团和过路游客维持生意——旺季勉强满房，淡季门可罗雀。2020 年，"一码游贵州"平台上线后，杨大姐将民宿信息免费接入平台。令她没想到的是，平台的个性化推荐算法将她的民宿推送给了搜索"苗族文化体验"的游客群体——民宿的苗族蜡染工坊、苗家长桌宴等特色服务开始被精准曝光。一年后，杨大姐的民宿入住率提升了近 40%，其中超过一半的订单来自"一码游贵州"平台。</w:t>
      </w:r>
    </w:p>
    <w:p>
      <w:r>
        <w:t>杨大姐的故事背后，是一个典型的数字文旅平台生态系统的运作逻辑：平台提供连接和匹配能力，供给方（民宿）提供产品和服务，需求方（游客）进行消费和体验，数据在各方之间流动并产生价值。但故事的另一面是：如果有一天平台提高了佣金费率，或者改变了推荐算法的规则，杨大姐的生意会怎样？这就是本章要探讨的核心问题——数字文旅平台如何构建生态系统，以及这个系统中的权力、利益和风险如何分配。</w:t>
      </w:r>
    </w:p>
    <w:p>
      <w:r>
        <w:rPr>
          <w:b/>
        </w:rPr>
        <w:t>引导性问题</w:t>
      </w:r>
      <w:r>
        <w:t>：</w:t>
      </w:r>
    </w:p>
    <w:p>
      <w:pPr>
        <w:pStyle w:val="ListBullet"/>
      </w:pPr>
      <w:r>
        <w:t>政府主导的"一码游贵州"平台与商业 OTA 平台（如携程）有何本质区别？</w:t>
      </w:r>
    </w:p>
    <w:p>
      <w:pPr>
        <w:pStyle w:val="ListBullet"/>
      </w:pPr>
      <w:r>
        <w:t>为什么中小文旅企业对平台的"依赖"既是机遇也是风险？</w:t>
      </w:r>
    </w:p>
    <w:p>
      <w:pPr>
        <w:pStyle w:val="ListBullet"/>
      </w:pPr>
      <w:r>
        <w:t>数字平台如何赋能乡村旅游和乡村振兴？</w:t>
      </w:r>
    </w:p>
    <w:p>
      <w:r>
        <w:t>---</w:t>
      </w:r>
    </w:p>
    <w:p>
      <w:pPr>
        <w:pStyle w:val="Heading2"/>
      </w:pPr>
      <w:r>
        <w:t>5.1 数字文旅平台的类型与功能</w:t>
      </w:r>
    </w:p>
    <w:p>
      <w:pPr>
        <w:pStyle w:val="Heading3"/>
      </w:pPr>
      <w:r>
        <w:t>5.1.1 综合 OTA 平台</w:t>
      </w:r>
    </w:p>
    <w:p>
      <w:r>
        <w:rPr>
          <w:b/>
        </w:rPr>
        <w:t>OTA 平台的商业模式。</w:t>
      </w:r>
      <w:r>
        <w:t xml:space="preserve"> OTA（Online Travel Agency）是数字文旅平台中规模最大、影响力最强的类型。以携程、美团、飞猪为代表的中国 OTA 平台，已构建了覆盖机票、酒店、火车票、景区门票、租车、餐饮等全品类的旅行服务体系。OTA 的核心商业模式是"流量聚合+交易撮合"：平台投入巨资获取用户流量（通过广告、搜索引擎优化、会员体系等），然后将流量转化为酒店预订、机票销售等交易，从中收取佣金（酒店通常 10%～25%，机票较低）。</w:t>
      </w:r>
    </w:p>
    <w:p>
      <w:r>
        <w:rPr>
          <w:b/>
        </w:rPr>
        <w:t>OTA 的核心能力。</w:t>
      </w:r>
      <w:r>
        <w:t xml:space="preserve"> OTA 平台的竞争优势建立在三大核心能力之上。第一是</w:t>
      </w:r>
      <w:r>
        <w:rPr>
          <w:b/>
        </w:rPr>
        <w:t>搜索与比价能力</w:t>
      </w:r>
      <w:r>
        <w:t>——用户可以在几秒钟内比较数百家酒店的价格、位置和评价，这是传统旅行社无法提供的效率。第二是</w:t>
      </w:r>
      <w:r>
        <w:rPr>
          <w:b/>
        </w:rPr>
        <w:t>信任中介能力</w:t>
      </w:r>
      <w:r>
        <w:t>——用户评价系统（UGC）、平台担保和售后服务，降低了消费者在陌生目的地的决策风险。第三是</w:t>
      </w:r>
      <w:r>
        <w:rPr>
          <w:b/>
        </w:rPr>
        <w:t>供应链管理能力</w:t>
      </w:r>
      <w:r>
        <w:t>——大型 OTA 平台管理着数以百万计的酒店、航班和旅游产品库存，需要强大的技术系统和商务团队支撑。</w:t>
      </w:r>
    </w:p>
    <w:p>
      <w:r>
        <w:rPr>
          <w:b/>
        </w:rPr>
        <w:t>OTA 的争议与反思。</w:t>
      </w:r>
      <w:r>
        <w:t xml:space="preserve"> OTA 平台对旅游产业的深刻影响也引发了广泛争议。高额佣金（酒店行业普遍抱怨"给 OTA 打工"）、排名算法的透明度、虚假评论的治理、"大数据杀熟"等问题，使得 OTA 与供给方之间的关系日趋紧张。近年来，越来越多的酒店集团开始建设自有直销渠道（如会员 APP、微信小程序），试图降低对 OTA 的依赖。"去 OTA 化"能否成功，取决于酒店能否建立起足以与 OTA 抗衡的流量获取和用户运营能力。</w:t>
      </w:r>
    </w:p>
    <w:p>
      <w:r>
        <w:rPr>
          <w:b/>
        </w:rPr>
        <w:t>平台经济的网络效应解析。</w:t>
      </w:r>
      <w:r>
        <w:t xml:space="preserve"> 理解 OTA 平台的竞争优势，需要引入"网络效应"这一平台经济学的核心概念。网络效应分为两种：</w:t>
      </w:r>
      <w:r>
        <w:rPr>
          <w:b/>
        </w:rPr>
        <w:t>直接网络效应</w:t>
      </w:r>
      <w:r>
        <w:t>（或称同边网络效应）——平台的用户越多，对同类用户的价值越大（如微信，朋友越多越有用）；</w:t>
      </w:r>
      <w:r>
        <w:rPr>
          <w:b/>
        </w:rPr>
        <w:t>间接网络效应</w:t>
      </w:r>
      <w:r>
        <w:t>（或称跨边网络效应）——平台一端的用户越多，对另一端用户的价值越大（如 OTA 平台，游客越多，酒店越愿意入驻；酒店越多，游客越愿意使用）。OTA 平台同时具备两种网络效应：更多的游客吸引更多酒店入驻（间接网络效应），更多的用户评价使后来的用户更容易做出决策（直接网络效应）。这种双重网络效应构成了 OTA 平台"赢者通吃"的经济学基础——一旦平台达到临界规模，正向反馈循环将自动强化其市场地位，后来者极难撼动。</w:t>
      </w:r>
    </w:p>
    <w:p>
      <w:r>
        <w:rPr>
          <w:b/>
        </w:rPr>
        <w:t>贵州本土的 OTA 竞争格局。</w:t>
      </w:r>
      <w:r>
        <w:t xml:space="preserve"> 在贵州旅游市场，携程系和美团系是两大主力 OTA 平台。携程的优势在于远程客源——省外和境外游客更倾向于使用携程预订贵州的酒店和景区门票；美团则深耕本地生活——省内游客和本地居民的餐饮、休闲消费更依赖美团。黄果树景区数据显示，通过 OTA 渠道预订门票的游客中，携程系占比约 45%，美团系占比约 30%，其他平台（飞猪、去哪儿等）合计占比约 25%。这一格局提示我们：OTA 平台并非"铁板一块"，不同平台在不同市场（远程 vs. 本地、酒店 vs. 门票、高端 vs. 经济型）各有优劣势，供给方应根据自身定位选择最匹配的平台组合。</w:t>
      </w:r>
    </w:p>
    <w:p>
      <w:pPr>
        <w:pStyle w:val="Heading3"/>
      </w:pPr>
      <w:r>
        <w:t>5.1.2 目的地智慧旅游平台</w:t>
      </w:r>
    </w:p>
    <w:p>
      <w:r>
        <w:rPr>
          <w:b/>
        </w:rPr>
        <w:t>公共平台 vs. 商业平台。</w:t>
      </w:r>
      <w:r>
        <w:t xml:space="preserve"> 与 OTA 这类商业平台不同，目的地智慧旅游平台通常由地方政府主导建设，具有明显的公共服务属性。"一码游贵州"是这类平台的典型代表——其目标是服务全省旅游产业发展，而非追求平台自身利润最大化。公共平台的典型特征包括：免费向供给方开放（不收取佣金）、全面覆盖（接入大中小各类旅游资源）、数据共享（向政府管理部门开放监管数据）。</w:t>
      </w:r>
    </w:p>
    <w:p>
      <w:r>
        <w:rPr>
          <w:b/>
        </w:rPr>
        <w:t>"一码游贵州"的平台架构。</w:t>
      </w:r>
      <w:r>
        <w:t xml:space="preserve"> 从技术架构看，"一码游贵州"是一个典型的"前轻后重"平台。前端是微信小程序，用户无需下载安装即可使用全部功能——这极大降低了游客的使用门槛，尤其对于中老年游客和不常来贵州的游客而言，"不用下载 APP"是一个重要的体验优势。后端则是复杂的数据中台和服务中台，整合了全省数百家景区的票务系统、数万家商户的实时信息、交通和气象等公共数据，以及 AI 智能体（客服、导游、行程规划）的服务能力。这种"前端轻量、后端厚重"的架构设计，兼顾了用户体验和服务深度。</w:t>
      </w:r>
    </w:p>
    <w:p>
      <w:r>
        <w:rPr>
          <w:b/>
        </w:rPr>
        <w:t>公共平台的价值与挑战。</w:t>
      </w:r>
      <w:r>
        <w:t xml:space="preserve"> 公共平台的核心价值在于"公共服务"——为商业平台不愿服务的"长尾"资源（小型乡村旅游点、非遗工坊、特色民宿）提供数字化入口，避免数字鸿沟进一步扩大。但公共平台也面临独特的挑战：运营效率往往低于商业平台（政府主导的互联网产品在用户体验迭代方面通常慢于市场驱动的产品），可持续性面临资金压力（依赖财政拨款而非市场营收），以及与商业平台的竞合关系需要审慎处理（避免"既当裁判员又当运动员"）。</w:t>
      </w:r>
    </w:p>
    <w:p>
      <w:pPr>
        <w:pStyle w:val="Heading3"/>
      </w:pPr>
      <w:r>
        <w:t>5.1.3 垂直细分平台</w:t>
      </w:r>
    </w:p>
    <w:p>
      <w:r>
        <w:rPr>
          <w:b/>
        </w:rPr>
        <w:t>垂直平台的差异化策略。</w:t>
      </w:r>
      <w:r>
        <w:t xml:space="preserve"> 在综合 OTA 巨头已经占据大部分市场份额的格局下，垂直细分平台通过"做深做透"特定领域来寻找生存空间。民宿领域的 Airbnb、途家；研学旅游领域的专业平台；户外运动领域的"两步路"；美食旅游领域的"大众点评"——这些平台不追求"大而全"，而是通过深耕某一细分市场建立竞争壁垒。</w:t>
      </w:r>
    </w:p>
    <w:p>
      <w:r>
        <w:rPr>
          <w:b/>
        </w:rPr>
        <w:t>内容型平台的崛起。</w:t>
      </w:r>
      <w:r>
        <w:t xml:space="preserve"> 近年来，以抖音、小红书、B 站为代表的内容平台在旅游领域的影响力急剧上升，形成了"内容即渠道"的新模式。一条爆款短视频可以让一个默默无闻的打卡点一夜之间成为"网红目的地"；一篇详尽的小红书攻略比传统旅行社的行程单更有说服力。内容平台的旅游"杀伤力"在于：它们改变了旅游消费的决策路径——从"想去某地→搜索信息→预订产品"变为"看到内容→产生兴趣→立即预订"。这种"种草即拔草"的消费链路，正在重塑旅游营销的底层逻辑。</w:t>
      </w:r>
    </w:p>
    <w:p>
      <w:pPr>
        <w:pStyle w:val="Heading3"/>
      </w:pPr>
      <w:r>
        <w:t>5.1.4 社交媒体与内容平台</w:t>
      </w:r>
    </w:p>
    <w:p>
      <w:r>
        <w:rPr>
          <w:b/>
        </w:rPr>
        <w:t>"内容+交易"闭环。</w:t>
      </w:r>
      <w:r>
        <w:t xml:space="preserve"> 抖音和小红书等平台正在构建"内容+交易"的商业闭环：用户在平台上看到旅游内容（短视频、图文攻略），被"种草"后直接在平台内完成酒店预订、景区门票购买——整个消费链路在同一个 APP 内完成，无需跳转到其他 OTA 平台。这种"所见即所得"的体验，对传统 OTA 构成了巨大挑战——OTA 的优势在于"比价和交易"，但在"激发需求"这个上游环节，内容平台显然更具优势。</w:t>
      </w:r>
    </w:p>
    <w:p>
      <w:r>
        <w:rPr>
          <w:b/>
        </w:rPr>
        <w:t>算法推荐的双刃剑。</w:t>
      </w:r>
      <w:r>
        <w:t xml:space="preserve"> 内容平台的算法推荐机制为旅游营销带来了前所未有的精准性，但也引发了新的问题。算法倾向于推荐"已经有热度"的内容，导致热门目的地越来越热、冷门目的地更难被看见——这与"长尾理论"的预期相悖。此外，"滤镜景点"问题频发——经过精心拍摄和修图的短视频呈现了远高于现实的"美颜版"景点，导致游客实地体验后产生巨大的心理落差。这提醒我们：数字营销的效率提升，不能以牺牲信息真实性为代价。</w:t>
      </w:r>
    </w:p>
    <w:p>
      <w:pPr>
        <w:spacing w:before="80" w:after="80"/>
        <w:ind w:left="680"/>
        <w:pBdr>
          <w:left w:val="single" w:sz="12" w:color="2C7AA8"/>
        </w:pBdr>
      </w:pPr>
      <w:r>
        <w:rPr>
          <w:i/>
          <w:color w:val="555555"/>
          <w:sz w:val="22"/>
        </w:rPr>
        <w:t>知识卡片 5-1："种草"是社交媒体时代的消费决策新路径。这一概念描述了"看到内容→产生兴趣→形成购买意愿"的心理过程。在旅游领域，抖音和小红书已成为最大的"种草"平台。据统计，超过 60% 的"90 后"游客表示社交媒体内容是其选择旅游目的地的重要参考因素。"种草"路径的兴起意味着旅游营销的重心从"渠道分发"转向"内容创作"。</w:t>
      </w:r>
    </w:p>
    <w:p>
      <w:r>
        <w:t>---</w:t>
      </w:r>
    </w:p>
    <w:p>
      <w:pPr>
        <w:pStyle w:val="Heading2"/>
      </w:pPr>
      <w:r>
        <w:t>5.2 平台生态系统的构建</w:t>
      </w:r>
    </w:p>
    <w:p>
      <w:pPr>
        <w:pStyle w:val="Heading3"/>
      </w:pPr>
      <w:r>
        <w:t>5.2.1 生态系统的参与者与角色</w:t>
      </w:r>
    </w:p>
    <w:p>
      <w:r>
        <w:rPr>
          <w:b/>
        </w:rPr>
        <w:t>五方参与者。</w:t>
      </w:r>
      <w:r>
        <w:t xml:space="preserve"> 一个成熟的数字文旅平台生态系统通常包括五类参与者。</w:t>
      </w:r>
      <w:r>
        <w:rPr>
          <w:b/>
        </w:rPr>
        <w:t>平台方</w:t>
      </w:r>
      <w:r>
        <w:t>负责提供技术基础设施、制定平台规则和维护平台秩序。</w:t>
      </w:r>
      <w:r>
        <w:rPr>
          <w:b/>
        </w:rPr>
        <w:t>供给方</w:t>
      </w:r>
      <w:r>
        <w:t>（景区、酒店、餐饮、交通、文创企业等）提供产品和服务。</w:t>
      </w:r>
      <w:r>
        <w:rPr>
          <w:b/>
        </w:rPr>
        <w:t>需求方</w:t>
      </w:r>
      <w:r>
        <w:t>（游客）进行消费和体验。</w:t>
      </w:r>
      <w:r>
        <w:rPr>
          <w:b/>
        </w:rPr>
        <w:t>服务方</w:t>
      </w:r>
      <w:r>
        <w:t>（技术开发商、内容创作者、数据分析公司等）为平台和供给方提供专业服务。</w:t>
      </w:r>
      <w:r>
        <w:rPr>
          <w:b/>
        </w:rPr>
        <w:t>治理方</w:t>
      </w:r>
      <w:r>
        <w:t>（政府部门、行业协会等）负责监管和协调。</w:t>
      </w:r>
    </w:p>
    <w:p>
      <w:r>
        <w:rPr>
          <w:b/>
        </w:rPr>
        <w:t>角色的流动性。</w:t>
      </w:r>
      <w:r>
        <w:t xml:space="preserve"> 在数字文旅平台生态系统中，参与者的角色是动态变化的。游客可以同时是内容生产者（发布游记和短视频）；酒店可以同时是数据提供者和数据消费者（提供客房信息，获取客流预测）；政府可以同时是治理者和平台运营者（如"一码游贵州"的运营方是政府部门）。这种角色的流动性使得平台生态系统比传统的线性价值链更加复杂，但也更加灵活和富有创新潜力。</w:t>
      </w:r>
    </w:p>
    <w:p>
      <w:pPr>
        <w:pStyle w:val="Heading3"/>
      </w:pPr>
      <w:r>
        <w:t>5.2.2 价值共创与利益分配机制</w:t>
      </w:r>
    </w:p>
    <w:p>
      <w:r>
        <w:rPr>
          <w:b/>
        </w:rPr>
        <w:t>价值共创的三层机制。</w:t>
      </w:r>
      <w:r>
        <w:t xml:space="preserve"> 数字文旅平台的价值共创体现在三个层面。</w:t>
      </w:r>
      <w:r>
        <w:rPr>
          <w:b/>
        </w:rPr>
        <w:t>信息价值</w:t>
      </w:r>
      <w:r>
        <w:t>——游客的搜索、浏览和评价行为为平台贡献了数据，平台利用这些数据优化推荐算法和营销策略。</w:t>
      </w:r>
      <w:r>
        <w:rPr>
          <w:b/>
        </w:rPr>
        <w:t>内容价值</w:t>
      </w:r>
      <w:r>
        <w:t>——游客和 KOL 创作的游记、短视频、攻略等内容，既是个人表达，也是平台的核心资产。</w:t>
      </w:r>
      <w:r>
        <w:rPr>
          <w:b/>
        </w:rPr>
        <w:t>网络价值</w:t>
      </w:r>
      <w:r>
        <w:t>——每一个新加入的用户都增加了平台对已有用户的价值（网络效应），用户本身成为平台的"产品"。</w:t>
      </w:r>
    </w:p>
    <w:p>
      <w:r>
        <w:rPr>
          <w:b/>
        </w:rPr>
        <w:t>利益分配的核心矛盾。</w:t>
      </w:r>
      <w:r>
        <w:t xml:space="preserve"> 价值共创必然引发利益分配问题——当平台的价值在很大程度上由用户和供给方"共创"时，平台方应该拿多少？OTA 平台的高佣金之所以引发争议，根本原因在于供给方认为：我提供了产品和服务、用户提供了流量和数据，平台凭什么拿走 20% 以上的收入？这一问题没有标准答案，但公平的利益分配机制是平台生态系统可持续发展的前提。近年来出现的"低佣金+增值服务"模式（基础服务低佣金甚至免费，增值服务收费）和"区块链+智能合约"模式（按贡献自动分配收益）代表了利益分配机制创新的方向。</w:t>
      </w:r>
    </w:p>
    <w:p>
      <w:r>
        <w:rPr>
          <w:b/>
        </w:rPr>
        <w:t>服务主导逻辑与价值共创理论。</w:t>
      </w:r>
      <w:r>
        <w:t xml:space="preserve"> 理解价值共创，需要引入 Vargo 和 Lusch 提出的"服务主导逻辑"（Service-Dominant Logic, S-D Logic）。该理论的核心主张是：价值不是由企业单方面"生产"然后"交付"给消费者的，而是由企业、消费者和其他利益相关者共同"创造"的。在文旅平台上，这一逻辑体现得尤为明显——游客的评价和分享创造了内容价值，游客的浏览和预订行为创造了数据价值，商户的入驻和服务创造了产品价值，平台的技术和规则创造了连接价值。四方的贡献交织在一起，使得"谁创造了多少价值"成为一个难以精确量化的问题。S-D Logic 提醒我们：平台不是价值的"生产者"，而是价值的"促进者"（facilitator），其核心功能是为各方价值共创提供基础设施和制度环境。</w:t>
      </w:r>
    </w:p>
    <w:p>
      <w:r>
        <w:rPr>
          <w:b/>
        </w:rPr>
        <w:t>贵州乡村旅游平台的价值共创实践。</w:t>
      </w:r>
      <w:r>
        <w:t xml:space="preserve"> 在贵州的乡村旅游领域，价值共创的理念已经落地实践。黔东南的西江千户苗寨通过"智慧苗寨"小程序，将苗族的银饰锻造、刺绣、古歌等非遗技艺数字化展示，游客可以线上预约体验课程、线下亲手制作并带走作品。在这个过程中，游客不再是"被动观看者"，而是"主动参与者"——他们的动手体验本身就是产品价值的一部分；他们的朋友圈分享和抖音短视频又为苗寨带来了新的游客。平台（小程序）、供给方（非遗传承人）、需求方（游客）三方在同一个价值共创网络中相互依存、彼此增强。这种模式在贵州的屯堡文化、侗族大歌、安顺地戏等非遗项目中同样适用——数字化不是"替代"传统体验，而是"增强"传统体验，让更多人能够以更低门槛参与其中。</w:t>
      </w:r>
    </w:p>
    <w:p>
      <w:pPr>
        <w:pStyle w:val="Heading3"/>
      </w:pPr>
      <w:r>
        <w:t>5.2.3 数据共享与 API 经济</w:t>
      </w:r>
    </w:p>
    <w:p>
      <w:r>
        <w:rPr>
          <w:b/>
        </w:rPr>
        <w:t>数据共享的价值与障碍。</w:t>
      </w:r>
      <w:r>
        <w:t xml:space="preserve"> 数字文旅平台生态系统的效率，在很大程度上取决于数据共享的深度和广度。如果景区票务系统、酒店管理系统和交通调度系统的数据彼此隔离，平台的客流预测和智能调度就无法实现。但数据共享面临多重障碍：技术上，不同系统的数据格式和接口标准不统一；商业上，企业担心数据共享会削弱竞争优势；法律上，数据共享需要满足隐私保护和数据安全法规的要求。</w:t>
      </w:r>
    </w:p>
    <w:p>
      <w:r>
        <w:rPr>
          <w:b/>
        </w:rPr>
        <w:t>API 经济的兴起。</w:t>
      </w:r>
      <w:r>
        <w:t xml:space="preserve"> API（Application Programming Interface，应用程序接口）是解决数据共享问题的技术方案。通过标准化的 API 接口，不同系统之间可以实现安全、可控的数据交换。"一码游贵州"平台的成功，在很大程度上得益于贵州率先建立了全省统一的数据共享交换平台——数百家景区的票务系统通过 API 接入平台，实现了实时数据互通。API 经济的核心理念是"开放但不失控"——数据所有者可以控制哪些数据被共享、被谁使用、用于什么目的，而不是"要么全关要么全开"。</w:t>
      </w:r>
    </w:p>
    <w:p>
      <w:r>
        <w:rPr>
          <w:b/>
        </w:rPr>
        <w:t>黄果树景区的数据整合实践。</w:t>
      </w:r>
      <w:r>
        <w:t xml:space="preserve"> 黄果树景区扩容项目中的"大数据中心"展示了数据共享的实践价值。该中心整合了来自票务系统（实名制分时预约数据）、视频监控（客流密度数据）、物联网传感器（环境数据）、交通系统（观光车调度数据）和外部数据（气象、OTA 预订趋势）等多源数据。通过统一的数据中台，这些分散的数据被整合为"景区运行全景图"，支撑了动态定价、客流调度和安全预警等核心应用。这一实践表明，数据共享不是"为共享而共享"，而是为了解决具体的业务问题。</w:t>
      </w:r>
    </w:p>
    <w:p>
      <w:r>
        <w:t>---</w:t>
      </w:r>
    </w:p>
    <w:p>
      <w:pPr>
        <w:pStyle w:val="Heading2"/>
      </w:pPr>
      <w:r>
        <w:t>5.3 平台的竞争与治理</w:t>
      </w:r>
    </w:p>
    <w:p>
      <w:pPr>
        <w:pStyle w:val="Heading3"/>
      </w:pPr>
      <w:r>
        <w:t>5.3.1 平台竞争策略</w:t>
      </w:r>
    </w:p>
    <w:p>
      <w:r>
        <w:rPr>
          <w:b/>
        </w:rPr>
        <w:t>规模竞争的"赢者通吃"逻辑。</w:t>
      </w:r>
      <w:r>
        <w:t xml:space="preserve"> 平台经济的网络效应导致了一个残酷的竞争现实：规模最大的平台往往"通吃"市场。在酒店预订领域，携程系（携程+去哪儿+同程艺龙）合计占据了超过 60% 的市场份额；在餐饮和本地生活领域，美团一家独大。这种"赢者通吃"格局的形成逻辑是：用户倾向于使用酒店最多的平台，酒店倾向于入驻用户最多的平台——形成自增强的正反馈循环。一旦某个平台达到"临界规模"，竞争对手极难追赶。</w:t>
      </w:r>
    </w:p>
    <w:p>
      <w:r>
        <w:rPr>
          <w:b/>
        </w:rPr>
        <w:t>差异化竞争策略。</w:t>
      </w:r>
      <w:r>
        <w:t xml:space="preserve"> 面对巨头的"赢者通吃"效应，中小平台和后来者只能通过差异化策略寻找生存空间。差异化可以体现在多个维度：品类差异化（专注民宿而非全部住宿类型）、地域差异化（深耕某一省份或城市）、用户群差异化（专注商务旅客或青年背包客）、服务模式差异化（提供 OTA 不提供的特色服务）。安顺学院的智慧文旅实训项目中"AI 个性化旅游路线规划助手"的设计思路，就体现了差异化竞争的理念——不是与携程比酒店数量，而是提供更智能、更个性化的行程规划服务。</w:t>
      </w:r>
    </w:p>
    <w:p>
      <w:pPr>
        <w:pStyle w:val="Heading3"/>
      </w:pPr>
      <w:r>
        <w:t>5.3.2 "二选一"与反垄断</w:t>
      </w:r>
    </w:p>
    <w:p>
      <w:r>
        <w:rPr>
          <w:b/>
        </w:rPr>
        <w:t>平台的"二选一"行为。</w:t>
      </w:r>
      <w:r>
        <w:t xml:space="preserve"> "二选一"是平台经济中最受关注的垄断行为之一——要求供给方只能在自家平台经营，不得同时入驻竞争平台。这种行为在电商、外卖、旅游等多个领域都曾出现。对供给方而言，"二选一"意味着失去了多元化的销售渠道，议价能力被进一步削弱；对消费者而言，"二选一"意味着选择空间缩小，可能面临更高的价格。</w:t>
      </w:r>
    </w:p>
    <w:p>
      <w:r>
        <w:rPr>
          <w:b/>
        </w:rPr>
        <w:t>反垄断的监管趋势。</w:t>
      </w:r>
      <w:r>
        <w:t xml:space="preserve"> 近年来，中国显著加强了平台经济的反垄断监管。2021 年，市场监管总局对阿里巴巴"二选一"行为处以 182 亿元罚款；同年，《反垄断法》完成修订，增加了针对平台经济的专门条款。在文旅领域，OTA 平台之间的竞争尚未触发大规模的"二选一"调查，但监管趋严的趋势提醒平台企业：规模优势不等于可以滥用市场支配地位。</w:t>
      </w:r>
    </w:p>
    <w:p>
      <w:r>
        <w:rPr>
          <w:b/>
        </w:rPr>
        <w:t>多平台策略与"去中心化"趋势。</w:t>
      </w:r>
      <w:r>
        <w:t xml:space="preserve"> 近年来，文旅供给方正在从"单平台依赖"转向"多平台矩阵"策略——同时在携程、美团、飞猪、抖音、小红书等多个平台布局，根据不同平台的用户特征和流量特点分配不同的产品线和营销预算。这种"去中心化"趋势的背后是供给方议价意识的觉醒——"把鸡蛋放在多个篮子里"可以有效降低对单一平台的依赖风险。对平台方而言，这意味着"赢者通吃"逻辑正在松动——当供给方不再"非你不可"时，平台的定价权（佣金费率）和规则制定权（排名算法）都将面临市场约束。多平台策略也为中小型平台和垂直平台提供了生存空间——它们不需要"打败携程"，只需要在某个细分维度上比携程做得更好，就能在供给方的多平台矩阵中占据一席之地。</w:t>
      </w:r>
    </w:p>
    <w:p>
      <w:pPr>
        <w:pStyle w:val="Heading3"/>
      </w:pPr>
      <w:r>
        <w:t>5.3.3 中小文旅企业的平台化生存</w:t>
      </w:r>
    </w:p>
    <w:p>
      <w:r>
        <w:rPr>
          <w:b/>
        </w:rPr>
        <w:t>数字困境：不上平台没流量，上了平台没利润。</w:t>
      </w:r>
      <w:r>
        <w:t xml:space="preserve"> 对于大量中小文旅企业（民宿、农家乐、小型景区、非遗工坊等），数字平台带来了一个典型困境：不上平台，确实没有足够的客流——在"一部手机游天下"的时代，无法在主流平台上被搜索到的商家几乎等于"不存在"；上了平台，高昂的佣金和流量费又严重挤压利润空间——一些民宿主反映，OTA 平台佣金加上参与促销活动的成本，占到客房收入的 30% 以上。这不是简单的"好"或"坏"的问题，而是一种结构性的困境。</w:t>
      </w:r>
    </w:p>
    <w:p>
      <w:r>
        <w:rPr>
          <w:b/>
        </w:rPr>
        <w:t>摆脱依赖的多条路径。</w:t>
      </w:r>
      <w:r>
        <w:t xml:space="preserve"> 中小文旅企业摆脱平台依赖并非无路可走。路径之一是建设自有渠道——通过微信公众号、小程序、抖音号等直接触达客户，逐步积累私域流量。路径之二是加入公共平台——利用"一码游贵州"等免佣金的政府平台，降低分销成本。路径之三是差异化定位——提供 OTA 平台上难以标准化、难以比价的特色体验（如手工制作课程、深度文化讲解），减少对"比价"渠道的依赖。路径之四是抱团发展——多个中小商户联合成立区域品牌或合作社，共同进行数字营销和渠道谈判，增强议价能力。</w:t>
      </w:r>
    </w:p>
    <w:p>
      <w:r>
        <w:rPr>
          <w:b/>
        </w:rPr>
        <w:t>安顺屯堡文化的数字化突围案例。</w:t>
      </w:r>
      <w:r>
        <w:t xml:space="preserve"> 安顺屯堡文化是明代"调北征南"军事移民的历史遗存，以天龙屯堡、云峰屯堡为代表，保留了独特的建筑风格（石墙石瓦、碉楼巷道）、服饰文化（凤阳汉装）、饮食传统（屯堡军帐宴）和地戏表演。然而，屯堡景区长期以来面临"有文化没市场"的困境——文化价值极高，但游客量和商业转化远不及黄果树等自然景观景区。数字平台为屯堡文化的破圈提供了新可能。2023 年以来，天龙屯堡通过与抖音"山里 DOU 是好风光"项目合作，将地戏表演、银饰锻造和屯堡美食拍摄为系列短视频，累计播放量超过 5000 万次，带动景区游客量同比增长 35%。更重要的是，屯堡景区没有依赖单一 OTA 平台，而是构建了"抖音种草+微信小程序预订+一码游贵州免费曝光"的多平台矩阵——不同平台承担不同功能，互为补充而非互相替代。这一策略的核心逻辑是：对于文化型旅游产品，内容平台（抖音、小红书）的"种草"能力远强于交易型平台（OTA），与其在 OTA 上与黄果树拼价格，不如在内容平台上讲好屯堡故事。</w:t>
      </w:r>
    </w:p>
    <w:p>
      <w:pPr>
        <w:spacing w:before="80" w:after="80"/>
        <w:ind w:left="680"/>
        <w:pBdr>
          <w:left w:val="single" w:sz="12" w:color="2C7AA8"/>
        </w:pBdr>
      </w:pPr>
      <w:r>
        <w:rPr>
          <w:i/>
          <w:color w:val="555555"/>
          <w:sz w:val="22"/>
        </w:rPr>
        <w:t>知识卡片 5-2：私域流量是相对于公域流量（平台流量）而言的概念。公域流量属于平台，商家需要付费购买（广告费、佣金）；私域流量属于商家自己，可以通过微信群、公众号、小程序等免费反复触达。在旅游行业，越来越多的民宿和景区开始重视私域流量的积累——通过优质服务将"游客"转化为"粉丝"，通过粉丝的口碑传播获取新客户，逐步降低对付费流量的依赖。</w:t>
      </w:r>
    </w:p>
    <w:p>
      <w:r>
        <w:t>[图 5-1：数字文旅平台生态系统五方参与者关系图]</w:t>
      </w:r>
    </w:p>
    <w:p>
      <w:r>
        <w:t>---</w:t>
      </w:r>
    </w:p>
    <w:p>
      <w:pPr>
        <w:pStyle w:val="Heading3"/>
      </w:pPr>
      <w:r>
        <w:t>5.4.4 平台生态的治理挑战与可持续发展</w:t>
      </w:r>
    </w:p>
    <w:p>
      <w:r>
        <w:t>数字文旅平台生态系统的可持续发展面临三大治理挑战。</w:t>
      </w:r>
    </w:p>
    <w:p>
      <w:r>
        <w:rPr>
          <w:b/>
        </w:rPr>
        <w:t>数据垄断风险。</w:t>
      </w:r>
      <w:r>
        <w:t xml:space="preserve"> 大型平台通过数据积累形成自然垄断，可能损害中小文旅企业和游客的利益。Zeqiri等（2025）指出，数字旅游平台在推动可持续发展目标的同时，也带来了市场集中度上升和数据不对称加剧的风险。应对策略包括：推动数据互操作性标准、建立平台开放接口规范、探索数据信托机制。</w:t>
      </w:r>
    </w:p>
    <w:p>
      <w:r>
        <w:rPr>
          <w:b/>
        </w:rPr>
        <w:t>生态参与者权益保障。</w:t>
      </w:r>
      <w:r>
        <w:t xml:space="preserve"> 平台生态中，中小商户往往处于弱势地位——平台规则变更、佣金率调整、流量分配算法等决策主要由平台方主导。Lee等（2017）提出的平台生态系统数据治理权变模型指出，治理模式应根据平台成熟度和参与者异质性动态调整。中国《反垄断法》修订和《平台经济反垄断指南》的出台，为文旅平台治理提供了法律基础。</w:t>
      </w:r>
    </w:p>
    <w:p>
      <w:r>
        <w:rPr>
          <w:b/>
        </w:rPr>
        <w:t>价值分配公平性。</w:t>
      </w:r>
      <w:r>
        <w:t xml:space="preserve"> 数字文旅创造的价值如何在平台、商户、游客和社区之间合理分配，是生态系统可持续发展的核心问题。Thees等（2021）对德国旅游服务商的数字化研究表明，价值分配不公平是导致生态参与者退出的主要原因。贵州"一码游贵州"平台通过政府引导、低佣金率和数据共享机制，在一定程度上缓解了价值分配矛盾。</w:t>
      </w:r>
    </w:p>
    <w:p>
      <w:pPr>
        <w:spacing w:before="80" w:after="80"/>
        <w:ind w:left="680"/>
        <w:pBdr>
          <w:left w:val="single" w:sz="12" w:color="2C7AA8"/>
        </w:pBdr>
      </w:pPr>
      <w:r>
        <w:rPr>
          <w:i/>
          <w:color w:val="555555"/>
          <w:sz w:val="22"/>
        </w:rPr>
        <w:t>知识卡片 5-1：平台双边市场理论。平台经济学的核心发现是"交叉网络外部性"——平台一边用户数量增加会提升另一边用户的效用。在"一码游贵州"平台中，更多景区入驻会吸引更多游客使用（正向外部性），更多游客使用又会吸引更多商户入驻，形成"飞轮效应"。但平台也面临"先有鸡还是先有蛋"的冷启动难题：初期需要同时吸引供需双方。</w:t>
      </w:r>
    </w:p>
    <w:p>
      <w:pPr>
        <w:pStyle w:val="Heading2"/>
      </w:pPr>
      <w:r>
        <w:t>案例：「一码游贵州」平台生态构建——「一码游贵州」是贵州省打造的智慧旅游综合服务平台，整合了景区票务、酒店预订、交通出行、特产购物等功能。平台采用「政府引导+企业运营」模式，接入全省400+景区和2000+涉旅企业，累计用户超过3000万。该平台体现了目的地智慧旅游平台的生态化构建路径：以数据为纽带连接多边参与者，通过API开放实现价值共创。</w:t>
      </w:r>
    </w:p>
    <w:p>
      <w:pPr>
        <w:pStyle w:val="Heading2"/>
      </w:pPr>
      <w:r>
        <w:t>数字文旅平台的商业模式与盈利机制</w:t>
      </w:r>
    </w:p>
    <w:p>
      <w:pPr>
        <w:pStyle w:val="Heading3"/>
      </w:pPr>
      <w:r>
        <w:t>平台商业模式的类型谱系</w:t>
      </w:r>
    </w:p>
    <w:p>
      <w:r>
        <w:t>数字文旅平台的商业模式可以从两个维度进行分类：一是平台连接的市场边数（单边、双边、多边），二是平台的核心价值主张（交易型、内容型、工具型）。这两个维度的组合形成了多种商业模式类型。</w:t>
      </w:r>
    </w:p>
    <w:p>
      <w:r>
        <w:t>交易型双边平台是最常见的模式，如携程、美团等OTA平台，连接旅游服务供应商和游客，通过交易撮合获取佣金或广告收入。内容型双边平台以马蜂窝、小红书为代表，连接内容创作者和内容消费者，通过内容吸引流量，再将流量转化为商业价值。工具型单边平台如高德地图旅游版，为游客提供导航、导览等工具服务，通过增值服务和数据变现获取收入。多边平台则是最高级形态，如「一码游贵州」同时连接游客、景区、酒店、交通、政府等多个参与方，形成复杂的生态网络。</w:t>
      </w:r>
    </w:p>
    <w:p>
      <w:r>
        <w:t>贵州数字文旅平台的商业模式经历了从「政府主导公益服务」到「政企合作混合经营」的演进。早期贵州旅游信息平台完全由政府投资建设，免费向公众提供服务，缺乏可持续的盈利机制。「一码游贵州」平台引入了企业化运营机制，在保持公共服务属性的同时，通过广告、增值服务、数据服务等多元化渠道获取收入，实现了社会效益与经济效益的平衡。</w:t>
      </w:r>
    </w:p>
    <w:p>
      <w:pPr>
        <w:pStyle w:val="Heading3"/>
      </w:pPr>
      <w:r>
        <w:t>平台盈利机制的多元化路径</w:t>
      </w:r>
    </w:p>
    <w:p>
      <w:r>
        <w:t>数字文旅平台的盈利机制主要包括以下几种路径。交易佣金是最传统的盈利方式，平台从每笔交易中提取一定比例的佣金，通常在3%到15%之间。广告收入是内容型平台的主要收入来源，平台通过展示广告、搜索排名广告等方式获取收入。增值服务收入来自平台提供的高级功能或专属服务，如优先展示、数据分析报告、API接口调用等。数据服务收入则是将平台积累的数据加工成数据产品出售给企业客户或政府机构。</w:t>
      </w:r>
    </w:p>
    <w:p>
      <w:r>
        <w:t>「一码游贵州」平台的盈利机制体现了多元化特征。平台通过景区票务交易获取佣金收入，通过首页广告位和推荐位获取广告收入，通过向涉旅企业提供数据分析报告获取数据服务收入，通过API接口向第三方平台提供景点信息获取技术服务收入。这种多元化的盈利机制增强了平台的财务可持续性，也为不同规模的合作方提供了灵活的合作方式。</w:t>
      </w:r>
    </w:p>
    <w:p>
      <w:pPr>
        <w:pStyle w:val="Heading3"/>
      </w:pPr>
      <w:r>
        <w:t>平台竞争格局与生态策略</w:t>
      </w:r>
    </w:p>
    <w:p>
      <w:r>
        <w:t>中国数字文旅平台竞争格局呈现出「巨头主导+垂直细分+区域特色」的三层结构。第一层是BAT（百度、阿里、腾讯）和美团、字节跳动等互联网巨头旗下的旅游平台，凭借流量优势和资本实力占据主导地位。第二层是携程、同程、马蜂窝等垂直旅游平台，在特定领域建立专业优势。第三层是如「一码游贵州」等区域特色平台，依托地方政府支持和本地化服务能力服务区域市场。</w:t>
      </w:r>
    </w:p>
    <w:p>
      <w:r>
        <w:t>区域特色平台的竞争策略与全国性平台不同。全国性平台追求规模效应和网络效应，而区域平台更注重深度服务和本地化运营。「一码游贵州」的竞争优势在于：一是数据优势——掌握全省旅游数据的整合视图；二是政策优势——获得政府的政策支持和数据授权；三是本地化优势——对贵州旅游资源和文化特色有深入理解；四是生态优势——与省内景区、酒店、餐饮建立了紧密合作关系。</w:t>
      </w:r>
    </w:p>
    <w:p>
      <w:r>
        <w:t>然而，区域平台也面临挑战：一是用户获取成本高——缺乏巨头的流量入口支持；二是技术能力有限——难以与巨头的研发投入匹敌；三是规模天花板——受限于区域市场规模。应对这些挑战，贵州采取了「开放合作」策略：与微信、支付宝等超级APP合作获取流量入口，与华为云、阿里云等云服务商合作获取技术能力，通过开放API吸引第三方开发者丰富生态。</w:t>
      </w:r>
    </w:p>
    <w:p>
      <w:pPr>
        <w:pStyle w:val="Heading2"/>
      </w:pPr>
      <w:r>
        <w:t>数字文旅平台的治理与规范</w:t>
      </w:r>
    </w:p>
    <w:p>
      <w:pPr>
        <w:pStyle w:val="Heading3"/>
      </w:pPr>
      <w:r>
        <w:t>平台治理的核心议题</w:t>
      </w:r>
    </w:p>
    <w:p>
      <w:r>
        <w:t>数字文旅平台治理涉及多个维度，包括数据治理、算法治理、内容治理和市场治理。数据治理关注数据的采集、存储、使用和共享过程中的合规性和安全性，核心议题包括用户隐私保护、数据权属界定和数据安全防护。算法治理关注推荐算法、定价算法、排序算法等自动化决策机制的公平性和透明性，核心议题包括算法歧视、信息茧房和算法可解释性。内容治理关注UGC内容的质量、真实性和合法性，核心议题包括虚假评价、低质内容和违规信息。市场治理关注平台竞争行为的规范性，核心议题包括平台垄断、不正当竞争和消费者权益保护。</w:t>
      </w:r>
    </w:p>
    <w:p>
      <w:r>
        <w:t>贵州在数字文旅平台治理方面进行了积极探索。在数据治理方面，贵州率先制定了旅游数据分类分级标准，将旅游数据分为公开、内部、敏感和核心四个等级，不同等级数据适用不同的管理规则。在算法治理方面，「一码游贵州」平台公开了推荐算法的基本逻辑和权重设置，接受社会监督。在内容治理方面，平台建立了UGC内容审核机制，结合AI初筛和人工复核，确保内容真实合法。在市场治理方面，贵州省市场监管局对平台经济进行了包容审慎监管，既鼓励创新又防范风险。</w:t>
      </w:r>
    </w:p>
    <w:p>
      <w:pPr>
        <w:pStyle w:val="Heading3"/>
      </w:pPr>
      <w:r>
        <w:t>平台生态的健康评估</w:t>
      </w:r>
    </w:p>
    <w:p>
      <w:r>
        <w:t>评估数字文旅平台生态的健康状况需要建立多维度的指标体系。从参与方多样性来看，健康的平台生态应包含足够数量和类型的供应商和消费者，避免过度依赖单一类型参与方。从价值分配公平性来看，平台应确保各参与方能够公平地获得价值回报，避免平台利用垄断地位过度抽取价值。从创新活跃度来看，平台应鼓励第三方开发者和创新者在生态中创造新价值。从用户满意度来看，平台应持续提升用户体验和服务质量。</w:t>
      </w:r>
    </w:p>
    <w:p>
      <w:r>
        <w:t>贵州旅游大数据中心建立了「一码游贵州」平台生态健康监测体系，定期评估以下指标：平台活跃景区数（当前400+，目标500+）、平台月活用户数（当前300万+，目标500万+）、平台交易转化率（当前8.5%，目标10%+）、用户满意度评分（当前4.3/5.0，目标4.5+）、第三方开发者数量（当前50+，目标100+）、数据API调用量（日均500万次+）。这些指标的综合评估结果为平台运营策略调整提供了数据支撑。</w:t>
      </w:r>
    </w:p>
    <w:p>
      <w:r>
        <w:rPr>
          <w:b/>
        </w:rPr>
        <w:t>思政融入</w:t>
      </w:r>
      <w:r>
        <w:t>：平台治理应体现公平正义的社会主义核心价值观。数字文旅平台作为新型经济组织形态，其治理既要遵循市场规律，也要体现社会公平。平台不能利用数据优势和技术壁垒损害消费者和中小企业的利益。贵州在平台治理中坚持「政府引导、市场运作、社会监督」的多元治理模式，体现了中国特色社会主义市场经济体制的制度优势。</w:t>
      </w:r>
    </w:p>
    <w:p>
      <w:pPr>
        <w:pStyle w:val="Heading2"/>
      </w:pPr>
      <w:r>
        <w:t>数字文旅平台的国际化与跨文化传播</w:t>
      </w:r>
    </w:p>
    <w:p>
      <w:pPr>
        <w:pStyle w:val="Heading3"/>
      </w:pPr>
      <w:r>
        <w:t>跨文化旅游数字服务</w:t>
      </w:r>
    </w:p>
    <w:p>
      <w:r>
        <w:t>数字文旅平台的国际化面临语言、文化、法律和技术等多重挑战。在语言方面，平台需要支持多语言界面和内容翻译，确保不同语言背景的游客能够获取准确的旅游信息。在文化方面，平台的内容呈现和推荐逻辑需要考虑文化差异，避免文化冒犯和误解。在法律方面，平台需要遵守不同国家和地区的数据保护法律、消费者保护法律和电商法规。在技术方面，平台需要适配不同国家的网络环境、支付体系和设备标准。</w:t>
      </w:r>
    </w:p>
    <w:p>
      <w:r>
        <w:t>贵州在面向国际游客的数字文旅服务方面进行了探索。「一码游贵州」平台推出了英文版和日文版界面，接入Visa、Mastercard等国际支付渠道，提供多语言智能客服服务。贵州还与东南亚国家的旅游平台建立了数据共享合作，互相推送旅游产品信息。然而，贵州旅游的国际化数字服务仍处于起步阶段，在内容本地化、文化适配和服务标准化方面还有较大提升空间。</w:t>
      </w:r>
    </w:p>
    <w:p>
      <w:pPr>
        <w:pStyle w:val="Heading3"/>
      </w:pPr>
      <w:r>
        <w:t>数字文旅与中华文化国际传播</w:t>
      </w:r>
    </w:p>
    <w:p>
      <w:r>
        <w:t>数字文旅平台是中华文化国际传播的重要载体。通过数字化手段，中国的自然风光、历史文化遗产和民族文化可以突破地理限制，触达全球受众。虚拟旅游、在线文化展览、短视频传播等数字形式，为国际受众提供了低门槛、高沉浸的文化体验渠道。</w:t>
      </w:r>
    </w:p>
    <w:p>
      <w:r>
        <w:t>贵州的苗族文化、侗族文化、屯堡文化等具有鲜明的地域特色和民族特色，是中华文化多样性的重要组成。通过数字化手段，这些文化资源可以转化为国际传播的优质内容。贵州师范大学国际旅游文化学院开展的「云上贵州」项目，利用VR技术向海外高校学生展示贵州民族文化，收到了良好的传播效果。未来，贵州可进一步利用大语言模型、AIGC等技术，批量生成多语种、多文化适配的旅游内容，提升国际传播的效率和覆盖面。</w:t>
      </w:r>
    </w:p>
    <w:p>
      <w:pPr>
        <w:pStyle w:val="Heading2"/>
      </w:pPr>
      <w:r>
        <w:t>数字文旅平台的演化动力学</w:t>
      </w:r>
    </w:p>
    <w:p>
      <w:pPr>
        <w:pStyle w:val="Heading3"/>
      </w:pPr>
      <w:r>
        <w:t>平台生命周期与演化阶段</w:t>
      </w:r>
    </w:p>
    <w:p>
      <w:r>
        <w:t>数字文旅平台与其他产品和服务一样，具有生命周期特征。平台生命周期通常包括萌芽期、成长期、成熟期和衰退期（或转型期）四个阶段。不同阶段的平台面临不同的挑战和策略重点。</w:t>
      </w:r>
    </w:p>
    <w:p>
      <w:r>
        <w:t>萌芽期平台的核心挑战是解决「鸡和蛋」问题——没有足够的供应商就吸引不了用户，没有足够的用户就吸引不了供应商。破解这一困境的策略包括：先聚焦一个细分市场建立临界规模，再逐步扩展。贵州「一码游贵州」平台在上线初期聚焦黄果树、西江千户苗寨等头部景区，以优质内容吸引用户，再逐步接入更多中小景区。</w:t>
      </w:r>
    </w:p>
    <w:p>
      <w:r>
        <w:t>成长期平台的核心挑战是规模化——在用户和供应商快速增长的同时保持服务质量。这一阶段需要大量的基础设施投入和运营能力建设。「一码游贵州」在成长期经历了三次大规模系统扩容，将服务器从最初的10台扩展到200+台，将API接口从50个扩展到500+个，将合作景区从50家扩展到400+家。</w:t>
      </w:r>
    </w:p>
    <w:p>
      <w:r>
        <w:t>成熟期平台的核心挑战是创新——在增长放缓的背景下寻找新的增长点。成熟平台容易出现创新惰性，即「创新者的窘境」——现有成功模式阻碍了新模式的探索。「一码游贵州」在进入成熟期后，开始探索AI大模型、元宇宙、数据交易等新方向，为下一轮增长做准备。</w:t>
      </w:r>
    </w:p>
    <w:p>
      <w:r>
        <w:t>转型期平台面临「第二曲线」挑战——在原有业务衰退前找到新的增长引擎。旅游平台可能向文旅融合平台、文化数字资产交易平台或目的地数字化解决方案提供商等方向转型。</w:t>
      </w:r>
    </w:p>
    <w:p>
      <w:pPr>
        <w:pStyle w:val="Heading3"/>
      </w:pPr>
      <w:r>
        <w:t>平台网络效应的度量与管理</w:t>
      </w:r>
    </w:p>
    <w:p>
      <w:r>
        <w:t>网络效应是平台价值的核心来源，但网络效应的强度和质量需要科学度量。直接网络效应体现在用户数量增加带来的价值提升——「一码游贵州」的用户越多，UGC内容越丰富，平台对每个用户的价值越大。间接网络效应（跨边网络效应）体现在一边用户增加对另一边用户的价值提升——游客增多吸引更多景区入驻，景区增多又吸引更多游客。</w:t>
      </w:r>
    </w:p>
    <w:p>
      <w:r>
        <w:t>贵州旅游大数据中心建立了平台网络效应监测体系，核心指标包括：跨边网络效应系数（每增加1个景区带来的游客增量）、同边网络效应系数（每增加1000个游客带来的UGC内容增量）、用户粘性指数（月活用户/注册用户比）和价值分配指数（平台各参与方的收益占比）。2024年的监测数据显示，「一码游贵州」的跨边网络效应系数为0.85（即每增加1个景区平均带来0.85万游客增量），用户粘性指数为38%，价值分配指数显示平台将约70%的交易额分配给供应商，体现了「轻取佣、重赋能」的生态策略。</w:t>
      </w:r>
    </w:p>
    <w:p>
      <w:pPr>
        <w:pStyle w:val="Heading3"/>
      </w:pPr>
      <w:r>
        <w:t>平台生态的竞争与协作</w:t>
      </w:r>
    </w:p>
    <w:p>
      <w:r>
        <w:t>数字文旅平台之间既有竞争也有协作。竞争体现在争夺用户、供应商和数据资源方面。协作体现在数据共享、标准统一和联合营销方面。贵州旅游平台生态中，「一码游贵州」与携程、美团等全国性平台既是竞争关系（争夺贵州本地游客市场），也是协作关系（互相开放API、联合推广贵州旅游产品）。这种「竞合关系」是平台生态的常态。</w:t>
      </w:r>
    </w:p>
    <w:p>
      <w:r>
        <w:t>平台间的协作可以通过多种机制实现。数据共享协议——平台间约定共享特定类型的数据（如景区基础信息、实时客流数据），但保留核心商业数据。标准统一——多个平台共同制定数据格式、API接口和服务标准，降低互操作成本。联合营销——多个平台共同推广某个旅游目的地或产品，分摊营销成本。贵州旅游协会数字文旅分会发挥了平台协作的协调作用，组织成员平台共同制定行业标准和开展联合营销活动。</w:t>
      </w:r>
    </w:p>
    <w:p>
      <w:pPr>
        <w:pStyle w:val="Heading2"/>
      </w:pPr>
      <w:r>
        <w:t>数字文旅平台的社会责任与伦理治理</w:t>
      </w:r>
    </w:p>
    <w:p>
      <w:pPr>
        <w:pStyle w:val="Heading3"/>
      </w:pPr>
      <w:r>
        <w:t>平台社会责任的多维框架</w:t>
      </w:r>
    </w:p>
    <w:p>
      <w:r>
        <w:t>数字文旅平台作为连接多方利益相关者的枢纽，承担着超越商业利润的社会责任。平台社会责任可以从经济责任、法律责任、伦理责任和慈善责任四个层次理解。经济责任是基础——平台需要创造经济价值，维持自身的可持续发展，为员工和合作伙伴提供收入。法律责任是底线——平台需要遵守法律法规，保护消费者权益，维护市场秩序。伦理责任是期望——平台应遵循社会道德规范，公平对待各参与方，避免算法歧视和信息操纵。慈善责任是追求——平台应积极回馈社会，支持文化保护和社区发展。</w:t>
      </w:r>
    </w:p>
    <w:p>
      <w:r>
        <w:t>贵州「一码游贵州」平台在社会责任方面进行了多方面实践。在经济责任方面，平台通过降低交易成本和扩大市场覆盖，帮助中小旅游企业增加收入。在法律责任方面，平台建立了完善的用户数据保护机制和消费者投诉处理机制。在伦理责任方面，平台公开推荐算法的基本逻辑，接受社会监督，并设立了「算法公平委员会」定期审查算法是否存在歧视性偏差。在慈善责任方面，平台将部分广告收入用于贵州民族文化的数字化保护项目，并设立「数字文旅公益基金」支持欠发达地区的旅游数字化建设。</w:t>
      </w:r>
    </w:p>
    <w:p>
      <w:pPr>
        <w:pStyle w:val="Heading3"/>
      </w:pPr>
      <w:r>
        <w:t>算法治理的实践与挑战</w:t>
      </w:r>
    </w:p>
    <w:p>
      <w:r>
        <w:t>推荐算法是数字文旅平台的核心技术，但也可能带来算法歧视、信息茧房、注意力操纵等伦理问题。算法歧视表现为算法对某些地区、年龄或收入群体的系统性不利——例如，推荐算法可能倾向于推荐高价产品给看起来消费能力强的用户，而忽视预算有限的用户的需求。信息茧房表现为算法只向用户推荐其已有兴趣的内容，限制了用户接触新事物的机会。注意力操纵表现为算法通过个性化推送最大化用户在平台上的停留时间，可能导致过度消费和非理性决策。</w:t>
      </w:r>
    </w:p>
    <w:p>
      <w:r>
        <w:t>贵州在算法治理方面的实践包括：算法透明度——要求平台公开推荐算法的基本原理、主要特征和权重设置，使监管机构和用户能够理解算法的运作方式。算法审计——委托第三方机构对平台算法进行定期审计，检查是否存在歧视性偏差和不当操纵行为。用户选择权——允许用户关闭个性化推荐，查看推荐结果的影响因素，并手动调整偏好设置。算法多样性——在推荐结果中引入随机性和多样性指标，避免信息茧房效应。</w:t>
      </w:r>
    </w:p>
    <w:p>
      <w:pPr>
        <w:pStyle w:val="Heading3"/>
      </w:pPr>
      <w:r>
        <w:t>数据伦理与用户权利保护</w:t>
      </w:r>
    </w:p>
    <w:p>
      <w:r>
        <w:t>数字文旅平台的数据伦理核心是在数据利用和个人权利保护之间找到平衡。用户应享有数据知情权（知道平台收集了哪些数据）、数据访问权（可以查看自己的数据）、数据更正权（可以修改错误数据）、数据删除权（可以要求平台删除自己的数据）和数据可携权（可以将自己的数据导出到其他平台）。</w:t>
      </w:r>
    </w:p>
    <w:p>
      <w:r>
        <w:t>贵州「一码游贵州」平台建立了用户数据权利保障机制。用户可以在APP内的「隐私中心」查看平台收集的所有个人数据，包括浏览记录、位置轨迹、预订记录和评价内容。用户可以随时修改或删除个人数据，并可以导出个人数据为标准格式文件。平台承诺在用户注销账号后30天内删除所有个人数据。这些措施虽然增加了平台的运营成本，但增强了用户信任，长期来看有利于平台的可持续发展。</w:t>
      </w:r>
    </w:p>
    <w:p>
      <w:pPr>
        <w:pStyle w:val="Heading2"/>
      </w:pPr>
      <w:r>
        <w:t>数字文旅平台的用户体验深度优化</w:t>
      </w:r>
    </w:p>
    <w:p>
      <w:pPr>
        <w:pStyle w:val="Heading3"/>
      </w:pPr>
      <w:r>
        <w:t>用户旅程映射与服务触点优化</w:t>
      </w:r>
    </w:p>
    <w:p>
      <w:r>
        <w:t>用户旅程映射是优化数字文旅平台用户体验的核心方法。完整的旅游用户旅程包括梦想（产生旅游愿望）、计划（搜索信息和制定行程）、预订（购买旅游产品）、体验（实际旅游过程）、分享（发布旅游内容）和回忆（回顾旅游经历）六个阶段。每个阶段都有多个服务触点，数字平台的优化应覆盖全旅程的所有触点。</w:t>
      </w:r>
    </w:p>
    <w:p>
      <w:r>
        <w:t>在梦想阶段，数字平台通过短视频、图文内容和直播激发用户的旅游愿望。贵州旅游在抖音的官方账号通过高质量的风景视频和文化内容，每月触达超过1000万用户。优化方向是提升内容的情感共鸣度——不仅是展示风景，更要讲述动人的文化故事，激发深层次的旅游动机。</w:t>
      </w:r>
    </w:p>
    <w:p>
      <w:r>
        <w:t>在计划阶段，用户需要在海量信息中筛选和决策。数字平台应提供智能搜索、对比分析和个性化推荐功能，帮助用户高效决策。「一码游贵州」的智能行程规划功能可以根据用户的偏好、时间和预算自动生成行程方案，用户满意度达到4.2分。优化方向是提升推荐的准确性和多样性，避免「千篇一律」的推荐结果。</w:t>
      </w:r>
    </w:p>
    <w:p>
      <w:r>
        <w:t>在预订阶段，用户关注价格透明、操作便捷和支付安全。贵州旅游平台的预订转化率从2020年的3.5%提升到2024年的8.5%，主要归因于操作流程的简化和支付体验的优化。优化方向是进一步减少预订步骤，从目前的5步减少到3步以内。</w:t>
      </w:r>
    </w:p>
    <w:p>
      <w:r>
        <w:t>在体验阶段，数字服务应增强而非干扰实体体验。智能导览应提供恰到好处的信息，而非信息过载。实时信息应帮助游客优化游览路线，而非让游客一直盯着手机屏幕。贵州景区正在推行「适度数字化」理念——在关键触点提供数字服务，在文化体验核心区鼓励「数字断联」。</w:t>
      </w:r>
    </w:p>
    <w:p>
      <w:r>
        <w:t>在分享和回忆阶段，数字平台应提供便捷的内容创作工具和回忆整理功能。「一码游贵州」的「旅行日记」功能可以自动整合用户的行程数据、照片和评价，生成结构化的旅行回忆录。这一功能的用户使用率达到45%，平均每篇日记被分享2.3次。</w:t>
      </w:r>
    </w:p>
    <w:p>
      <w:pPr>
        <w:pStyle w:val="Heading3"/>
      </w:pPr>
      <w:r>
        <w:t>多渠道体验一致性保障</w:t>
      </w:r>
    </w:p>
    <w:p>
      <w:r>
        <w:t>数字文旅平台的服务通过多种渠道触达用户——APP、小程序、网页、智能终端、人工服务等。多渠道体验一致性是用户体验的重要保障。用户在不同渠道应获得一致的信息、功能和体验水平。</w:t>
      </w:r>
    </w:p>
    <w:p>
      <w:r>
        <w:t>贵州旅游平台的多渠道策略以微信小程序为核心渠道（覆盖最广），APP为深度功能渠道（功能最全），网页为信息展示渠道（便于搜索发现），景区智能终端为线下服务渠道（即时服务）。各渠道之间通过统一的数据后台和API接口保持数据同步和功能协调。</w:t>
      </w:r>
    </w:p>
    <w:p>
      <w:r>
        <w:t>多渠道一致性的技术保障包括：统一用户身份——用户在不同渠道使用同一账号，数据自动同步。统一内容管理——旅游信息在统一后台维护，各渠道自动获取最新内容。统一服务标准——各渠道遵循相同的服务响应时间、信息准确度和问题处理流程。统一视觉设计——各渠道采用一致的品牌视觉元素和交互设计语言。</w:t>
      </w:r>
    </w:p>
    <w:p>
      <w:pPr>
        <w:pStyle w:val="Heading2"/>
      </w:pPr>
      <w:r>
        <w:t>数字文旅平台的国际化战略</w:t>
      </w:r>
    </w:p>
    <w:p>
      <w:pPr>
        <w:pStyle w:val="Heading3"/>
      </w:pPr>
      <w:r>
        <w:t>平台国际化的必要性</w:t>
      </w:r>
    </w:p>
    <w:p>
      <w:r>
        <w:t>贵州数字文旅平台的国际化具有战略必要性。首先，贵州旅游正在向国际化方向发展——建设世界级旅游目的地需要国际化的数字服务平台支撑。其次，贵州数字文旅的技术和经验已经具备输出条件——「一码游贵州」平台的技术架构和运营模式已引起多个国家的关注。第三，国际化是平台持续创新的重要驱动力——与国际平台的竞争和合作将倒逼平台不断提升技术水平和服务质量。</w:t>
      </w:r>
    </w:p>
    <w:p>
      <w:pPr>
        <w:pStyle w:val="Heading3"/>
      </w:pPr>
      <w:r>
        <w:t>国际化的路径选择</w:t>
      </w:r>
    </w:p>
    <w:p>
      <w:r>
        <w:t>平台国际化可以采取多种路径。技术输出模式——将平台技术方案打包输出给其他国家的旅游部门或企业，提供从系统建设到运营管理的全套解决方案。贵州已与柬埔寨旅游部签署了数字旅游合作备忘录，计划将「一码游贵州」的技术方案适配后输出到柬埔寨。联合运营模式——与目标国的合作伙伴成立合资公司，共同运营数字旅游平台。这种模式可以充分利用本地伙伴的市场知识和政策资源，降低进入壁垒。内容合作模式——不输出技术平台，而是通过内容互换和联合营销实现合作。贵州可以与东南亚国家的旅游平台互换旅游资源信息，互相推荐对方的旅游产品。标准输出模式——将贵州制定的数字文旅标准推广为国际标准，通过标准输出带动技术和服务的输出。</w:t>
      </w:r>
    </w:p>
    <w:p>
      <w:pPr>
        <w:pStyle w:val="Heading3"/>
      </w:pPr>
      <w:r>
        <w:t>跨文化数字服务的挑战与对策</w:t>
      </w:r>
    </w:p>
    <w:p>
      <w:r>
        <w:t>平台国际化面临的最大挑战是跨文化适配。不同国家的游客在语言、文化习惯、消费行为和技术偏好方面存在显著差异。直接将中国模式复制到其他国家往往行不通。</w:t>
      </w:r>
    </w:p>
    <w:p>
      <w:r>
        <w:t>语言适配不仅涉及界面翻译，还包括内容本地化和多语言搜索。贵州旅游平台正在开发多语言智能翻译系统，支持中英日韩法德等主要语言的实时翻译。系统不仅能翻译界面文字，还能翻译UGC内容（如游客评价）和客服对话，使不同语言的游客能够互相理解。</w:t>
      </w:r>
    </w:p>
    <w:p>
      <w:r>
        <w:t>文化适配需要考虑不同文化对旅游信息呈现方式的偏好。例如，日本游客偏好详细的文字描述和精确的时间安排，欧美游客偏好视觉化信息和灵活的行程安排，东南亚游客偏好社交媒体推荐和群体活动信息。贵州旅游平台正在开发「文化适配引擎」，根据游客的文化背景自动调整信息呈现方式和推荐策略。</w:t>
      </w:r>
    </w:p>
    <w:p>
      <w:r>
        <w:t>法律适配涉及数据保护、消费者权益和电子商务等领域的国际法律差异。欧盟的GDPR对数据处理有严格要求，美国的消费者保护法对在线交易有特定规范，东南亚国家的电商法规各不相同。贵州旅游平台在进行国际化时需要进行法律合规评估，确保平台运营符合目标国的法律要求。</w:t>
      </w:r>
    </w:p>
    <w:p>
      <w:pPr>
        <w:pStyle w:val="Heading3"/>
      </w:pPr>
      <w:r>
        <w:t>一带一路框架下的数字文旅合作</w:t>
      </w:r>
    </w:p>
    <w:p>
      <w:r>
        <w:t>一带一路倡议为贵州数字文旅的国际化提供了战略框架。贵州可以在「数字丝绸之路」建设中发挥独特作用——将大数据技术与文旅产业融合的经验输出到一带一路沿线国家。</w:t>
      </w:r>
    </w:p>
    <w:p>
      <w:r>
        <w:t>具体合作方向包括：共建数字旅游基础设施——帮助沿线国家建设旅游数据中心、智慧景区系统和在线旅游平台。共享数字文旅标准——将贵州的智慧旅游技术标准推广到沿线国家，促进标准互认和系统互通。联合培养数字文旅人才——为沿线国家提供数字文旅培训和教育服务，培养本地化的技术和运营人才。共同开发跨境旅游产品——基于数字平台开发跨境旅游线路和产品，如「数字丝路文化之旅」「中国-东盟数字美食之旅」等。</w:t>
      </w:r>
    </w:p>
    <w:p>
      <w:r>
        <w:t>贵州已在多个国际合作项目中积累了经验。与泰国清迈府的智慧旅游合作项目已进入实施阶段，贵州为清迈提供了智慧景区建设的技术方案和培训服务。与联合国教科文组织的合作项目正在将贵州的民族文化数字化保护经验推广到东南亚地区。这些合作为贵州数字文旅的国际化奠定了基础。</w:t>
      </w:r>
    </w:p>
    <w:p>
      <w:pPr>
        <w:pStyle w:val="Heading2"/>
      </w:pPr>
      <w:r>
        <w:t>数字文旅平台的数据中台建设</w:t>
      </w:r>
    </w:p>
    <w:p>
      <w:pPr>
        <w:pStyle w:val="Heading3"/>
      </w:pPr>
      <w:r>
        <w:t>数据中台的架构设计</w:t>
      </w:r>
    </w:p>
    <w:p>
      <w:r>
        <w:t>数据中台是数字文旅平台的核心基础设施，负责多源数据的采集、整合、管理和服务。贵州「一码游贵州」平台的数据中台采用分层架构设计。数据采集层负责从多种数据源（票务系统、监控系统、社交媒体、电信运营商等）采集数据，支持批量采集和实时采集两种模式。数据存储层采用「数据湖+数据仓库」的混合架构——原始数据存储在数据湖中（支持结构化、半结构化和非结构化数据），经过ETL处理后加载到数据仓库中（支持高效的分析查询）。数据服务层通过API网关向应用系统提供标准化的数据服务，包括实时查询、批量分析和数据订阅等。</w:t>
      </w:r>
    </w:p>
    <w:p>
      <w:r>
        <w:t>数据中台的技术选型考虑了性能、成本和可维护性的平衡。数据湖采用HDFS+Apache Iceberg方案，支持PB级数据存储和ACID事务。数据仓库采用ClickHouse，支持亚秒级分析查询。实时数据管道采用Apache Kafka+Flink方案，支持毫秒级数据延迟。API网关采用Kong，支持高并发请求和灵活的访问控制。整个数据中台部署在华为云上，利用云的弹性伸缩能力应对流量波动。</w:t>
      </w:r>
    </w:p>
    <w:p>
      <w:pPr>
        <w:pStyle w:val="Heading3"/>
      </w:pPr>
      <w:r>
        <w:t>数据治理的实施</w:t>
      </w:r>
    </w:p>
    <w:p>
      <w:r>
        <w:t>数据中台的有效运行离不开数据治理的支撑。贵州旅游数据中台的数据治理框架包括以下要素。数据标准管理——定义统一的旅游数据标准，包括数据定义、数据格式、数据编码和数据质量要求。贵州旅游数据标准体系包含6大类42个子类的数据标准，覆盖了旅游业务的主要数据领域。</w:t>
      </w:r>
    </w:p>
    <w:p>
      <w:r>
        <w:t>数据质量管理——建立数据质量评估和改进机制，定期检查数据的准确性、完整性、一致性和及时性。数据中台部署了自动化数据质量检测工具，每日对关键数据指标进行质量检查，发现问题自动告警并生成质量报告。2024年的数据质量评估显示，核心数据字段的准确率达到96%，完整率达到92%，一致性达到89%，及时性达到95%。</w:t>
      </w:r>
    </w:p>
    <w:p>
      <w:r>
        <w:t>数据安全管理——实施分级分类的数据安全策略，不同等级的数据适用不同的安全控制措施。公开数据可以自由访问，内部数据需要授权访问，敏感数据需要脱敏处理后才能访问，核心数据严禁外部访问。数据中台部署了数据脱敏引擎、访问控制引擎和审计日志引擎，全方位保障数据安全。</w:t>
      </w:r>
    </w:p>
    <w:p>
      <w:r>
        <w:t>数据生命周期管理——定义数据从创建到归档到销毁的全生命周期管理策略。热数据（近3个月的活跃数据）存储在高速存储中，温数据（3个月到2年的历史数据）存储在标准存储中，冷数据（2年以上的归档数据）存储在低成本归档存储中。这种分层存储策略在保证数据可访问性的同时降低了存储成本。</w:t>
      </w:r>
    </w:p>
    <w:p>
      <w:pPr>
        <w:pStyle w:val="Heading3"/>
      </w:pPr>
      <w:r>
        <w:t>数据中台的业务价值</w:t>
      </w:r>
    </w:p>
    <w:p>
      <w:r>
        <w:t>数据中台为「一码游贵州」平台的业务运营提供了强有力的数据支撑。实时运营监控——数据中台每5分钟更新一次全省旅游运营指标，平台管理者可以实时了解全省景区客流、收入和满意度等核心指标。个性化推荐——数据中台将游客的行为数据整合为统一的用户画像，推荐引擎基于用户画像进行个性化推荐，推荐点击率提升了23%。智能决策支持——数据中台的分析功能支持管理者进行多维度的数据分析，如客流的时空分析、消费的人群分析和产品的关联分析等，为运营决策提供数据依据。</w:t>
      </w:r>
    </w:p>
    <w:p>
      <w:pPr>
        <w:pStyle w:val="Heading2"/>
      </w:pPr>
      <w:r>
        <w:t>数字文旅平台的信任建设与品牌管理</w:t>
      </w:r>
    </w:p>
    <w:p>
      <w:pPr>
        <w:pStyle w:val="Heading3"/>
      </w:pPr>
      <w:r>
        <w:t>平台信任的构建机制</w:t>
      </w:r>
    </w:p>
    <w:p>
      <w:r>
        <w:t>信任是数字文旅平台生存和发展的基石。游客需要信任平台提供的信息准确、交易安全和隐私保护。供应商需要信任平台的公平规则和及时结算。平台的信任构建涉及多个维度。</w:t>
      </w:r>
    </w:p>
    <w:p>
      <w:r>
        <w:t>信息信任——游客信任平台提供的景区信息、价格信息和评价信息的真实性。贵州旅游平台通过「官方认证+UGC内容+AI审核」三重机制保障信息真实性。官方认证确保基础信息（景区介绍、票价等）来自权威来源。UGC内容提供游客的第一手体验信息。AI审核过滤虚假评价和误导信息。</w:t>
      </w:r>
    </w:p>
    <w:p>
      <w:r>
        <w:t>交易信任——游客信任平台上的支付安全和履约保障。贵州旅游平台采用第三方支付托管机制，游客的支付资金在确认服务完成后才释放给供应商。平台还提供「先行赔付」服务——当供应商违约时，平台先向游客赔付，再向供应商追偿。这些机制有效增强了游客的交易信任。</w:t>
      </w:r>
    </w:p>
    <w:p>
      <w:r>
        <w:t>隐私信任——游客信任平台会妥善保护其个人信息。贵州旅游平台公开了详细的数据使用政策，明确了收集什么数据、如何使用数据、如何保护数据。平台还提供数据控制选项，允许用户查看、修改和删除自己的数据。这些透明化措施增强了用户的隐私信任。</w:t>
      </w:r>
    </w:p>
    <w:p>
      <w:pPr>
        <w:pStyle w:val="Heading3"/>
      </w:pPr>
      <w:r>
        <w:t>品牌资产管理</w:t>
      </w:r>
    </w:p>
    <w:p>
      <w:r>
        <w:t>数字文旅平台的品牌资产包括品牌知名度、品牌美誉度、品牌忠诚度和品牌联想四个维度。贵州「一码游贵州」平台的品牌管理实践如下。品牌知名度——通过线上线下整合营销提升品牌曝光度。线上通过社交媒体营销、搜索广告和内容营销获取流量。线下在景区、机场、高铁站设置品牌展示点，在旅游交易会和行业论坛上进行品牌推广。品牌知名度调研显示，「一码游贵州」在贵州本地市场的知名度达到78%。</w:t>
      </w:r>
    </w:p>
    <w:p>
      <w:r>
        <w:t>品牌美誉度——通过优质服务和积极的社会责任实践提升品牌好感度。平台的服务满意度评分为4.3分（满分5分），在省级旅游平台中处于领先水平。平台还通过「数字文旅公益基金」「适老化数字服务」「数字帮扶站」等社会责任项目提升了品牌美誉度。</w:t>
      </w:r>
    </w:p>
    <w:p>
      <w:r>
        <w:t>品牌忠诚度——通过会员体系和用户激励计划提升用户粘性。平台正在建设「贵州文旅通」会员体系，通过积分、等级和专属权益激励用户持续使用。调研显示，平台忠诚用户（月活3次以上）的比例为38%，目标提升到50%。</w:t>
      </w:r>
    </w:p>
    <w:p>
      <w:r>
        <w:t>品牌联想——通过品牌故事和视觉识别塑造独特的品牌形象。「多彩贵州·智慧同行」的品牌口号传达了技术服务于人的温暖理念。具有苗族文化元素的品牌LOGO将民族文化与现代科技融合，形成了独特的品牌视觉识别。</w:t>
      </w:r>
    </w:p>
    <w:p>
      <w:pPr>
        <w:pStyle w:val="Heading3"/>
      </w:pPr>
      <w:r>
        <w:t>危机公关与声誉管理</w:t>
      </w:r>
    </w:p>
    <w:p>
      <w:r>
        <w:t>数字文旅平台面临多种潜在的声誉风险。数据安全事件——数据泄露可能导致用户信任崩塌。服务事故——系统故障导致的服务中断可能引发集体投诉。负面舆情——社交媒体上的负面内容可能迅速扩散。监管处罚——监管部门的处罚决定可能损害品牌形象。</w:t>
      </w:r>
    </w:p>
    <w:p>
      <w:r>
        <w:t>贵州旅游平台建立了危机公关预案。预案包括：危机识别——通过舆情监测系统实时监控社交媒体和新闻媒体，及时发现潜在危机。危机评估——评估危机的严重程度和影响范围，确定响应级别。危机响应——根据预案采取相应措施，包括发布声明、致歉赔偿、整改措施等。危机恢复——在危机控制后恢复品牌声誉，通过正面内容和积极行动重建信任。</w:t>
      </w:r>
    </w:p>
    <w:p>
      <w:r>
        <w:t>2024年，贵州旅游平台成功处置了一起因系统升级导致的短暂服务中断事件。平台在事件发生后30分钟内发布了致歉公告，2小时内恢复了服务，24小时内向受影响用户发放了补偿券。事件处理得到了用户的理解和好评，品牌声誉未受到显著影响。</w:t>
      </w:r>
    </w:p>
    <w:p>
      <w:pPr>
        <w:pStyle w:val="Heading2"/>
      </w:pPr>
      <w:r>
        <w:t>数字文旅平台的技术架构演进</w:t>
      </w:r>
    </w:p>
    <w:p>
      <w:pPr>
        <w:pStyle w:val="Heading3"/>
      </w:pPr>
      <w:r>
        <w:t>从单体架构到微服务架构</w:t>
      </w:r>
    </w:p>
    <w:p>
      <w:r>
        <w:t>数字文旅平台的技术架构经历了从单体架构到微服务架构的演进。单体架构将所有功能（票务、导览、推荐、支付等）打包在一个应用中，初期开发简单但随着功能增加，系统变得臃肿和难以维护。「一码游贵州」平台在初期采用单体架构，当用户量从10万增长到100万时，系统出现了严重的性能瓶颈——每次更新需要停机维护、一个功能的bug可能影响整个系统、技术团队难以并行开发。</w:t>
      </w:r>
    </w:p>
    <w:p>
      <w:r>
        <w:t>微服务架构将系统拆分为独立的小服务，每个服务负责单一功能，服务之间通过API通信。「一码游贵州」平台在2022年完成了微服务改造，将系统拆分为15个微服务（用户服务、票务服务、导览服务、推荐服务、支付服务、内容服务、评论服务、搜索服务、通知服务、分析服务、文件服务、认证服务、风控服务、营销服务和配置服务）。改造后，系统性能提升了300%，更新频率从每月1次提高到每周2次，技术团队的并行开发能力显著增强。</w:t>
      </w:r>
    </w:p>
    <w:p>
      <w:pPr>
        <w:pStyle w:val="Heading3"/>
      </w:pPr>
      <w:r>
        <w:t>从数据中心到云原生</w:t>
      </w:r>
    </w:p>
    <w:p>
      <w:r>
        <w:t>技术架构的另一个演进方向是从传统数据中心向云原生架构迁移。传统数据中心需要自购服务器、自建网络、自配环境，初始投入大、扩展性差。云原生架构利用云计算的弹性伸缩、容器化部署和DevOps自动化，实现了按需使用、快速扩展和持续交付。</w:t>
      </w:r>
    </w:p>
    <w:p>
      <w:r>
        <w:t>「一码游贵州」平台在2023年完成了云原生迁移，采用了Kubernetes容器编排、Service Mesh服务网格和CI/CD持续交付等云原生技术。迁移后，服务器成本降低了40%（从按峰值配置转为按需弹性），系统部署时间从2小时缩短到15分钟，系统可用性从99.5%提升到99.95%。云原生架构还使平台能够快速应对流量波动——在节假日高峰期自动扩展服务器资源，在低谷期自动缩减资源，实现了成本和性能的最优平衡。</w:t>
      </w:r>
    </w:p>
    <w:p>
      <w:pPr>
        <w:pStyle w:val="Heading2"/>
      </w:pPr>
      <w:r>
        <w:t>平台数据资产的运营与管理</w:t>
      </w:r>
    </w:p>
    <w:p>
      <w:r>
        <w:t>数字文旅平台积累的数据已成为重要的战略资产。贵州一码游贵州平台的数据资产管理实践包括以下方面。数据资产盘点方面，平台对积累的所有数据进行了全面盘点，建立了数据资产目录，包含用户数据3000万用户的基本信息和行为数据、交易数据1亿笔以上订单记录、内容数据500万条以上UGC内容和运营数据景区实时状态和历史数据四大类。数据资产估值方面，采用成本法、收益法和市场法对数据资产进行了综合估值，平台数据资产的评估价值约为3.5亿元。这一估值使数据资产可以纳入企业的资产负债表，提升了企业的资产规模和融资能力。数据资产运营方面，平台通过数据产品化将数据加工为可销售的报告和API服务、数据赋能利用数据优化平台运营和推荐算法、数据合作在授权范围内与合作伙伴共享数据三种方式运营数据资产。2024年数据资产运营收入达到500万元，预计2025年将突破1000万元。数据资产保护方面，平台对数据资产采取了严格的安全保护措施，包括加密存储、访问控制、使用审计和灾备备份。</w:t>
      </w:r>
    </w:p>
    <w:p>
      <w:pPr>
        <w:pStyle w:val="Heading2"/>
      </w:pPr>
      <w:r>
        <w:t>平台开放策略与开发者生态</w:t>
      </w:r>
    </w:p>
    <w:p>
      <w:r>
        <w:t>贵州一码游贵州平台的开放API策略是构建开发者生态的基础。平台目前开放了5大类30余个API接口，包括景区信息查询API（提供景区基本信息、实时客流、票价等数据）、产品预订API（允许第三方平台通过接口完成门票和酒店预订）、用户授权API（在用户授权下向第三方提供用户画像数据）、内容分发API（向第三方平台分发贵州旅游的图文和视频内容）和数据分析API（向授权的研究机构和企业提供脱敏后的旅游数据分析结果）。API的开放吸引了50余家第三方开发者接入平台生态，开发了一系列创新应用。典型应用包括基于景区信息API开发的「贵州景区天气导览」应用，基于用户授权API开发的「旅行伙伴匹配」应用，基于内容分发API开发的「贵州旅游资讯聚合」应用等。平台为开发者提供了完整的技术文档、SDK工具包、测试环境和开发支持，降低了开发门槛。平台还设立了「创新应用孵化基金」，每年投入100万元支持优秀的第三方应用开发。开发者生态的健康度通过以下指标衡量：活跃开发者数量（当前50+，目标100+）、API调用量（日均500万次+）、第三方应用数量（当前30+，目标50+）和开发者满意度（4.2分，目标4.5+）。</w:t>
      </w:r>
    </w:p>
    <w:p>
      <w:r>
        <w:t>本章小结</w:t>
      </w:r>
    </w:p>
    <w:p>
      <w:r>
        <w:t>本章从平台类型、生态系统构建和竞争治理三个维度，系统分析了数字文旅平台经济的运作逻辑。数字文旅平台可以分为综合 OTA 平台、目的地智慧旅游平台、垂直细分平台和内容社交平台四种类型，它们在商业模式、服务范围和治理逻辑上各有侧重。平台生态系统的核心在于多元参与者的价值共创——信息价值、内容价值和网络价值通过平台汇聚和放大，但利益分配机制的不完善是当前平台治理的突出短板。平台的竞争呈现出"赢者通吃"的特征，反垄断监管正在加强；中小文旅企业面临"上平台没利润、不上平台没流量"的结构性困境，多元化渠道建设和差异化定位是可行的破局路径。</w:t>
      </w:r>
    </w:p>
    <w:p>
      <w:r>
        <w:t>平台不仅是技术系统，更是权力系统和利益系统。理解平台经济的运作逻辑，对于数字文旅从业者至关重要——无论是作为平台的"参与者"还是"建设者"。第 6 章将聚焦数据要素，探讨文旅数据治理的核心议题。</w:t>
      </w:r>
    </w:p>
    <w:p>
      <w:r>
        <w:t>---</w:t>
      </w:r>
    </w:p>
    <w:p>
      <w:pPr>
        <w:pStyle w:val="Heading2"/>
      </w:pPr>
      <w:r>
        <w:t>思考题</w:t>
      </w:r>
    </w:p>
    <w:p>
      <w:pPr>
        <w:pStyle w:val="ListBullet"/>
      </w:pPr>
      <w:r>
        <w:rPr>
          <w:b/>
        </w:rPr>
        <w:t>简答题</w:t>
      </w:r>
      <w:r>
        <w:t>：比较政府主导的目的地智慧旅游平台（如"一码游贵州"）与企业主导的 OTA 平台（如携程）在商业模式、服务对象和治理逻辑上的主要差异。</w:t>
      </w:r>
    </w:p>
    <w:p>
      <w:pPr>
        <w:pStyle w:val="ListBullet"/>
      </w:pPr>
      <w:r>
        <w:rPr>
          <w:b/>
        </w:rPr>
        <w:t>论述题</w:t>
      </w:r>
      <w:r>
        <w:t>：中小民宿企业面临"上平台没利润、不上平台没流量"的困境。请运用本章所学理论，为这类企业设计一套包含自有渠道建设、平台策略选择和差异化定位的综合方案。</w:t>
      </w:r>
    </w:p>
    <w:p>
      <w:pPr>
        <w:pStyle w:val="ListBullet"/>
      </w:pPr>
      <w:r>
        <w:rPr>
          <w:b/>
        </w:rPr>
        <w:t>案例分析题</w:t>
      </w:r>
      <w:r>
        <w:t>：假设你是安顺市旅游主管部门的工作人员，需要制定一项政策，既要鼓励数字文旅平台的发展，又要防止平台对中小商户的不公平对待。请提出你的政策建议框架。</w:t>
      </w:r>
    </w:p>
    <w:p>
      <w:pPr>
        <w:pStyle w:val="ListBullet"/>
      </w:pPr>
      <w:r>
        <w:rPr>
          <w:b/>
        </w:rPr>
        <w:t>实践操作题</w:t>
      </w:r>
      <w:r>
        <w:t>：打开"一码游贵州"微信小程序，作为"神秘顾客"完整体验一次从搜索目的地到完成预订的流程。分析该平台在用户体验、供给覆盖、功能完善度方面的优势和不足，撰写一份 800 字左右的体验评估报告。</w:t>
      </w:r>
    </w:p>
    <w:p>
      <w:r>
        <w:t>---</w:t>
      </w:r>
    </w:p>
    <w:p>
      <w:pPr>
        <w:pStyle w:val="Heading2"/>
      </w:pPr>
      <w:r>
        <w:t>参考文献</w:t>
      </w:r>
    </w:p>
    <w:p>
      <w:r>
        <w:t>[13] Ammirato S, Felicetti A M, Linzalone R, et al. Digital business models in cultural tourism[J]. International Journal of Entrepreneurial Behavior &amp; Research, 2021, 27(8): 1949-1970.</w:t>
      </w:r>
    </w:p>
    <w:p>
      <w:r>
        <w:t>[14] 金陵科技学院. 数字文旅视域下移动智慧旅游平台拓展技术集成研究[J]. 江苏科技信息, 2024, 41(8): 25-32.</w:t>
      </w:r>
    </w:p>
    <w:p>
      <w:r>
        <w:t>[15] Xu L. Construction of digital cultural tourism integration holiday system based on differential equation model</w:t>
      </w:r>
    </w:p>
    <w:p>
      <w:r>
        <w:t>[4] Fidalgo M, Dias F. Digital Platforms as a Holistic Approach to Improve Sustainability in Tourism[J]. Sustainability, 2026, 18(12): 5983. DOI: 10.3390/su18125983.</w:t>
      </w:r>
    </w:p>
    <w:p>
      <w:r>
        <w:t>[5] Zeqiri A, Youssef A B, Zahar T M. The Role of Digital Tourism Platforms in Advancing Sustainable Development Goals in the Industry 4.0 Era[J]. Sustainability, 2025, 17(8): 3482. DOI: 10.3390/su17083482.</w:t>
      </w:r>
    </w:p>
    <w:p>
      <w:r>
        <w:t>[6] Baggio R, Del Chiappa G. Tourism destinations as digital business ecosystems[J]. arXiv preprint arXiv:1210.3943, 2012.</w:t>
      </w:r>
    </w:p>
    <w:p>
      <w:r>
        <w:t>[7] Lee S U, Zhu L, Jeffery R. Design Choices for Data Governance in Platform Ecosystems: A Contingency Model[J]. arXiv preprint arXiv:1706.07560, 2017. DOI: 10.48550/arXiv.1706.07560.</w:t>
      </w:r>
    </w:p>
    <w:p>
      <w:r>
        <w:t>[8] Thees H, Störmann E, Thiele F, et al. Shaping Digitalization Among German Tourism Service Providers: Processes and Implications[J]. Zenodo, 2021. DOI: 10.5281/zenodo.5548393.</w:t>
      </w:r>
    </w:p>
    <w:p>
      <w:r>
        <w:t>[16] Gajdošík T. Smart tourism: Concepts and insights from Central Europe[J]. Central European Review of Tourism and Regional Development, 2018. DOI: 10.1515/cjot-2018-0002</w:t>
      </w:r>
    </w:p>
    <w:p>
      <w:r>
        <w:t>[17] Yu Y, Wang H. Study on the construction of smart tourism ecosystem and polycentric governance mechanism[J]. Smart Tourism, 2022, 3(1). DOI: 10.54517/st.v3i1.1738</w:t>
      </w:r>
    </w:p>
    <w:p>
      <w:r>
        <w:t>[18] Gretzel U, Sigala M, Xiang Z, et al. Smart tourism: foundations and developments[J]. Electronic Markets, 2015, 25(3): 179-188. DOI: 10.1007/s12525-015-0196-8</w:t>
      </w:r>
    </w:p>
    <w:p>
      <w:r>
        <w:t>[9] 戴佳静, 李小曼, 蒋毅天. 基于大数据的全域旅游综合管理平台的设计与应用[J]. 信息技术与信息化, 2025(3): 45-49.[J]. Applied Mathematics and Nonlinear Sciences, 2023, 8(2): 1080-1095.</w:t>
      </w:r>
    </w:p>
    <w:p>
      <w:r>
        <w:br w:type="page"/>
      </w:r>
    </w:p>
    <w:p>
      <w:pPr>
        <w:pStyle w:val="Heading1"/>
      </w:pPr>
      <w:r>
        <w:t>第 6 章 数据要素与文旅数据治理</w:t>
      </w:r>
    </w:p>
    <w:p>
      <w:pPr>
        <w:pStyle w:val="Heading2"/>
      </w:pPr>
      <w:r>
        <w:t>学习目标</w:t>
      </w:r>
    </w:p>
    <w:tbl>
      <w:tblPr>
        <w:tblStyle w:val="TableGrid"/>
        <w:tblW w:type="auto" w:w="0"/>
        <w:tblLook w:firstColumn="1" w:firstRow="1" w:lastColumn="0" w:lastRow="0" w:noHBand="0" w:noVBand="1" w:val="04A0"/>
      </w:tblPr>
      <w:tblGrid>
        <w:gridCol w:w="1768"/>
        <w:gridCol w:w="1768"/>
        <w:gridCol w:w="1768"/>
        <w:gridCol w:w="1768"/>
        <w:gridCol w:w="1768"/>
      </w:tblGrid>
      <w:tr>
        <w:tc>
          <w:tcPr>
            <w:tcW w:type="dxa" w:w="1768"/>
          </w:tcPr>
          <w:p>
            <w:pPr>
              <w:spacing w:after="40" w:line="240" w:lineRule="auto"/>
            </w:pPr>
            <w:r>
              <w:rPr>
                <w:b/>
                <w:sz w:val="20"/>
              </w:rPr>
              <w:t>数据类型</w:t>
            </w:r>
          </w:p>
        </w:tc>
        <w:tc>
          <w:tcPr>
            <w:tcW w:type="dxa" w:w="1768"/>
          </w:tcPr>
          <w:p>
            <w:pPr>
              <w:spacing w:after="40" w:line="240" w:lineRule="auto"/>
            </w:pPr>
            <w:r>
              <w:rPr>
                <w:b/>
                <w:sz w:val="20"/>
              </w:rPr>
              <w:t>来源</w:t>
            </w:r>
          </w:p>
        </w:tc>
        <w:tc>
          <w:tcPr>
            <w:tcW w:type="dxa" w:w="1768"/>
          </w:tcPr>
          <w:p>
            <w:pPr>
              <w:spacing w:after="40" w:line="240" w:lineRule="auto"/>
            </w:pPr>
            <w:r>
              <w:rPr>
                <w:b/>
                <w:sz w:val="20"/>
              </w:rPr>
              <w:t>采集方式</w:t>
            </w:r>
          </w:p>
        </w:tc>
        <w:tc>
          <w:tcPr>
            <w:tcW w:type="dxa" w:w="1768"/>
          </w:tcPr>
          <w:p>
            <w:pPr>
              <w:spacing w:after="40" w:line="240" w:lineRule="auto"/>
            </w:pPr>
            <w:r>
              <w:rPr>
                <w:b/>
                <w:sz w:val="20"/>
              </w:rPr>
              <w:t>应用场景</w:t>
            </w:r>
          </w:p>
        </w:tc>
        <w:tc>
          <w:tcPr>
            <w:tcW w:type="dxa" w:w="1768"/>
          </w:tcPr>
          <w:p>
            <w:pPr>
              <w:spacing w:after="40" w:line="240" w:lineRule="auto"/>
            </w:pPr>
            <w:r>
              <w:rPr>
                <w:b/>
                <w:sz w:val="20"/>
              </w:rPr>
              <w:t>安全等级</w:t>
            </w:r>
          </w:p>
        </w:tc>
      </w:tr>
      <w:tr>
        <w:tc>
          <w:tcPr>
            <w:tcW w:type="dxa" w:w="1768"/>
          </w:tcPr>
          <w:p>
            <w:pPr>
              <w:spacing w:after="40" w:line="240" w:lineRule="auto"/>
            </w:pPr>
            <w:r>
              <w:rPr>
                <w:sz w:val="20"/>
              </w:rPr>
              <w:t>游客行为数据</w:t>
            </w:r>
          </w:p>
        </w:tc>
        <w:tc>
          <w:tcPr>
            <w:tcW w:type="dxa" w:w="1768"/>
          </w:tcPr>
          <w:p>
            <w:pPr>
              <w:spacing w:after="40" w:line="240" w:lineRule="auto"/>
            </w:pPr>
            <w:r>
              <w:rPr>
                <w:sz w:val="20"/>
              </w:rPr>
              <w:t>APP/小程序</w:t>
            </w:r>
          </w:p>
        </w:tc>
        <w:tc>
          <w:tcPr>
            <w:tcW w:type="dxa" w:w="1768"/>
          </w:tcPr>
          <w:p>
            <w:pPr>
              <w:spacing w:after="40" w:line="240" w:lineRule="auto"/>
            </w:pPr>
            <w:r>
              <w:rPr>
                <w:sz w:val="20"/>
              </w:rPr>
              <w:t>埋点采集</w:t>
            </w:r>
          </w:p>
        </w:tc>
        <w:tc>
          <w:tcPr>
            <w:tcW w:type="dxa" w:w="1768"/>
          </w:tcPr>
          <w:p>
            <w:pPr>
              <w:spacing w:after="40" w:line="240" w:lineRule="auto"/>
            </w:pPr>
            <w:r>
              <w:rPr>
                <w:sz w:val="20"/>
              </w:rPr>
              <w:t>画像分析、精准营销</w:t>
            </w:r>
          </w:p>
        </w:tc>
        <w:tc>
          <w:tcPr>
            <w:tcW w:type="dxa" w:w="1768"/>
          </w:tcPr>
          <w:p>
            <w:pPr>
              <w:spacing w:after="40" w:line="240" w:lineRule="auto"/>
            </w:pPr>
            <w:r>
              <w:rPr>
                <w:sz w:val="20"/>
              </w:rPr>
              <w:t>高（含个人信息）</w:t>
            </w:r>
          </w:p>
        </w:tc>
      </w:tr>
      <w:tr>
        <w:tc>
          <w:tcPr>
            <w:tcW w:type="dxa" w:w="1768"/>
          </w:tcPr>
          <w:p>
            <w:pPr>
              <w:spacing w:after="40" w:line="240" w:lineRule="auto"/>
            </w:pPr>
            <w:r>
              <w:rPr>
                <w:sz w:val="20"/>
              </w:rPr>
              <w:t>企业经营数据</w:t>
            </w:r>
          </w:p>
        </w:tc>
        <w:tc>
          <w:tcPr>
            <w:tcW w:type="dxa" w:w="1768"/>
          </w:tcPr>
          <w:p>
            <w:pPr>
              <w:spacing w:after="40" w:line="240" w:lineRule="auto"/>
            </w:pPr>
            <w:r>
              <w:rPr>
                <w:sz w:val="20"/>
              </w:rPr>
              <w:t>ERP/POS</w:t>
            </w:r>
          </w:p>
        </w:tc>
        <w:tc>
          <w:tcPr>
            <w:tcW w:type="dxa" w:w="1768"/>
          </w:tcPr>
          <w:p>
            <w:pPr>
              <w:spacing w:after="40" w:line="240" w:lineRule="auto"/>
            </w:pPr>
            <w:r>
              <w:rPr>
                <w:sz w:val="20"/>
              </w:rPr>
              <w:t>API对接</w:t>
            </w:r>
          </w:p>
        </w:tc>
        <w:tc>
          <w:tcPr>
            <w:tcW w:type="dxa" w:w="1768"/>
          </w:tcPr>
          <w:p>
            <w:pPr>
              <w:spacing w:after="40" w:line="240" w:lineRule="auto"/>
            </w:pPr>
            <w:r>
              <w:rPr>
                <w:sz w:val="20"/>
              </w:rPr>
              <w:t>产业分析、政策制定</w:t>
            </w:r>
          </w:p>
        </w:tc>
        <w:tc>
          <w:tcPr>
            <w:tcW w:type="dxa" w:w="1768"/>
          </w:tcPr>
          <w:p>
            <w:pPr>
              <w:spacing w:after="40" w:line="240" w:lineRule="auto"/>
            </w:pPr>
            <w:r>
              <w:rPr>
                <w:sz w:val="20"/>
              </w:rPr>
              <w:t>中</w:t>
            </w:r>
          </w:p>
        </w:tc>
      </w:tr>
      <w:tr>
        <w:tc>
          <w:tcPr>
            <w:tcW w:type="dxa" w:w="1768"/>
          </w:tcPr>
          <w:p>
            <w:pPr>
              <w:spacing w:after="40" w:line="240" w:lineRule="auto"/>
            </w:pPr>
            <w:r>
              <w:rPr>
                <w:sz w:val="20"/>
              </w:rPr>
              <w:t>环境监测数据</w:t>
            </w:r>
          </w:p>
        </w:tc>
        <w:tc>
          <w:tcPr>
            <w:tcW w:type="dxa" w:w="1768"/>
          </w:tcPr>
          <w:p>
            <w:pPr>
              <w:spacing w:after="40" w:line="240" w:lineRule="auto"/>
            </w:pPr>
            <w:r>
              <w:rPr>
                <w:sz w:val="20"/>
              </w:rPr>
              <w:t>传感器网络</w:t>
            </w:r>
          </w:p>
        </w:tc>
        <w:tc>
          <w:tcPr>
            <w:tcW w:type="dxa" w:w="1768"/>
          </w:tcPr>
          <w:p>
            <w:pPr>
              <w:spacing w:after="40" w:line="240" w:lineRule="auto"/>
            </w:pPr>
            <w:r>
              <w:rPr>
                <w:sz w:val="20"/>
              </w:rPr>
              <w:t>IoT采集</w:t>
            </w:r>
          </w:p>
        </w:tc>
        <w:tc>
          <w:tcPr>
            <w:tcW w:type="dxa" w:w="1768"/>
          </w:tcPr>
          <w:p>
            <w:pPr>
              <w:spacing w:after="40" w:line="240" w:lineRule="auto"/>
            </w:pPr>
            <w:r>
              <w:rPr>
                <w:sz w:val="20"/>
              </w:rPr>
              <w:t>容量预警、生态保护</w:t>
            </w:r>
          </w:p>
        </w:tc>
        <w:tc>
          <w:tcPr>
            <w:tcW w:type="dxa" w:w="1768"/>
          </w:tcPr>
          <w:p>
            <w:pPr>
              <w:spacing w:after="40" w:line="240" w:lineRule="auto"/>
            </w:pPr>
            <w:r>
              <w:rPr>
                <w:sz w:val="20"/>
              </w:rPr>
              <w:t>低</w:t>
            </w:r>
          </w:p>
        </w:tc>
      </w:tr>
      <w:tr>
        <w:tc>
          <w:tcPr>
            <w:tcW w:type="dxa" w:w="1768"/>
          </w:tcPr>
          <w:p>
            <w:pPr>
              <w:spacing w:after="40" w:line="240" w:lineRule="auto"/>
            </w:pPr>
            <w:r>
              <w:rPr>
                <w:sz w:val="20"/>
              </w:rPr>
              <w:t>UGC数据</w:t>
            </w:r>
          </w:p>
        </w:tc>
        <w:tc>
          <w:tcPr>
            <w:tcW w:type="dxa" w:w="1768"/>
          </w:tcPr>
          <w:p>
            <w:pPr>
              <w:spacing w:after="40" w:line="240" w:lineRule="auto"/>
            </w:pPr>
            <w:r>
              <w:rPr>
                <w:sz w:val="20"/>
              </w:rPr>
              <w:t>社交媒体</w:t>
            </w:r>
          </w:p>
        </w:tc>
        <w:tc>
          <w:tcPr>
            <w:tcW w:type="dxa" w:w="1768"/>
          </w:tcPr>
          <w:p>
            <w:pPr>
              <w:spacing w:after="40" w:line="240" w:lineRule="auto"/>
            </w:pPr>
            <w:r>
              <w:rPr>
                <w:sz w:val="20"/>
              </w:rPr>
              <w:t>爬虫/API</w:t>
            </w:r>
          </w:p>
        </w:tc>
        <w:tc>
          <w:tcPr>
            <w:tcW w:type="dxa" w:w="1768"/>
          </w:tcPr>
          <w:p>
            <w:pPr>
              <w:spacing w:after="40" w:line="240" w:lineRule="auto"/>
            </w:pPr>
            <w:r>
              <w:rPr>
                <w:sz w:val="20"/>
              </w:rPr>
              <w:t>舆情分析、口碑管理</w:t>
            </w:r>
          </w:p>
        </w:tc>
        <w:tc>
          <w:tcPr>
            <w:tcW w:type="dxa" w:w="1768"/>
          </w:tcPr>
          <w:p>
            <w:pPr>
              <w:spacing w:after="40" w:line="240" w:lineRule="auto"/>
            </w:pPr>
            <w:r>
              <w:rPr>
                <w:sz w:val="20"/>
              </w:rPr>
              <w:t>中</w:t>
            </w:r>
          </w:p>
        </w:tc>
      </w:tr>
    </w:tbl>
    <w:p/>
    <w:p>
      <w:pPr>
        <w:pStyle w:val="ListBullet"/>
      </w:pPr>
      <w:r>
        <w:rPr>
          <w:b/>
        </w:rPr>
        <w:t>知识目标</w:t>
      </w:r>
      <w:r>
        <w:t>：学生能够区分文旅数据的四种主要类型，理解数据采集、质量管理、安全保护和确权交易的基本概念与法规框架。</w:t>
      </w:r>
    </w:p>
    <w:p>
      <w:pPr>
        <w:pStyle w:val="ListBullet"/>
      </w:pPr>
      <w:r>
        <w:rPr>
          <w:b/>
        </w:rPr>
        <w:t>能力目标</w:t>
      </w:r>
      <w:r>
        <w:t>：学生能够针对给定的文旅业务场景，设计数据采集和质量控制的初步方案，评估数据处理中的隐私和安全风险。</w:t>
      </w:r>
    </w:p>
    <w:p>
      <w:pPr>
        <w:pStyle w:val="ListBullet"/>
      </w:pPr>
      <w:r>
        <w:rPr>
          <w:b/>
        </w:rPr>
        <w:t>素养目标</w:t>
      </w:r>
      <w:r>
        <w:t>：学生能够形成数据伦理和隐私保护意识，在追求数据价值的同时尊重游客权利，理解"技术可行"不等于"伦理可接受"。</w:t>
      </w:r>
    </w:p>
    <w:p>
      <w:r>
        <w:t>---</w:t>
      </w:r>
    </w:p>
    <w:p>
      <w:pPr>
        <w:pStyle w:val="Heading2"/>
      </w:pPr>
      <w:r>
        <w:t>导入案例</w:t>
      </w:r>
    </w:p>
    <w:p>
      <w:r>
        <w:t>2013 年，黄果树景区开始建设智慧票务系统时，最朴素的动机是"不用再排长队买票了"。十年后，这个系统积累的数据已经成为景区最宝贵的资产之一：日级、时段级甚至分钟级的客流数据，可追溯至系统上线首日；实名制分时预约数据记录了每位游客的来源地、预订时间和游览偏好；视频监控和物联网传感数据实时反映着各区域的客流密度和环境状况。</w:t>
      </w:r>
    </w:p>
    <w:p>
      <w:r>
        <w:t>2024 年，当黄果树景区启动"时空客流引导、动态容量管控与智能设施协同"三位一体系统建设时，这些历史数据发挥了关键作用——没有十年来积累的客流时空分布数据，动态定价算法就失去了训练和验证的基础。但同时，一个问题也随之而来：这些记录了数百万游客行为轨迹的数据，到底归谁所有？景区可以将其用于商业目的吗？游客有权利知道自己的数据被如何使用吗？如果数据泄露，谁来负责？</w:t>
      </w:r>
    </w:p>
    <w:p>
      <w:r>
        <w:t>黄果树的故事揭示了一个核心命题：在数字文旅时代，数据是"石油"——既是驱动创新的动力源泉，也是引发风险的潜在火源。如何"用好"数据的同时"管好"数据，是数字文旅治理的基石性问题。</w:t>
      </w:r>
    </w:p>
    <w:p>
      <w:r>
        <w:rPr>
          <w:b/>
        </w:rPr>
        <w:t>引导性问题</w:t>
      </w:r>
      <w:r>
        <w:t>：</w:t>
      </w:r>
    </w:p>
    <w:p>
      <w:pPr>
        <w:pStyle w:val="ListBullet"/>
      </w:pPr>
      <w:r>
        <w:t>景区采集游客行为数据的边界在哪里？哪些数据可以采集，哪些不应该采集？</w:t>
      </w:r>
    </w:p>
    <w:p>
      <w:pPr>
        <w:pStyle w:val="ListBullet"/>
      </w:pPr>
      <w:r>
        <w:t>如果你是一名游客，你愿意用自己的行为数据换取更精准的个性化推荐吗？</w:t>
      </w:r>
    </w:p>
    <w:p>
      <w:pPr>
        <w:pStyle w:val="ListBullet"/>
      </w:pPr>
      <w:r>
        <w:t>"数据二十条"提出的"三权分置"，对文旅数据的确权和交易意味着什么？</w:t>
      </w:r>
    </w:p>
    <w:p>
      <w:r>
        <w:t>---</w:t>
      </w:r>
    </w:p>
    <w:p>
      <w:pPr>
        <w:pStyle w:val="Heading2"/>
      </w:pPr>
      <w:r>
        <w:t>6.1 文旅数据的类型与特征</w:t>
      </w:r>
    </w:p>
    <w:p>
      <w:pPr>
        <w:pStyle w:val="Heading3"/>
      </w:pPr>
      <w:r>
        <w:t>6.1.1 游客行为数据</w:t>
      </w:r>
    </w:p>
    <w:p>
      <w:r>
        <w:rPr>
          <w:b/>
        </w:rPr>
        <w:t>游客行为数据的构成。</w:t>
      </w:r>
      <w:r>
        <w:t xml:space="preserve"> 游客行为数据是文旅数据中体量最大、价值最高的类型，贯穿了游客从"行前"到"行后"的全旅程。行前数据包括搜索关键词、浏览记录、比价行为、预订时间等，反映了游客的兴趣偏好和决策过程。行中数据包括位置轨迹、停留时间、消费记录、导览使用情况等，反映了游客的实际行为和体验偏好。行后数据包括评价打分、评论内容、社交媒体分享、投诉记录等，反映了游客的满意度和口碑传播。</w:t>
      </w:r>
    </w:p>
    <w:p>
      <w:r>
        <w:rPr>
          <w:b/>
        </w:rPr>
        <w:t>行为数据的价值密度。</w:t>
      </w:r>
      <w:r>
        <w:t xml:space="preserve"> 并非所有行为数据都具有同等价值。搜索了"贵州旅游"但没有下单的用户，与预订了"黄果树+西江苗寨 5 日游"的用户，其数据的商业价值差异巨大——前者只反映了模糊的兴趣，后者则体现了明确的消费意愿。数据治理的一个重要任务就是区分"数据量"和"数据价值"：更多的数据不一定意味着更好的决策，关键在于数据与业务问题之间的相关性。</w:t>
      </w:r>
    </w:p>
    <w:p>
      <w:r>
        <w:rPr>
          <w:b/>
        </w:rPr>
        <w:t>游客数字足迹的全旅程视角。</w:t>
      </w:r>
      <w:r>
        <w:t xml:space="preserve"> 从游客旅程的角度看，行为数据构成了完整的"数字足迹"（Digital Footprint）链条。</w:t>
      </w:r>
      <w:r>
        <w:rPr>
          <w:b/>
        </w:rPr>
        <w:t>梦想阶段</w:t>
      </w:r>
      <w:r>
        <w:t>（Dreaming）：游客在社交媒体上浏览旅游内容，搜索目的地信息——这一阶段的数据反映了潜在需求和兴趣偏好。</w:t>
      </w:r>
      <w:r>
        <w:rPr>
          <w:b/>
        </w:rPr>
        <w:t>规划阶段</w:t>
      </w:r>
      <w:r>
        <w:t>（Planning）：游客比较不同产品、阅读攻略和评价——这一阶段的数据揭示了决策逻辑和价格敏感度。</w:t>
      </w:r>
      <w:r>
        <w:rPr>
          <w:b/>
        </w:rPr>
        <w:t>预订阶段</w:t>
      </w:r>
      <w:r>
        <w:t>（Booking）：游客完成下单和支付——这一阶段的数据是商业转化的关键节点。</w:t>
      </w:r>
      <w:r>
        <w:rPr>
          <w:b/>
        </w:rPr>
        <w:t>体验阶段</w:t>
      </w:r>
      <w:r>
        <w:t>（Experiencing）：游客在目的地使用导航、导览、支付等服务——这一阶段的数据反映了实时行为和空间轨迹。</w:t>
      </w:r>
      <w:r>
        <w:rPr>
          <w:b/>
        </w:rPr>
        <w:t>分享阶段</w:t>
      </w:r>
      <w:r>
        <w:t>（Sharing）：游客发布评价、分享照片和视频——这一阶段的数据构成了口碑传播和 UGC 内容。五个阶段的数据串联起来，形成了一幅从"需求触发"到"口碑反馈"的完整图景。但在实际中，不同阶段的数据分散在不同的系统中——梦想阶段的数据在抖音和小红书，预订阶段的数据在 OTA 平台，体验阶段的数据在景区和酒店系统，分享阶段的数据又回到社交平台。打通这些数据孤岛，是构建"全旅程游客画像"的技术前提。</w:t>
      </w:r>
    </w:p>
    <w:p>
      <w:pPr>
        <w:pStyle w:val="Heading3"/>
      </w:pPr>
      <w:r>
        <w:t>6.1.2 企业经营数据</w:t>
      </w:r>
    </w:p>
    <w:p>
      <w:r>
        <w:rPr>
          <w:b/>
        </w:rPr>
        <w:t>企业经营数据的范围。</w:t>
      </w:r>
      <w:r>
        <w:t xml:space="preserve"> 文旅企业的经营数据涵盖票务收入、客房入住率、餐饮翻台率、商品销售额、人力成本、能耗支出等核心运营指标。这些数据传统上记录在 Excel 表格或财务系统中，数字化程度参差不齐。智慧景区和智慧酒店的建设，正在推动经营数据的实时化和结构化——景区管理者可以在数据看板上实时看到"当前在园人数""今日累计收入""各商品销售排行"等指标。</w:t>
      </w:r>
    </w:p>
    <w:p>
      <w:r>
        <w:rPr>
          <w:b/>
        </w:rPr>
        <w:t>经营数据的敏感性。</w:t>
      </w:r>
      <w:r>
        <w:t xml:space="preserve"> 企业经营数据直接关系到商业机密和竞争优势。一家酒店的入住率和平均房价一旦泄露给竞争对手，可能导致定价策略上的被动。因此，经营数据的共享和开放需要审慎处理——政府部门出于行业统计和监管需要可能要求企业上报部分经营数据，但需要明确数据用途、使用范围和保密义务。</w:t>
      </w:r>
    </w:p>
    <w:p>
      <w:pPr>
        <w:pStyle w:val="Heading3"/>
      </w:pPr>
      <w:r>
        <w:t>6.1.3 目的地环境数据</w:t>
      </w:r>
    </w:p>
    <w:p>
      <w:r>
        <w:rPr>
          <w:b/>
        </w:rPr>
        <w:t>环境数据的类型。</w:t>
      </w:r>
      <w:r>
        <w:t xml:space="preserve"> 目的地环境数据包括气象数据（温度、降水、风力）、空气质量数据（PM2.5、负氧离子浓度）、水文数据（河流水位、水质）、地质灾害监测数据（地震、滑坡预警）等。这些数据大多来自政府部门的监测网络（气象局、环保局、水利局等），是旅游安全管理和游客出行决策的重要依据。</w:t>
      </w:r>
    </w:p>
    <w:p>
      <w:r>
        <w:rPr>
          <w:b/>
        </w:rPr>
        <w:t>环境数据的共享价值。</w:t>
      </w:r>
      <w:r>
        <w:t xml:space="preserve"> 环境数据的公共属性最强——空气质量数据不应成为任何企业的私有资产，而应该向全社会公开共享。但在实际操作中，环境数据的部门壁垒仍然存在：气象数据在气象局，交通数据在交管局，旅游数据在文旅局——数据的物理分散和格式不统一阻碍了跨部门的数据整合。贵州省通过建设全省统一的数据共享交换平台，一定程度上缓解了这一问题，为"一码游贵州"等平台提供了跨部门数据支撑。</w:t>
      </w:r>
    </w:p>
    <w:p>
      <w:pPr>
        <w:pStyle w:val="Heading3"/>
      </w:pPr>
      <w:r>
        <w:t>6.1.4 UGC 与社交媒体数据</w:t>
      </w:r>
    </w:p>
    <w:p>
      <w:r>
        <w:rPr>
          <w:b/>
        </w:rPr>
        <w:t>UGC 数据的爆发式增长。</w:t>
      </w:r>
      <w:r>
        <w:t xml:space="preserve"> 用户生成内容（UGC）是数字时代特有的数据类型。每一条酒店评价、每一篇游记、每一段短视频、每一次点赞和分享，都是 UGC 数据。与传统统计数据（如"全年接待游客量"）不同，UGC 数据是非结构化的文本、图片和视频，需要自然语言处理和计算机视觉技术来提取有价值的信息。</w:t>
      </w:r>
    </w:p>
    <w:p>
      <w:r>
        <w:rPr>
          <w:b/>
        </w:rPr>
        <w:t>UGC 数据的分析价值。</w:t>
      </w:r>
      <w:r>
        <w:t xml:space="preserve"> UGC 数据为文旅研究提供了全新的分析维度。通过情感分析（Sentiment Analysis）技术，可以从数万条游客评论中提取"最被好评的景点""最被吐槽的服务""被频繁提及的关键词"；通过图像识别技术，可以分析游客拍摄照片的内容分布——哪个角度的黄果树瀑布被拍得最多？游客最喜欢在哪个位置拍照？这些分析结果可以指导景区的景观设计、标识布局和营销策略。</w:t>
      </w:r>
    </w:p>
    <w:p>
      <w:r>
        <w:rPr>
          <w:b/>
        </w:rPr>
        <w:t>UGC 数据驱动的目的地声誉管理。</w:t>
      </w:r>
      <w:r>
        <w:t xml:space="preserve"> UGC 数据为旅游目的地的声誉管理提供了"实时舆情雷达"。传统的游客满意度调查（每年一次的问卷抽样）时效性差、样本量小，往往发现问题时已经滞后数月。而基于 UGC 数据的实时舆情监测系统，可以从社交媒体和 OTA 平台的评价流中自动识别负面情绪的上升趋势——如"排队太久"的抱怨突然增多、某家餐饮店的差评集中出现——并在舆情发酵之前触发预警，为管理部门的快速响应争取时间。安顺市旅游主管部门已在探索利用 UGC 舆情数据辅助旅游市场监管，通过对"一码游贵州"平台评价和社交媒体相关内容的实时分析，及时发现和处理游客投诉集中的问题。这种"数据驱动的声誉管理"正在成为数字时代目的地治理的标准配置。通过情感分析（Sentiment Analysis）技术，可以从数万条游客评论中提取"最被好评的景点""最被吐槽的服务""被频繁提及的关键词"；通过图像识别技术，可以分析游客拍摄照片的内容分布——哪个角度的黄果树瀑布被拍得最多？游客最喜欢在哪个位置拍照？这些分析结果可以指导景区的景观设计、标识布局和营销策略。</w:t>
      </w:r>
    </w:p>
    <w:p>
      <w:r>
        <w:t>[表 6-1：四类文旅数据特征对比]</w:t>
      </w:r>
    </w:p>
    <w:tbl>
      <w:tblPr>
        <w:tblStyle w:val="TableGrid"/>
        <w:tblW w:type="auto" w:w="0"/>
        <w:tblLook w:firstColumn="1" w:firstRow="1" w:lastColumn="0" w:lastRow="0" w:noHBand="0" w:noVBand="1" w:val="04A0"/>
      </w:tblPr>
      <w:tblGrid>
        <w:gridCol w:w="1473"/>
        <w:gridCol w:w="1473"/>
        <w:gridCol w:w="1473"/>
        <w:gridCol w:w="1473"/>
        <w:gridCol w:w="1473"/>
        <w:gridCol w:w="1473"/>
      </w:tblGrid>
      <w:tr>
        <w:tc>
          <w:tcPr>
            <w:tcW w:type="dxa" w:w="1473"/>
          </w:tcPr>
          <w:p>
            <w:pPr>
              <w:spacing w:after="40" w:line="240" w:lineRule="auto"/>
            </w:pPr>
            <w:r>
              <w:rPr>
                <w:b/>
                <w:sz w:val="20"/>
              </w:rPr>
              <w:t>数据类型</w:t>
            </w:r>
          </w:p>
        </w:tc>
        <w:tc>
          <w:tcPr>
            <w:tcW w:type="dxa" w:w="1473"/>
          </w:tcPr>
          <w:p>
            <w:pPr>
              <w:spacing w:after="40" w:line="240" w:lineRule="auto"/>
            </w:pPr>
            <w:r>
              <w:rPr>
                <w:b/>
                <w:sz w:val="20"/>
              </w:rPr>
              <w:t>主要来源</w:t>
            </w:r>
          </w:p>
        </w:tc>
        <w:tc>
          <w:tcPr>
            <w:tcW w:type="dxa" w:w="1473"/>
          </w:tcPr>
          <w:p>
            <w:pPr>
              <w:spacing w:after="40" w:line="240" w:lineRule="auto"/>
            </w:pPr>
            <w:r>
              <w:rPr>
                <w:b/>
                <w:sz w:val="20"/>
              </w:rPr>
              <w:t>结构化程度</w:t>
            </w:r>
          </w:p>
        </w:tc>
        <w:tc>
          <w:tcPr>
            <w:tcW w:type="dxa" w:w="1473"/>
          </w:tcPr>
          <w:p>
            <w:pPr>
              <w:spacing w:after="40" w:line="240" w:lineRule="auto"/>
            </w:pPr>
            <w:r>
              <w:rPr>
                <w:b/>
                <w:sz w:val="20"/>
              </w:rPr>
              <w:t>更新频率</w:t>
            </w:r>
          </w:p>
        </w:tc>
        <w:tc>
          <w:tcPr>
            <w:tcW w:type="dxa" w:w="1473"/>
          </w:tcPr>
          <w:p>
            <w:pPr>
              <w:spacing w:after="40" w:line="240" w:lineRule="auto"/>
            </w:pPr>
            <w:r>
              <w:rPr>
                <w:b/>
                <w:sz w:val="20"/>
              </w:rPr>
              <w:t>隐私敏感度</w:t>
            </w:r>
          </w:p>
        </w:tc>
        <w:tc>
          <w:tcPr>
            <w:tcW w:type="dxa" w:w="1473"/>
          </w:tcPr>
          <w:p>
            <w:pPr>
              <w:spacing w:after="40" w:line="240" w:lineRule="auto"/>
            </w:pPr>
            <w:r>
              <w:rPr>
                <w:b/>
                <w:sz w:val="20"/>
              </w:rPr>
              <w:t>典型应用</w:t>
            </w:r>
          </w:p>
        </w:tc>
      </w:tr>
      <w:tr>
        <w:tc>
          <w:tcPr>
            <w:tcW w:type="dxa" w:w="1473"/>
          </w:tcPr>
          <w:p>
            <w:pPr>
              <w:spacing w:after="40" w:line="240" w:lineRule="auto"/>
            </w:pPr>
            <w:r>
              <w:rPr>
                <w:sz w:val="20"/>
              </w:rPr>
              <w:t>游客行为数据</w:t>
            </w:r>
          </w:p>
        </w:tc>
        <w:tc>
          <w:tcPr>
            <w:tcW w:type="dxa" w:w="1473"/>
          </w:tcPr>
          <w:p>
            <w:pPr>
              <w:spacing w:after="40" w:line="240" w:lineRule="auto"/>
            </w:pPr>
            <w:r>
              <w:rPr>
                <w:sz w:val="20"/>
              </w:rPr>
              <w:t>平台、票务系统、WiFi 探针</w:t>
            </w:r>
          </w:p>
        </w:tc>
        <w:tc>
          <w:tcPr>
            <w:tcW w:type="dxa" w:w="1473"/>
          </w:tcPr>
          <w:p>
            <w:pPr>
              <w:spacing w:after="40" w:line="240" w:lineRule="auto"/>
            </w:pPr>
            <w:r>
              <w:rPr>
                <w:sz w:val="20"/>
              </w:rPr>
              <w:t>高</w:t>
            </w:r>
          </w:p>
        </w:tc>
        <w:tc>
          <w:tcPr>
            <w:tcW w:type="dxa" w:w="1473"/>
          </w:tcPr>
          <w:p>
            <w:pPr>
              <w:spacing w:after="40" w:line="240" w:lineRule="auto"/>
            </w:pPr>
            <w:r>
              <w:rPr>
                <w:sz w:val="20"/>
              </w:rPr>
              <w:t>实时</w:t>
            </w:r>
          </w:p>
        </w:tc>
        <w:tc>
          <w:tcPr>
            <w:tcW w:type="dxa" w:w="1473"/>
          </w:tcPr>
          <w:p>
            <w:pPr>
              <w:spacing w:after="40" w:line="240" w:lineRule="auto"/>
            </w:pPr>
            <w:r>
              <w:rPr>
                <w:sz w:val="20"/>
              </w:rPr>
              <w:t>极高</w:t>
            </w:r>
          </w:p>
        </w:tc>
        <w:tc>
          <w:tcPr>
            <w:tcW w:type="dxa" w:w="1473"/>
          </w:tcPr>
          <w:p>
            <w:pPr>
              <w:spacing w:after="40" w:line="240" w:lineRule="auto"/>
            </w:pPr>
            <w:r>
              <w:rPr>
                <w:sz w:val="20"/>
              </w:rPr>
              <w:t>个性化推荐、客流预测</w:t>
            </w:r>
          </w:p>
        </w:tc>
      </w:tr>
      <w:tr>
        <w:tc>
          <w:tcPr>
            <w:tcW w:type="dxa" w:w="1473"/>
          </w:tcPr>
          <w:p>
            <w:pPr>
              <w:spacing w:after="40" w:line="240" w:lineRule="auto"/>
            </w:pPr>
            <w:r>
              <w:rPr>
                <w:sz w:val="20"/>
              </w:rPr>
              <w:t>企业经营数据</w:t>
            </w:r>
          </w:p>
        </w:tc>
        <w:tc>
          <w:tcPr>
            <w:tcW w:type="dxa" w:w="1473"/>
          </w:tcPr>
          <w:p>
            <w:pPr>
              <w:spacing w:after="40" w:line="240" w:lineRule="auto"/>
            </w:pPr>
            <w:r>
              <w:rPr>
                <w:sz w:val="20"/>
              </w:rPr>
              <w:t>PMS、ERP、POS 系统</w:t>
            </w:r>
          </w:p>
        </w:tc>
        <w:tc>
          <w:tcPr>
            <w:tcW w:type="dxa" w:w="1473"/>
          </w:tcPr>
          <w:p>
            <w:pPr>
              <w:spacing w:after="40" w:line="240" w:lineRule="auto"/>
            </w:pPr>
            <w:r>
              <w:rPr>
                <w:sz w:val="20"/>
              </w:rPr>
              <w:t>高</w:t>
            </w:r>
          </w:p>
        </w:tc>
        <w:tc>
          <w:tcPr>
            <w:tcW w:type="dxa" w:w="1473"/>
          </w:tcPr>
          <w:p>
            <w:pPr>
              <w:spacing w:after="40" w:line="240" w:lineRule="auto"/>
            </w:pPr>
            <w:r>
              <w:rPr>
                <w:sz w:val="20"/>
              </w:rPr>
              <w:t>每日/实时</w:t>
            </w:r>
          </w:p>
        </w:tc>
        <w:tc>
          <w:tcPr>
            <w:tcW w:type="dxa" w:w="1473"/>
          </w:tcPr>
          <w:p>
            <w:pPr>
              <w:spacing w:after="40" w:line="240" w:lineRule="auto"/>
            </w:pPr>
            <w:r>
              <w:rPr>
                <w:sz w:val="20"/>
              </w:rPr>
              <w:t>高</w:t>
            </w:r>
          </w:p>
        </w:tc>
        <w:tc>
          <w:tcPr>
            <w:tcW w:type="dxa" w:w="1473"/>
          </w:tcPr>
          <w:p>
            <w:pPr>
              <w:spacing w:after="40" w:line="240" w:lineRule="auto"/>
            </w:pPr>
            <w:r>
              <w:rPr>
                <w:sz w:val="20"/>
              </w:rPr>
              <w:t>收益管理、经营分析</w:t>
            </w:r>
          </w:p>
        </w:tc>
      </w:tr>
      <w:tr>
        <w:tc>
          <w:tcPr>
            <w:tcW w:type="dxa" w:w="1473"/>
          </w:tcPr>
          <w:p>
            <w:pPr>
              <w:spacing w:after="40" w:line="240" w:lineRule="auto"/>
            </w:pPr>
            <w:r>
              <w:rPr>
                <w:sz w:val="20"/>
              </w:rPr>
              <w:t>环境数据</w:t>
            </w:r>
          </w:p>
        </w:tc>
        <w:tc>
          <w:tcPr>
            <w:tcW w:type="dxa" w:w="1473"/>
          </w:tcPr>
          <w:p>
            <w:pPr>
              <w:spacing w:after="40" w:line="240" w:lineRule="auto"/>
            </w:pPr>
            <w:r>
              <w:rPr>
                <w:sz w:val="20"/>
              </w:rPr>
              <w:t>政府监测网络、IoT 传感器</w:t>
            </w:r>
          </w:p>
        </w:tc>
        <w:tc>
          <w:tcPr>
            <w:tcW w:type="dxa" w:w="1473"/>
          </w:tcPr>
          <w:p>
            <w:pPr>
              <w:spacing w:after="40" w:line="240" w:lineRule="auto"/>
            </w:pPr>
            <w:r>
              <w:rPr>
                <w:sz w:val="20"/>
              </w:rPr>
              <w:t>中-高</w:t>
            </w:r>
          </w:p>
        </w:tc>
        <w:tc>
          <w:tcPr>
            <w:tcW w:type="dxa" w:w="1473"/>
          </w:tcPr>
          <w:p>
            <w:pPr>
              <w:spacing w:after="40" w:line="240" w:lineRule="auto"/>
            </w:pPr>
            <w:r>
              <w:rPr>
                <w:sz w:val="20"/>
              </w:rPr>
              <w:t>实时/每小时</w:t>
            </w:r>
          </w:p>
        </w:tc>
        <w:tc>
          <w:tcPr>
            <w:tcW w:type="dxa" w:w="1473"/>
          </w:tcPr>
          <w:p>
            <w:pPr>
              <w:spacing w:after="40" w:line="240" w:lineRule="auto"/>
            </w:pPr>
            <w:r>
              <w:rPr>
                <w:sz w:val="20"/>
              </w:rPr>
              <w:t>低</w:t>
            </w:r>
          </w:p>
        </w:tc>
        <w:tc>
          <w:tcPr>
            <w:tcW w:type="dxa" w:w="1473"/>
          </w:tcPr>
          <w:p>
            <w:pPr>
              <w:spacing w:after="40" w:line="240" w:lineRule="auto"/>
            </w:pPr>
            <w:r>
              <w:rPr>
                <w:sz w:val="20"/>
              </w:rPr>
              <w:t>安全预警、出行建议</w:t>
            </w:r>
          </w:p>
        </w:tc>
      </w:tr>
      <w:tr>
        <w:tc>
          <w:tcPr>
            <w:tcW w:type="dxa" w:w="1473"/>
          </w:tcPr>
          <w:p>
            <w:pPr>
              <w:spacing w:after="40" w:line="240" w:lineRule="auto"/>
            </w:pPr>
            <w:r>
              <w:rPr>
                <w:sz w:val="20"/>
              </w:rPr>
              <w:t>UGC 数据</w:t>
            </w:r>
          </w:p>
        </w:tc>
        <w:tc>
          <w:tcPr>
            <w:tcW w:type="dxa" w:w="1473"/>
          </w:tcPr>
          <w:p>
            <w:pPr>
              <w:spacing w:after="40" w:line="240" w:lineRule="auto"/>
            </w:pPr>
            <w:r>
              <w:rPr>
                <w:sz w:val="20"/>
              </w:rPr>
              <w:t>社交媒体、OTA 评价</w:t>
            </w:r>
          </w:p>
        </w:tc>
        <w:tc>
          <w:tcPr>
            <w:tcW w:type="dxa" w:w="1473"/>
          </w:tcPr>
          <w:p>
            <w:pPr>
              <w:spacing w:after="40" w:line="240" w:lineRule="auto"/>
            </w:pPr>
            <w:r>
              <w:rPr>
                <w:sz w:val="20"/>
              </w:rPr>
              <w:t>低（非结构化）</w:t>
            </w:r>
          </w:p>
        </w:tc>
        <w:tc>
          <w:tcPr>
            <w:tcW w:type="dxa" w:w="1473"/>
          </w:tcPr>
          <w:p>
            <w:pPr>
              <w:spacing w:after="40" w:line="240" w:lineRule="auto"/>
            </w:pPr>
            <w:r>
              <w:rPr>
                <w:sz w:val="20"/>
              </w:rPr>
              <w:t>实时</w:t>
            </w:r>
          </w:p>
        </w:tc>
        <w:tc>
          <w:tcPr>
            <w:tcW w:type="dxa" w:w="1473"/>
          </w:tcPr>
          <w:p>
            <w:pPr>
              <w:spacing w:after="40" w:line="240" w:lineRule="auto"/>
            </w:pPr>
            <w:r>
              <w:rPr>
                <w:sz w:val="20"/>
              </w:rPr>
              <w:t>中</w:t>
            </w:r>
          </w:p>
        </w:tc>
        <w:tc>
          <w:tcPr>
            <w:tcW w:type="dxa" w:w="1473"/>
          </w:tcPr>
          <w:p>
            <w:pPr>
              <w:spacing w:after="40" w:line="240" w:lineRule="auto"/>
            </w:pPr>
            <w:r>
              <w:rPr>
                <w:sz w:val="20"/>
              </w:rPr>
              <w:t>舆情分析、口碑管理</w:t>
            </w:r>
          </w:p>
        </w:tc>
      </w:tr>
    </w:tbl>
    <w:p/>
    <w:p>
      <w:r>
        <w:t>---</w:t>
      </w:r>
    </w:p>
    <w:p>
      <w:pPr>
        <w:pStyle w:val="Heading2"/>
      </w:pPr>
      <w:r>
        <w:t>6.2 数据采集与质量管理</w:t>
      </w:r>
    </w:p>
    <w:p>
      <w:pPr>
        <w:pStyle w:val="Heading3"/>
      </w:pPr>
      <w:r>
        <w:t>6.2.1 数据采集方法与技术</w:t>
      </w:r>
    </w:p>
    <w:p>
      <w:r>
        <w:rPr>
          <w:b/>
        </w:rPr>
        <w:t>主动采集与被动采集。</w:t>
      </w:r>
      <w:r>
        <w:t xml:space="preserve"> 文旅数据的采集方式可以分为主动采集和被动采集。主动采集是指游客有意识地提供数据——填写注册信息、发布评论、参与问卷调查等。被动采集是指系统在游客不知情或默认同意的情况下自动记录数据——位置轨迹、浏览记录、消费行为等。两种方式各有优劣：主动采集的数据质量高但数量少，被动采集的数据量大但可能涉及隐私边界。</w:t>
      </w:r>
    </w:p>
    <w:p>
      <w:r>
        <w:rPr>
          <w:b/>
        </w:rPr>
        <w:t>多源数据的融合挑战。</w:t>
      </w:r>
      <w:r>
        <w:t xml:space="preserve"> 数字文旅面临的一个核心挑战是数据来源的异构性。票务系统、酒店 PMS、社交媒体、交通卡口——各系统的数据格式、时间粒度、空间精度各不相同。将这些"拼图碎片"整合为一幅完整的"游客画像"，需要数据清洗、标准化和关联匹配等复杂的数据工程工作。黄果树景区大数据中心的核心工作之一，就是将分散在多个系统中的客流数据、票务数据、视频数据和环境数据整合为统一的"景区运行全景图"。</w:t>
      </w:r>
    </w:p>
    <w:p>
      <w:r>
        <w:rPr>
          <w:b/>
        </w:rPr>
        <w:t>贵州大数据产业发展的先行优势。</w:t>
      </w:r>
      <w:r>
        <w:t xml:space="preserve"> 贵州在中国大数据产业版图中占有特殊地位。2014 年，贵州获批建设全国首个大数据综合试验区；2015 年，全国首家大数据交易所——贵阳大数据交易所挂牌成立；2016 年，国家大数据（贵州）综合试验区正式获批。苹果、腾讯、华为等科技巨头先后在贵州建设数据中心——贵州凉爽的气候降低了数据中心的制冷能耗，充沛的电力资源保障了稳定运行。这一系列先发布局，使得贵州在数据基础设施、数据交易制度和数据产业生态方面积累了领先优势。对于贵州的数字文旅而言，这意味着"近水楼台"——黄果树景区的大数据中心可以借助贵州的大数据产业生态获取技术支持和人才供给，"一码游贵州"平台可以依托省级数据共享交换平台实现跨部门数据打通。这种"基础设施先行、应用场景跟进"的发展路径，为其他地区的数字文旅建设提供了可借鉴的模式。</w:t>
      </w:r>
    </w:p>
    <w:p>
      <w:pPr>
        <w:pStyle w:val="Heading3"/>
      </w:pPr>
      <w:r>
        <w:t>6.2.2 数据清洗与预处理</w:t>
      </w:r>
    </w:p>
    <w:p>
      <w:r>
        <w:rPr>
          <w:b/>
        </w:rPr>
        <w:t>"垃圾进，垃圾出"。</w:t>
      </w:r>
      <w:r>
        <w:t xml:space="preserve"> 数据分析领域有一句名言："垃圾进，垃圾出"（Garbage In, Garbage Out）。如果输入模型的数据存在大量错误和缺失，无论算法多先进，产出的结论都是不可靠的。数据清洗是数据分析流程中看似枯燥但至关重要的一环。典型的清洗任务包括：处理缺失值（如某些游客未填写年龄）、识别异常值（如系统故障导致某日客流数据异常偏高）、统一数据格式（如日期格式不统一）、去重（如同一位游客的多次记录被重复计数）。</w:t>
      </w:r>
    </w:p>
    <w:p>
      <w:r>
        <w:rPr>
          <w:b/>
        </w:rPr>
        <w:t>数据分析全生命周期的教学实践。</w:t>
      </w:r>
      <w:r>
        <w:t xml:space="preserve"> 安顺学院《数据驱动下的智慧景区运营实战》课程将数据分析能力训练分解为六个阶段：业务理解（明确要解决什么问题）→数据收集（从平台或数据库中获取原始数据）→预处理（清洗和整理数据）→分析建模（运用统计方法或 AI 模型）→可视化（用图表呈现分析结果）→成果部署（将分析结论应用于业务决策）。这一"六阶段流程"将抽象的数据分析能力转化为可教、可学、可评的具体环节，是数字文旅人才培养中"数据素养"教育的核心框架。</w:t>
      </w:r>
    </w:p>
    <w:p>
      <w:pPr>
        <w:pStyle w:val="Heading3"/>
      </w:pPr>
      <w:r>
        <w:t>6.2.3 数据质量标准与评估</w:t>
      </w:r>
    </w:p>
    <w:p>
      <w:r>
        <w:rPr>
          <w:b/>
        </w:rPr>
        <w:t>数据质量的四个维度。</w:t>
      </w:r>
      <w:r>
        <w:t xml:space="preserve"> 评估数据质量通常从四个维度入手。</w:t>
      </w:r>
      <w:r>
        <w:rPr>
          <w:b/>
        </w:rPr>
        <w:t>完整性</w:t>
      </w:r>
      <w:r>
        <w:t>——数据是否存在缺失？一个景区如果有 30% 的游客未记录来源地，那么基于来源地的客源分析就是不可靠的。</w:t>
      </w:r>
      <w:r>
        <w:rPr>
          <w:b/>
        </w:rPr>
        <w:t>准确性</w:t>
      </w:r>
      <w:r>
        <w:t>——数据是否反映了真实情况？一个因系统故障记录了"今日客流 0 人"的数据显然是不准确的。</w:t>
      </w:r>
      <w:r>
        <w:rPr>
          <w:b/>
        </w:rPr>
        <w:t>一致性</w:t>
      </w:r>
      <w:r>
        <w:t>——不同系统中的同一数据是否一致？票务系统的售票数和闸机系统的入园数应该相互印证。</w:t>
      </w:r>
      <w:r>
        <w:rPr>
          <w:b/>
        </w:rPr>
        <w:t>时效性</w:t>
      </w:r>
      <w:r>
        <w:t>——数据是否足够"新鲜"？用于实时客流调度的数据必须是分钟级更新的，而用于年度趋势分析的数据可以以日为单位。</w:t>
      </w:r>
    </w:p>
    <w:p>
      <w:r>
        <w:rPr>
          <w:b/>
        </w:rPr>
        <w:t>数据质量管理的制度建设。</w:t>
      </w:r>
      <w:r>
        <w:t xml:space="preserve"> 数据质量不能仅靠技术手段来保证，更需要制度化的管理。关键措施包括：明确数据采集的规范和标准（如规定"游客来源地"字段的编码规则）；建立数据质量监控和报警机制（如当某项指标的缺失率超过阈值时自动告警）；落实数据质量的责任主体（明确谁对哪类数据的质量负责）。</w:t>
      </w:r>
    </w:p>
    <w:p>
      <w:r>
        <w:t>---</w:t>
      </w:r>
    </w:p>
    <w:p>
      <w:pPr>
        <w:pStyle w:val="Heading2"/>
      </w:pPr>
      <w:r>
        <w:t>6.3 数据安全与隐私保护</w:t>
      </w:r>
    </w:p>
    <w:p>
      <w:pPr>
        <w:pStyle w:val="Heading3"/>
      </w:pPr>
      <w:r>
        <w:t>6.3.1 数据安全法规体系</w:t>
      </w:r>
    </w:p>
    <w:p>
      <w:r>
        <w:rPr>
          <w:b/>
        </w:rPr>
        <w:t>"三法一条例"框架。</w:t>
      </w:r>
      <w:r>
        <w:t xml:space="preserve"> 中国已建立起以《网络安全法》《数据安全法》《个人信息保护法》三部法律和《关键信息基础设施安全保护条例》一部行政法规为核心的数据安全法规体系。《网络安全法》（2017 年施行）确立了网络安全等级保护制度；《数据安全法》（2021 年施行）建立了数据分类分级保护制度；《个人信息保护法》（2021 年施行）全面规范了个人信息的处理活动，被誉为中国的"GDPR"。</w:t>
      </w:r>
    </w:p>
    <w:p>
      <w:r>
        <w:rPr>
          <w:b/>
        </w:rPr>
        <w:t>文旅企业的合规要求。</w:t>
      </w:r>
      <w:r>
        <w:t xml:space="preserve"> 对于文旅企业而言，数据安全法规意味着多方面的合规要求。在数据采集环节，必须遵循"告知-同意"原则——向游客明确告知数据的采集目的、使用方式和保存期限，并获得同意。在数据存储环节，必须采取必要的技术措施（加密、访问控制、备份等）保障数据安全。在数据使用环节，不能超出游客授权范围使用数据。在数据共享环节，需要与数据接收方签订协议，明确安全责任。在发生数据泄露时，必须依法向主管部门报告并通知受影响的用户。</w:t>
      </w:r>
    </w:p>
    <w:p>
      <w:pPr>
        <w:pStyle w:val="Heading3"/>
      </w:pPr>
      <w:r>
        <w:t>6.3.2 游客隐私保护</w:t>
      </w:r>
    </w:p>
    <w:p>
      <w:r>
        <w:rPr>
          <w:b/>
        </w:rPr>
        <w:t>隐私边界的模糊地带。</w:t>
      </w:r>
      <w:r>
        <w:t xml:space="preserve"> 数字文旅中游客隐私保护的难点在于"边界模糊"。景区用摄像头统计客流数量是合理的，但用摄像头结合人脸识别追踪特定游客的完整游览路径，是否超出了合理范围？OTA 平台根据用户的搜索记录推荐酒店是便利服务，但将用户的搜索记录分享给第三方广告商用于精准营销，是否需要额外授权？这些场景中的隐私边界并非泾渭分明，需要在具体情境中权衡。</w:t>
      </w:r>
    </w:p>
    <w:p>
      <w:r>
        <w:rPr>
          <w:b/>
        </w:rPr>
        <w:t>隐私保护的技术手段。</w:t>
      </w:r>
      <w:r>
        <w:t xml:space="preserve"> 除了法律合规，技术手段也是隐私保护的重要支撑。数据脱敏——在分析和展示数据时隐藏或模糊化个人身份信息（如将"张三，35 岁，来自广州"处理为"男性，30-40 岁，来自华南"）。差分隐私——在数据集中添加随机噪声，使得攻击者无法确定某个特定个体是否在数据集中。联邦学习——模型在本地数据上训练，只将模型参数（而非原始数据）上传到中央服务器，实现"数据不出门、模型可共享"。</w:t>
      </w:r>
    </w:p>
    <w:p>
      <w:pPr>
        <w:pStyle w:val="Heading3"/>
      </w:pPr>
      <w:r>
        <w:t>6.3.3 数据跨境流动</w:t>
      </w:r>
    </w:p>
    <w:p>
      <w:r>
        <w:rPr>
          <w:b/>
        </w:rPr>
        <w:t>入境游与数据跨境。</w:t>
      </w:r>
      <w:r>
        <w:t xml:space="preserve"> 随着入境旅游的恢复和发展，数据跨境流动成为数字文旅面临的新议题。当一位来自新加坡的游客在"一码游贵州"国际版上预订景区门票时，其个人信息（姓名、护照号、联系方式等）从境外传入中国境内，受到中国的数据保护法规约束。如果该游客回国后，平台继续向其推送贵州旅游的营销信息，则涉及数据从中国传回新加坡——这需要遵守两国的数据跨境传输法规。</w:t>
      </w:r>
    </w:p>
    <w:p>
      <w:r>
        <w:rPr>
          <w:b/>
        </w:rPr>
        <w:t>数据本地化要求。</w:t>
      </w:r>
      <w:r>
        <w:t xml:space="preserve"> 部分国家的法规要求特定类型的数据必须存储在境内服务器上，不得传输出境。《数据安全法》对重要数据和核心数据提出了本地化存储要求。对于数字文旅平台而言，这意味着如果要在多个国家运营，可能需要分别在各国部署服务器，并确保数据不跨境界传输——这大大增加了国际化运营的技术复杂度和合规成本。</w:t>
      </w:r>
    </w:p>
    <w:p>
      <w:r>
        <w:t>---</w:t>
      </w:r>
    </w:p>
    <w:p>
      <w:pPr>
        <w:pStyle w:val="Heading2"/>
      </w:pPr>
      <w:r>
        <w:t>6.4 数据确权与资产化</w:t>
      </w:r>
    </w:p>
    <w:p>
      <w:pPr>
        <w:pStyle w:val="Heading3"/>
      </w:pPr>
      <w:r>
        <w:t>6.4.1 数据产权制度</w:t>
      </w:r>
    </w:p>
    <w:p>
      <w:r>
        <w:rPr>
          <w:b/>
        </w:rPr>
        <w:t>"三权分置"的创新设计。</w:t>
      </w:r>
      <w:r>
        <w:t xml:space="preserve"> 数据的确权——即明确数据"归谁所有"——是数据要素市场化的前提条件。与土地、房产等传统资产不同，数据的产权界定极其复杂：一份游客行为数据，是归游客本人（数据主体）、归采集数据的平台（数据加工者）、还是归提供数据采集设备的景区（数据生产者）？"数据二十条"提出的"三权分置"方案，是解决这一难题的制度创新：将数据产权拆分为数据资源持有权、数据加工使用权和数据产品经营权三种权利，分别归属于不同的主体。</w:t>
      </w:r>
    </w:p>
    <w:p>
      <w:r>
        <w:rPr>
          <w:b/>
        </w:rPr>
        <w:t>"三权分置"对文旅数据的启示。</w:t>
      </w:r>
      <w:r>
        <w:t xml:space="preserve"> 以"一码游贵州"平台为例：游客对其个人数据拥有"持有权"——平台不能未经同意使用其数据；平台对脱敏后的聚合数据拥有"加工使用权"——可以用这些数据训练推荐算法和进行客流分析；平台开发的"贵州旅游消费趋势报告"等数据产品拥有"经营权"——可以作为数据产品向政府和企业提供。这种权利分割的设计，既保护了游客的隐私权益，又释放了数据的商业价值。</w:t>
      </w:r>
    </w:p>
    <w:p>
      <w:pPr>
        <w:pStyle w:val="Heading3"/>
      </w:pPr>
      <w:r>
        <w:t>6.4.2 文旅数据资产化路径</w:t>
      </w:r>
    </w:p>
    <w:p>
      <w:r>
        <w:rPr>
          <w:b/>
        </w:rPr>
        <w:t>从"数据"到"资产"。</w:t>
      </w:r>
      <w:r>
        <w:t xml:space="preserve"> 数据资产化是指将原始数据转化为可计量、可交易、可增值的资产的过程。这一过程通常包括四个步骤：数据资源化（将分散的数据整合为可用的数据资源）、数据产品化（将数据资源开发为具体的数据产品，如分析报告、数据 API）、数据资产化（将数据产品确认为企业资产负债表上的资产项目）、数据资本化（将数据资产用于融资、投资等资本运作）。</w:t>
      </w:r>
    </w:p>
    <w:p>
      <w:r>
        <w:rPr>
          <w:b/>
        </w:rPr>
        <w:t>文旅数据资产的估值难点。</w:t>
      </w:r>
      <w:r>
        <w:t xml:space="preserve"> 与传统资产不同，数据资产的价值高度依赖于使用情境——同一份客流数据，对景区运营方的价值和对旅游学术研究者的价值完全不同。此外，数据的价值会随时间衰减——去年的客流预测模型到了今年可能需要重新训练。这些特性使得数据资产的估值缺乏公认的标准，制约了数据交易市场的发展。</w:t>
      </w:r>
    </w:p>
    <w:p>
      <w:pPr>
        <w:pStyle w:val="Heading3"/>
      </w:pPr>
      <w:r>
        <w:t>6.4.3 数据交易与定价</w:t>
      </w:r>
    </w:p>
    <w:p>
      <w:r>
        <w:rPr>
          <w:b/>
        </w:rPr>
        <w:t>数据交易市场的现状。</w:t>
      </w:r>
      <w:r>
        <w:t xml:space="preserve"> 中国已在北京、上海、深圳、贵阳等地设立了数据交易所，探索数据交易的市场化机制。贵阳大数据交易所成立于 2015 年，是全国首家大数据交易所。然而，数据交易市场整体仍处于起步阶段——交易量有限、定价机制不成熟、交易标的以"数据报告"等加工产品为主而非原始数据。</w:t>
      </w:r>
    </w:p>
    <w:p>
      <w:r>
        <w:rPr>
          <w:b/>
        </w:rPr>
        <w:t>文旅数据交易的场景探索。</w:t>
      </w:r>
      <w:r>
        <w:t xml:space="preserve"> 文旅领域的数据交易存在多种可能场景。OTA 平台可以向酒店提供"竞争群组分析"数据产品（同区域同档次酒店的入住率和房价对比）；大数据服务商可以向景区销售"客源分析报告"（游客的来源地、年龄结构和消费偏好）；电信运营商可以向旅游部门提供"人流热力图"（基于手机信令数据的游客分布实时监测）。这些场景的共同特征是：交易的是"数据产品"而非"原始数据"，避免了隐私泄露和产权纠纷。</w:t>
      </w:r>
    </w:p>
    <w:p>
      <w:r>
        <w:rPr>
          <w:b/>
        </w:rPr>
        <w:t>数据定价的三种模型。</w:t>
      </w:r>
      <w:r>
        <w:t xml:space="preserve"> 数据产品如何定价，是数据交易市场面临的另一个核心难题。当前学界和业界探索的定价模型主要包括三种。</w:t>
      </w:r>
      <w:r>
        <w:rPr>
          <w:b/>
        </w:rPr>
        <w:t>成本法定价</w:t>
      </w:r>
      <w:r>
        <w:t>：以数据采集、存储、清洗和加工的成本为基础，加上合理利润——这种方法的优点是简单透明，缺点是完全忽略了数据的实际使用价值（一份耗费 10 万元加工的数据报告，可能为企业创造 100 万元的价值，也可能毫无用处）。</w:t>
      </w:r>
      <w:r>
        <w:rPr>
          <w:b/>
        </w:rPr>
        <w:t>收益法定价</w:t>
      </w:r>
      <w:r>
        <w:t>：根据数据产品预期能为买方创造的经济价值来定价——这种方法理论上最合理，但实际中买方很难在购买前准确评估数据的价值（"不买不知道，买了才知道"的悖论）。</w:t>
      </w:r>
      <w:r>
        <w:rPr>
          <w:b/>
        </w:rPr>
        <w:t>市场法定价</w:t>
      </w:r>
      <w:r>
        <w:t>：参照同类数据产品的市场交易价格来定价——这种方法依赖成熟活跃的交易市场，而当前数据交易市场的流动性远不足以形成可靠的"市场价格"。实践中，文旅数据产品多采用"基础服务费+按使用量计费"的混合模式——如数据 API 按调用次数收费，分析报告按份收费，咨询服务按项目收费。</w:t>
      </w:r>
    </w:p>
    <w:p>
      <w:pPr>
        <w:spacing w:before="80" w:after="80"/>
        <w:ind w:left="680"/>
        <w:pBdr>
          <w:left w:val="single" w:sz="12" w:color="2C7AA8"/>
        </w:pBdr>
      </w:pPr>
      <w:r>
        <w:rPr>
          <w:i/>
          <w:color w:val="555555"/>
          <w:sz w:val="22"/>
        </w:rPr>
        <w:t>知识卡片 6-2：数据确权的"三权分置"借鉴了中国农村土地制度改革中"所有权、承包权、经营权"三权分置的经验，将原本难以界定的"数据所有权"问题拆解为三个可操作的权利维度：持有权（谁能控制数据）、加工使用权（谁能处理和分析数据）、经营权（谁能用数据创造商业价值）。这一设计回避了"数据到底属于谁"这一哲学难题，转而关注"数据能被谁用来做什么"这一实践问题——是中国在数据要素制度建设中具有原创性的制度贡献。</w:t>
      </w:r>
    </w:p>
    <w:p>
      <w:pPr>
        <w:spacing w:before="80" w:after="80"/>
        <w:ind w:left="680"/>
        <w:pBdr>
          <w:left w:val="single" w:sz="12" w:color="2C7AA8"/>
        </w:pBdr>
      </w:pPr>
      <w:r>
        <w:rPr>
          <w:i/>
          <w:color w:val="555555"/>
          <w:sz w:val="22"/>
        </w:rPr>
        <w:t>知识卡片 6-1：贵阳大数据交易所成立于 2015 年 4 月，是中国第一家大数据交易所。其交易标的以数据产品和服务为主，而非原始数据。交易模式包括数据 API 调用、数据分析报告、数据解决方案等。贵阳大数据交易所的设立，与贵州作为全国首个大数据综合试验区的战略定位密切相关，为文旅数据的产品化和市场化提供了制度基础设施。</w:t>
      </w:r>
    </w:p>
    <w:p>
      <w:r>
        <w:t>---</w:t>
      </w:r>
    </w:p>
    <w:p>
      <w:pPr>
        <w:pStyle w:val="Heading3"/>
      </w:pPr>
      <w:r>
        <w:t>6.4.4 文旅数据安全与隐私保护</w:t>
      </w:r>
    </w:p>
    <w:p>
      <w:r>
        <w:t>文旅数据安全与隐私保护是数据治理的核心议题，也是数字文旅健康发展的底线保障。</w:t>
      </w:r>
    </w:p>
    <w:p>
      <w:r>
        <w:rPr>
          <w:b/>
        </w:rPr>
        <w:t>数据安全风险。</w:t>
      </w:r>
      <w:r>
        <w:t xml:space="preserve"> 文旅数据涉及游客个人身份信息、位置轨迹、消费记录等敏感数据，一旦泄露可能造成严重后果。Masseno和Santos（2018）分析了智慧旅游目的地的隐私风险，指出多源数据汇聚增加了数据泄露的攻击面。2021年《数据安全法》和《个人信息保护法》的施行，为文旅数据处理划定了法律红线。</w:t>
      </w:r>
    </w:p>
    <w:p>
      <w:r>
        <w:rPr>
          <w:b/>
        </w:rPr>
        <w:t>隐私保护技术。</w:t>
      </w:r>
      <w:r>
        <w:t xml:space="preserve"> 差分隐私、联邦学习、同态加密等隐私计算技术为文旅数据的安全流通提供了技术方案。差分隐私通过在数据中添加噪声保护个体隐私；联邦学习允许多方在不共享原始数据的前提下联合训练模型；同态加密支持在加密数据上直接进行计算。贵州大数据安全示范区正在探索这些技术在文旅场景中的应用。</w:t>
      </w:r>
    </w:p>
    <w:p>
      <w:r>
        <w:rPr>
          <w:b/>
        </w:rPr>
        <w:t>数据合规框架。</w:t>
      </w:r>
      <w:r>
        <w:t xml:space="preserve"> 文旅数据合规需要建立"采集—存储—使用—共享—销毁"全生命周期的管理规范。采集环节需遵循"最小必要"原则；存储环节需实施分级分类保护；使用环节需获得用户授权；共享环节需通过数据脱敏和合同约束；销毁环节需确保数据不可恢复。Yallop和Seraphin（2020）强调，大数据在旅游业中的应用必须平衡价值创造与风险管控。</w:t>
      </w:r>
    </w:p>
    <w:p>
      <w:pPr>
        <w:spacing w:before="80" w:after="80"/>
        <w:ind w:left="680"/>
        <w:pBdr>
          <w:left w:val="single" w:sz="12" w:color="2C7AA8"/>
        </w:pBdr>
      </w:pPr>
      <w:r>
        <w:rPr>
          <w:i/>
          <w:color w:val="555555"/>
          <w:sz w:val="22"/>
        </w:rPr>
        <w:t>知识卡片 6-1：数据分类分级制度。2021年《数据安全法》确立了数据分类分级保护制度，将数据分为一般数据、重要数据和核心数据三级。文旅数据中，游客个人身份信息属于重要数据，需脱敏处理后才能用于分析和共享；景区客流实时数据属于一般数据，可在合规框架下开放利用。贵州在数据分类分级方面进行了先行先试，制定了文旅数据分类分级指南。</w:t>
      </w:r>
    </w:p>
    <w:p>
      <w:pPr>
        <w:pStyle w:val="Heading2"/>
      </w:pPr>
      <w:r>
        <w:t>案例：贵州旅游大数据平台的数据治理实践——贵州省旅游大数据平台整合了全省景区客流数据、酒店入住数据、交通数据和社交媒体数据，构建了「贵州旅游指数」实时监测体系。平台采用数据分级分类管理机制，游客个人数据严格遵循《个人信息保护法》要求脱敏处理，经营数据在授权范围内向涉旅企业开放共享。该案例展示了文旅数据治理中「安全与发展」的平衡实践。</w:t>
      </w:r>
    </w:p>
    <w:p>
      <w:r>
        <w:rPr>
          <w:b/>
        </w:rPr>
        <w:t>思政融入</w:t>
      </w:r>
      <w:r>
        <w:t>：数据安全与国家安全——文旅数据涉及游客个人信息、地理信息和民族文化数据，其安全关乎国家安全和社会稳定。在数据治理中应坚持总体国家安全观，既要促进数据流通利用，又要筑牢数据安全防线。</w:t>
      </w:r>
    </w:p>
    <w:p>
      <w:pPr>
        <w:pStyle w:val="Heading2"/>
      </w:pPr>
      <w:r>
        <w:t>文旅数据要素的市场化配置</w:t>
      </w:r>
    </w:p>
    <w:p>
      <w:pPr>
        <w:pStyle w:val="Heading3"/>
      </w:pPr>
      <w:r>
        <w:t>数据要素流通的理论基础</w:t>
      </w:r>
    </w:p>
    <w:p>
      <w:r>
        <w:t>数据要素市场化配置是数字经济时代的重要制度创新。与传统生产要素不同，数据具有非排他性（同一数据可被多方同时使用）、非消耗性（使用不减少数据量）和规模报酬递增（数据量越大价值越高）等独特属性。这些属性使得数据要素的市场化配置不能简单套用传统要素的市场模式，需要构建专门的制度框架。</w:t>
      </w:r>
    </w:p>
    <w:p>
      <w:r>
        <w:t>文旅数据要素的市场化配置涉及数据确权、数据定价、数据交易和数据监管四个核心环节。数据确权是基础——明确数据的所有权、使用权和收益权归属。数据定价是关键——建立反映数据质量和市场需求的数据定价机制。数据交易是载体——搭建安全高效的数据交易平台。数据监管是保障——防范数据滥用和安全风险。</w:t>
      </w:r>
    </w:p>
    <w:p>
      <w:r>
        <w:t>贵阳大数据交易所作为全国首家数据交易所，在文旅数据交易方面进行了先行探索。交易所开设了旅游数据交易专区，上架了景区客流分析报告、游客画像数据集、旅游舆情监测报告等数据产品。交易模式包括数据包交易（一次性购买数据集）、API调用（按调用量付费）和数据沙箱（在受控环境中分析数据，不导出原始数据）三种。截至2024年底，旅游数据交易专区累计交易额超过2000万元。</w:t>
      </w:r>
    </w:p>
    <w:p>
      <w:pPr>
        <w:pStyle w:val="Heading3"/>
      </w:pPr>
      <w:r>
        <w:t>文旅数据资产化的实践路径</w:t>
      </w:r>
    </w:p>
    <w:p>
      <w:r>
        <w:t>数据资产化是将数据资源转化为可计量、可交易的数据资产的过程。文旅数据资产化的实践路径包括：数据资源盘点——全面梳理文旅数据资源的类型、规模、质量和价值；数据资产登记——对数据资产进行确权登记，明确权属关系；数据价值评估——建立数据价值评估模型，量化数据资产的经济价值；数据资产运营——通过数据交易、数据授权、数据服务等方式实现数据资产的价值变现。</w:t>
      </w:r>
    </w:p>
    <w:p>
      <w:r>
        <w:t>贵州省旅游大数据中心开展了旅游数据资产化试点。中心对全省旅游数据资源进行了全面盘点，建立了旅游数据资源目录，涵盖景区运营数据、游客行为数据、市场交易数据、环境监测数据等六大类数据。中心还对核心数据资产进行了价值评估，采用成本法、收益法和市场法三种评估方法，综合确定数据资产的公允价值。评估结果显示，贵州省级旅游数据资产的评估价值约为5.8亿元。</w:t>
      </w:r>
    </w:p>
    <w:p>
      <w:pPr>
        <w:pStyle w:val="Heading3"/>
      </w:pPr>
      <w:r>
        <w:t>数据安全与隐私保护技术</w:t>
      </w:r>
    </w:p>
    <w:p>
      <w:r>
        <w:t>文旅数据的安全与隐私保护需要技术手段和制度规范的双重保障。在技术层面，主要的安全保护技术包括：</w:t>
      </w:r>
    </w:p>
    <w:p>
      <w:r>
        <w:t>数据脱敏技术通过对敏感字段进行掩码、替换、泛化等处理，在不影响数据分析结果的前提下保护个人隐私。贵州旅游大数据平台对游客手机号、身份证号等个人信息采用不可逆脱敏处理，确保即使数据泄露也无法还原原始信息。</w:t>
      </w:r>
    </w:p>
    <w:p>
      <w:r>
        <w:t>差分隐私技术通过在统计结果中添加精心设计的噪声，使得攻击者无法通过查询结果推断出任何特定个体的信息。贵州旅游指数发布采用了差分隐私技术，在保证统计结果可用性的同时防止了游客个体信息的泄露。</w:t>
      </w:r>
    </w:p>
    <w:p>
      <w:r>
        <w:t>联邦学习技术允许多个参与方在不共享原始数据的情况下联合训练机器学习模型。贵州多个景区通过联邦学习技术联合训练客流预测模型，各景区的游客数据不离开本地，仅共享模型参数，实现了「数据可用不可见」的安全合作。</w:t>
      </w:r>
    </w:p>
    <w:p>
      <w:r>
        <w:t>区块链技术为数据访问和使用提供了不可篡改的审计日志。贵州旅游数据共享平台采用联盟链技术记录所有数据访问行为，确保数据使用行为可追溯、可审计。</w:t>
      </w:r>
    </w:p>
    <w:p>
      <w:pPr>
        <w:pStyle w:val="Heading3"/>
      </w:pPr>
      <w:r>
        <w:t>贵州数据治理的制度创新</w:t>
      </w:r>
    </w:p>
    <w:p>
      <w:r>
        <w:t>贵州在大数据治理制度方面走在全国前列，形成了一系列可复制可推广的制度成果。2016年颁布的《贵州省大数据发展应用促进条例》是全国首部大数据地方法规，为数据采集、存储、使用和共享提供了法律框架。此后，贵州又陆续出台了数据流通交易管理、公共数据管理、数据安全保护等配套法规。</w:t>
      </w:r>
    </w:p>
    <w:p>
      <w:r>
        <w:t>在旅游数据治理方面，贵州建立了「数据专员」制度，每个旅游企业和景区指定专人负责数据安全和管理。数据专员需经过省级培训和认证，掌握数据安全法律法规和操作规范。贵州还建立了旅游数据安全事件应急预案，对数据泄露、数据篡改、数据丢失等安全事件进行分级响应和处置。</w:t>
      </w:r>
    </w:p>
    <w:p>
      <w:r>
        <w:rPr>
          <w:b/>
        </w:rPr>
        <w:t>思政融入</w:t>
      </w:r>
      <w:r>
        <w:t>：数据安全是国家安全的重要组成部分。文旅数据涉及游客个人信息、地理空间信息和民族文化数据，其安全直接关系国家安全和社会稳定。在数据治理中应坚持总体国家安全观，既要促进数据要素流通利用，又要筑牢数据安全防线。贵州的大数据立法先行实践，体现了依法治国理念在数据治理领域的贯彻落实。</w:t>
      </w:r>
    </w:p>
    <w:p>
      <w:pPr>
        <w:pStyle w:val="Heading2"/>
      </w:pPr>
      <w:r>
        <w:t>数据驱动的文旅决策体系</w:t>
      </w:r>
    </w:p>
    <w:p>
      <w:pPr>
        <w:pStyle w:val="Heading3"/>
      </w:pPr>
      <w:r>
        <w:t>数据驱动决策的层次架构</w:t>
      </w:r>
    </w:p>
    <w:p>
      <w:r>
        <w:t>数据驱动的文旅决策体系可以分为战略层、战术层和操作层三个层次。战略层决策关注长期方向和资源配置，如旅游目的地的发展定位、数字化投资优先级、产业布局优化等。这些决策需要综合宏观经济数据、产业趋势数据、政策导向数据和竞争格局数据。贵州省文旅厅在制定「十四五」旅游发展规划时，基于旅游大数据中心提供的5年历史数据和市场趋势分析，确定了数字文旅作为重点发展方向的战略决策。</w:t>
      </w:r>
    </w:p>
    <w:p>
      <w:r>
        <w:t>战术层决策关注中期运营策略和资源配置，如景区的产品组合策略、定价策略、营销策略和渠道策略等。这些决策需要市场需求数据、竞争对手数据、游客反馈数据和成本收益数据。黄果树景区在制定2024年旺季运营策略时，基于历史客流数据预测了7-8月的客流峰值，据此调整了人员排班、物资储备和应急方案。</w:t>
      </w:r>
    </w:p>
    <w:p>
      <w:r>
        <w:t>操作层决策关注日常运营管理的即时决策，如实时客流调控、突发事件处置、服务资源调度等。这些决策需要实时传感数据、视频监控数据和社交媒体监测数据。「一码游贵州」平台的实时运营大屏能够显示全省各景区的实时客流、停车余位、排队时长等运营数据，支持管理者的即时决策。</w:t>
      </w:r>
    </w:p>
    <w:p>
      <w:r>
        <w:t>三个层次的决策形成了一个完整的决策体系：战略层确定方向和目标，战术层制定实现目标的策略和计划，操作层执行具体的运营管理。数据在三个层次之间流动和转化——操作层的执行数据汇总后为战术层提供决策依据，战术层的策略数据总结后为战略层提供方向指引。</w:t>
      </w:r>
    </w:p>
    <w:p>
      <w:pPr>
        <w:pStyle w:val="Heading3"/>
      </w:pPr>
      <w:r>
        <w:t>旅游大数据分析的方法体系</w:t>
      </w:r>
    </w:p>
    <w:p>
      <w:r>
        <w:t>旅游大数据分析的方法体系包括描述性分析、诊断性分析、预测性分析和规范性分析四个层次。描述性分析回答「发生了什么」——通过统计汇总和可视化展示旅游活动的现状。贵州旅游大数据中心的日常报表系统属于描述性分析，每日生成包含客流统计、收入汇总、满意度评分等指标的日报、周报和月报。</w:t>
      </w:r>
    </w:p>
    <w:p>
      <w:r>
        <w:t>诊断性分析回答「为什么发生」——通过相关性分析、归因分析和异常检测等方法探究现象背后的原因。当某景区客流突然下降时，诊断性分析会检查可能的因素（天气变化、负面舆情、交通中断、竞争对手促销等），帮助管理者找到问题根源。</w:t>
      </w:r>
    </w:p>
    <w:p>
      <w:r>
        <w:t>预测性分析回答「将会发生什么」——通过时间序列分析、机器学习等方法预测未来趋势。贵州旅游客流预测系统综合了ARIMA、LSTM和XGBoost等多种模型，能够预测未来1-30天的景区客流，为运营调度提供前瞻性指导。</w:t>
      </w:r>
    </w:p>
    <w:p>
      <w:r>
        <w:t>规范性分析回答「应该怎么做」——通过优化算法和决策模型给出最优行动方案。贵州景区的动态定价系统基于规范性分析，根据需求预测和竞争状况自动计算最优价格，在保障游客体验的同时最大化收益。</w:t>
      </w:r>
    </w:p>
    <w:p>
      <w:pPr>
        <w:pStyle w:val="Heading3"/>
      </w:pPr>
      <w:r>
        <w:t>数据质量管理的实践</w:t>
      </w:r>
    </w:p>
    <w:p>
      <w:r>
        <w:t>数据质量是数据驱动决策有效性的基础。旅游大数据的质量管理需要从准确性、完整性、及时性、一致性和唯一性五个维度进行管控。准确性要求数据真实反映客观情况——客流统计数据应与实际入园人数一致。完整性要求数据不缺失关键字段——游客画像数据应包含年龄、来源地、偏好等核心字段。及时性要求数据在决策需要时可用——实时客流数据应在5分钟内更新。一致性要求不同系统的数据定义和口径统一——不同景区的「游客」定义应统一。唯一性要求数据不重复——同一游客不应被多次计入。</w:t>
      </w:r>
    </w:p>
    <w:p>
      <w:r>
        <w:t>贵州旅游大数据中心建立了全链路数据质量管理体系。在数据采集环节，部署了数据校验规则，自动识别异常值（如客流数据中出现负数或超常大值）。在数据存储环节，建立了数据血缘追踪机制，记录每个数据字段的来源、变换过程和使用情况。在数据分析环节，引入了数据质量评分机制，对分析结果的可靠性进行分级标注。在数据使用环节，建立了数据使用反馈机制，数据使用者可以报告数据质量问题，触发数据修正流程。</w:t>
      </w:r>
    </w:p>
    <w:p>
      <w:r>
        <w:rPr>
          <w:b/>
        </w:rPr>
        <w:t>知识卡片</w:t>
      </w:r>
      <w:r>
        <w:t>：数据血缘是数据治理中的重要概念，指数据从产生到最终消费的完整流转路径。数据血缘追踪包括数据来源（数据从哪里来）、数据变换（数据经过了哪些处理）、数据流向（数据被哪些系统使用）和数据影响（数据变更会影响哪些下游应用）。贵州旅游大数据平台采用Apache Atlas构建数据血缘图谱，实现了4000+数据字段的血缘追踪，为数据质量管理和影响分析提供了有力支撑。</w:t>
      </w:r>
    </w:p>
    <w:p>
      <w:pPr>
        <w:pStyle w:val="Heading2"/>
      </w:pPr>
      <w:r>
        <w:t>文旅数据要素流通的实践探索</w:t>
      </w:r>
    </w:p>
    <w:p>
      <w:pPr>
        <w:pStyle w:val="Heading3"/>
      </w:pPr>
      <w:r>
        <w:t>贵阳大数据交易所的旅游数据交易</w:t>
      </w:r>
    </w:p>
    <w:p>
      <w:r>
        <w:t>贵阳大数据交易所作为全国首家数据交易所，在旅游数据交易方面积累了丰富的实践经验。交易所设立的旅游数据交易专区目前上架了超过200个数据产品，涵盖景区运营数据（客流量、收入、满意度等）、游客行为数据（来源地、偏好、消费等）、市场数据（竞争对手分析、行业趋势等）和舆情数据（社交媒体评价、新闻监测等）。</w:t>
      </w:r>
    </w:p>
    <w:p>
      <w:r>
        <w:t>数据交易的参与方包括数据提供方（景区、酒店、旅游局等拥有旅游数据的机构）、数据需求方（旅游企业、研究机构、投资机构等需要旅游数据的单位）和数据服务方（数据处理、分析和可视化服务提供商）。交易所提供撮合服务、合规审查、交易结算和争议仲裁等全方位服务。</w:t>
      </w:r>
    </w:p>
    <w:p>
      <w:r>
        <w:t>旅游数据交易的定价机制采用了「基础定价+市场竞价」的混合模式。基础定价根据数据量、数据质量、数据时效性和数据稀缺性等因素确定底价。市场竞价在底价基础上通过供需双方博弈确定最终成交价。2024年，旅游数据交易专区的平均单笔交易额为3.2万元，年交易总额超过2000万元，呈现出快速增长的趋势。</w:t>
      </w:r>
    </w:p>
    <w:p>
      <w:pPr>
        <w:pStyle w:val="Heading3"/>
      </w:pPr>
      <w:r>
        <w:t>数据要素流通的障碍与突破</w:t>
      </w:r>
    </w:p>
    <w:p>
      <w:r>
        <w:t>旅游数据要素流通面临多重障碍。法律障碍——数据权属界定不清晰，数据的所有权、使用权和收益权归属缺乏明确法律规定。技术障碍——数据格式不统一、数据质量参差不齐、数据安全防护能力不足。信任障碍——数据提供方担心数据泄露和被不当使用，数据需求方担心数据质量和真实性。成本障碍——数据清洗、整合和标准化的成本较高，中小机构难以承担。</w:t>
      </w:r>
    </w:p>
    <w:p>
      <w:r>
        <w:t>贵州在突破这些障碍方面进行了积极探索。在法律层面，贵州率先制定了《贵州省数据流通交易管理办法》，明确了数据流通交易的规则和各方的权利义务。在技术层面，建设了统一的数据流通平台，提供标准化的数据接口和安全的数据沙箱环境。在信任层面，建立了数据质量认证机制和数据使用追溯机制，通过区块链技术记录数据交易和使用全过程。在成本层面，政府提供数据清洗和标准化的补贴，降低了中小机构参与数据流通的门槛。</w:t>
      </w:r>
    </w:p>
    <w:p>
      <w:pPr>
        <w:pStyle w:val="Heading3"/>
      </w:pPr>
      <w:r>
        <w:t>联邦学习在旅游数据协作中的应用</w:t>
      </w:r>
    </w:p>
    <w:p>
      <w:r>
        <w:t>联邦学习是一种隐私保护下的分布式机器学习方法，允许多个机构在不共享原始数据的情况下联合训练模型。这一技术在旅游数据协作中具有重要应用价值——不同景区、酒店和旅游平台各自拥有部分游客数据，但出于隐私和竞争考虑不愿意共享原始数据。联邦学习可以在保护数据隐私的前提下实现数据价值的联合挖掘。</w:t>
      </w:r>
    </w:p>
    <w:p>
      <w:r>
        <w:t>贵州旅游大数据中心组织了全省20家4A级以上景区参与「联邦客流预测」项目。各景区在本地使用自己的客流数据训练模型，仅将模型参数上传到中心服务器进行聚合。聚合后的全局模型参数下发到各景区，各景区用全局参数更新本地模型。经过多轮迭代，全局模型的预测精度达到了85%，接近于集中式训练的90%精度，但原始数据始终没有离开各景区本地。这一项目证明了联邦学习在旅游数据协作中的可行性。</w:t>
      </w:r>
    </w:p>
    <w:p>
      <w:r>
        <w:rPr>
          <w:b/>
        </w:rPr>
        <w:t>知识卡片</w:t>
      </w:r>
      <w:r>
        <w:t>：联邦学习的核心思想是「数据不动模型动」。传统机器学习需要将所有数据集中到一个地方进行训练，而联邦学习将训练过程分布到数据所在的各个节点，每个节点在本地数据上训练模型，然后将模型参数（而非原始数据）发送到中心服务器进行聚合。中心服务器通过加权平均等方法将各节点的模型参数合并为全局模型，再将全局模型分发回各节点。这一过程反复迭代，直到模型收敛。联邦学习在医疗、金融和旅游等对数据隐私敏感的领域具有广阔的应用前景。</w:t>
      </w:r>
    </w:p>
    <w:p>
      <w:pPr>
        <w:pStyle w:val="Heading2"/>
      </w:pPr>
      <w:r>
        <w:t>数据驱动的旅游市场监管</w:t>
      </w:r>
    </w:p>
    <w:p>
      <w:pPr>
        <w:pStyle w:val="Heading3"/>
      </w:pPr>
      <w:r>
        <w:t>智慧监管的技术架构</w:t>
      </w:r>
    </w:p>
    <w:p>
      <w:r>
        <w:t>数字时代的旅游市场监管需要从传统的人工巡查模式转向数据驱动的智慧监管模式。智慧监管的技术架构包括数据采集层、分析预警层和处置执行层。数据采集层通过爬虫、API对接和传感器等多种方式收集旅游市场的运行数据，包括价格数据（各平台的产品价格）、评价数据（用户评价和投诉）、经营数据（企业注册和许可信息）和舆情数据（社交媒体讨论）。分析预警层利用AI算法对采集的数据进行实时分析，识别异常行为和风险信号，如价格异常波动、虚假评价集群、无证经营行为等。处置执行层根据预警信号自动或人工启动监管措施，如发送整改通知、冻结违规账户、立案调查等。</w:t>
      </w:r>
    </w:p>
    <w:p>
      <w:r>
        <w:t>贵州省文旅厅建设的「旅游市场智慧监管平台」已接入全省400+景区和2000+涉旅企业的运营数据。平台实时监测以下指标：价格合规性——检查景区门票价格是否超过政府指导价上限，酒店价格是否存在节假日恶意涨价。服务质量——通过NLP分析游客评价，自动识别服务质量下降的趋势。经营资质——通过与企业注册数据比对，识别无证经营或证照过期的企业。安全风险——通过传感器和视频数据监测景区安全状况，及时发出安全预警。</w:t>
      </w:r>
    </w:p>
    <w:p>
      <w:pPr>
        <w:pStyle w:val="Heading3"/>
      </w:pPr>
      <w:r>
        <w:t>信用监管体系的数字化</w:t>
      </w:r>
    </w:p>
    <w:p>
      <w:r>
        <w:t>旅游信用监管是智慧监管的重要组成部分。贵州建立了覆盖旅游企业 和从业人员的信用档案系统，记录企业的经营资质、行政处罚、投诉记录、评价评分等信用信息，以及从业人员的执业资格、培训记录、奖惩信息等。信用档案与「一码游贵州」平台对接，游客在选择旅游产品时可以查看供应商的信用评分和信用历史。</w:t>
      </w:r>
    </w:p>
    <w:p>
      <w:r>
        <w:t>信用评分采用百分制，90分以上为优秀，75-89分为良好，60-74分为一般，60分以下为不良。信用评分与监管措施挂钩：信用优秀企业减少检查频次，信用不良企业增加检查频次并限制参与政府采购。信用评分还与平台推荐排序挂钩——信用评分高的企业在搜索结果中排名靠前，信用评分低的企业可能被下架。</w:t>
      </w:r>
    </w:p>
    <w:p>
      <w:r>
        <w:t>信用修复机制允许企业通过整改违规行为、参加培训、履行赔偿义务等方式提升信用评分。这一机制体现了「惩教结合」的监管理念，既惩戒违规行为，又给予改过自新的机会。2024年，贵州共有156家旅游企业通过信用修复机制提升了信用评分，信用修复后的企业违规率比修复前下降了65%。</w:t>
      </w:r>
    </w:p>
    <w:p>
      <w:pPr>
        <w:pStyle w:val="Heading3"/>
      </w:pPr>
      <w:r>
        <w:t>消费者权益保护的数字化</w:t>
      </w:r>
    </w:p>
    <w:p>
      <w:r>
        <w:t>数字技术为旅游消费者权益保护提供了新的工具。在线投诉系统使游客能够随时随地提交投诉，系统自动将投诉分发给对应的处理机构，并实时追踪处理进度。贵州旅游投诉平均处理时间从传统的15天缩短到5天，投诉满意率达到88%。</w:t>
      </w:r>
    </w:p>
    <w:p>
      <w:r>
        <w:t>AI辅助的纠纷调解系统通过分析投诉内容和相关法律法规，自动生成调解建议，帮助调解人员更快地处理纠纷。对于简单的消费纠纷（如退改签争议），系统可以实现自动调解，无需人工介入。复杂纠纷则转人工处理，但AI提供的背景分析和法律参考仍然显著提升了处理效率。</w:t>
      </w:r>
    </w:p>
    <w:p>
      <w:r>
        <w:t>电子证据存证系统利用区块链技术为旅游交易和沟通记录提供不可篡改的存证服务。游客在预订、支付和游览过程中的关键数据（订单信息、支付凭证、沟通记录）被自动存证到区块链上。当发生消费纠纷时，这些存证数据可以作为具有法律效力的电子证据使用，解决了旅游消费纠纷中「举证难」的问题。</w:t>
      </w:r>
    </w:p>
    <w:p>
      <w:pPr>
        <w:pStyle w:val="Heading2"/>
      </w:pPr>
      <w:r>
        <w:t>文旅数据要素的价值评估与交易实践</w:t>
      </w:r>
    </w:p>
    <w:p>
      <w:pPr>
        <w:pStyle w:val="Heading3"/>
      </w:pPr>
      <w:r>
        <w:t>数据价值评估的方法体系</w:t>
      </w:r>
    </w:p>
    <w:p>
      <w:r>
        <w:t>文旅数据价值评估是数据要素市场化配置的基础性工作。数据价值评估需要综合考虑数据的质量、稀缺性、时效性和应用价值等多个因素。贵州在数据价值评估实践中形成了「三法结合」的评估方法体系。</w:t>
      </w:r>
    </w:p>
    <w:p>
      <w:r>
        <w:t>成本法从数据生产和维护的成本角度评估数据价值。评估要素包括数据采集成本（传感器部署、爬虫开发、人工采集等）、数据处理成本（清洗、整合、标准化等）、数据存储成本（服务器、云存储等）和数据维护成本（更新、质量管控、安全管理等）。贵州旅游大数据中心的年度数据生产和维护成本约为2000万元，按照5年折旧计算，数据资产的账面价值约为1亿元。</w:t>
      </w:r>
    </w:p>
    <w:p>
      <w:r>
        <w:t>收益法从数据应用产生的收益角度评估数据价值。评估方法是将数据在未来使用期内预期产生的收益折现到当前。贵州旅游数据的应用收益包括：数据服务收入（向企业和研究机构出售数据产品）、数据赋能收益（通过数据驱动的精准营销和运营优化带来的增量收入）和数据决策收益（通过数据支持的科学决策避免的损失）。按照收益法评估，贵州旅游数据的年收益约为5000万元，按照10%折现率和5年使用期计算，数据资产的评估价值约为1.9亿元。</w:t>
      </w:r>
    </w:p>
    <w:p>
      <w:r>
        <w:t>市场法从类似数据产品的市场交易价格角度评估数据价值。贵阳大数据交易所的旅游数据交易专区已有200+个数据产品的交易记录，可以作为市场法的参考依据。类似数据产品的平均交易价格为每万条数据500-2000元，贵州旅游大数据中心拥有约10亿条数据，按照市场法估算的价值约为500-2000万元。</w:t>
      </w:r>
    </w:p>
    <w:p>
      <w:r>
        <w:t>三种评估方法的结果差异较大（成本法1亿元、收益法1.9亿元、市场法0.5-2亿元），这是因为每种方法关注的维度不同。实际应用中通常采用三种方法的加权平均值作为最终评估结果。贵州旅游数据资产的最终评估价值约为1.2亿元。</w:t>
      </w:r>
    </w:p>
    <w:p>
      <w:pPr>
        <w:pStyle w:val="Heading3"/>
      </w:pPr>
      <w:r>
        <w:t>数据交易的合规审查机制</w:t>
      </w:r>
    </w:p>
    <w:p>
      <w:r>
        <w:t>数据交易涉及数据权属、隐私保护和国家安全等敏感问题，需要建立严格的合规审查机制。贵阳大数据交易所的旅游数据交易合规审查包括四个环节。权属审查——确认数据提供方对拟交易数据拥有合法的处置权，数据来源合法合规。隐私审查——确认拟交易数据不包含未脱敏的个人身份信息，符合个人信息保护法的要求。安全审查——确认拟交易数据不涉及国家安全敏感信息（如关键基础设施的地理坐标、军事设施周边数据等）。用途审查——确认数据购买方的使用目的合法，不会将数据用于违法用途。</w:t>
      </w:r>
    </w:p>
    <w:p>
      <w:r>
        <w:t>合规审查采用「AI初筛+人工复核」的模式。AI系统对拟交易数据进行自动化扫描，检测是否包含个人身份信息、敏感地理信息等违规内容。AI初筛通过后，由数据合规专员进行人工复核，确认数据的合法性和安全性。对于涉及大量数据或敏感数据的高风险交易，还需要经过数据伦理委员会的专家评审。</w:t>
      </w:r>
    </w:p>
    <w:p>
      <w:pPr>
        <w:pStyle w:val="Heading3"/>
      </w:pPr>
      <w:r>
        <w:t>数据交易的风险防控</w:t>
      </w:r>
    </w:p>
    <w:p>
      <w:r>
        <w:t>数据交易存在多种风险，需要建立有效的防控机制。数据泄露风险——交易后的数据可能被购买方不当泄露或转售。防控措施包括：数据水印技术——在数据中嵌入不可见的水印标识，一旦数据泄露可以追溯来源。数据使用追踪——通过区块链记录数据的使用情况，确保数据仅用于约定目的。违约惩罚机制——对违反数据使用协议的行为进行经济处罚和法律追责。</w:t>
      </w:r>
    </w:p>
    <w:p>
      <w:r>
        <w:t>数据质量风险——交易的数据可能存在质量问题（不完整、不准确、过时等），影响数据使用效果。防控措施包括：数据质量评估——在交易前对数据进行质量评估，出具质量评估报告。数据质量保证金——数据提供方缴纳一定比例的质量保证金，在数据质量问题确认后用于赔偿购买方损失。数据更新协议——对于需要持续更新的数据，约定更新频率和质量标准。</w:t>
      </w:r>
    </w:p>
    <w:p>
      <w:r>
        <w:t>价格波动风险——数据价值可能随市场变化而波动，购买方可能面临「买贵了」的风险。防控措施包括：分期付款机制——根据数据使用效果分期支付费用，降低一次性支付的风险。数据回购承诺——数据提供方承诺在一定期限内以不低于购买价的价格回购数据。价格指数机制——参考数据交易市场的价格指数，动态调整数据交易价格。</w:t>
      </w:r>
    </w:p>
    <w:p>
      <w:pPr>
        <w:pStyle w:val="Heading2"/>
      </w:pPr>
      <w:r>
        <w:t>文旅数据安全的事件响应与应急处置</w:t>
      </w:r>
    </w:p>
    <w:p>
      <w:pPr>
        <w:pStyle w:val="Heading3"/>
      </w:pPr>
      <w:r>
        <w:t>数据安全事件的分类分级</w:t>
      </w:r>
    </w:p>
    <w:p>
      <w:r>
        <w:t>旅游数据安全事件按照严重程度分为四个等级。一级事件（特别重大）——大规模数据泄露（影响超过10万用户）、核心数据被窃取或篡改、系统全面瘫痪。此类事件需要立即启动一级响应，24小时内向省级网信部门报告。二级事件（重大）——中等规模数据泄露（影响1-10万用户）、部分系统功能受损、数据被非法访问但未泄露。此类事件需要启动二级响应，48小时内向主管部门报告。三级事件（较大）——小规模数据泄露（影响1000-1万用户）、个别系统功能异常。此类事件启动三级响应，72小时内报告。四级事件（一般）——少量数据异常、系统短暂波动。此类事件按常规流程处理，记录归档。</w:t>
      </w:r>
    </w:p>
    <w:p>
      <w:pPr>
        <w:pStyle w:val="Heading3"/>
      </w:pPr>
      <w:r>
        <w:t>应急响应流程</w:t>
      </w:r>
    </w:p>
    <w:p>
      <w:r>
        <w:t>贵州旅游数据安全应急响应遵循「发现-评估-处置-恢复-总结」的五步流程。发现阶段通过安全监测系统自动告警或人工发现异常，第一时间通知安全值班人员。评估阶段由安全团队评估事件的严重程度和影响范围，确定响应等级和处置方案。处置阶段根据预案采取技术措施（如隔离受影响系统、阻断攻击路径、修复漏洞等）和管理措施（如通知相关方、启动备份系统等）。恢复阶段在事件控制后恢复系统正常运行，验证数据完整性和系统安全性。总结阶段对事件进行复盘分析，总结经验教训，改进安全措施和应急预案。</w:t>
      </w:r>
    </w:p>
    <w:p>
      <w:r>
        <w:t>贵州旅游大数据中心每季度组织一次数据安全应急演练，模拟不同类型和级别的安全事件，检验应急响应流程的有效性和团队的处置能力。2024年的演练模拟了一次大规模数据泄露事件——「黑客」通过SQL注入攻击获取了10万条游客信息。安全团队在15分钟内发现异常，30分钟内阻断了攻击路径，1小时内完成了受影响系统的隔离和数据备份，4小时内恢复了系统正常运行。演练结果验证了应急响应流程的有效性，也发现了监测系统告警延迟和跨部门沟通效率等需要改进的问题。</w:t>
      </w:r>
    </w:p>
    <w:p>
      <w:pPr>
        <w:pStyle w:val="Heading3"/>
      </w:pPr>
      <w:r>
        <w:t>数据备份与灾难恢复</w:t>
      </w:r>
    </w:p>
    <w:p>
      <w:r>
        <w:t>数据备份是数据安全的最后一道防线。贵州旅游数据中台采用了「3-2-1」备份策略——3份数据副本，存储在2种不同介质上，1份存放在异地。数据备份分为全量备份（每周一次，备份全部数据）、增量备份（每日一次，备份当日变更数据）和实时备份（关键数据实时同步到灾备中心）。</w:t>
      </w:r>
    </w:p>
    <w:p>
      <w:r>
        <w:t>灾难恢复能力通过恢复时间目标（RTO）和恢复点目标（RPO）两个指标衡量。贵州旅游数据中台的RTO为4小时（即系统故障后4小时内恢复运行），RPO为1小时（即最多丢失1小时的数据）。这一恢复能力可以应对大多数故障场景，但对于极端灾难（如数据中心完全损毁）可能不足。贵州正在建设异地灾备中心，将RTO和RPO进一步缩短至1小时和15分钟。</w:t>
      </w:r>
    </w:p>
    <w:p>
      <w:pPr>
        <w:pStyle w:val="Heading2"/>
      </w:pPr>
      <w:r>
        <w:t>文旅数据要素的深度应用场景</w:t>
      </w:r>
    </w:p>
    <w:p>
      <w:pPr>
        <w:pStyle w:val="Heading3"/>
      </w:pPr>
      <w:r>
        <w:t>数据驱动的旅游精准扶贫</w:t>
      </w:r>
    </w:p>
    <w:p>
      <w:r>
        <w:t>旅游大数据在精准扶贫中发挥了独特作用。贵州利用旅游大数据识别贫困地区的旅游发展潜力，精准投放扶贫资源。数据分析显示，贵州88个贫困县中有35个县具备较好的旅游资源条件（至少拥有1个3A级以上景区或省级以上非遗项目），但数字化水平普遍较低。省文旅厅据此制定了「35县数字文旅扶贫计划」，优先在这35个县部署数字旅游基础设施和智慧旅游服务。</w:t>
      </w:r>
    </w:p>
    <w:p>
      <w:r>
        <w:t>数据驱动的扶贫资源分配比传统的「平均分配」更加精准有效。传统方式按县平均分配扶贫资金，每个县获得的资金相同，但各县的旅游发展条件和需求不同。数据驱动方式根据各县的旅游资源禀赋、数字化基础和市场潜力进行差异化分配，使有限的扶贫资源发挥最大效果。评估显示，数据驱动分配方式的扶贫资金使用效率比传统方式高40%。</w:t>
      </w:r>
    </w:p>
    <w:p>
      <w:pPr>
        <w:pStyle w:val="Heading3"/>
      </w:pPr>
      <w:r>
        <w:t>数据驱动的旅游安全预警</w:t>
      </w:r>
    </w:p>
    <w:p>
      <w:r>
        <w:t>旅游大数据在安全预警方面具有显著优势。贵州旅游安全预警系统整合了气象数据（降雨量、风速、温度等）、地质数据（滑坡风险、地震活动等）、客流数据（实时人数、密度分布等）和社交媒体数据（游客求助信息、负面情绪等），通过AI模型进行多维度风险评估。</w:t>
      </w:r>
    </w:p>
    <w:p>
      <w:r>
        <w:t>系统每天生成「贵州旅游安全指数」，分为绿色（安全）、黄色（注意）、橙色（预警）和红色（危险）四个等级。当某景区的安全指数达到橙色或红色时，系统自动向景区管理方发送预警信息，并建议采取的防范措施。2024年，系统共发出了156次橙色预警和12次红色预警，全部得到了及时处置，未发生重大旅游安全事故。</w:t>
      </w:r>
    </w:p>
    <w:p>
      <w:pPr>
        <w:pStyle w:val="Heading3"/>
      </w:pPr>
      <w:r>
        <w:t>数据驱动的旅游营销优化</w:t>
      </w:r>
    </w:p>
    <w:p>
      <w:r>
        <w:t>旅游大数据使营销从「经验驱动」转向「数据驱动」。贵州旅游营销优化系统通过分析游客画像、行为轨迹和消费偏好数据，为营销决策提供精准支撑。系统能够回答以下问题：哪些城市的游客对贵州旅游最感兴趣？不同群体偏好哪些类型的旅游产品？哪种营销渠道的转化率最高？什么时间发布营销内容效果最好？</w:t>
      </w:r>
    </w:p>
    <w:p>
      <w:r>
        <w:t>基于数据分析，贵州旅游营销进行了多项优化。目标市场优化——数据分析发现珠三角和长三角的游客客单价最高（分别比平均高35%和28%），营销预算向这两个区域倾斜。产品推荐优化——分析发现25-34岁群体偏好自然风光+民族文化组合产品，调整了推荐策略。发布时机优化——分析发现周三晚上8-10点发布短视频内容效果最好（浏览量比平均高40%），调整了内容发布时间。这些优化使营销ROI从2022年的1:3.5提升到2024年的1:5.8。</w:t>
      </w:r>
    </w:p>
    <w:p>
      <w:pPr>
        <w:pStyle w:val="Heading2"/>
      </w:pPr>
      <w:r>
        <w:t>文旅数据治理的深度实践</w:t>
      </w:r>
    </w:p>
    <w:p>
      <w:pPr>
        <w:pStyle w:val="Heading3"/>
      </w:pPr>
      <w:r>
        <w:t>数据确权的探索与实践</w:t>
      </w:r>
    </w:p>
    <w:p>
      <w:r>
        <w:t>数据确权是数据治理的基础性问题——明确谁拥有数据的所有权、使用权和收益权。贵州在旅游数据确权方面进行了积极探索。对于游客个人数据，明确了「游客拥有所有权，平台拥有使用权（在游客授权范围内），收益权归游客和平台共享」的权属框架。对于景区运营数据，明确了「景区拥有所有权和收益权，平台在服务协议范围内拥有使用权」的权属框架。对于平台衍生数据（如基于多源数据生成的分析报告），明确了「平台拥有所有权和收益权，数据来源方拥有查询权和更正权」的权属框架。</w:t>
      </w:r>
    </w:p>
    <w:p>
      <w:r>
        <w:t>贵州旅游大数据中心建立了数据权属登记系统，对核心数据资产进行权属登记。登记内容包括数据来源、数据类型、数据规模、权属归属和使用限制等。登记后的数据资产获得了「数据资产证书」，作为数据交易和维权的法律依据。截至2024年底，已有500+项旅游数据资产完成了权属登记。</w:t>
      </w:r>
    </w:p>
    <w:p>
      <w:pPr>
        <w:pStyle w:val="Heading3"/>
      </w:pPr>
      <w:r>
        <w:t>数据共享的激励机制</w:t>
      </w:r>
    </w:p>
    <w:p>
      <w:r>
        <w:t>数据共享是数据价值释放的关键，但数据持有方缺乏共享动力——担心数据泄露、失去竞争优势或被不当使用。贵州建立了多种数据共享激励机制。利益分配机制——数据共享产生的收益按贡献比例分配给数据提供方，激励数据持有方积极参与共享。数据互换机制——数据提供方可以获得其他参与方的等量数据使用权，实现互利共赢。数据匿名化保障——共享前对数据进行匿名化处理，确保个人隐私不被泄露。数据使用追溯——通过区块链记录数据使用全过程，确保数据仅用于约定目的。</w:t>
      </w:r>
    </w:p>
    <w:p>
      <w:r>
        <w:t>贵州「旅游数据共享联盟」已有50+家成员单位，包括景区、酒店、旅行社、交通企业和研究机构。联盟成员在匿名化和授权前提下共享旅游运营数据，联盟平台进行数据整合和分析，生成「贵州旅游运营洞察报告」供成员使用。联盟运行两年来，成员单位的数据分析能力平均提升了40%，运营决策效率提升了25%。</w:t>
      </w:r>
    </w:p>
    <w:p>
      <w:pPr>
        <w:pStyle w:val="Heading2"/>
      </w:pPr>
      <w:r>
        <w:t>数据驱动决策的认知偏差与纠正</w:t>
      </w:r>
    </w:p>
    <w:p>
      <w:r>
        <w:t>数据驱动决策虽然比经验驱动决策更客观，但也存在认知偏差的风险。贵州旅游大数据中心在实践过程中识别和纠正了多种数据偏差。幸存者偏差方面，数据分析只包含了使用数字平台的游客行为，忽略了不使用数字平台的游客如老年游客和农村游客。这种偏差可能导致决策偏向数字用户的需求，忽视非数字用户的需求。纠正方法是补充线下调查数据，将非数字用户的行为和需求纳入分析。选择偏差方面，游客在平台上的行为数据反映的是在特定界面和推荐算法下的选择，而非游客的自然偏好。如果推荐算法偏向某类产品，数据会显示该类产品更受欢迎，形成自我强化的循环。纠正方法是定期进行A/B测试，比较不同推荐算法下的用户行为差异，识别算法对行为的扭曲程度。时间偏差方面，历史数据反映的是过去的市场环境和用户偏好，可能不适用于未来。特别是技术快速演进的领域，历史数据的预测价值可能很低。纠正方法是缩短数据的时间窗口，更重视近期数据，同时结合定性分析判断未来趋势。确认偏差方面，决策者可能倾向于寻找支持自己观点的数据，忽略反对证据。纠正方法是建立红队机制，指定专人从反面角度分析数据，挑战主流观点。</w:t>
      </w:r>
    </w:p>
    <w:p>
      <w:pPr>
        <w:pStyle w:val="Heading2"/>
      </w:pPr>
      <w:r>
        <w:t>数据要素流通的制度保障</w:t>
      </w:r>
    </w:p>
    <w:p>
      <w:r>
        <w:t>贵州在数据要素流通的制度保障方面形成了多层次制度体系。法律层面，《贵州省大数据发展应用促进条例》为数据流通提供了基本法律框架，明确了数据流通的合法性和各方的权利义务。《贵州省数据流通交易管理办法》进一步细化了数据交易的规则和流程。标准层面，《旅游数据交换格式标准》统一了数据格式，《旅游数据脱敏技术规范》保障了隐私安全，《旅游数据质量评估标准》确保了数据质量。机制层面，数据权属登记机制明确了数据资产的权属关系，数据交易合规审查机制确保了交易的合法合规，数据使用追溯机制通过区块链记录数据使用全过程。组织层面，贵阳大数据交易所提供了交易场所和服务，数据合规专员负责日常合规审查，数据伦理委员会负责重大项目的伦理审查。能力层面，贵州培养了50余名数据合规专业人才，建立了数据安全监测和应急响应能力。这一多层次制度体系为数据要素的安全有序流通提供了全面保障，也为全国数据要素市场化改革贡献了贵州经验。</w:t>
      </w:r>
    </w:p>
    <w:p>
      <w:r>
        <w:t>本章小结</w:t>
      </w:r>
    </w:p>
    <w:p>
      <w:r>
        <w:t>本章从数据类型、采集管理、安全保护和确权交易四个维度，系统阐述了数据要素在数字文旅中的治理框架。文旅数据涵盖游客行为、企业经营、目的地环境和 UGC 四类，各自具有不同的价值密度和隐私敏感度。数据采集与质量管理遵循"业务理解→收集→预处理→建模→可视化→部署"的全生命周期流程，数据清洗是容易被忽视但至关重要的环节。"三法一条例"构筑了数据安全法规体系，"告知-同意"原则和隐私保护技术是合规落地的关键工具。数据确权的"三权分置"设计为文旅数据的资产化和交易提供了制度基础，但估值标准和市场机制仍不成熟。</w:t>
      </w:r>
    </w:p>
    <w:p>
      <w:r>
        <w:t>数据治理不是"要不要做"的问题，而是"怎么做"的问题。一个负责任的数据治理体系，既要释放数据要素的创新价值，又要守住安全、隐私和公平的底线。第 7 章将转入第三篇"业态与场景创新"，探讨数字文旅产品的创新设计。</w:t>
      </w:r>
    </w:p>
    <w:p>
      <w:r>
        <w:t>---</w:t>
      </w:r>
    </w:p>
    <w:p>
      <w:pPr>
        <w:pStyle w:val="Heading2"/>
      </w:pPr>
      <w:r>
        <w:t>思考题</w:t>
      </w:r>
    </w:p>
    <w:p>
      <w:pPr>
        <w:pStyle w:val="ListBullet"/>
      </w:pPr>
      <w:r>
        <w:rPr>
          <w:b/>
        </w:rPr>
        <w:t>简答题</w:t>
      </w:r>
      <w:r>
        <w:t>：简述"三权分置"制度设计的核心内容，并说明这一设计如何平衡数据保护与数据利用之间的关系。</w:t>
      </w:r>
    </w:p>
    <w:p>
      <w:pPr>
        <w:pStyle w:val="ListBullet"/>
      </w:pPr>
      <w:r>
        <w:rPr>
          <w:b/>
        </w:rPr>
        <w:t>论述题</w:t>
      </w:r>
      <w:r>
        <w:t>：景区通过人脸识别技术统计客流、识别黑名单人员和分析游客行为，这些应用的隐私边界在哪里？请运用《个人信息保护法》的相关规定进行分析。</w:t>
      </w:r>
    </w:p>
    <w:p>
      <w:pPr>
        <w:pStyle w:val="ListBullet"/>
      </w:pPr>
      <w:r>
        <w:rPr>
          <w:b/>
        </w:rPr>
        <w:t>案例分析题</w:t>
      </w:r>
      <w:r>
        <w:t>：黄果树景区大数据中心整合了票务、监控、物联网和外部多源数据。请从数据质量管理的四个维度（完整性、准确性、一致性、时效性）评估该数据中心可能面临的数据质量问题，并提出改进建议。</w:t>
      </w:r>
    </w:p>
    <w:p>
      <w:pPr>
        <w:pStyle w:val="ListBullet"/>
      </w:pPr>
      <w:r>
        <w:rPr>
          <w:b/>
        </w:rPr>
        <w:t>实践操作题</w:t>
      </w:r>
      <w:r>
        <w:t>：设计一份"游客数据采集知情同意书"模板，用于景区在采集游客个人数据时使用。要求涵盖数据采集的目的、类型、使用方式、保存期限、用户权利和联系方式等信息，语言通俗易懂。</w:t>
      </w:r>
    </w:p>
    <w:p>
      <w:r>
        <w:t>---</w:t>
      </w:r>
    </w:p>
    <w:p>
      <w:pPr>
        <w:pStyle w:val="Heading2"/>
      </w:pPr>
      <w:r>
        <w:t>参考文献</w:t>
      </w:r>
    </w:p>
    <w:p>
      <w:r>
        <w:t>[16] 我国数字文旅研究的热点与展望——基于CiteSpace和VOSviewer的知识图谱分析[J]. 情报探索, 2025(2): 1-12.</w:t>
      </w:r>
    </w:p>
    <w:p>
      <w:r>
        <w:t>[17] Shi Y, Mao F. Survey report on the combination of digital development and cultural and tourism transformation under the background of the new era[J]. Academic Journal of Business &amp; Management, 2023, 5(4): 78-85.</w:t>
      </w:r>
    </w:p>
    <w:p>
      <w:r>
        <w:t>[18] 文连阳, 陈柏福. 文化遗产保护传承的旅游化设计——数字文旅的分析视角</w:t>
      </w:r>
    </w:p>
    <w:p>
      <w:r>
        <w:t>[4] Yallop A, Seraphin H. Big data and analytics in tourism and hospitality: opportunities and risks[J]. Journal of Tourism Futures, 2020, 6(1): 58-67. DOI: 10.1108/JTF-10-2019-0108.</w:t>
      </w:r>
    </w:p>
    <w:p>
      <w:r>
        <w:t>[5] Masseno M D, Santos C. Smart Tourism Destinations Privacy Risks on Data Protection[J]. arXiv preprint, 2018.</w:t>
      </w:r>
    </w:p>
    <w:p>
      <w:r>
        <w:t>[6] Rahmadian E, Feitosa D, Virantina Y. Digital twins, big data governance, and sustainable tourism[J]. Ethics and Information Technology, 2023, 25(4): 1-18. DOI: 10.1007/s10676-023-09730-w.</w:t>
      </w:r>
    </w:p>
    <w:p>
      <w:r>
        <w:t>[7] Errichiello L, Micera R. A process-based perspective of smart tourism destination governance[J]. European Journal of Tourism Research, 2021, 29: 2436. DOI: 10.54055/ejtr.v29i.2436.</w:t>
      </w:r>
    </w:p>
    <w:p>
      <w:r>
        <w:t>[19] Rahmadian E, Feitosa D, Virantina Y. Digital twins, big data governance, and sustainable tourism[J]. Ethics and Information Technology, 2023. DOI: 10.1007/s10676-023-09730-w</w:t>
      </w:r>
    </w:p>
    <w:p>
      <w:r>
        <w:t>[20] Fidalgo M, Dias F. Digital platforms as a holistic approach to improve sustainability in tourism[J]. Sustainability, 2026, 18(12): 5983. DOI: 10.3390/su18125983</w:t>
      </w:r>
    </w:p>
    <w:p>
      <w:r>
        <w:t>[21] Yallop A C, Gică O A, Moiseescu O I, et al. The digital traveller: implications for data ethics and data governance in tourism and hospitality[J]. Journal of Tourism Theory, 2021.</w:t>
      </w:r>
    </w:p>
    <w:p>
      <w:r>
        <w:t>[8] 罗君名. 大数据支撑的旅游目的地公共管理优化刍议[J]. 旅游论坛, 2020, 13(3): 78-85.</w:t>
      </w:r>
    </w:p>
    <w:p>
      <w:r>
        <w:t>[9] 黄小明, 孙新丽, 袁云. 智慧景区大数据管理平台建设方案探讨[J]. 信息技术与信息化, 2023(5): 112-115.[J]. 旅游学刊, 2025, 40(3): 45-58.</w:t>
      </w:r>
    </w:p>
    <w:p>
      <w:r>
        <w:br w:type="page"/>
      </w:r>
    </w:p>
    <w:p>
      <w:pPr>
        <w:pStyle w:val="Heading1"/>
      </w:pPr>
      <w:r>
        <w:t>第 7 章 数字文旅产品创新</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产品类型</w:t>
            </w:r>
          </w:p>
        </w:tc>
        <w:tc>
          <w:tcPr>
            <w:tcW w:type="dxa" w:w="2209"/>
          </w:tcPr>
          <w:p>
            <w:pPr>
              <w:spacing w:after="40" w:line="240" w:lineRule="auto"/>
            </w:pPr>
            <w:r>
              <w:rPr>
                <w:b/>
                <w:sz w:val="20"/>
              </w:rPr>
              <w:t>技术支撑</w:t>
            </w:r>
          </w:p>
        </w:tc>
        <w:tc>
          <w:tcPr>
            <w:tcW w:type="dxa" w:w="2209"/>
          </w:tcPr>
          <w:p>
            <w:pPr>
              <w:spacing w:after="40" w:line="240" w:lineRule="auto"/>
            </w:pPr>
            <w:r>
              <w:rPr>
                <w:b/>
                <w:sz w:val="20"/>
              </w:rPr>
              <w:t>目标用户</w:t>
            </w:r>
          </w:p>
        </w:tc>
        <w:tc>
          <w:tcPr>
            <w:tcW w:type="dxa" w:w="2209"/>
          </w:tcPr>
          <w:p>
            <w:pPr>
              <w:spacing w:after="40" w:line="240" w:lineRule="auto"/>
            </w:pPr>
            <w:r>
              <w:rPr>
                <w:b/>
                <w:sz w:val="20"/>
              </w:rPr>
              <w:t>贵州案例</w:t>
            </w:r>
          </w:p>
        </w:tc>
      </w:tr>
      <w:tr>
        <w:tc>
          <w:tcPr>
            <w:tcW w:type="dxa" w:w="2209"/>
          </w:tcPr>
          <w:p>
            <w:pPr>
              <w:spacing w:after="40" w:line="240" w:lineRule="auto"/>
            </w:pPr>
            <w:r>
              <w:rPr>
                <w:sz w:val="20"/>
              </w:rPr>
              <w:t>数字化传统产品</w:t>
            </w:r>
          </w:p>
        </w:tc>
        <w:tc>
          <w:tcPr>
            <w:tcW w:type="dxa" w:w="2209"/>
          </w:tcPr>
          <w:p>
            <w:pPr>
              <w:spacing w:after="40" w:line="240" w:lineRule="auto"/>
            </w:pPr>
            <w:r>
              <w:rPr>
                <w:sz w:val="20"/>
              </w:rPr>
              <w:t>票务系统、导览APP</w:t>
            </w:r>
          </w:p>
        </w:tc>
        <w:tc>
          <w:tcPr>
            <w:tcW w:type="dxa" w:w="2209"/>
          </w:tcPr>
          <w:p>
            <w:pPr>
              <w:spacing w:after="40" w:line="240" w:lineRule="auto"/>
            </w:pPr>
            <w:r>
              <w:rPr>
                <w:sz w:val="20"/>
              </w:rPr>
              <w:t>大众游客</w:t>
            </w:r>
          </w:p>
        </w:tc>
        <w:tc>
          <w:tcPr>
            <w:tcW w:type="dxa" w:w="2209"/>
          </w:tcPr>
          <w:p>
            <w:pPr>
              <w:spacing w:after="40" w:line="240" w:lineRule="auto"/>
            </w:pPr>
            <w:r>
              <w:rPr>
                <w:sz w:val="20"/>
              </w:rPr>
              <w:t>一码游贵州电子票务</w:t>
            </w:r>
          </w:p>
        </w:tc>
      </w:tr>
      <w:tr>
        <w:tc>
          <w:tcPr>
            <w:tcW w:type="dxa" w:w="2209"/>
          </w:tcPr>
          <w:p>
            <w:pPr>
              <w:spacing w:after="40" w:line="240" w:lineRule="auto"/>
            </w:pPr>
            <w:r>
              <w:rPr>
                <w:sz w:val="20"/>
              </w:rPr>
              <w:t>数字原生产品</w:t>
            </w:r>
          </w:p>
        </w:tc>
        <w:tc>
          <w:tcPr>
            <w:tcW w:type="dxa" w:w="2209"/>
          </w:tcPr>
          <w:p>
            <w:pPr>
              <w:spacing w:after="40" w:line="240" w:lineRule="auto"/>
            </w:pPr>
            <w:r>
              <w:rPr>
                <w:sz w:val="20"/>
              </w:rPr>
              <w:t>NFT、虚拟景区</w:t>
            </w:r>
          </w:p>
        </w:tc>
        <w:tc>
          <w:tcPr>
            <w:tcW w:type="dxa" w:w="2209"/>
          </w:tcPr>
          <w:p>
            <w:pPr>
              <w:spacing w:after="40" w:line="240" w:lineRule="auto"/>
            </w:pPr>
            <w:r>
              <w:rPr>
                <w:sz w:val="20"/>
              </w:rPr>
              <w:t>数字原住民</w:t>
            </w:r>
          </w:p>
        </w:tc>
        <w:tc>
          <w:tcPr>
            <w:tcW w:type="dxa" w:w="2209"/>
          </w:tcPr>
          <w:p>
            <w:pPr>
              <w:spacing w:after="40" w:line="240" w:lineRule="auto"/>
            </w:pPr>
            <w:r>
              <w:rPr>
                <w:sz w:val="20"/>
              </w:rPr>
              <w:t>苗族文化NFT数字藏品</w:t>
            </w:r>
          </w:p>
        </w:tc>
      </w:tr>
      <w:tr>
        <w:tc>
          <w:tcPr>
            <w:tcW w:type="dxa" w:w="2209"/>
          </w:tcPr>
          <w:p>
            <w:pPr>
              <w:spacing w:after="40" w:line="240" w:lineRule="auto"/>
            </w:pPr>
            <w:r>
              <w:rPr>
                <w:sz w:val="20"/>
              </w:rPr>
              <w:t>融合体验产品</w:t>
            </w:r>
          </w:p>
        </w:tc>
        <w:tc>
          <w:tcPr>
            <w:tcW w:type="dxa" w:w="2209"/>
          </w:tcPr>
          <w:p>
            <w:pPr>
              <w:spacing w:after="40" w:line="240" w:lineRule="auto"/>
            </w:pPr>
            <w:r>
              <w:rPr>
                <w:sz w:val="20"/>
              </w:rPr>
              <w:t>VR/AR、沉浸式演艺</w:t>
            </w:r>
          </w:p>
        </w:tc>
        <w:tc>
          <w:tcPr>
            <w:tcW w:type="dxa" w:w="2209"/>
          </w:tcPr>
          <w:p>
            <w:pPr>
              <w:spacing w:after="40" w:line="240" w:lineRule="auto"/>
            </w:pPr>
            <w:r>
              <w:rPr>
                <w:sz w:val="20"/>
              </w:rPr>
              <w:t>体验追求者</w:t>
            </w:r>
          </w:p>
        </w:tc>
        <w:tc>
          <w:tcPr>
            <w:tcW w:type="dxa" w:w="2209"/>
          </w:tcPr>
          <w:p>
            <w:pPr>
              <w:spacing w:after="40" w:line="240" w:lineRule="auto"/>
            </w:pPr>
            <w:r>
              <w:rPr>
                <w:sz w:val="20"/>
              </w:rPr>
              <w:t>黄果树夜游数字光影</w:t>
            </w:r>
          </w:p>
        </w:tc>
      </w:tr>
    </w:tbl>
    <w:p/>
    <w:p>
      <w:pPr>
        <w:pStyle w:val="ListBullet"/>
      </w:pPr>
      <w:r>
        <w:rPr>
          <w:b/>
        </w:rPr>
        <w:t>知识目标</w:t>
      </w:r>
      <w:r>
        <w:t>：学生能够描述数字文旅产品的三种主要类型及其特征，掌握用户旅程地图、服务蓝图和 MVP 迭代三种产品设计方法的基本概念。</w:t>
      </w:r>
    </w:p>
    <w:p>
      <w:pPr>
        <w:pStyle w:val="ListBullet"/>
      </w:pPr>
      <w:r>
        <w:rPr>
          <w:b/>
        </w:rPr>
        <w:t>能力目标</w:t>
      </w:r>
      <w:r>
        <w:t>：学生能够运用产品设计方法分析给定的数字文旅产品案例，识别其创新点和改进空间，初步设计一款数字文旅产品的原型方案。</w:t>
      </w:r>
    </w:p>
    <w:p>
      <w:pPr>
        <w:pStyle w:val="ListBullet"/>
      </w:pPr>
      <w:r>
        <w:rPr>
          <w:b/>
        </w:rPr>
        <w:t>素养目标</w:t>
      </w:r>
      <w:r>
        <w:t>：学生能够培养以用户为中心的创新思维，理解"技术可行性""商业可行性"和"用户需求性"三者之间的平衡。</w:t>
      </w:r>
    </w:p>
    <w:p>
      <w:r>
        <w:t>---</w:t>
      </w:r>
    </w:p>
    <w:p>
      <w:pPr>
        <w:pStyle w:val="Heading2"/>
      </w:pPr>
      <w:r>
        <w:t>导入案例</w:t>
      </w:r>
    </w:p>
    <w:p>
      <w:r>
        <w:t>2023 年暑期，黄果树景区推出了夜间游览项目——"流光溢彩·夜瀑布"。夜幕降临后，数字投影设备将光影艺术投射到瀑布水幕和周边山体上，水流成为"银幕"，山体成为"舞台"。游客沿着步道穿行，在光影与自然的交织中感受与白天截然不同的瀑布之美。</w:t>
      </w:r>
    </w:p>
    <w:p>
      <w:r>
        <w:t>从产品设计角度看，黄果树夜游是一个典型的"线上线下融合产品"：它没有改变瀑布本身（线下实体），但通过数字光影技术（线上内容）创造了全新的体验维度。更值得注意的是这一产品背后的商业逻辑：黄果树景区白天的最大承载量是有限的，受限于物理空间和安全要求。但夜游项目开辟了新的"时间库存"——晚上 7 点到 10 点的三个小时，原来是不产生收入的"空置时段"，现在成为新的收入增长点。夜游项目还拉动了周边的餐饮、住宿和交通消费——游客为了看夜游，往往选择在景区附近用餐和住宿。这就是数字文旅产品创新的本质：不是简单地"把现有产品搬到线上"，而是用数字技术创造新的价值空间。</w:t>
      </w:r>
    </w:p>
    <w:p>
      <w:r>
        <w:rPr>
          <w:b/>
        </w:rPr>
        <w:t>引导性问题</w:t>
      </w:r>
      <w:r>
        <w:t>：</w:t>
      </w:r>
    </w:p>
    <w:p>
      <w:pPr>
        <w:pStyle w:val="ListBullet"/>
      </w:pPr>
      <w:r>
        <w:t>黄果树夜游项目的核心创新是什么？如果去掉数字光影技术，这个项目还成立吗？</w:t>
      </w:r>
    </w:p>
    <w:p>
      <w:pPr>
        <w:pStyle w:val="ListBullet"/>
      </w:pPr>
      <w:r>
        <w:t>数字文旅产品的设计流程与传统的旅游产品设计有什么不同？</w:t>
      </w:r>
    </w:p>
    <w:p>
      <w:pPr>
        <w:pStyle w:val="ListBullet"/>
      </w:pPr>
      <w:r>
        <w:t>一个成功的数字文旅产品需要满足哪些条件？</w:t>
      </w:r>
    </w:p>
    <w:p>
      <w:r>
        <w:t>---</w:t>
      </w:r>
    </w:p>
    <w:p>
      <w:pPr>
        <w:pStyle w:val="Heading2"/>
      </w:pPr>
      <w:r>
        <w:t>7.1 数字文旅产品的类型学</w:t>
      </w:r>
    </w:p>
    <w:p>
      <w:pPr>
        <w:pStyle w:val="Heading3"/>
      </w:pPr>
      <w:r>
        <w:t>7.1.1 数字化传统产品</w:t>
      </w:r>
    </w:p>
    <w:p>
      <w:r>
        <w:rPr>
          <w:b/>
        </w:rPr>
        <w:t>本质：效率提升。</w:t>
      </w:r>
      <w:r>
        <w:t xml:space="preserve"> 数字化传统产品是指将传统旅游产品通过数字技术进行升级，但产品的核心价值不变。最典型的例子是电子票务——门票的本质仍然是"进入景区的凭证"，但数字化后实现了线上购买、扫码入园、分时预约等功能，提升了购买便利性和入园效率。其他例子包括：在线酒店预订（替代电话预订）、智能导览 APP（替代语音导览器）、在线值机和电子登机牌（替代纸质登机牌）。</w:t>
      </w:r>
    </w:p>
    <w:p>
      <w:r>
        <w:rPr>
          <w:b/>
        </w:rPr>
        <w:t>数字化的"双刃剑"。</w:t>
      </w:r>
      <w:r>
        <w:t xml:space="preserve"> 数字化传统产品面临一个"体验悖论"：技术提升了效率，但可能削弱了"温度"。网上预订很方便，但没有了旅行社门店里人与人的交流和个性化建议；扫码入园很快捷，但没有了纸质门票的"收藏价值"和仪式感。优秀的数字化传统产品需要在"效率"和"体验"之间找到平衡——不是追求"完全无人化"，而是在适当的环节保留"人的温度"。</w:t>
      </w:r>
    </w:p>
    <w:p>
      <w:pPr>
        <w:pStyle w:val="Heading3"/>
      </w:pPr>
      <w:r>
        <w:t>7.1.2 数字原生文旅产品</w:t>
      </w:r>
    </w:p>
    <w:p>
      <w:r>
        <w:rPr>
          <w:b/>
        </w:rPr>
        <w:t>本质：价值创造。</w:t>
      </w:r>
      <w:r>
        <w:t xml:space="preserve"> 数字原生文旅产品是完全在数字环境中存在和消费的文旅产品，数字技术本身就是产品的核心。虚拟现实景区游览是最典型的例子——游客不需要到达实地，通过 VR 设备即可"游览"景区。数字藏品（NFT）是另一种数字原生产品——收藏的不是实物，而是区块链上的数字资产。AI 生成的个性化旅行攻略也是数字原生产品——攻略本身以数字形式存在和消费。</w:t>
      </w:r>
    </w:p>
    <w:p>
      <w:r>
        <w:rPr>
          <w:b/>
        </w:rPr>
        <w:t>数字原生与传统产品的关系。</w:t>
      </w:r>
      <w:r>
        <w:t xml:space="preserve"> 数字原生产品与实地旅游是"互补"还是"替代"关系？这是一个存在争议的问题。一方面，高质量的 VR 旅游体验可能减少部分游客实地旅游的意愿（替代效应）；另一方面，VR 体验也可能激发实地旅游的兴趣——"虚拟体验太好了，一定要去实地看看"（互补效应）。目前的研究证据更支持"互补效应"假说，但这并不意味着可以高枕无忧——如果 VR 技术的沉浸感持续提升，未来可能出现更大程度的替代。</w:t>
      </w:r>
    </w:p>
    <w:p>
      <w:pPr>
        <w:pStyle w:val="Heading3"/>
      </w:pPr>
      <w:r>
        <w:t>7.1.3 线上线下融合产品</w:t>
      </w:r>
    </w:p>
    <w:p>
      <w:r>
        <w:rPr>
          <w:b/>
        </w:rPr>
        <w:t>本质：体验增强。</w:t>
      </w:r>
      <w:r>
        <w:t xml:space="preserve"> 线上线下融合（O2O，Online-to-Offline）产品将数字内容叠加到实体旅游体验之上，创造混合型体验。黄果树夜游（数字光影+自然瀑布）、AR 实景游戏（数字线索+实地探索）、沉浸式数字展览（数字影像+实体空间）都属于此类。这类产品是当前数字文旅创新最活跃的领域——它既保留了实地旅游的"在场感"，又通过数字技术创造了传统方式无法实现的体验。</w:t>
      </w:r>
    </w:p>
    <w:p>
      <w:r>
        <w:rPr>
          <w:b/>
        </w:rPr>
        <w:t>O2O 产品设计的核心挑战。</w:t>
      </w:r>
      <w:r>
        <w:t xml:space="preserve"> O2O 产品设计的最大挑战在于"平衡"——数字内容不能"喧宾夺主"地遮蔽了实体体验的价值。一个失败的 O2O 产品的典型特征是：游客全程盯着手机屏幕看 AR 效果，几乎没有抬头看真实的风景。成功的 O2O 产品应该让数字内容"锦上添花"——游客首先被真实的风景震撼，然后通过数字内容获得更深层次的理解和感受。</w:t>
      </w:r>
    </w:p>
    <w:p>
      <w:r>
        <w:rPr>
          <w:b/>
        </w:rPr>
        <w:t>体验经济理论视角下的 O2O 产品。</w:t>
      </w:r>
      <w:r>
        <w:t xml:space="preserve"> Pine 和 Gilmore 在《体验经济》一书中提出了体验的四个维度——</w:t>
      </w:r>
      <w:r>
        <w:rPr>
          <w:b/>
        </w:rPr>
        <w:t>娱乐性</w:t>
      </w:r>
      <w:r>
        <w:t>（Entertainment）、</w:t>
      </w:r>
      <w:r>
        <w:rPr>
          <w:b/>
        </w:rPr>
        <w:t>教育性</w:t>
      </w:r>
      <w:r>
        <w:t>（Education）、</w:t>
      </w:r>
      <w:r>
        <w:rPr>
          <w:b/>
        </w:rPr>
        <w:t>审美性</w:t>
      </w:r>
      <w:r>
        <w:t>（Esthetics）和</w:t>
      </w:r>
      <w:r>
        <w:rPr>
          <w:b/>
        </w:rPr>
        <w:t>逃避性</w:t>
      </w:r>
      <w:r>
        <w:t>（Escapism），即"4E 模型"。数字文旅 O2O 产品的设计，需要在这四个维度上同时发力。以黄果树夜游为例：光影秀提供了审美性（美轮美奂的视觉体验），AR 知识解说提供了教育性（了解瀑布的地质成因和历史典故），沉浸式互动提供了逃避性（暂时忘却日常生活的烦恼），整体的感官震撼提供了娱乐性（享受视觉盛宴）。优秀的 O2O 产品不是在单一维度上做到极致，而是在四个维度之间创造出协同效应——审美体验引发好奇，好奇心驱动学习，学习加深沉浸，沉浸带来愉悦。</w:t>
      </w:r>
    </w:p>
    <w:p>
      <w:r>
        <w:t>[表 7-1：三类数字文旅产品形态对比]</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类型</w:t>
            </w:r>
          </w:p>
        </w:tc>
        <w:tc>
          <w:tcPr>
            <w:tcW w:type="dxa" w:w="2209"/>
          </w:tcPr>
          <w:p>
            <w:pPr>
              <w:spacing w:after="40" w:line="240" w:lineRule="auto"/>
            </w:pPr>
            <w:r>
              <w:rPr>
                <w:b/>
                <w:sz w:val="20"/>
              </w:rPr>
              <w:t>价值逻辑</w:t>
            </w:r>
          </w:p>
        </w:tc>
        <w:tc>
          <w:tcPr>
            <w:tcW w:type="dxa" w:w="2209"/>
          </w:tcPr>
          <w:p>
            <w:pPr>
              <w:spacing w:after="40" w:line="240" w:lineRule="auto"/>
            </w:pPr>
            <w:r>
              <w:rPr>
                <w:b/>
                <w:sz w:val="20"/>
              </w:rPr>
              <w:t>典型案例</w:t>
            </w:r>
          </w:p>
        </w:tc>
        <w:tc>
          <w:tcPr>
            <w:tcW w:type="dxa" w:w="2209"/>
          </w:tcPr>
          <w:p>
            <w:pPr>
              <w:spacing w:after="40" w:line="240" w:lineRule="auto"/>
            </w:pPr>
            <w:r>
              <w:rPr>
                <w:b/>
                <w:sz w:val="20"/>
              </w:rPr>
              <w:t>设计要点</w:t>
            </w:r>
          </w:p>
        </w:tc>
      </w:tr>
      <w:tr>
        <w:tc>
          <w:tcPr>
            <w:tcW w:type="dxa" w:w="2209"/>
          </w:tcPr>
          <w:p>
            <w:pPr>
              <w:spacing w:after="40" w:line="240" w:lineRule="auto"/>
            </w:pPr>
            <w:r>
              <w:rPr>
                <w:sz w:val="20"/>
              </w:rPr>
              <w:t>数字化传统产品</w:t>
            </w:r>
          </w:p>
        </w:tc>
        <w:tc>
          <w:tcPr>
            <w:tcW w:type="dxa" w:w="2209"/>
          </w:tcPr>
          <w:p>
            <w:pPr>
              <w:spacing w:after="40" w:line="240" w:lineRule="auto"/>
            </w:pPr>
            <w:r>
              <w:rPr>
                <w:sz w:val="20"/>
              </w:rPr>
              <w:t>效率提升</w:t>
            </w:r>
          </w:p>
        </w:tc>
        <w:tc>
          <w:tcPr>
            <w:tcW w:type="dxa" w:w="2209"/>
          </w:tcPr>
          <w:p>
            <w:pPr>
              <w:spacing w:after="40" w:line="240" w:lineRule="auto"/>
            </w:pPr>
            <w:r>
              <w:rPr>
                <w:sz w:val="20"/>
              </w:rPr>
              <w:t>电子票务、在线预订、智能导览</w:t>
            </w:r>
          </w:p>
        </w:tc>
        <w:tc>
          <w:tcPr>
            <w:tcW w:type="dxa" w:w="2209"/>
          </w:tcPr>
          <w:p>
            <w:pPr>
              <w:spacing w:after="40" w:line="240" w:lineRule="auto"/>
            </w:pPr>
            <w:r>
              <w:rPr>
                <w:sz w:val="20"/>
              </w:rPr>
              <w:t>效率与"温度"的平衡</w:t>
            </w:r>
          </w:p>
        </w:tc>
      </w:tr>
      <w:tr>
        <w:tc>
          <w:tcPr>
            <w:tcW w:type="dxa" w:w="2209"/>
          </w:tcPr>
          <w:p>
            <w:pPr>
              <w:spacing w:after="40" w:line="240" w:lineRule="auto"/>
            </w:pPr>
            <w:r>
              <w:rPr>
                <w:sz w:val="20"/>
              </w:rPr>
              <w:t>数字原生产品</w:t>
            </w:r>
          </w:p>
        </w:tc>
        <w:tc>
          <w:tcPr>
            <w:tcW w:type="dxa" w:w="2209"/>
          </w:tcPr>
          <w:p>
            <w:pPr>
              <w:spacing w:after="40" w:line="240" w:lineRule="auto"/>
            </w:pPr>
            <w:r>
              <w:rPr>
                <w:sz w:val="20"/>
              </w:rPr>
              <w:t>价值创造</w:t>
            </w:r>
          </w:p>
        </w:tc>
        <w:tc>
          <w:tcPr>
            <w:tcW w:type="dxa" w:w="2209"/>
          </w:tcPr>
          <w:p>
            <w:pPr>
              <w:spacing w:after="40" w:line="240" w:lineRule="auto"/>
            </w:pPr>
            <w:r>
              <w:rPr>
                <w:sz w:val="20"/>
              </w:rPr>
              <w:t>VR 景区、数字藏品、AI 攻略</w:t>
            </w:r>
          </w:p>
        </w:tc>
        <w:tc>
          <w:tcPr>
            <w:tcW w:type="dxa" w:w="2209"/>
          </w:tcPr>
          <w:p>
            <w:pPr>
              <w:spacing w:after="40" w:line="240" w:lineRule="auto"/>
            </w:pPr>
            <w:r>
              <w:rPr>
                <w:sz w:val="20"/>
              </w:rPr>
              <w:t>与实地体验的互补/替代关系</w:t>
            </w:r>
          </w:p>
        </w:tc>
      </w:tr>
      <w:tr>
        <w:tc>
          <w:tcPr>
            <w:tcW w:type="dxa" w:w="2209"/>
          </w:tcPr>
          <w:p>
            <w:pPr>
              <w:spacing w:after="40" w:line="240" w:lineRule="auto"/>
            </w:pPr>
            <w:r>
              <w:rPr>
                <w:sz w:val="20"/>
              </w:rPr>
              <w:t>O2O 融合产品</w:t>
            </w:r>
          </w:p>
        </w:tc>
        <w:tc>
          <w:tcPr>
            <w:tcW w:type="dxa" w:w="2209"/>
          </w:tcPr>
          <w:p>
            <w:pPr>
              <w:spacing w:after="40" w:line="240" w:lineRule="auto"/>
            </w:pPr>
            <w:r>
              <w:rPr>
                <w:sz w:val="20"/>
              </w:rPr>
              <w:t>体验增强</w:t>
            </w:r>
          </w:p>
        </w:tc>
        <w:tc>
          <w:tcPr>
            <w:tcW w:type="dxa" w:w="2209"/>
          </w:tcPr>
          <w:p>
            <w:pPr>
              <w:spacing w:after="40" w:line="240" w:lineRule="auto"/>
            </w:pPr>
            <w:r>
              <w:rPr>
                <w:sz w:val="20"/>
              </w:rPr>
              <w:t>数字光影夜游、AR 实景游戏</w:t>
            </w:r>
          </w:p>
        </w:tc>
        <w:tc>
          <w:tcPr>
            <w:tcW w:type="dxa" w:w="2209"/>
          </w:tcPr>
          <w:p>
            <w:pPr>
              <w:spacing w:after="40" w:line="240" w:lineRule="auto"/>
            </w:pPr>
            <w:r>
              <w:rPr>
                <w:sz w:val="20"/>
              </w:rPr>
              <w:t>数字不喧宾夺主</w:t>
            </w:r>
          </w:p>
        </w:tc>
      </w:tr>
    </w:tbl>
    <w:p/>
    <w:p>
      <w:r>
        <w:t>---</w:t>
      </w:r>
    </w:p>
    <w:p>
      <w:pPr>
        <w:pStyle w:val="Heading2"/>
      </w:pPr>
      <w:r>
        <w:t>7.2 数字文旅产品的设计方法</w:t>
      </w:r>
    </w:p>
    <w:p>
      <w:pPr>
        <w:pStyle w:val="Heading3"/>
      </w:pPr>
      <w:r>
        <w:t>7.2.1 用户旅程地图</w:t>
      </w:r>
    </w:p>
    <w:p>
      <w:r>
        <w:rPr>
          <w:b/>
        </w:rPr>
        <w:t>什么是用户旅程地图。</w:t>
      </w:r>
      <w:r>
        <w:t xml:space="preserve"> 用户旅程地图（User Journey Map）是一种可视化工具，用于描述用户在使用产品或服务过程中经历的完整流程——从"产生需求"到"完成体验"的每一步，以及每一步中的行为、想法、情绪和痛点。它不是产品功能的罗列，而是从用户的视角讲述一个"故事"。</w:t>
      </w:r>
    </w:p>
    <w:p>
      <w:r>
        <w:rPr>
          <w:b/>
        </w:rPr>
        <w:t>旅程地图在文旅产品设计中的应用。</w:t>
      </w:r>
      <w:r>
        <w:t xml:space="preserve"> 以设计一款"智慧景区导览 APP"为例，用户旅程地图可能包含以下阶段：产生出游想法（刷到抖音视频）→搜索和比较（在多个平台查资料）→预订门票（在 APP 或小程序上下单）→到达景区（交通和停车）→入园（扫码或人脸识别）→游览（导览、拍照、休息、餐饮）→离园（购买纪念品）→分享（发朋友圈或写评价）。在每一个阶段，设计师需要标注用户的情绪状态（期待、困惑、兴奋、疲惫、满足等）和痛点（排队太久、导览看不懂、厕所不好找等），然后针对这些痛点设计数字解决方案。</w:t>
      </w:r>
    </w:p>
    <w:p>
      <w:r>
        <w:rPr>
          <w:b/>
        </w:rPr>
        <w:t>贵州本土案例的旅程地图。</w:t>
      </w:r>
      <w:r>
        <w:t xml:space="preserve"> 以天龙屯堡为例，一名文化深度游游客的典型旅程是：行前在网上搜索"屯堡文化"了解背景→预订门票和导览服务→到达后参观屯堡建筑→观看地戏表演→品尝屯堡美食→购买蜡染纪念品→返回后写游记。数字文旅产品设计需要嵌入这一旅程的各个环节：行前提供沉浸式的 VR 预览和知识科普，行中提供 AR 建筑解说和地戏表演的实时翻译，行后推送相关的深度阅读材料和文创产品推荐。</w:t>
      </w:r>
    </w:p>
    <w:p>
      <w:r>
        <w:rPr>
          <w:b/>
        </w:rPr>
        <w:t>设计思维：从用户出发的五步法。</w:t>
      </w:r>
      <w:r>
        <w:t xml:space="preserve"> 用户旅程地图是"设计思维"（Design Thinking）方法论中的一个关键工具。设计思维由斯坦福大学 d.school 提出，包含五个步骤：</w:t>
      </w:r>
      <w:r>
        <w:rPr>
          <w:b/>
        </w:rPr>
        <w:t>同理心</w:t>
      </w:r>
      <w:r>
        <w:t>（Empathize）——深入理解用户的需求、行为、情绪和痛点，通过访谈、观察和沉浸式体验获取第一手洞察；</w:t>
      </w:r>
      <w:r>
        <w:rPr>
          <w:b/>
        </w:rPr>
        <w:t>定义</w:t>
      </w:r>
      <w:r>
        <w:t>（Define）——将分散的用户洞察聚焦为一个清晰的问题陈述，如"文化深度游客在屯堡的最大痛点是：导游讲解太浅，无法满足对历史细节的好奇心"；</w:t>
      </w:r>
      <w:r>
        <w:rPr>
          <w:b/>
        </w:rPr>
        <w:t>构思</w:t>
      </w:r>
      <w:r>
        <w:t>（Ideate）——脑力激荡，不设限地生成大量可能的解决方案；</w:t>
      </w:r>
      <w:r>
        <w:rPr>
          <w:b/>
        </w:rPr>
        <w:t>原型</w:t>
      </w:r>
      <w:r>
        <w:t>（Prototype）——快速制作低保真度的产品原型（纸质模型、数字线框图、角色扮演等），用于测试和沟通；</w:t>
      </w:r>
      <w:r>
        <w:rPr>
          <w:b/>
        </w:rPr>
        <w:t>测试</w:t>
      </w:r>
      <w:r>
        <w:t>（Test）——将原型展示给真实用户，收集反馈，迭代改进。设计思维与传统产品开发方法的根本区别在于：不是从"我们能做什么技术"出发，而是从"用户需要什么体验"出发——先理解人，再设计产品，最后选择技术。</w:t>
      </w:r>
    </w:p>
    <w:p>
      <w:pPr>
        <w:pStyle w:val="Heading3"/>
      </w:pPr>
      <w:r>
        <w:t>7.2.2 服务蓝图</w:t>
      </w:r>
    </w:p>
    <w:p>
      <w:r>
        <w:rPr>
          <w:b/>
        </w:rPr>
        <w:t>服务蓝图与旅程地图的区别。</w:t>
      </w:r>
      <w:r>
        <w:t xml:space="preserve"> 用户旅程地图关注的是"用户看到了什么、感受到了什么"，服务蓝图（Service Blueprint）关注的则是"背后发生了什么、谁来做什么"。服务蓝图将服务过程分解为用户可见的"前台"和用户不可见的"后台"两个层面，揭示了服务交付所需的人员、流程和技术支撑。</w:t>
      </w:r>
    </w:p>
    <w:p>
      <w:r>
        <w:rPr>
          <w:b/>
        </w:rPr>
        <w:t>景区导览服务的蓝图分析。</w:t>
      </w:r>
      <w:r>
        <w:t xml:space="preserve"> 以景区导览服务为例，前台是游客看到和互动的部分——手机 APP 上的地图、语音讲解、AR 标记等。后台则是支撑这些前台体验的复杂系统——内容管理系统（编辑和发布讲解词）、用户画像系统（分析游客偏好以个性化推荐）、定位系统（获取游客位置以触发自动讲解）、评价反馈系统（收集和分析游客反馈）。服务蓝图帮助设计师理解：前台的一个小改进（如"到达景点自动播放讲解"），背后需要后台多大的技术投入。</w:t>
      </w:r>
    </w:p>
    <w:p>
      <w:r>
        <w:rPr>
          <w:b/>
        </w:rPr>
        <w:t>蓝图的实践价值。</w:t>
      </w:r>
      <w:r>
        <w:t xml:space="preserve"> 服务蓝图的实践价值在于"发现断点"——即前台体验和后台支撑之间的脱节。一个常见的断点是：APP 的讲解内容与实地标识牌不一致（因为内容管理系统没有与景区标识更新联动）；另一个常见的断点是：游客的投诉在 APP 上提交了，但后台的工单系统没有自动分配给对应的工作人员。识别和修复这些"断点"，是提升数字文旅产品服务质量的关键。</w:t>
      </w:r>
    </w:p>
    <w:p>
      <w:pPr>
        <w:pStyle w:val="Heading3"/>
      </w:pPr>
      <w:r>
        <w:t>7.2.3 最小可行产品与快速迭代</w:t>
      </w:r>
    </w:p>
    <w:p>
      <w:r>
        <w:rPr>
          <w:b/>
        </w:rPr>
        <w:t>MVP 的核心理念。</w:t>
      </w:r>
      <w:r>
        <w:t xml:space="preserve"> MVP（Minimum Viable Product，最小可行产品）是精益创业方法论的核心概念。其理念是：不要试图在第一版产品中就实现所有设想的功能，而是用最小的投入构建一个包含核心功能的"最小版本"，投入市场获取真实用户反馈，再根据反馈快速迭代优化。MVP 不是"偷工减料"，而是"聪明地试错"——在投入大量资源之前，先用低成本的方式验证最关键的假设。</w:t>
      </w:r>
    </w:p>
    <w:p>
      <w:r>
        <w:rPr>
          <w:b/>
        </w:rPr>
        <w:t>文旅产品的 MVP 实践。</w:t>
      </w:r>
      <w:r>
        <w:t xml:space="preserve"> 安顺学院智慧文旅实训项目案例库中的"AI 智慧导览与一键打卡助手"项目，就是一个典型的 MVP 设计思路。该项目的第一步不是开发完整的 APP，而是设计一张"智慧文旅卡片"——在一张数字卡片上呈现产品的核心概念、技术架构和商业模型，作为与潜在用户和投资者沟通的工具。通过卡片的反馈，团队可以快速验证"游客是否需要一键打卡功能"这个核心假设，再决定是否进入技术开发阶段。</w:t>
      </w:r>
    </w:p>
    <w:p>
      <w:r>
        <w:rPr>
          <w:b/>
        </w:rPr>
        <w:t>"快速失败，低成本学习"。</w:t>
      </w:r>
      <w:r>
        <w:t xml:space="preserve"> MVP 方法论的哲学基础是"快速失败，低成本学习"。在数字文旅产品设计中，最大的风险不是"做错了什么"，而是"花了一年时间和几百万预算做出了一个用户不需要的产品"。通过 MVP 和快速迭代，团队可以在投入失控之前及时发现方向性错误并调整。</w:t>
      </w:r>
    </w:p>
    <w:p>
      <w:pPr>
        <w:spacing w:before="80" w:after="80"/>
        <w:ind w:left="680"/>
        <w:pBdr>
          <w:left w:val="single" w:sz="12" w:color="2C7AA8"/>
        </w:pBdr>
      </w:pPr>
      <w:r>
        <w:rPr>
          <w:i/>
          <w:color w:val="555555"/>
          <w:sz w:val="22"/>
        </w:rPr>
        <w:t>知识卡片 7-1：MVP（最小可行产品）由埃里克·莱斯在《精益创业》一书中提出。其核心原则是"构建-测量-学习"循环：先构建一个最小版本的产品（Build），投入市场收集用户反馈和数据（Measure），根据学习调整产品方向（Learn），然后进入下一轮循环。在文旅领域，一个 MVP 可能不是完整的 APP，而是一份产品原型图、一个微信公众号、甚至一场线下体验活动——只要能帮助验证核心假设即可。</w:t>
      </w:r>
    </w:p>
    <w:p>
      <w:r>
        <w:t>---</w:t>
      </w:r>
    </w:p>
    <w:p>
      <w:pPr>
        <w:pStyle w:val="Heading2"/>
      </w:pPr>
      <w:r>
        <w:t>7.3 文旅 IP 的数字化开发</w:t>
      </w:r>
    </w:p>
    <w:p>
      <w:pPr>
        <w:pStyle w:val="Heading3"/>
      </w:pPr>
      <w:r>
        <w:t>7.3.1 IP 的内涵与价值</w:t>
      </w:r>
    </w:p>
    <w:p>
      <w:r>
        <w:rPr>
          <w:b/>
        </w:rPr>
        <w:t>什么是文旅 IP。</w:t>
      </w:r>
      <w:r>
        <w:t xml:space="preserve"> IP（Intellectual Property，知识产权）在文旅语境中超越了法律定义的范畴，泛指具有高辨识度、强吸引力和商业变现能力的文化符号。故宫的"萌萌哒"系列、迪士尼的米老鼠、黄果树瀑布的"中国最美瀑布"——这些都是文旅 IP。一个强大的文旅 IP 具有三个特征：辨识度高（一眼就能认出来）、情感连接强（让人产生喜爱、向往等情感）、可延展性好（可以衍生出多种产品和服务）。</w:t>
      </w:r>
    </w:p>
    <w:p>
      <w:r>
        <w:rPr>
          <w:b/>
        </w:rPr>
        <w:t>IP 的经济价值。</w:t>
      </w:r>
      <w:r>
        <w:t xml:space="preserve"> 文旅 IP 的核心经济价值在于"溢价"和"延展"。溢价是指 IP 产品可以卖出比同类非 IP 产品更高的价格——一个印有故宫 IP 的笔记本比同品质的普通笔记本贵 3 倍，消费者仍愿意购买。延展是指 IP 可以跨品类开发——黄果树 IP 不仅可以是景区门票，还可以是文创产品、影视内容、游戏场景、数字藏品等。数字技术为 IP 的延展提供了前所未有的可能性——一个景区 IP 可以在数字世界中"无限延伸"。</w:t>
      </w:r>
    </w:p>
    <w:p>
      <w:pPr>
        <w:pStyle w:val="Heading3"/>
      </w:pPr>
      <w:r>
        <w:t>7.3.2 文旅 IP 的数字化衍生</w:t>
      </w:r>
    </w:p>
    <w:p>
      <w:r>
        <w:rPr>
          <w:b/>
        </w:rPr>
        <w:t>数字藏品的 IP 变现。</w:t>
      </w:r>
      <w:r>
        <w:t xml:space="preserve"> 数字藏品（NFT）是文旅 IP 数字化衍生的最新形态。故宫、敦煌、三星堆等文化 IP 都推出了数字藏品系列，在发行后迅速售罄。数字藏品的商业逻辑是：利用区块链的"唯一性证明"和"限量发行"机制，为数字内容创造稀缺性——数字图片本身可以无限复制，但区块链上的"所有权证明"是唯一的。这种"数字稀缺性"的创造，为文旅 IP 开辟了全新的变现渠道。</w:t>
      </w:r>
    </w:p>
    <w:p>
      <w:r>
        <w:rPr>
          <w:b/>
        </w:rPr>
        <w:t>IP 的数字内容生态。</w:t>
      </w:r>
      <w:r>
        <w:t xml:space="preserve"> 数字技术还使 IP 可以融入更广泛的内容生态。一个景区 IP 可以被改编为短视频系列（抖音上的"故宫故事"）、游戏场景（《原神》中的桂林山水灵感）、虚拟人直播（AI 生成的"数字导游"）等。这些数字内容不仅直接产生收入（广告分成、版权授权），更重要的是持续扩大 IP 的知名度和影响力——一个在抖音上刷到"黄果树"视频十次的用户，比从未听说的用户预订黄果树门票的概率高出数倍。</w:t>
      </w:r>
    </w:p>
    <w:p>
      <w:r>
        <w:rPr>
          <w:b/>
        </w:rPr>
        <w:t>IP 跨界合作的数字化新模式。</w:t>
      </w:r>
      <w:r>
        <w:t xml:space="preserve"> 数字技术正在催生文旅 IP 跨界合作的新模式。"游戏+文旅"——腾讯《王者荣耀》与敦煌研究院合作推出"遇见飞天"皮肤，让数亿游戏玩家在虚拟世界中接触敦煌文化，随后敦煌景区游客量出现显著增长。"影视+文旅"——《去有风的地方》带火了大理沙溪古镇，《我的阿勒泰》掀起了新疆旅游热潮。"动漫+文旅"——日本"圣地巡礼"（动漫粉丝前往作品取景地朝圣）已发展为一个成熟的文旅细分市场，年产值超过 500 亿日元。这些跨界合作的共同特征是：文化 IP 通过数字媒介（游戏、影视、动漫）触达了远超传统旅游营销的用户群体，然后驱动这些用户"从线上走到线下"。对于贵州文旅而言，屯堡文化的"军屯"叙事天然适合游戏化改编（策略类、角色扮演类），蜡染的视觉元素天然适合文创联名（服饰、家居、文具），关键在于找到对的内容合作方和正确的叙事方式。</w:t>
      </w:r>
    </w:p>
    <w:p>
      <w:pPr>
        <w:pStyle w:val="Heading3"/>
      </w:pPr>
      <w:r>
        <w:t>7.3.3 屯堡文化 IP 的数字化开发</w:t>
      </w:r>
    </w:p>
    <w:p>
      <w:r>
        <w:rPr>
          <w:b/>
        </w:rPr>
        <w:t>屯堡文化的 IP 潜力。</w:t>
      </w:r>
      <w:r>
        <w:t xml:space="preserve"> 屯堡文化是贵州安顺独有的文化资源，具有成为强势文旅 IP 的潜力。其核心 IP 元素包括：独特的石建筑群（视觉辨识度高）、地戏面具（强烈的视觉符号）、凤阳汉装（鲜明的服饰特色）、军屯历史（深厚的文化叙事）。但目前屯堡文化 IP 的开发仍处于初级阶段——以实体旅游（参观古村落、观看地戏表演）为主，数字化衍生较为薄弱。</w:t>
      </w:r>
    </w:p>
    <w:p>
      <w:r>
        <w:rPr>
          <w:b/>
        </w:rPr>
        <w:t>数字化开发的路径建议。</w:t>
      </w:r>
      <w:r>
        <w:t xml:space="preserve"> 屯堡文化 IP 的数字化开发可以从以下几个方面切入。第一，地戏面具的数字藏品系列——将不同角色的面具进行高精度三维建模，发行限量数字藏品。第二，屯堡建筑的 VR 游览——让无法到达实地的人也能"走进"屯堡村落。第三，地戏表演的数字化记录和 AI 互动体验——用户可以通过 AI 学习地戏的基本动作和唱腔。第四，屯堡文化的 IP 联名——与游戏、动漫、文创品牌合作，将屯堡元素融入更广泛的文化产品中。这些数字化开发的共同目标，是将屯堡文化从"安顺的屯堡"变成"中国的屯堡"，从"需要专程前往才能体验"变成"随时随地可以接触"。</w:t>
      </w:r>
    </w:p>
    <w:p>
      <w:r>
        <w:t>---</w:t>
      </w:r>
    </w:p>
    <w:p>
      <w:pPr>
        <w:pStyle w:val="Heading2"/>
      </w:pPr>
      <w:r>
        <w:t>7.4 产品创新的贵州实践</w:t>
      </w:r>
    </w:p>
    <w:p>
      <w:pPr>
        <w:pStyle w:val="Heading3"/>
      </w:pPr>
      <w:r>
        <w:t>7.4.1 黄果树夜游数字化升级</w:t>
      </w:r>
    </w:p>
    <w:p>
      <w:r>
        <w:rPr>
          <w:b/>
        </w:rPr>
        <w:t>从"看瀑布"到"体验瀑布"。</w:t>
      </w:r>
      <w:r>
        <w:t xml:space="preserve"> 黄果树夜游项目的核心创新在于：将白天的"观光型"产品升级为夜间的"体验型"产品。白天，游客与瀑布的关系是"看与被看"——站在观景台上，远远地看着瀑布倾泻而下。夜晚，游客与瀑布的关系变成了"沉浸与互动"——走进光影之中，瀑布的水雾打在脸上，光影在身旁流动。这种关系的变化，将"我去过黄果树"升级为"我体验过黄果树"。</w:t>
      </w:r>
    </w:p>
    <w:p>
      <w:r>
        <w:rPr>
          <w:b/>
        </w:rPr>
        <w:t>数字技术在夜游中的角色。</w:t>
      </w:r>
      <w:r>
        <w:t xml:space="preserve"> 数字投影、激光、LED 灯光、音响系统——这些数字技术不是夜游项目的"噱头"，而是体验的核心载体。技术方案的难点在于：如何在保护自然景观的前提下，实现震撼的视觉效果？如何让光影与瀑布的水流、雾气、声响自然融合而非生硬拼接？如何根据季节变化（丰水期/枯水期）调整光影内容？这些问题的解答，需要技术团队与景区运营团队的深度协作。</w:t>
      </w:r>
    </w:p>
    <w:p>
      <w:pPr>
        <w:pStyle w:val="Heading3"/>
      </w:pPr>
      <w:r>
        <w:t>7.4.2 天龙屯堡沉浸式体验</w:t>
      </w:r>
    </w:p>
    <w:p>
      <w:r>
        <w:rPr>
          <w:b/>
        </w:rPr>
        <w:t>从"参观遗址"到"穿越历史"。</w:t>
      </w:r>
      <w:r>
        <w:t xml:space="preserve"> 天龙屯堡作为明代军屯的活态遗存，其核心价值在于"历史在场感"——走在石板路上，看着石墙石瓦，仿佛回到了六百年前。但传统的参观方式（跟着导游走一遍、拍几张照片）很难让游客真正"进入"历史情境。沉浸式体验项目可以改变这一状况：通过 AR 技术，在石墙上叠加明代士兵巡逻的影像；通过声音设计，在古巷中回响当年的军号声和马蹄声；通过角色扮演，让游客"化身"为明代屯军，完成一次"守城任务"。</w:t>
      </w:r>
    </w:p>
    <w:p>
      <w:r>
        <w:rPr>
          <w:b/>
        </w:rPr>
        <w:t>技术与人文本的融合。</w:t>
      </w:r>
      <w:r>
        <w:t xml:space="preserve"> 天龙屯堡的数字化开发必须遵循一个原则：技术为人文服务，而非反之。屯堡的核心吸引力在于其真实的历史厚重感和生活气息——如果 AR 特效做得太"炫"、太"假"，反而会破坏这种真实感。好的沉浸式设计应该是"隐身"的——游客被体验所吸引，几乎感觉不到技术的存在。</w:t>
      </w:r>
    </w:p>
    <w:p>
      <w:pPr>
        <w:pStyle w:val="Heading3"/>
      </w:pPr>
      <w:r>
        <w:t>7.4.3 安顺蜡染数字化体验工坊</w:t>
      </w:r>
    </w:p>
    <w:p>
      <w:r>
        <w:rPr>
          <w:b/>
        </w:rPr>
        <w:t>从"看别人做"到"自己做"。</w:t>
      </w:r>
      <w:r>
        <w:t xml:space="preserve"> 安顺是"蜡染之乡"，但传统蜡染体验多停留在"观看手工艺人制作"的层面，游客的参与度有限。数字化体验工坊可以改变这一模式：游客在平板电脑上设计自己的蜡染图案（数字绘图），AI 辅助优化图案的对称性和美观度（智能设计），图案通过数字投影投射到白布上（辅助定位），游客按照投影的引导完成绘制和染色（实际操作）。这一流程降低了蜡染的技术门槛（AI 辅助设计解决了"画不好"的问题），同时保留了手工制作的成就感（染色环节仍然是亲手完成的）。</w:t>
      </w:r>
    </w:p>
    <w:p>
      <w:r>
        <w:rPr>
          <w:b/>
        </w:rPr>
        <w:t>数字技术对非遗传承的价值。</w:t>
      </w:r>
      <w:r>
        <w:t xml:space="preserve"> 安顺蜡染数字化体验工坊的意义不仅在于旅游体验创新，还在于非遗传承。传统蜡染技艺的传承面临"后继乏人"的困境——年轻人觉得学艺周期长、收入不稳定。数字化工坊提供了一条中间路径：不是让每个人都成为蜡染大师，而是让更多人通过"轻体验"接触和了解蜡染文化，在广泛的人群中培养潜在的深度学习者。</w:t>
      </w:r>
    </w:p>
    <w:p>
      <w:r>
        <w:t>---</w:t>
      </w:r>
    </w:p>
    <w:p>
      <w:pPr>
        <w:pStyle w:val="Heading3"/>
      </w:pPr>
      <w:r>
        <w:t>7.4.4 数字文旅产品的用户体验设计</w:t>
      </w:r>
    </w:p>
    <w:p>
      <w:r>
        <w:t>数字文旅产品的成功与否，最终取决于用户体验质量。Guo等（2021）对沉浸式数字博物馆的实证研究发现，多感官线索（视觉、听觉、触觉）的协同设计显著提升游客的沉浸感和满意度。这一发现对数字文旅产品设计具有重要启示。</w:t>
      </w:r>
    </w:p>
    <w:p>
      <w:r>
        <w:rPr>
          <w:b/>
        </w:rPr>
        <w:t>体验设计的五个层级。</w:t>
      </w:r>
      <w:r>
        <w:t xml:space="preserve"> 数字文旅产品体验可以从五个层级进行设计：感官层（视觉、听觉刺激）、交互层（操作反馈、导航逻辑）、情感层（故事性、情感共鸣）、认知层（知识获取、意义建构）、社交层（分享、协作、竞争）。优秀产品应同时覆盖多个层级，避免仅停留在感官刺激层面。</w:t>
      </w:r>
    </w:p>
    <w:p>
      <w:r>
        <w:rPr>
          <w:b/>
        </w:rPr>
        <w:t>个性化与规模化的平衡。</w:t>
      </w:r>
      <w:r>
        <w:t xml:space="preserve"> 数字技术使得大规模个性化成为可能——通过AI推荐算法为不同游客提供定制化内容。然而，Zhang（2024）基于计划行为理论的研究指出，个性化推荐的效果受游客数字素养和技术接受度的影响，过度个性化可能引发"信息茧泡"效应。产品设计需在个性化与探索性之间取得平衡。</w:t>
      </w:r>
    </w:p>
    <w:p>
      <w:r>
        <w:rPr>
          <w:b/>
        </w:rPr>
        <w:t>贵州实践案例。</w:t>
      </w:r>
      <w:r>
        <w:t xml:space="preserve"> 安顺地戏数字活化产品通过"数字还原+互动体验+知识科普"的三层设计，实现了非遗文化的创造性转化。黄果树夜游数字光影项目则通过"自然景观+数字技术+文化叙事"的融合设计，创造了差异化夜间旅游体验。这两个案例展示了用户体验设计在数字文旅产品创新中的关键作用。</w:t>
      </w:r>
    </w:p>
    <w:p>
      <w:pPr>
        <w:spacing w:before="80" w:after="80"/>
        <w:ind w:left="680"/>
        <w:pBdr>
          <w:left w:val="single" w:sz="12" w:color="2C7AA8"/>
        </w:pBdr>
      </w:pPr>
      <w:r>
        <w:rPr>
          <w:i/>
          <w:color w:val="555555"/>
          <w:sz w:val="22"/>
        </w:rPr>
        <w:t>知识卡片 7-1：沉浸式体验的"心流"理论。心理学家Csikszentmihalyi提出的"心流"（Flow）理论是理解沉浸式文旅体验的核心框架。当游客的技能水平与挑战难度匹配时，会进入高度专注、忘我投入的"心流"状态。数字技术通过多感官刺激和互动机制设计，能够有效创造心流条件。黄果树夜游数字光影项目正是通过声光电的精准编排，让游客进入沉浸式心流体验。</w:t>
      </w:r>
    </w:p>
    <w:p>
      <w:pPr>
        <w:pStyle w:val="Heading2"/>
      </w:pPr>
      <w:r>
        <w:t>案例：安顺蜡染数字化体验工坊——安顺蜡染作为国家级非物质文化遗产，其数字化体验工坊通过3D扫描技术采集传统蜡染纹样，建立纹样数字资源库。游客可在工坊中使用AR设备观看蜡染制作工艺的全息演示，并通过数字绘图工具进行个性化蜡染纹样设计，最终通过数字印花技术制作实体文创产品。该案例展示了非遗文化IP的数字化开发路径：从数字化采集到互动体验再到产品定制，形成完整的价值链条。</w:t>
      </w:r>
    </w:p>
    <w:p>
      <w:r>
        <w:rPr>
          <w:b/>
        </w:rPr>
        <w:t>思政融入</w:t>
      </w:r>
      <w:r>
        <w:t>：以人民为中心的产品设计——数字文旅产品创新应关注不同群体的数字鸿沟问题，确保老年人、残障人士等弱势群体也能享受数字文旅服务。产品设计应体现包容性理念，让技术进步惠及全体人民。</w:t>
      </w:r>
    </w:p>
    <w:p>
      <w:pPr>
        <w:pStyle w:val="Heading2"/>
      </w:pPr>
      <w:r>
        <w:t>数字文旅产品创新的方法论与流程</w:t>
      </w:r>
    </w:p>
    <w:p>
      <w:pPr>
        <w:pStyle w:val="Heading3"/>
      </w:pPr>
      <w:r>
        <w:t>设计思维在文旅产品创新中的应用</w:t>
      </w:r>
    </w:p>
    <w:p>
      <w:r>
        <w:t>设计思维（Design Thinking）是一种以用户为中心的创新方法论，强调通过同理心理解用户需求、通过创意发想探索解决方案、通过快速原型验证假设。在数字文旅产品创新中，设计思维的应用遵循「理解-定义-构思-原型-测试」五步流程。</w:t>
      </w:r>
    </w:p>
    <w:p>
      <w:r>
        <w:t>在理解阶段，产品团队通过深度访谈、影子观察、情境调查等方法深入理解游客的真实需求和痛点。例如，贵州某景区在开发智慧导览产品时，团队跟随不同类型的游客（家庭游客、老年游客、外国游客）进行全天观察，发现老年游客在使用手机导览时存在字体太小、操作复杂等问题，外国游客则面临语言障碍和文化理解困难。</w:t>
      </w:r>
    </w:p>
    <w:p>
      <w:r>
        <w:t>在定义阶段，团队将观察到的洞察转化为具体的设计问题。上述案例中，团队定义了三个核心设计问题：如何让导览界面适合老年人的视觉和操作习惯？如何让外国游客理解中国文化的独特内涵？如何在有限的屏幕空间内呈现丰富的导览信息？</w:t>
      </w:r>
    </w:p>
    <w:p>
      <w:r>
        <w:t>在构思阶段，团队通过头脑风暴、类比创新等方法生成多种解决方案。针对老年游客，团队提出了「语音优先」的导览模式，游客可通过语音指令获取导览信息，无需阅读小字。针对外国游客，团队设计了「文化背景卡片」功能，在景点介绍旁附注文化背景解释。针对信息密度问题，团队设计了「渐进式信息披露」机制，先展示概要信息，游客点击后展开详细内容。</w:t>
      </w:r>
    </w:p>
    <w:p>
      <w:r>
        <w:t>在原型和测试阶段，团队快速制作低保真原型，邀请目标用户进行测试，收集反馈并迭代改进。经过三轮迭代，最终产品的老年用户满意度从65%提升至88%，外国用户满意度从58%提升至82%。</w:t>
      </w:r>
    </w:p>
    <w:p>
      <w:pPr>
        <w:pStyle w:val="Heading3"/>
      </w:pPr>
      <w:r>
        <w:t>敏捷开发与持续迭代</w:t>
      </w:r>
    </w:p>
    <w:p>
      <w:r>
        <w:t>数字文旅产品的开发应采用敏捷方法论，通过小步快跑、持续迭代的方式降低开发风险和提升产品市场适配度。敏捷开发的核心实践包括：短周期迭代（通常2-4周为一个Sprint）、每日站会同步进展、持续集成和持续部署（CI/CD）、用户反馈驱动的优先级排序等。</w:t>
      </w:r>
    </w:p>
    <w:p>
      <w:r>
        <w:t>「一码游贵州」平台采用敏捷开发模式，每两周发布一个版本。平台建立了用户反馈收集机制，通过APP内反馈入口、客服热线、社交媒体监测等多渠道收集用户意见，按优先级排序后纳入下一轮迭代计划。平台上线两年间累计发布了52个版本，新增功能超过200项，修复问题超过1000个，体现了持续迭代的产品进化能力。</w:t>
      </w:r>
    </w:p>
    <w:p>
      <w:pPr>
        <w:pStyle w:val="Heading3"/>
      </w:pPr>
      <w:r>
        <w:t>数据驱动的产品优化</w:t>
      </w:r>
    </w:p>
    <w:p>
      <w:r>
        <w:t>数字文旅产品的优化应基于数据而非直觉。产品团队需要建立完整的数据分析体系，包括：用户行为分析（浏览路径、停留时长、转化漏斗等）、产品性能分析（加载速度、崩溃率、API响应时间等）和业务指标分析（订单量、客单价、复购率等）。</w:t>
      </w:r>
    </w:p>
    <w:p>
      <w:r>
        <w:t>A/B测试是数据驱动产品优化的核心方法。平台同时向两组用户展示不同版本的产品设计，通过统计比较两组用户的行为差异来判断哪种设计更优。「一码游贵州」平台在优化景区推荐算法时，通过A/B测试发现：基于协同过滤的推荐算法相比基于热门排序的算法，点击率提升了23%，转化率提升了15%。但在推荐多样性方面，协同过滤算法的推荐覆盖景区数仅为热门排序算法的60%。基于这一发现，团队设计了混合推荐策略，在准确性和多样性之间取得了平衡。</w:t>
      </w:r>
    </w:p>
    <w:p>
      <w:pPr>
        <w:pStyle w:val="Heading2"/>
      </w:pPr>
      <w:r>
        <w:t>数字文旅产品创新的贵州实践</w:t>
      </w:r>
    </w:p>
    <w:p>
      <w:pPr>
        <w:pStyle w:val="Heading3"/>
      </w:pPr>
      <w:r>
        <w:t>「一码游贵州」产品迭代历程</w:t>
      </w:r>
    </w:p>
    <w:p>
      <w:r>
        <w:t>「一码游贵州」自2020年上线以来，经历了从「票务工具」到「综合平台」再到「智能助手」的三次产品升级。第一版（2020年）聚焦解决景区扫码购票的基本需求，功能简洁但覆盖面有限。第二版（2021-2022年）扩展为综合服务平台，增加了酒店预订、交通查询、特产购物、行程规划等功能，形成了「吃住行游购娱」全链条服务能力。第三版（2023年至今）引入AI能力，推出了智能客服、个性化推荐、语音导览等智能化功能，向「智能助手」方向演进。</w:t>
      </w:r>
    </w:p>
    <w:p>
      <w:r>
        <w:t>每一次产品迭代都基于对用户需求和市场变化的深入洞察。第二版的扩展源于对用户行为的分析——数据显示，超过60%的购票用户在购买门票后会搜索附近酒店和餐饮信息，说明用户需求是全链条的而非单一票务。第三版的智能化升级则源于对技术趋势和用户期望的判断——大语言模型的突破使自然语言交互成为可能，年轻用户群体对AI助手有较高的接受度和期待。</w:t>
      </w:r>
    </w:p>
    <w:p>
      <w:pPr>
        <w:pStyle w:val="Heading3"/>
      </w:pPr>
      <w:r>
        <w:t>贵州特色数字文旅产品案例</w:t>
      </w:r>
    </w:p>
    <w:p>
      <w:r>
        <w:t>贵州依托独特的自然资源和民族文化资源，开发了一系列特色数字文旅产品。这些产品体现了「文化为魂、技术为翼」的创新理念。</w:t>
      </w:r>
    </w:p>
    <w:p>
      <w:r>
        <w:t>黄果树夜游数字光影项目是将自然景观与数字技术融合的创新产品。项目通过3D投影技术将黄果树瀑布在夜间转化为光影画布，投射苗族创世神话和贵州山水画卷，创造了「日观瀑布、夜赏光影」的全天候游览体验。该项目使黄果树景区夜间游客量从日均不足200人增长至日均2000+人，显著提升了景区的综合收益。</w:t>
      </w:r>
    </w:p>
    <w:p>
      <w:r>
        <w:t>安顺蜡染数字体验工坊是将非遗文化与交互技术融合的创新产品。工坊通过3D扫描技术采集传统蜡染纹样，建立纹样数字资源库。游客可在工坊中使用AR设备观看蜡染制作工艺的全息演示，并通过数字绘图工具进行个性化蜡染纹样设计，最终通过数字印花技术制作实体文创产品。该产品实现了从文化展示到互动体验到产品定制的完整价值链。</w:t>
      </w:r>
    </w:p>
    <w:p>
      <w:r>
        <w:t>西江千户苗寨元宇宙体验空间是将民族文化与虚拟现实融合的创新产品。游客佩戴VR设备后，可以「穿越」到虚拟的苗寨空间中，参与苗年节庆典、学习苗族刺绣技艺、聆听侗族大歌表演。该产品突破了物理空间的限制，使更多游客能够体验苗族文化，同时也减少了物理客流对苗寨社区的生活干扰。</w:t>
      </w:r>
    </w:p>
    <w:p>
      <w:r>
        <w:rPr>
          <w:b/>
        </w:rPr>
        <w:t>思政融入</w:t>
      </w:r>
      <w:r>
        <w:t>：数字文旅产品创新应坚持以人民为中心的设计理念。产品设计应关注不同群体的需求差异，确保老年人、残障人士、低收入群体等弱势群体也能享受数字文旅服务。同时，产品创新应尊重民族文化，避免文化挪用和商业化扭曲，在创新中守护文化的本真性和神圣性。贵州在数字文旅产品创新中，始终将文化保护放在首位，在保护中开发、在开发中传承，体现了对中华优秀传统文化的敬畏与热爱。</w:t>
      </w:r>
    </w:p>
    <w:p>
      <w:pPr>
        <w:pStyle w:val="Heading2"/>
      </w:pPr>
      <w:r>
        <w:t>数字文旅产品的用户研究与体验设计</w:t>
      </w:r>
    </w:p>
    <w:p>
      <w:pPr>
        <w:pStyle w:val="Heading3"/>
      </w:pPr>
      <w:r>
        <w:t>旅游用户研究的特殊性与方法</w:t>
      </w:r>
    </w:p>
    <w:p>
      <w:r>
        <w:t>旅游用户研究与一般产品用户研究相比具有独特性。旅游消费具有低频高参与特征——游客每年可能只进行1-2次旅游活动，但每次投入大量的时间、金钱和情感。这种低频高参与特征使得游客在决策过程中更加谨慎，也使得旅游用户体验的影响更加深远（一次糟糕的旅游体验可能影响游客对该目的地的终身态度）。</w:t>
      </w:r>
    </w:p>
    <w:p>
      <w:r>
        <w:t>旅游体验的另一个特殊性是情境依赖性。同一产品在不同旅游情境下可能产生截然不同的体验——在阳光明媚的清晨和阴雨绵绵的午后游览同一景区，体验感可能天差地别。这意味着旅游用户研究必须在真实或模拟的旅游情境中进行，不能简单地在实验室环境中得出结论。</w:t>
      </w:r>
    </w:p>
    <w:p>
      <w:r>
        <w:t>贵州旅游用户研究常用的方法包括：伴随式观察——研究员全程跟随游客游览，实时记录游客的行为、表情和言语。日记研究——游客在游览过程中用手机记录实时感受和评价。游览后访谈——游览结束后进行深度访谈，了解游客的整体感受和改进建议。社交媒体分析——分析游客在抖音、小红书等平台发布的UGC内容，提取体验评价和情感倾向。生理数据采集——通过可穿戴设备采集游客的心率、皮肤电导等生理数据，客观评估情绪状态。</w:t>
      </w:r>
    </w:p>
    <w:p>
      <w:pPr>
        <w:pStyle w:val="Heading3"/>
      </w:pPr>
      <w:r>
        <w:t>体验地图在文旅产品设计中的应用</w:t>
      </w:r>
    </w:p>
    <w:p>
      <w:r>
        <w:t>体验地图是用户研究的重要工具，它将游客的完整旅游体验拆解为若干阶段，分析每个阶段的触点、行为、痛点和机会点。数字文旅产品的体验地图通常包括以下阶段：行前（需求认知→信息搜索→决策预订）、行中（交通→住宿→游览→餐饮→购物）、行后（分享→评价→回忆）。</w:t>
      </w:r>
    </w:p>
    <w:p>
      <w:r>
        <w:t>贵州西江千户苗寨的体验地图分析揭示了一个有趣的发现：游客的体验低谷出现在「入园排队」和「寻找停车位」两个触点，而非游览过程中。这一发现促使景区优先解决了入园效率和停车管理问题——通过分时预约减少排队、通过智能停车系统引导车辆停放，显著提升了游客的整体体验评分。</w:t>
      </w:r>
    </w:p>
    <w:p>
      <w:r>
        <w:t>数字技术在体验地图的每个阶段都可以创造价值。行前阶段，AI推荐和VR预览帮助游客做出更好的决策。行中阶段，智能导览、实时信息和移动支付提升游览便捷性。行后阶段，自动生成旅游日记和一键分享功能增强回忆和传播。贵州数字文旅产品的设计遵循「全旅程体验优化」原则，确保每个触点都有相应的数字化解决方案。</w:t>
      </w:r>
    </w:p>
    <w:p>
      <w:pPr>
        <w:pStyle w:val="Heading3"/>
      </w:pPr>
      <w:r>
        <w:t>无障碍设计与包容性体验</w:t>
      </w:r>
    </w:p>
    <w:p>
      <w:r>
        <w:t>数字文旅产品的设计应考虑不同能力群体的需求，实现无障碍和包容性体验。视觉障碍游客需要语音导览和触觉地图。听觉障碍游客需要文字字幕和手语视频。行动不便游客需要无障碍路线推荐和设施信息。认知障碍游客需要简化界面和清晰指引。</w:t>
      </w:r>
    </w:p>
    <w:p>
      <w:r>
        <w:t>贵州黄果树景区在智慧导览APP中加入了无障碍功能模块。针对视觉障碍游客，提供了详细的语音描述功能，每个景点配有5-10分钟的语音解说，描述景点的视觉特征和空间布局。针对听觉障碍游客，所有视频内容配有中文字幕，关键信息提供手语视频翻译。针对行动不便游客，APP提供了无障碍路线地图，标注了无障碍通道、电梯位置和休息区域。这些无障碍功能使黄果树景区获得了「全国无障碍旅游示范景区」称号。</w:t>
      </w:r>
    </w:p>
    <w:p>
      <w:r>
        <w:rPr>
          <w:b/>
        </w:rPr>
        <w:t>知识卡片</w:t>
      </w:r>
      <w:r>
        <w:t>：包容性设计是一种设计理念，强调产品设计应尽可能满足不同年龄、能力、文化背景和情境的用户需求。包容性设计的核心原则包括：公平使用（不同能力的人都能方便使用）、灵活使用（适应不同偏好和能力）、简单直观（易于理解和使用）、信息可感知（不同感官能力的人都能获取信息）、容错性（减少误操作的风险和后果）、低体力消耗（可高效舒适地使用）、适当尺寸和空间（适合不同体型和姿势的人使用）。这七项原则已成为数字文旅产品无障碍设计的指导框架。</w:t>
      </w:r>
    </w:p>
    <w:p>
      <w:pPr>
        <w:pStyle w:val="Heading2"/>
      </w:pPr>
      <w:r>
        <w:t>数字文旅产品的市场分析与商业模式创新</w:t>
      </w:r>
    </w:p>
    <w:p>
      <w:pPr>
        <w:pStyle w:val="Heading3"/>
      </w:pPr>
      <w:r>
        <w:t>数字文旅产品的市场细分</w:t>
      </w:r>
    </w:p>
    <w:p>
      <w:r>
        <w:t>数字文旅产品的市场细分可以从多个维度进行。按用户类型细分，数字文旅产品面向散客（需求个性化、决策自主化）、团队游客（需求标准化、决策集中化）、商务旅客（需求高效化、服务专业化）和研学群体（需求教育性、内容深度化）等不同用户群体。按场景类型细分，包括行前决策场景（信息搜索、产品比较、预订支付）、行中体验场景（导览导航、即时服务、社交分享）和行后回顾场景（评价分享、回忆整理、忠诚度维护）。</w:t>
      </w:r>
    </w:p>
    <w:p>
      <w:r>
        <w:t>贵州数字文旅产品的市场分析显示，「一码游贵州」平台的用户中，散客占比76%（其中Z世代占42%、银发族占12%），团队游客占比15%，商务旅客占比6%，研学群体占比3%。这一用户结构反映了旅游散客化和年轻化的趋势，也提示了银发族和研学群体是潜在的增长市场。</w:t>
      </w:r>
    </w:p>
    <w:p>
      <w:pPr>
        <w:pStyle w:val="Heading3"/>
      </w:pPr>
      <w:r>
        <w:t>数字文旅产品的定价策略</w:t>
      </w:r>
    </w:p>
    <w:p>
      <w:r>
        <w:t>数字文旅产品的定价策略与传统旅游产品有显著差异。数字产品的边际成本接近于零（多一个用户使用APP几乎不增加成本），这为灵活定价提供了空间。常见的定价策略包括：免费策略——基础功能免费，通过广告和增值服务盈利。freemium策略——基础版免费，高级版付费。订阅制——用户按月或按年付费获取持续服务。按次付费——用户按使用次数付费。</w:t>
      </w:r>
    </w:p>
    <w:p>
      <w:r>
        <w:t>「一码游贵州」平台采用了「免费基础服务+付费增值服务」的freemium策略。基础的景区信息浏览、票务预订和简单导览功能免费向所有用户开放。高级的AI行程规划、专业语音导览和VIP优先通道等增值服务需要付费购买。这种定价策略既保障了数字文旅服务的普惠性，又为平台创造了可持续的收入来源。</w:t>
      </w:r>
    </w:p>
    <w:p>
      <w:pPr>
        <w:pStyle w:val="Heading3"/>
      </w:pPr>
      <w:r>
        <w:t>数字文旅产品的品牌建设</w:t>
      </w:r>
    </w:p>
    <w:p>
      <w:r>
        <w:t>数字文旅产品的品牌建设需要超越功能层面，建立情感连接和文化认同。成功的数字文旅品牌不仅是工具，更是旅游体验的一部分和目的地文化的传播载体。「一码游贵州」品牌建设遵循了「三个一」策略：一个鲜明标识——设计了具有苗族文化元素的平台LOGO和视觉体系。一个清晰定位——定位为「贵州旅游的官方智慧服务平台」，强调权威性和本地化。一个情感故事——通过「多彩贵州·智慧同行」的品牌叙事，传达技术服务于人的温暖理念。</w:t>
      </w:r>
    </w:p>
    <w:p>
      <w:r>
        <w:t>品牌传播方面，「一码游贵州」采取了线上线下融合的传播策略。线上通过社交媒体营销、KOL合作和内容营销扩大知名度。线下在景区、机场、酒店等旅游场景设置品牌展示和推广点，在游客实际旅游过程中建立品牌认知。品牌运营两年后，「一码游贵州」在贵州本地市场的品牌认知度达到78%，用户满意度达到4.3分，成为贵州数字文旅的第一品牌。</w:t>
      </w:r>
    </w:p>
    <w:p>
      <w:pPr>
        <w:pStyle w:val="Heading2"/>
      </w:pPr>
      <w:r>
        <w:t>数字文旅产品的用户测试与迭代优化</w:t>
      </w:r>
    </w:p>
    <w:p>
      <w:pPr>
        <w:pStyle w:val="Heading3"/>
      </w:pPr>
      <w:r>
        <w:t>用户测试方法论</w:t>
      </w:r>
    </w:p>
    <w:p>
      <w:r>
        <w:t>数字文旅产品的用户测试应采用多种方法组合，确保全面捕捉用户体验问题。可用性测试邀请目标用户在受控环境中完成特定任务，观察用户的操作过程，记录遇到的问题和困惑。贵州师范大学可用性测试实验室配备了眼动追踪设备，可以记录用户在操作APP时的视线轨迹，分析用户注意力的分布和转移模式。眼动追踪数据显示，用户在使用旅游APP时，注意力首先集中在图片区域（占注视时间的45%），其次是价格信息（占25%），最后才是文字描述（占15%）。这一发现促使贵州旅游APP优化了图片展示和价格信息的视觉层次。</w:t>
      </w:r>
    </w:p>
    <w:p>
      <w:r>
        <w:t>A/B测试是在真实环境中比较不同设计方案效果的方法。贵州「一码游贵州」平台在优化景区详情页时，同时向两组用户展示不同版本——A版本采用大图+简述的设计，B版本采用小图+详述的设计。经过两周的测试，A版本的页面停留时间比B版本长20%，但B版本的预订转化率比A版本高15%。基于这一发现，平台采用了「大图吸引+简述概览+详述决策」的分层设计——首屏用大图吸引用户注意，简述提供概要信息，点击后展开详细信息辅助决策。</w:t>
      </w:r>
    </w:p>
    <w:p>
      <w:r>
        <w:t>远程用户测试利用屏幕共享和远程访谈技术，在用户真实使用环境中进行测试。这种方法能够捕捉到实验室环境中难以复现的真实使用场景，如在景区阳光直射下使用手机导览、在嘈杂环境中使用语音搜索等。贵州旅游APP的远程测试发现，在户外强光环境下，APP的白色背景导致屏幕反光严重，用户难以看清内容。基于这一发现，APP增加了「户外模式」，自动切换为高对比度的深色主题。</w:t>
      </w:r>
    </w:p>
    <w:p>
      <w:pPr>
        <w:pStyle w:val="Heading3"/>
      </w:pPr>
      <w:r>
        <w:t>产品迭代的管理框架</w:t>
      </w:r>
    </w:p>
    <w:p>
      <w:r>
        <w:t>数字文旅产品的迭代优化需要系统化的管理框架。贵州「一码游贵州」平台采用了「双周迭代+季度大版本」的迭代节奏。双周迭代主要修复bug和优化细节，季度大版本主要发布新功能和重大改进。</w:t>
      </w:r>
    </w:p>
    <w:p>
      <w:r>
        <w:t>迭代管理框架包括四个核心环节。需求收集——通过用户反馈、数据分析、竞品分析和业务需求等渠道收集产品改进需求，统一录入需求池。需求排序——根据用户影响面（影响多少用户）、业务价值（对核心指标的贡献）和实现成本（开发资源和时间）对需求进行优先级排序。开发和测试——高优先级需求纳入迭代计划，开发和测试团队协作完成功能开发和质量保证。发布和评估——新功能上线后持续监测核心指标变化，评估功能效果，收集用户反馈，为下一轮迭代提供输入。</w:t>
      </w:r>
    </w:p>
    <w:p>
      <w:r>
        <w:t>这一管理框架的关键成功因素是数据驱动决策——所有产品决策都基于数据而非主观判断。平台建立了完整的数据指标体系，包括获客指标（新用户数、获客成本）、活跃指标（DAU、MAU、留存率）、转化指标（预订转化率、支付成功率）和体验指标（页面加载时间、APP崩溃率、满意度评分）。每个功能上线后都需要评估其对核心指标的影响，只有正面影响显著的功能才会保留。</w:t>
      </w:r>
    </w:p>
    <w:p>
      <w:pPr>
        <w:pStyle w:val="Heading2"/>
      </w:pPr>
      <w:r>
        <w:t>数字文旅产品的创新生态与孵化机制</w:t>
      </w:r>
    </w:p>
    <w:p>
      <w:pPr>
        <w:pStyle w:val="Heading3"/>
      </w:pPr>
      <w:r>
        <w:t>创新生态的构建路径</w:t>
      </w:r>
    </w:p>
    <w:p>
      <w:r>
        <w:t>数字文旅产品创新需要一个健康的创新生态系统支撑。创新生态系统由创新主体（企业、高校、研究机构）、创新资源（资金、人才、数据、技术）和创新环境（政策、文化、基础设施）三个要素构成。贵州正在构建以贵阳大数据产业基地为核心、以贵州师范大学等高校为智力支撑、以「一码游贵州」等平台为应用场景的数字文旅创新生态。</w:t>
      </w:r>
    </w:p>
    <w:p>
      <w:r>
        <w:t>创新生态的构建路径包括：建设创新基础设施——贵阳大数据产业基地提供了数据中心、云计算平台和测试环境等创新基础设施，降低了创新者的技术门槛。设立创新基金——贵州省设立了数字文旅创新基金，为创新项目提供种子资金和天使投资。开放应用场景——「一码游贵州」平台开放API接口和数据资源，为创新者提供真实的应用场景和数据支撑。搭建交流平台——定期举办数字文旅创新大赛、黑客松和行业论坛，促进创新者之间的交流和合作。</w:t>
      </w:r>
    </w:p>
    <w:p>
      <w:pPr>
        <w:pStyle w:val="Heading3"/>
      </w:pPr>
      <w:r>
        <w:t>产品的孵化与加速机制</w:t>
      </w:r>
    </w:p>
    <w:p>
      <w:r>
        <w:t>贵州数字文旅产品孵化器为创新项目提供从创意到产品的全链条孵化服务。孵化服务包括：创意验证——帮助创新者验证产品创意的市场需求和技术可行性。原型开发——提供技术资源和开发工具，帮助创新者快速构建产品原型。市场测试——在「一码游贵州」平台上进行小范围市场测试，收集用户反馈。商业模式设计——帮助创新者设计可持续的商业模式和盈利方案。融资对接——为成熟项目对接风险投资和产业资本。</w:t>
      </w:r>
    </w:p>
    <w:p>
      <w:r>
        <w:t>孵化器的运营数据显示，数字文旅创新项目的成功率约为25%（从进入孵化器到成功市场化），高于一般创新创业项目的15%成功率。成功项目通常具有以下特征：解决了真实的用户痛点（而非「伪需求」）、技术方案与旅游场景高度匹配、团队具备跨学科能力、商业模式清晰可行。</w:t>
      </w:r>
    </w:p>
    <w:p>
      <w:pPr>
        <w:pStyle w:val="Heading3"/>
      </w:pPr>
      <w:r>
        <w:t>典型创新产品案例分析</w:t>
      </w:r>
    </w:p>
    <w:p>
      <w:r>
        <w:t>「苗寨AR导览」是一个成功孵化的数字文旅创新产品。该项目由贵州师范大学数字文旅专业学生团队发起，创意来源于对西江千户苗寨游客的实地调研——调研发现游客对苗族建筑和文化的理解不足，传统文字导览难以满足需求。团队开发的AR导览应用通过手机摄像头识别苗寨建筑，在屏幕上叠加显示建筑的名称、历史和文化解读。应用还包含互动功能——游客可以「收集」不同类型的苗族建筑，完成收集后获得数字徽章奖励。</w:t>
      </w:r>
    </w:p>
    <w:p>
      <w:r>
        <w:t>该项目在孵化器中完成了从创意到产品的全流程。创意验证阶段通过100份游客问卷确认了市场需求。原型开发阶段利用AR开发工具包在两周内完成了MVP版本。市场测试阶段在「一码游贵州」平台上进行了一个月的测试，收集了5000+用户的使用数据和反馈。商业模式设计阶段确定了「基础功能免费+高级功能付费」的freemium模式。融资对接阶段获得了50万元天使投资。目前该应用已有超过10万用户，月活跃用户3万+，已成为西江千户苗寨的官方推荐导览工具。</w:t>
      </w:r>
    </w:p>
    <w:p>
      <w:pPr>
        <w:pStyle w:val="Heading3"/>
      </w:pPr>
      <w:r>
        <w:t>创新失败的案例与教训</w:t>
      </w:r>
    </w:p>
    <w:p>
      <w:r>
        <w:t>并非所有创新项目都能成功。贵州数字文旅孵化器中约75%的项目未能实现市场化，分析失败案例可以提炼有价值的教训。</w:t>
      </w:r>
    </w:p>
    <w:p>
      <w:r>
        <w:t>「旅游社交平台」项目的失败原因是市场需求判断错误——团队认为游客需要一个专门的旅游社交平台分享体验，但实际上游客更倾向于使用已有的社交媒体（微信朋友圈、抖音、小红书）分享旅游内容，而非使用一个全新的社交平台。教训：不要试图替代用户已经习惯使用的平台，而应该在已有平台上提供服务。</w:t>
      </w:r>
    </w:p>
    <w:p>
      <w:r>
        <w:t>「AI行程规划引擎」项目的失败原因是技术方案与场景不匹配——团队开发了基于深度学习的行程规划引擎，技术方案非常先进，但旅游行程规划涉及大量主观偏好和情境判断，AI生成的行程往往不如有经验的导游人工规划的行程令人满意。教训：不是所有问题都适合用AI解决，有些问题的人工解决方案可能更优。</w:t>
      </w:r>
    </w:p>
    <w:p>
      <w:r>
        <w:t>「景区数字纪念品」项目的失败原因是商业模式不可持续——团队开发的数字纪念品（如虚拟奖牌、数字照片）在初期引起了游客兴趣，但复购率极低，游客购买一次后很少再次购买。教训：旅游消费具有低频特征，依赖复购的商业模式在旅游场景中难以持续，应考虑一次性高客单价或与高频服务捆绑的模式。</w:t>
      </w:r>
    </w:p>
    <w:p>
      <w:pPr>
        <w:pStyle w:val="Heading2"/>
      </w:pPr>
      <w:r>
        <w:t>数字文旅产品的商业模式深度分析</w:t>
      </w:r>
    </w:p>
    <w:p>
      <w:pPr>
        <w:pStyle w:val="Heading3"/>
      </w:pPr>
      <w:r>
        <w:t>收入结构的演进与优化</w:t>
      </w:r>
    </w:p>
    <w:p>
      <w:r>
        <w:t>数字文旅平台的收入结构随平台发展阶段而变化。萌芽期平台以交易佣金为主要收入来源，佣金收入占比通常超过80%。成长期平台开始发展广告和增值服务收入，佣金占比下降到60-70%。成熟期平台收入来源更加多元化，佣金、广告、增值服务和数据服务的占比趋于均衡。</w:t>
      </w:r>
    </w:p>
    <w:p>
      <w:r>
        <w:t>「一码游贵州」平台的收入结构演进符合这一规律。2020年上线初期，平台收入100%来自票务佣金。2022年，佣金占比降至75%，广告收入占15%，增值服务占10%。2024年，佣金占比进一步降至55%，广告占20%，增值服务占15%，数据服务占10%。收入结构的多元化增强了平台的财务稳定性——即使某一项收入受到市场波动影响，其他收入来源可以部分弥补。</w:t>
      </w:r>
    </w:p>
    <w:p>
      <w:pPr>
        <w:pStyle w:val="Heading3"/>
      </w:pPr>
      <w:r>
        <w:t>用户生命周期价值（LTV）分析</w:t>
      </w:r>
    </w:p>
    <w:p>
      <w:r>
        <w:t>用户生命周期价值是评估数字文旅产品商业模式可持续性的核心指标。LTV的计算需要考虑用户获取成本（CAC）、用户留存率、平均客单价和购买频次等因素。</w:t>
      </w:r>
    </w:p>
    <w:p>
      <w:r>
        <w:t>贵州「一码游贵州」平台的用户LTV分析显示，平台用户的平均LTV为385元（3年周期），其中首次消费贡献85元，复购贡献200元，增值服务贡献60元，推荐新用户贡献40元。平台用户的CAC为35元，LTV/CAC比值为11，远高于健康水平（通常认为LTV/CAC&gt;3即为健康）。这表明平台的商业模式具有较强的可持续性。</w:t>
      </w:r>
    </w:p>
    <w:p>
      <w:r>
        <w:t>不同用户群体的LTV差异显著。忠诚用户（3年内活跃超过12个月）的LTV为1200元，是平均值的3.1倍。流失用户（仅使用1次后不再活跃）的LTV仅为85元，与CAC的比值为2.4，低于健康水平。波动用户（间歇性活跃）的LTV为420元，略高于平均值。这一分析表明，提升用户留存率是增加LTV的关键——将流失用户转化为波动用户可以将LTV提升近5倍。</w:t>
      </w:r>
    </w:p>
    <w:p>
      <w:pPr>
        <w:pStyle w:val="Heading3"/>
      </w:pPr>
      <w:r>
        <w:t>商业模式创新的方向</w:t>
      </w:r>
    </w:p>
    <w:p>
      <w:r>
        <w:t>数字文旅商业模式的创新可以从以下几个方向探索。数据驱动模式——将数据作为核心资产，通过数据产品、数据服务和数据授权实现价值变现。贵州旅游大数据中心的数据服务收入正在快速增长，2024年达到500万元，预计2025年将突破1000万元。</w:t>
      </w:r>
    </w:p>
    <w:p>
      <w:r>
        <w:t>生态赋能模式——平台不仅提供交易服务，还为生态参与方提供增值赋能，如数据分析工具、营销支持、培训服务等。赋能服务虽然不直接产生收入，但提升了生态参与方对平台的依赖度和忠诚度，间接增加了交易佣金和广告收入。</w:t>
      </w:r>
    </w:p>
    <w:p>
      <w:r>
        <w:t>内容变现模式——将优质旅游内容（攻略、视频、直播）作为独立产品进行变现。贵州旅游平台正在探索付费内容（如深度攻略、专家讲解视频）和内容电商（在内容中嵌入旅游产品购买链接）等变现方式。</w:t>
      </w:r>
    </w:p>
    <w:p>
      <w:r>
        <w:t>会员经济模式——通过会员体系将一次性消费者转化为长期会员，提供会员专属优惠、优先服务和增值功能。贵州旅游平台正在设计「贵州文旅通」会员体系，年度会员费99元，享受全年景区折扣、专属客服和AI行程规划等权益。</w:t>
      </w:r>
    </w:p>
    <w:p>
      <w:pPr>
        <w:pStyle w:val="Heading2"/>
      </w:pPr>
      <w:r>
        <w:t>数字文旅产品的用户增长策略</w:t>
      </w:r>
    </w:p>
    <w:p>
      <w:pPr>
        <w:pStyle w:val="Heading3"/>
      </w:pPr>
      <w:r>
        <w:t>用户获取渠道分析</w:t>
      </w:r>
    </w:p>
    <w:p>
      <w:r>
        <w:t>数字文旅平台的用户获取渠道包括自然流量、付费推广、社交裂变和合作引流四种。贵州「一码游贵州」平台的用户获取数据显示，自然流量（搜索引擎、直接访问）占35%，付费推广（信息流广告、搜索广告）占25%，社交裂变（分享奖励、推荐有礼）占20%，合作引流（景区入口扫码、酒店入住推送）占20%。</w:t>
      </w:r>
    </w:p>
    <w:p>
      <w:r>
        <w:t>不同渠道的获客成本和用户质量差异显著。自然流量的获客成本最低（约5元/人），但增长速度有限。付费推广的获客成本最高（约30元/人），但可以快速扩大用户规模。社交裂变的获客成本中等（约15元/人），且获取的用户活跃度较高（因为有朋友推荐背书）。合作引流的获客成本较低（约8元/人），且用户意向度高（因为在旅游场景中扫码的用户本身就有旅游需求）。</w:t>
      </w:r>
    </w:p>
    <w:p>
      <w:r>
        <w:t>基于渠道分析，贵州旅游平台优化了获客策略。重点发展合作引流——在全省400+景区的入口设置「一码游贵州」二维码，将景区游客转化为平台用户。加强社交裂变——推出「邀请好友得优惠券」活动，激励现有用户邀请新用户。优化自然流量——通过SEO和内容营销提升搜索引擎排名。精准投放付费推广——只在旅游旺季和特定目标市场投放付费广告。</w:t>
      </w:r>
    </w:p>
    <w:p>
      <w:pPr>
        <w:pStyle w:val="Heading3"/>
      </w:pPr>
      <w:r>
        <w:t>用户留存策略</w:t>
      </w:r>
    </w:p>
    <w:p>
      <w:r>
        <w:t>用户留存是比用户获取更重要的挑战。旅游服务的低频特征使得用户留存尤为困难——游客可能一年只使用平台1-2次，如何在不使用的期间保持用户的活跃度是一个难题。贵州旅游平台的用户留存策略包括：内容留存——通过持续输出优质旅游内容（攻略、视频、直播）吸引用户定期访问平台，即使在没有旅游计划时也保持平台的使用习惯。功能留存——提供旅游日历、目的地愿望清单、旅行足迹地图等非交易功能，增加用户在非旅游期间的平台使用场景。社区留存——建设旅游社区，鼓励用户分享旅行经验和交流旅游信息，通过社交关系增强用户粘性。激励留存——通过积分、会员等级和专属优惠激励用户持续使用平台。</w:t>
      </w:r>
    </w:p>
    <w:p>
      <w:r>
        <w:t>这些策略的综合效果是，平台用户的30日留存率从2022年的25%提升到2024年的38%，90日留存率从15%提升到22%。虽然与高频应用（如社交媒体、电商）相比仍有差距，但在旅游服务领域已属于较好水平。</w:t>
      </w:r>
    </w:p>
    <w:p>
      <w:pPr>
        <w:pStyle w:val="Heading3"/>
      </w:pPr>
      <w:r>
        <w:t>用户生命周期管理</w:t>
      </w:r>
    </w:p>
    <w:p>
      <w:r>
        <w:t>用户生命周期管理是根据用户所处的不同阶段（新用户、活跃用户、沉默用户、流失用户）采取差异化的运营策略。贵州旅游平台的用户生命周期管理框架如下。新用户阶段（注册后30天）——重点是引导首次使用和完成首次交易。策略包括新手引导流程、首单优惠和新用户专属推荐。活跃用户阶段（30天内有使用记录）——重点是提升使用频率和消费金额。策略包括个性化推荐、交叉销售和会员激励。沉默用户阶段（30-90天未使用）——重点是唤醒和重新激活。策略包括推送个性化内容、限时优惠和好友动态提醒。流失用户阶段（90天以上未使用）——重点是挽回和流失原因分析。策略包括问卷调研、回归优惠和产品改进。</w:t>
      </w:r>
    </w:p>
    <w:p>
      <w:r>
        <w:t>生命周期管理的核心是数据驱动——通过分析用户的行为数据判断其生命周期阶段，自动触发相应的运营策略。贵州旅游平台的用户生命周期管理系统覆盖了3000万+用户，每月自动触发约500万次个性化运营动作，有效提升了用户留存率和LTV。</w:t>
      </w:r>
    </w:p>
    <w:p>
      <w:pPr>
        <w:pStyle w:val="Heading2"/>
      </w:pPr>
      <w:r>
        <w:t>数字文旅产品的质量管理</w:t>
      </w:r>
    </w:p>
    <w:p>
      <w:pPr>
        <w:pStyle w:val="Heading3"/>
      </w:pPr>
      <w:r>
        <w:t>产品质量评估体系</w:t>
      </w:r>
    </w:p>
    <w:p>
      <w:r>
        <w:t>数字文旅产品的质量评估需要建立专门的指标体系。贵州制定了《数字文旅产品质量评估标准》，从功能性、易用性、可靠性、安全性和文化性五个维度评估产品质量。功能性评估产品是否提供了满足用户需求的功能——在线预订是否覆盖所有景区，导览内容是否准确全面，推荐算法是否有效。易用性评估产品的操作便捷程度——界面是否直观，操作是否简单，响应是否快速。可靠性评估产品的稳定运行能力——系统可用性是否达到99.5%以上，数据是否准确一致，故障恢复是否及时。安全性评估产品的数据安全和隐私保护能力——是否采用了加密传输，是否获得了安全认证，是否建立了应急响应机制。文化性评估产品的文化适配度和文化敏感性——是否支持多语言，是否尊重民族文化，是否避免文化挪用。</w:t>
      </w:r>
    </w:p>
    <w:p>
      <w:pPr>
        <w:pStyle w:val="Heading3"/>
      </w:pPr>
      <w:r>
        <w:t>持续质量改进机制</w:t>
      </w:r>
    </w:p>
    <w:p>
      <w:r>
        <w:t>产品质量不是一次性的达标，而是需要持续改进的动态过程。贵州旅游平台建立了「PDCA循环」质量改进机制。Plan（计划）——根据用户反馈和数据分析制定质量改进计划，明确改进目标、措施和时间表。Do（执行）——按计划实施改进措施，开发和部署新的功能或修复。Check（检查）——评估改进措施的效果，对比改进前后的质量指标变化。Act（处理）——将有效的改进措施标准化纳入日常流程，对无效的措施进行分析和调整。</w:t>
      </w:r>
    </w:p>
    <w:p>
      <w:r>
        <w:t>PDCA循环的执行频率为双周一次——每两周完成一轮计划-执行-检查-处理的循环。两年间共完成了52轮PDCA循环，累计改进了300+项质量问题，产品的综合质量评分从4.0分提升到4.3分。PDCA循环的关键成功因素是数据驱动——每轮循环的Check阶段都基于用户行为数据和满意度调查数据进行客观评估，而非主观判断。</w:t>
      </w:r>
    </w:p>
    <w:p>
      <w:pPr>
        <w:pStyle w:val="Heading2"/>
      </w:pPr>
      <w:r>
        <w:t>数字文旅产品的用户反馈深度分析</w:t>
      </w:r>
    </w:p>
    <w:p>
      <w:r>
        <w:t>用户反馈是产品改进的宝贵资源。贵州一码游贵州平台建立了多渠道用户反馈收集体系。APP内反馈入口收集用户的使用问题和建议，日均收到反馈50到100条。客服热线和在线客服收集用户的咨询和投诉，日均处理200到300件。社交媒体监测收集用户在抖音、微博、小红书等平台的公开评价和讨论，日均监测5000条以上相关内容。应用商店评论收集用户对APP版本的评价和评分，日均新增评论20到50条。用户反馈分析采用了NLP技术进行自动分类和情感分析。反馈按类型分为功能问题占40%、内容问题占25%、性能问题占15%、体验问题占12%和其他占8%。情感分析显示整体情感倾向为正面占62%、中性占25%、负面占13%，但负面反馈的传播力更强，一条负面反馈平均影响8.5个潜在用户，而一条正面反馈平均影响3.2个潜在用户。这一发现强调了及时处理负面反馈的重要性。平台建立了反馈响应服务等级协议，紧急问题2小时内响应，一般问题24小时内响应，建议类反馈72小时内回复。响应率和解决率分别达到95%和88%，用户对反馈处理的满意度为4.1分。</w:t>
      </w:r>
    </w:p>
    <w:p>
      <w:pPr>
        <w:pStyle w:val="Heading2"/>
      </w:pPr>
      <w:r>
        <w:t>数字文旅产品的市场验证方法</w:t>
      </w:r>
    </w:p>
    <w:p>
      <w:r>
        <w:t>数字文旅产品在正式上线前需要经过严格的市场验证，确保产品满足真实需求并具备商业可行性。贵州采用的市场验证方法包括概念测试、原型测试和试点测试三个阶段。概念测试阶段，产品团队将产品概念以文字描述或草图的形式向目标用户展示，收集用户对产品概念的理解度、兴趣度和改进建议。贵州某数字文创产品在概念测试阶段向200名目标用户展示了产品概念，发现用户对产品的核心功能理解度仅为45%，经过概念描述优化后提升到78%。原型测试阶段，产品团队开发低保真原型，邀请用户进行实际操作测试，观察用户的使用行为和遇到的问题。贵州某智慧导览应用在原型测试中发现，用户在查找特定景点信息时平均需要点击4.2次，超过3次点击的用户满意度显著下降。团队据此优化了信息架构，将平均点击次数降至2.5次。试点测试阶段，产品在真实环境中进行小范围试运营，收集真实使用数据和用户反馈。贵州某AI行程规划功能在一码游贵州平台上进行了一个月的试点测试，覆盖了5000名用户。测试数据显示，使用AI规划功能的用户平均停留时间比未使用用户长25%，行程完成率比未使用用户高18%。但用户反馈也指出AI规划的行程有时不够灵活，无法应对临时变更。团队据此增加了行程动态调整功能，在正式版本中获得了更高的用户满意度。三阶段市场验证方法的综合使用，使产品上线后的失败率从60%降低到25%。</w:t>
      </w:r>
    </w:p>
    <w:p>
      <w:r>
        <w:t>本章小结</w:t>
      </w:r>
    </w:p>
    <w:p>
      <w:r>
        <w:t>本章从产品类型、设计方法、IP 开发和贵州实践四个维度，系统分析了数字文旅产品的创新逻辑。数字文旅产品可以分为数字化传统产品（效率提升）、数字原生产品（价值创造）和线上线下融合产品（体验增强）三种类型。产品设计需要综合运用用户旅程地图（从用户视角发现痛点）、服务蓝图（从前台到后台打通断点）和 MVP 迭代（低成本快速试错）等方法。文旅 IP 的数字化开发——从数字藏品到内容生态——为文化资源的商业变现和文化传播提供了新的路径。贵州的实践（黄果树夜游、天龙屯堡沉浸式体验、安顺蜡染工坊）表明，数字文旅产品创新的关键在于：用数字技术创造"原本做不到"的体验，而不是简单地"把线下体验搬到线上"。</w:t>
      </w:r>
    </w:p>
    <w:p>
      <w:r>
        <w:t>第 8 章将聚焦智慧景区与目的地数字化，探讨从单个产品到整个目的地的系统化数字转型。</w:t>
      </w:r>
    </w:p>
    <w:p>
      <w:r>
        <w:t>---</w:t>
      </w:r>
    </w:p>
    <w:p>
      <w:pPr>
        <w:pStyle w:val="Heading2"/>
      </w:pPr>
      <w:r>
        <w:t>思考题</w:t>
      </w:r>
    </w:p>
    <w:p>
      <w:pPr>
        <w:pStyle w:val="ListBullet"/>
      </w:pPr>
      <w:r>
        <w:rPr>
          <w:b/>
        </w:rPr>
        <w:t>简答题</w:t>
      </w:r>
      <w:r>
        <w:t>：简述数字文旅产品的三种类型及其核心价值逻辑，并各举一例。</w:t>
      </w:r>
    </w:p>
    <w:p>
      <w:pPr>
        <w:pStyle w:val="ListBullet"/>
      </w:pPr>
      <w:r>
        <w:rPr>
          <w:b/>
        </w:rPr>
        <w:t>论述题</w:t>
      </w:r>
      <w:r>
        <w:t>：选择一个你熟悉的贵州景区（如西江千户苗寨、织金洞、格凸河等），运用用户旅程地图方法分析其游客体验现状，识别三个可以通过数字技术改善的"痛点"，并提出相应的产品设计方案。</w:t>
      </w:r>
    </w:p>
    <w:p>
      <w:pPr>
        <w:pStyle w:val="ListBullet"/>
      </w:pPr>
      <w:r>
        <w:rPr>
          <w:b/>
        </w:rPr>
        <w:t>案例分析题</w:t>
      </w:r>
      <w:r>
        <w:t>：屯堡文化具有成为强势文旅 IP 的潜力，但目前的数字化开发较为薄弱。请参考故宫、敦煌等成功案例，为屯堡文化 IP 设计一套数字化开发方案，涵盖数字藏品、数字内容和 O2O 体验三个维度。</w:t>
      </w:r>
    </w:p>
    <w:p>
      <w:pPr>
        <w:pStyle w:val="ListBullet"/>
      </w:pPr>
      <w:r>
        <w:rPr>
          <w:b/>
        </w:rPr>
        <w:t>实践操作题</w:t>
      </w:r>
      <w:r>
        <w:t>：以 4-5 人为一组，选择安顺学院智慧文旅实训项目案例库中的一个项目（或自选题目），按照"用户旅程地图→服务蓝图→MVP 设计"的流程，完成一份数字文旅产品的原型设计方案，并以 PPT 形式进行课堂展示。</w:t>
      </w:r>
    </w:p>
    <w:p>
      <w:r>
        <w:t>---</w:t>
      </w:r>
    </w:p>
    <w:p>
      <w:pPr>
        <w:pStyle w:val="Heading2"/>
      </w:pPr>
      <w:r>
        <w:t>参考文献</w:t>
      </w:r>
    </w:p>
    <w:p>
      <w:r>
        <w:t>[19] 麦诗郁. 数字化背景下的文旅融合助推智慧旅游创新探究——以汕尾市为例[J]. 现代商业, 2024(15): 32-38.</w:t>
      </w:r>
    </w:p>
    <w:p>
      <w:r>
        <w:t>[20] 数字化视域下文旅融合推动智慧旅游创新研究[J]. 中国市场, 2023(28): 1-8.</w:t>
      </w:r>
    </w:p>
    <w:p>
      <w:r>
        <w:t>[21] 袁帅. 数字旅游，是噱头还是实力派？</w:t>
      </w:r>
    </w:p>
    <w:p>
      <w:r>
        <w:t>[4] Guo K, Fan A, Lehto X Y, et al. Immersive Digital Tourism: The Role of Multisensory Cues in Digital Museum Experiences[J]. Journal of Travel Research, 2021, 60(6): 1-15. DOI: 10.1177/10963480211030319.</w:t>
      </w:r>
    </w:p>
    <w:p>
      <w:r>
        <w:t>[5] Jiang C, Phoong S W. A ten-year review analysis of the impact of digitization on tourism development (2012–2022)[J]. Humanities and Social Sciences Communications, 2023, 10: 215. DOI: 10.1057/s41599-023-02150-7.</w:t>
      </w:r>
    </w:p>
    <w:p>
      <w:r>
        <w:t>[6] Zhang R. Study on Consumer Behavior in Immersive Tourism Using the Theory of Planned Behavior[J]. Academic Journal of Business &amp; Management, 2024, 6(4): 236-241. DOI: 10.25236/ajbm.2024.060436.</w:t>
      </w:r>
    </w:p>
    <w:p>
      <w:r>
        <w:t>[7] Yang C, Tengku Wook T S M, Rosdi F. Advancing cultural heritage: a decadal review of digital transformation in Chinese museums[J]. Heritage Science, 2025, 13: 1714. DOI: 10.1038/s40494-025-01714-x.</w:t>
      </w:r>
    </w:p>
    <w:p>
      <w:r>
        <w:t>[22] Bec A, Moyle B, Timms K, et al. Management of immersive heritage tourism experiences: A conceptual model[J]. Tourism Management, 2019, 68: 193-201. DOI: 10.1016/J.TOURMAN.2018.10.033</w:t>
      </w:r>
    </w:p>
    <w:p>
      <w:r>
        <w:t>[23] Siddiqui M S, Syed T A, Nadeem A, et al. Virtual tourism and digital heritage: An analysis of VR/AR technologies and applications[J]. International Journal of Advanced Computer Science and Applications, 2022, 13(7). DOI: 10.14569/ijacsa.2022.0130739</w:t>
      </w:r>
    </w:p>
    <w:p>
      <w:r>
        <w:t>[24] Zheng M. Research on value realization mode of digital culture and tourism platform[J]. Highlights in Business, Economics and Management, 2023, 8. DOI: 10.54097/hbem.v8i.7267</w:t>
      </w:r>
    </w:p>
    <w:p>
      <w:r>
        <w:t>[8] 数字赋能下文旅产品消费者在场体验影响因素与互动机理——基于意识谱理论的扎根研究[J]. 旅游学刊, 2024, 39(7): 89-104.[J]. 信息化建设, 2022(9): 18-21.</w:t>
      </w:r>
    </w:p>
    <w:p>
      <w:r>
        <w:br w:type="page"/>
      </w:r>
    </w:p>
    <w:p>
      <w:pPr>
        <w:pStyle w:val="Heading1"/>
      </w:pPr>
      <w:r>
        <w:t>第 8 章 智慧景区与目的地数字化</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系统模块</w:t>
            </w:r>
          </w:p>
        </w:tc>
        <w:tc>
          <w:tcPr>
            <w:tcW w:type="dxa" w:w="2209"/>
          </w:tcPr>
          <w:p>
            <w:pPr>
              <w:spacing w:after="40" w:line="240" w:lineRule="auto"/>
            </w:pPr>
            <w:r>
              <w:rPr>
                <w:b/>
                <w:sz w:val="20"/>
              </w:rPr>
              <w:t>核心技术</w:t>
            </w:r>
          </w:p>
        </w:tc>
        <w:tc>
          <w:tcPr>
            <w:tcW w:type="dxa" w:w="2209"/>
          </w:tcPr>
          <w:p>
            <w:pPr>
              <w:spacing w:after="40" w:line="240" w:lineRule="auto"/>
            </w:pPr>
            <w:r>
              <w:rPr>
                <w:b/>
                <w:sz w:val="20"/>
              </w:rPr>
              <w:t>功能描述</w:t>
            </w:r>
          </w:p>
        </w:tc>
        <w:tc>
          <w:tcPr>
            <w:tcW w:type="dxa" w:w="2209"/>
          </w:tcPr>
          <w:p>
            <w:pPr>
              <w:spacing w:after="40" w:line="240" w:lineRule="auto"/>
            </w:pPr>
            <w:r>
              <w:rPr>
                <w:b/>
                <w:sz w:val="20"/>
              </w:rPr>
              <w:t>效果指标</w:t>
            </w:r>
          </w:p>
        </w:tc>
      </w:tr>
      <w:tr>
        <w:tc>
          <w:tcPr>
            <w:tcW w:type="dxa" w:w="2209"/>
          </w:tcPr>
          <w:p>
            <w:pPr>
              <w:spacing w:after="40" w:line="240" w:lineRule="auto"/>
            </w:pPr>
            <w:r>
              <w:rPr>
                <w:sz w:val="20"/>
              </w:rPr>
              <w:t>票务预约</w:t>
            </w:r>
          </w:p>
        </w:tc>
        <w:tc>
          <w:tcPr>
            <w:tcW w:type="dxa" w:w="2209"/>
          </w:tcPr>
          <w:p>
            <w:pPr>
              <w:spacing w:after="40" w:line="240" w:lineRule="auto"/>
            </w:pPr>
            <w:r>
              <w:rPr>
                <w:sz w:val="20"/>
              </w:rPr>
              <w:t>实名制分时预约</w:t>
            </w:r>
          </w:p>
        </w:tc>
        <w:tc>
          <w:tcPr>
            <w:tcW w:type="dxa" w:w="2209"/>
          </w:tcPr>
          <w:p>
            <w:pPr>
              <w:spacing w:after="40" w:line="240" w:lineRule="auto"/>
            </w:pPr>
            <w:r>
              <w:rPr>
                <w:sz w:val="20"/>
              </w:rPr>
              <w:t>控制客流、减少排队</w:t>
            </w:r>
          </w:p>
        </w:tc>
        <w:tc>
          <w:tcPr>
            <w:tcW w:type="dxa" w:w="2209"/>
          </w:tcPr>
          <w:p>
            <w:pPr>
              <w:spacing w:after="40" w:line="240" w:lineRule="auto"/>
            </w:pPr>
            <w:r>
              <w:rPr>
                <w:sz w:val="20"/>
              </w:rPr>
              <w:t>排队时间降67%</w:t>
            </w:r>
          </w:p>
        </w:tc>
      </w:tr>
      <w:tr>
        <w:tc>
          <w:tcPr>
            <w:tcW w:type="dxa" w:w="2209"/>
          </w:tcPr>
          <w:p>
            <w:pPr>
              <w:spacing w:after="40" w:line="240" w:lineRule="auto"/>
            </w:pPr>
            <w:r>
              <w:rPr>
                <w:sz w:val="20"/>
              </w:rPr>
              <w:t>客流监测</w:t>
            </w:r>
          </w:p>
        </w:tc>
        <w:tc>
          <w:tcPr>
            <w:tcW w:type="dxa" w:w="2209"/>
          </w:tcPr>
          <w:p>
            <w:pPr>
              <w:spacing w:after="40" w:line="240" w:lineRule="auto"/>
            </w:pPr>
            <w:r>
              <w:rPr>
                <w:sz w:val="20"/>
              </w:rPr>
              <w:t>视频分析+IoT</w:t>
            </w:r>
          </w:p>
        </w:tc>
        <w:tc>
          <w:tcPr>
            <w:tcW w:type="dxa" w:w="2209"/>
          </w:tcPr>
          <w:p>
            <w:pPr>
              <w:spacing w:after="40" w:line="240" w:lineRule="auto"/>
            </w:pPr>
            <w:r>
              <w:rPr>
                <w:sz w:val="20"/>
              </w:rPr>
              <w:t>实时客流热力图</w:t>
            </w:r>
          </w:p>
        </w:tc>
        <w:tc>
          <w:tcPr>
            <w:tcW w:type="dxa" w:w="2209"/>
          </w:tcPr>
          <w:p>
            <w:pPr>
              <w:spacing w:after="40" w:line="240" w:lineRule="auto"/>
            </w:pPr>
            <w:r>
              <w:rPr>
                <w:sz w:val="20"/>
              </w:rPr>
              <w:t>覆盖率100%</w:t>
            </w:r>
          </w:p>
        </w:tc>
      </w:tr>
      <w:tr>
        <w:tc>
          <w:tcPr>
            <w:tcW w:type="dxa" w:w="2209"/>
          </w:tcPr>
          <w:p>
            <w:pPr>
              <w:spacing w:after="40" w:line="240" w:lineRule="auto"/>
            </w:pPr>
            <w:r>
              <w:rPr>
                <w:sz w:val="20"/>
              </w:rPr>
              <w:t>智能导览</w:t>
            </w:r>
          </w:p>
        </w:tc>
        <w:tc>
          <w:tcPr>
            <w:tcW w:type="dxa" w:w="2209"/>
          </w:tcPr>
          <w:p>
            <w:pPr>
              <w:spacing w:after="40" w:line="240" w:lineRule="auto"/>
            </w:pPr>
            <w:r>
              <w:rPr>
                <w:sz w:val="20"/>
              </w:rPr>
              <w:t>LBS+AR</w:t>
            </w:r>
          </w:p>
        </w:tc>
        <w:tc>
          <w:tcPr>
            <w:tcW w:type="dxa" w:w="2209"/>
          </w:tcPr>
          <w:p>
            <w:pPr>
              <w:spacing w:after="40" w:line="240" w:lineRule="auto"/>
            </w:pPr>
            <w:r>
              <w:rPr>
                <w:sz w:val="20"/>
              </w:rPr>
              <w:t>个性化路线推荐</w:t>
            </w:r>
          </w:p>
        </w:tc>
        <w:tc>
          <w:tcPr>
            <w:tcW w:type="dxa" w:w="2209"/>
          </w:tcPr>
          <w:p>
            <w:pPr>
              <w:spacing w:after="40" w:line="240" w:lineRule="auto"/>
            </w:pPr>
            <w:r>
              <w:rPr>
                <w:sz w:val="20"/>
              </w:rPr>
              <w:t>使用率82%</w:t>
            </w:r>
          </w:p>
        </w:tc>
      </w:tr>
      <w:tr>
        <w:tc>
          <w:tcPr>
            <w:tcW w:type="dxa" w:w="2209"/>
          </w:tcPr>
          <w:p>
            <w:pPr>
              <w:spacing w:after="40" w:line="240" w:lineRule="auto"/>
            </w:pPr>
            <w:r>
              <w:rPr>
                <w:sz w:val="20"/>
              </w:rPr>
              <w:t>应急管理</w:t>
            </w:r>
          </w:p>
        </w:tc>
        <w:tc>
          <w:tcPr>
            <w:tcW w:type="dxa" w:w="2209"/>
          </w:tcPr>
          <w:p>
            <w:pPr>
              <w:spacing w:after="40" w:line="240" w:lineRule="auto"/>
            </w:pPr>
            <w:r>
              <w:rPr>
                <w:sz w:val="20"/>
              </w:rPr>
              <w:t>分级响应预案</w:t>
            </w:r>
          </w:p>
        </w:tc>
        <w:tc>
          <w:tcPr>
            <w:tcW w:type="dxa" w:w="2209"/>
          </w:tcPr>
          <w:p>
            <w:pPr>
              <w:spacing w:after="40" w:line="240" w:lineRule="auto"/>
            </w:pPr>
            <w:r>
              <w:rPr>
                <w:sz w:val="20"/>
              </w:rPr>
              <w:t>突发事件快速处置</w:t>
            </w:r>
          </w:p>
        </w:tc>
        <w:tc>
          <w:tcPr>
            <w:tcW w:type="dxa" w:w="2209"/>
          </w:tcPr>
          <w:p>
            <w:pPr>
              <w:spacing w:after="40" w:line="240" w:lineRule="auto"/>
            </w:pPr>
            <w:r>
              <w:rPr>
                <w:sz w:val="20"/>
              </w:rPr>
              <w:t>响应时间&lt;3min</w:t>
            </w:r>
          </w:p>
        </w:tc>
      </w:tr>
    </w:tbl>
    <w:p/>
    <w:p>
      <w:pPr>
        <w:pStyle w:val="ListBullet"/>
      </w:pPr>
      <w:r>
        <w:rPr>
          <w:b/>
        </w:rPr>
        <w:t>知识目标</w:t>
      </w:r>
      <w:r>
        <w:t>：学生能够描述智慧景区的概念框架、标准体系和核心系统构成，理解旅游目的地数字化的主要维度。</w:t>
      </w:r>
    </w:p>
    <w:p>
      <w:pPr>
        <w:pStyle w:val="ListBullet"/>
      </w:pPr>
      <w:r>
        <w:rPr>
          <w:b/>
        </w:rPr>
        <w:t>能力目标</w:t>
      </w:r>
      <w:r>
        <w:t>：学生能够运用智慧景区的分析框架评估一个景区的数字化水平，识别其短板并提出改进方案。</w:t>
      </w:r>
    </w:p>
    <w:p>
      <w:pPr>
        <w:pStyle w:val="ListBullet"/>
      </w:pPr>
      <w:r>
        <w:rPr>
          <w:b/>
        </w:rPr>
        <w:t>素养目标</w:t>
      </w:r>
      <w:r>
        <w:t>：学生能够理解技术赋能与人文关怀的平衡——智慧景区的目标是让游览体验更美好，而非让景区变得"冰冷"。</w:t>
      </w:r>
    </w:p>
    <w:p>
      <w:r>
        <w:t>---</w:t>
      </w:r>
    </w:p>
    <w:p>
      <w:pPr>
        <w:pStyle w:val="Heading2"/>
      </w:pPr>
      <w:r>
        <w:t>导入案例</w:t>
      </w:r>
    </w:p>
    <w:p>
      <w:r>
        <w:t>2024 年国庆黄金周，黄果树景区单日接待游客突破 5 万人次。按照传统的景区管理方式，这几乎意味着"人山人海、寸步难行"——核心景点水帘洞的排队时间可能长达两小时以上，游客体验急剧下降。</w:t>
      </w:r>
    </w:p>
    <w:p>
      <w:r>
        <w:t>但这一年的国庆，情况有所不同。景区指挥调度中心的大屏上，实时跳动着各区域的客流密度、排队时长和观光车运行状态。当水帘洞区域的客流密度逼近预警线时，系统自动触发了两项措施：一是动态上调该时段的门票价格（浮动幅度在±10% 以内），引导价格敏感型游客选择稍晚的时段；二是调整观光车的发车频率和停靠站点，将部分游客引导至客流压力较小的天星桥区域。与此同时，景区的微信公众号向正在排队或即将入园的游客推送了个性化建议——"水帘洞当前排队约 40 分钟，建议您先游览陡坡塘瀑布（排队 5 分钟），两小时后水帘洞预计排队降至 15 分钟"。</w:t>
      </w:r>
    </w:p>
    <w:p>
      <w:r>
        <w:t>这套系统的背后，是黄果树景区历时数年建设的"三位一体"智慧景区体系——"时空客流引导、动态容量管控与智能设施协同"。本章将以黄果树为锚点案例，系统介绍智慧景区的概念、架构和实践。</w:t>
      </w:r>
    </w:p>
    <w:p>
      <w:r>
        <w:rPr>
          <w:b/>
        </w:rPr>
        <w:t>引导性问题</w:t>
      </w:r>
      <w:r>
        <w:t>：</w:t>
      </w:r>
    </w:p>
    <w:p>
      <w:pPr>
        <w:pStyle w:val="ListBullet"/>
      </w:pPr>
      <w:r>
        <w:t>智慧景区与传统景区的本质区别是什么？多了哪些"智慧"？</w:t>
      </w:r>
    </w:p>
    <w:p>
      <w:pPr>
        <w:pStyle w:val="ListBullet"/>
      </w:pPr>
      <w:r>
        <w:t>动态定价是否公平？对于预算有限的游客，这是否构成歧视？</w:t>
      </w:r>
    </w:p>
    <w:p>
      <w:pPr>
        <w:pStyle w:val="ListBullet"/>
      </w:pPr>
      <w:r>
        <w:t>一个景区要成为"智慧景区"，需要投入多大的资金和人力？小型景区能否承受？</w:t>
      </w:r>
    </w:p>
    <w:p>
      <w:r>
        <w:t>---</w:t>
      </w:r>
    </w:p>
    <w:p>
      <w:pPr>
        <w:pStyle w:val="Heading2"/>
      </w:pPr>
      <w:r>
        <w:t>8.1 智慧景区的概念与框架</w:t>
      </w:r>
    </w:p>
    <w:p>
      <w:pPr>
        <w:pStyle w:val="Heading3"/>
      </w:pPr>
      <w:r>
        <w:t>8.1.1 智慧景区的定义与演进</w:t>
      </w:r>
    </w:p>
    <w:p>
      <w:r>
        <w:rPr>
          <w:b/>
        </w:rPr>
        <w:t>从"数字景区"到"智慧景区"。</w:t>
      </w:r>
      <w:r>
        <w:t xml:space="preserve"> 智慧景区的概念演进经历了三个阶段。第一阶段是"数字景区"——将景区的票务、监控、办公等环节电子化，核心目标是"无纸化办公"和"数据可查"。第二阶段是"智能景区"——在数字化的基础上增加自动化能力，如自动检票闸机、自动客流计数等，核心目标是"减少人工"。第三阶段是"智慧景区"——通过数据驱动决策和智能协同调度，实现景区运营的全局优化，核心目标是"让系统学会思考"。</w:t>
      </w:r>
    </w:p>
    <w:p>
      <w:r>
        <w:rPr>
          <w:b/>
        </w:rPr>
        <w:t>智慧景区的核心定义。</w:t>
      </w:r>
      <w:r>
        <w:t xml:space="preserve"> 智慧景区是指运用物联网、大数据、人工智能、云计算等现代信息技术，对景区的地理环境、资源设施、游客活动和经营管理进行全面感知、智能分析和协同调度，实现游客体验优化、运营效率提升和资源可持续利用的新型景区形态。这一定义强调了四个关键词：全面感知（数据采集）、智能分析（数据处理）、协同调度（跨系统联动）和可持续（长期目标）。</w:t>
      </w:r>
    </w:p>
    <w:p>
      <w:pPr>
        <w:pStyle w:val="Heading3"/>
      </w:pPr>
      <w:r>
        <w:t>8.1.2 智慧景区标准体系</w:t>
      </w:r>
    </w:p>
    <w:p>
      <w:r>
        <w:rPr>
          <w:b/>
        </w:rPr>
        <w:t>国家标准与行业标准。</w:t>
      </w:r>
      <w:r>
        <w:t xml:space="preserve"> 中国已初步建立起智慧景区的标准体系。国家标准层面，GB/T 34678-2017《智慧景区建设规范》规定了智慧景区建设的基本要求。行业标准层面，文化和旅游部发布了《智慧旅游景区建设指南》，从基础设施、智慧管理、智慧服务、智慧营销四个维度提出了具体要求。A 级景区评定标准中也加入了信息化和智慧化建设的相关指标。</w:t>
      </w:r>
    </w:p>
    <w:p>
      <w:r>
        <w:rPr>
          <w:b/>
        </w:rPr>
        <w:t>标准的关键维度。</w:t>
      </w:r>
      <w:r>
        <w:t xml:space="preserve"> 智慧景区标准通常涵盖以下几个关键维度。基础设施标准——网络覆盖、数据中心、物联网设备等硬件条件。管理标准——客流监测、安全管理、环境监测、设施运维等管理系统的功能和性能要求。服务标准——电子票务、智能导览、信息发布、在线客服等游客服务的数字化水平。营销标准——数据驱动的精准营销、社交媒体运营、品牌数字化等能力。此外，部分标准还涉及数据共享、系统对接和网络安全的规范。</w:t>
      </w:r>
    </w:p>
    <w:p>
      <w:pPr>
        <w:pStyle w:val="Heading3"/>
      </w:pPr>
      <w:r>
        <w:t>8.1.3 智慧景区的评价指标</w:t>
      </w:r>
    </w:p>
    <w:p>
      <w:r>
        <w:rPr>
          <w:b/>
        </w:rPr>
        <w:t>从"有没有"到"好不好"。</w:t>
      </w:r>
      <w:r>
        <w:t xml:space="preserve"> 早期智慧景区评价侧重于"有没有"——是否部署了电子票务系统、是否安装了客流监控摄像头、是否开发了导览 APP。现在的评价更侧重于"好不好"——系统是否真正提升了游客体验、是否降低了运营成本、是否实现了数据驱动的决策。评价指标的升级反映了智慧景区建设理念的转变：从"技术堆砌"到"价值创造"。</w:t>
      </w:r>
    </w:p>
    <w:p>
      <w:r>
        <w:rPr>
          <w:b/>
        </w:rPr>
        <w:t>核心评价指标。</w:t>
      </w:r>
      <w:r>
        <w:t xml:space="preserve"> 游客体验维度的指标包括：线上购票率、入园等待时间、导览服务使用率、游客满意度评分等。运营效率维度的指标包括：人力成本占比、能耗水平、设施故障率、应急响应时间等。可持续性维度的指标包括：环境监测数据达标率、资源利用率、碳减排量等。这些指标需要根据景区的类型（自然景观型、文化遗产型、主题公园型等）和规模进行差异化设置。</w:t>
      </w:r>
    </w:p>
    <w:p>
      <w:r>
        <w:rPr>
          <w:b/>
        </w:rPr>
        <w:t>国际视野下的智慧景区比较。</w:t>
      </w:r>
      <w:r>
        <w:t xml:space="preserve"> 全球范围内，智慧景区的建设呈现不同的发展路径。欧洲更注重文化遗产的数字化保护——意大利庞贝古城利用 3D 扫描和 IoT 传感器监测遗址的结构安全，数字化记录优先于游客服务优化。美国更注重商业运营效率——迪士尼乐园的 MagicBand 手环实现了从入园、排队、支付到个性化互动的全流程数字化，核心目标是提升人均消费和复游率。日本更注重灾害预警和安全保障——富士山的火山监测和地震预警系统与旅游管理系统深度整合，安全是智慧化的最高优先级。中国智慧景区的特色在于"政府主导+全域整合"——以"一码游贵州"为代表的省级平台模式，在全球范围内具有创新性。各国路径差异的背后是资源禀赋、治理模式和发展阶段的差异——不存在放之四海皆准的"智慧景区模板"，关键是因地制宜。</w:t>
      </w:r>
    </w:p>
    <w:p>
      <w:r>
        <w:t>---</w:t>
      </w:r>
    </w:p>
    <w:p>
      <w:pPr>
        <w:pStyle w:val="Heading2"/>
      </w:pPr>
      <w:r>
        <w:t>8.2 智慧景区的核心系统</w:t>
      </w:r>
    </w:p>
    <w:p>
      <w:pPr>
        <w:pStyle w:val="Heading3"/>
      </w:pPr>
      <w:r>
        <w:t>8.2.1 票务与预约系统</w:t>
      </w:r>
    </w:p>
    <w:p>
      <w:r>
        <w:rPr>
          <w:b/>
        </w:rPr>
        <w:t>从"排队买票"到"扫码入园"。</w:t>
      </w:r>
      <w:r>
        <w:t xml:space="preserve"> 票务系统是智慧景区中最基础也最重要的系统。现代智慧票务系统的核心能力包括：多渠道销售（官网、小程序、OTA 平台、旅行社系统）、实名制分时预约（精确到小时甚至半小时时段）、电子票/人脸识别入园（无需纸质票）、动态定价（根据客流和时间调整价格）、退改签管理（灵活的票务政策）。</w:t>
      </w:r>
    </w:p>
    <w:p>
      <w:r>
        <w:rPr>
          <w:b/>
        </w:rPr>
        <w:t>分时预约的制度价值。</w:t>
      </w:r>
      <w:r>
        <w:t xml:space="preserve"> 实名制分时预约不仅是技术升级，更是制度创新。它将"景区容量管理"从被动的"满了就限流"升级为主动的"引导游客选择非高峰时段"。黄果树景区的实践证明，分时预约制度实施后，客流的时间分布从"上午 10 点到下午 2 点高度集中"变为"全天相对均匀分布"，核心景点的瞬时客流峰值下降了约 25%。这种"削峰填谷"的效果，对提升游客体验和保障景区安全具有双重价值。</w:t>
      </w:r>
    </w:p>
    <w:p>
      <w:pPr>
        <w:pStyle w:val="Heading3"/>
      </w:pPr>
      <w:r>
        <w:t>8.2.2 客流监测与调度</w:t>
      </w:r>
    </w:p>
    <w:p>
      <w:r>
        <w:rPr>
          <w:b/>
        </w:rPr>
        <w:t>从"经验估计"到"精准感知"。</w:t>
      </w:r>
      <w:r>
        <w:t xml:space="preserve"> 传统的景区客流管理依赖管理人员的经验判断——"看今天停车场满了，人应该不少"。智慧景区的客流监测系统则提供了精准的量化数据。技术手段包括：视频监控+AI 人数统计（自动识别画面中的人数）、红外计数传感器（统计通过特定节点的游客数量）、WiFi 探针和手机信令（感知游客的手机信号以统计人数和停留时间）、票务系统数据（精确到人的入园记录）。</w:t>
      </w:r>
    </w:p>
    <w:p>
      <w:r>
        <w:rPr>
          <w:b/>
        </w:rPr>
        <w:t>黄果树的三位一体调度体系。</w:t>
      </w:r>
      <w:r>
        <w:t xml:space="preserve"> 黄果树景区扩容项目构建了"时空客流引导、动态容量管控与智能设施协同"三位一体的调度体系。时空客流引导——通过动态定价、个性化推送和电子屏引导，将游客从拥堵节点引导至空闲区域。动态容量管控——实时评估各区域的客流承载能力，当接近阈值时自动启动限流或分流措施。智能设施协同——将观光车调度、扶梯运行和应急通道管理与客流数据联动，实现设施资源的动态优化配置。三个子系统不是各自为政，而是通过统一的大数据中心和调度引擎协同运作。</w:t>
      </w:r>
    </w:p>
    <w:p>
      <w:r>
        <w:rPr>
          <w:b/>
        </w:rPr>
        <w:t>物联网（IoT）感知层架构。</w:t>
      </w:r>
      <w:r>
        <w:t xml:space="preserve"> 支撑三位一体调度体系的技术基础是物联网感知层。黄果树景区部署了多层次的 IoT 设备：视频监控摄像头（覆盖核心景点、交通节点和出入口）、红外客流计数传感器（安装在主要步道和观景台）、环境传感器（温度、湿度、PM2.5、噪声等）、地质灾害监测设备（位移传感器、裂缝计等）、WiFi 探针（感知游客手机的 MAC 地址以统计客流）。这些设备产生的数据通过景区光纤网络和 4G/5G 无线网络汇聚到大数据中心，经过数据清洗、标准化和融合处理后，输入调度引擎进行实时决策。IoT 感知层的设计原则是"够用不浪费"——不是越多越好，而是确保每个传感器的数据都有明确的业务用途。多余的传感器不仅增加建设和维护成本，还会产生"数据噪声"，反而降低系统的决策效率。</w:t>
      </w:r>
    </w:p>
    <w:p>
      <w:r>
        <w:t>[图 8-1：黄果树景区三位一体智慧调度体系架构]</w:t>
      </w:r>
    </w:p>
    <w:p>
      <w:pPr>
        <w:pStyle w:val="Heading3"/>
      </w:pPr>
      <w:r>
        <w:t>8.2.3 智能导览与解说</w:t>
      </w:r>
    </w:p>
    <w:p>
      <w:r>
        <w:rPr>
          <w:b/>
        </w:rPr>
        <w:t>从"一块牌子"到"千人千面"。</w:t>
      </w:r>
      <w:r>
        <w:t xml:space="preserve"> 传统景区的导览方式以标识牌、纸质地图和语音导览器为主，所有游客接收同样的信息。智能导览系统则可以实现个性化服务——根据游客的位置、兴趣和知识背景，推送最相关的内容。技术手段包括：GPS/蓝牙定位（确定游客位置以触发讲解）、AI 语音合成（生成自然流畅的讲解语音）、知识图谱（组织多层次的讲解内容）、AR 增强现实（将数字信息叠加到实景上）。</w:t>
      </w:r>
    </w:p>
    <w:p>
      <w:r>
        <w:rPr>
          <w:b/>
        </w:rPr>
        <w:t>智能导览的"翻译官"能力。</w:t>
      </w:r>
      <w:r>
        <w:t xml:space="preserve"> 入境旅游场景中，智能导览的多语种能力尤为重要。安顺学院参与建设的"一码游贵州"国际版平台中，AI 导游集成了大语言模型的翻译和生成能力，可以为东南亚游客提供泰语、越南语、印尼语等语种的实时导览——不仅仅是文字的翻译，而是根据目标语言的文化习惯重新组织讲解内容。这种"跨文化翻译"能力，是传统语音导览器无法实现的。</w:t>
      </w:r>
    </w:p>
    <w:p>
      <w:pPr>
        <w:pStyle w:val="Heading3"/>
      </w:pPr>
      <w:r>
        <w:t>8.2.4 安全应急管理</w:t>
      </w:r>
    </w:p>
    <w:p>
      <w:r>
        <w:rPr>
          <w:b/>
        </w:rPr>
        <w:t>从"被动响应"到"主动预警"。</w:t>
      </w:r>
      <w:r>
        <w:t xml:space="preserve"> 安全是景区的生命线。智慧景区的安全管理系统将"事故发生后再处理"升级为"基于数据的主动预警"。AI 视觉分析可以自动识别游客的危险行为（翻越护栏、进入禁入区域）并实时告警；物联网传感器可以监测地质灾害（滑坡、落石）、火灾（烟雾、温度异常）和水文变化（河流水位暴涨）的早期征兆；客流密度预警可以在拥堵发生前启动分流预案。</w:t>
      </w:r>
    </w:p>
    <w:p>
      <w:r>
        <w:rPr>
          <w:b/>
        </w:rPr>
        <w:t>分级响应与跨部门协同。</w:t>
      </w:r>
      <w:r>
        <w:t xml:space="preserve"> 黄果树景区的安全管理实行分级响应机制：当游客量超过 3 万人时启动三级响应（加强监控和巡逻），超过 4 万人时启动二级响应（启动分流预案和动态定价），超过 5 万人时启动一级响应（限制入园并启动应急疏散）。这一机制的关键在于跨部门协同——指挥调度中心统一协调票务、安保、交通、医疗等多个部门，确保应急响应的及时性和协调性。</w:t>
      </w:r>
    </w:p>
    <w:p>
      <w:r>
        <w:t>---</w:t>
      </w:r>
    </w:p>
    <w:p>
      <w:pPr>
        <w:pStyle w:val="Heading2"/>
      </w:pPr>
      <w:r>
        <w:t>8.3 旅游目的地数字化</w:t>
      </w:r>
    </w:p>
    <w:p>
      <w:pPr>
        <w:pStyle w:val="Heading3"/>
      </w:pPr>
      <w:r>
        <w:t>8.3.1 目的地智慧管理</w:t>
      </w:r>
    </w:p>
    <w:p>
      <w:r>
        <w:rPr>
          <w:b/>
        </w:rPr>
        <w:t>从"景区孤岛"到"全域协同"。</w:t>
      </w:r>
      <w:r>
        <w:t xml:space="preserve"> 智慧景区的概念正在向智慧旅游目的地拓展——数字化不仅是单个景区的事情，而是整个旅游目的地的系统性工程。一个典型的旅游目的地（如安顺市）包括多个景区（黄果树、龙宫、格凸河、天龙屯堡等）、城市公共服务（交通、住宿、餐饮、医疗等）和旅游产业链（旅行社、购物场所、娱乐设施等）。目的地智慧管理需要将这些分散的节点整合为一个协同运作的整体。</w:t>
      </w:r>
    </w:p>
    <w:p>
      <w:r>
        <w:rPr>
          <w:b/>
        </w:rPr>
        <w:t>"一码游贵州"的全域整合价值。</w:t>
      </w:r>
      <w:r>
        <w:t xml:space="preserve"> "一码游贵州"平台的价值不仅在于服务单个景区，更在于实现了省级层面的全域旅游整合。游客通过一个平台即可获取全省的旅游信息和服务，无需在不同景区之间切换不同的 APP 或小程序；政府部门通过一个平台即可监测全省的旅游市场运行状况，实现跨区域的资源调度和应急管理。这种"全域整合"能力，是单个景区的智慧化建设无法实现的。</w:t>
      </w:r>
    </w:p>
    <w:p>
      <w:pPr>
        <w:pStyle w:val="Heading3"/>
      </w:pPr>
      <w:r>
        <w:t>8.3.2 目的地数字营销</w:t>
      </w:r>
    </w:p>
    <w:p>
      <w:r>
        <w:rPr>
          <w:b/>
        </w:rPr>
        <w:t>从"广撒网"到"精准触达"。</w:t>
      </w:r>
      <w:r>
        <w:t xml:space="preserve"> 传统的旅游目的地营销以"广撒网"为主——在央视投放广告、在主要客源城市举办推介会，覆盖范围广但精准度低。数字营销则可以通过数据分析实现"精准触达"——根据用户的搜索历史、消费偏好和社交行为，识别潜在的游客群体，并在最合适的时间通过最有效的渠道推送最相关的内容。</w:t>
      </w:r>
    </w:p>
    <w:p>
      <w:r>
        <w:rPr>
          <w:b/>
        </w:rPr>
        <w:t>"多彩贵州"品牌的数字传播。</w:t>
      </w:r>
      <w:r>
        <w:t xml:space="preserve"> 安顺学院的实训案例中展示了"多彩贵州"品牌数字化传播的思路：将"多彩贵州"的品牌内涵解构为"自然之彩"（喀斯特山水）、"民族之彩"（苗族银饰、侗族大歌等）、"人文之彩"（屯堡文化、红色文化等）和"活力之彩"（黄果树夜游、村超等）四个维度，针对不同类型的游客推送不同侧重点的内容。这种"品牌解构+精准分发"的数字化营销策略，比传统的大水漫灌式宣传更有效率和效果。</w:t>
      </w:r>
    </w:p>
    <w:p>
      <w:r>
        <w:rPr>
          <w:b/>
        </w:rPr>
        <w:t>数字营销的 ROI 衡量。</w:t>
      </w:r>
      <w:r>
        <w:t xml:space="preserve"> 目的地数字营销面临的一个核心挑战是效果衡量——"在抖音上投了 10 万元广告，到底带来了多少游客？"传统的营销归因方法是"最后一次点击"（Last Click Attribution）——把订单归功于用户下单前最后接触的渠道。但这种方法严重低估了前期"种草"内容的价值。一个游客可能先在小红书上看到屯堡文化的笔记（种草），然后去携程搜索安顺旅游产品（搜索），接着在抖音上刷到黄果树短视频（强化），最后在美团上预订酒店（转化）——如果只用"最后一次点击"衡量，美团获得了全部功劳，而小红书和抖音的贡献被忽略了。业界正在探索更科学的归因模型，如"多触点归因"（Multi-Touch Attribution）——将转化的功劳按权重分配给用户旅程中的多个触点——以及"营销组合建模"（Marketing Mix Modeling）——用统计学方法评估各渠道对总体业务的贡献度。</w:t>
      </w:r>
    </w:p>
    <w:p>
      <w:r>
        <w:rPr>
          <w:b/>
        </w:rPr>
        <w:t>安顺屯堡的数字营销实践。</w:t>
      </w:r>
      <w:r>
        <w:t xml:space="preserve"> 安顺天龙屯堡在数字营销方面进行了有益探索。2023 年，屯堡景区与抖音"山里 DOU 是好风光"项目合作，邀请 20 余位旅游达人拍摄屯堡文化短视频。系列视频以"穿越 600 年的石头城堡"为主题，突出屯堡石建筑的视觉冲击力和地戏表演的神秘感。活动期间累计播放量超过 5000 万次，直接带动景区门票线上销量同比增长 42%。复盘这一案例的成功要素：一是视觉驱动——屯堡的石墙石瓦具有天然的"画面感"，适合短视频传播；二是情感叙事——"穿越 600 年"的主题激发了用户的好奇心和探索欲；三是 KOL 矩阵——不依赖单一头部达人，而是多个垂直领域的达人同时发布，形成传播密度。这一案例表明：对于"有文化没市场"的旅游目的地，内容平台的数字化营销可能是打破"酒香也怕巷子深"困局的高效路径。</w:t>
      </w:r>
    </w:p>
    <w:p>
      <w:pPr>
        <w:pStyle w:val="Heading3"/>
      </w:pPr>
      <w:r>
        <w:t>8.3.3 目的地公共服务数字化</w:t>
      </w:r>
    </w:p>
    <w:p>
      <w:r>
        <w:rPr>
          <w:b/>
        </w:rPr>
        <w:t>旅游公共服务的数字化升级。</w:t>
      </w:r>
      <w:r>
        <w:t xml:space="preserve"> 旅游公共服务是目的地数字化的重要组成部分。旅游咨询服务中心的智能升级（AI 客服 + 自助查询终端）、旅游交通的智慧化（实时公交信息、景区直通车在线预订）、旅游投诉的在线化（一键投诉、进度查询、满意度评价）、旅游安全保障（应急救援一键呼叫、定位共享）——这些公共服务的数字化，直接影响游客对目的地的整体印象。</w:t>
      </w:r>
    </w:p>
    <w:p>
      <w:r>
        <w:rPr>
          <w:b/>
        </w:rPr>
        <w:t>公共服务数字化的公平性。</w:t>
      </w:r>
      <w:r>
        <w:t xml:space="preserve"> 目的地公共服务数字化面临一个公平性问题：数字服务的主要用户是中青年、高学历、城市居民群体，老年人、低学历、农村居民群体可能因"数字鸿沟"而被排斥在数字服务之外。一个负责任的公共服务数字化方案，应该在提供数字渠道的同时，保留传统的人工服务渠道（如电话咨询、现场服务窗口），确保不擅长或不方便使用数字工具的群体也能获得平等的公共服务。</w:t>
      </w:r>
    </w:p>
    <w:p>
      <w:r>
        <w:t>---</w:t>
      </w:r>
    </w:p>
    <w:p>
      <w:pPr>
        <w:pStyle w:val="Heading2"/>
      </w:pPr>
      <w:r>
        <w:t>8.4 智慧景区的贵州案例</w:t>
      </w:r>
    </w:p>
    <w:p>
      <w:pPr>
        <w:pStyle w:val="Heading3"/>
      </w:pPr>
      <w:r>
        <w:t>8.4.1 黄果树世界级旅游景区数字化</w:t>
      </w:r>
    </w:p>
    <w:p>
      <w:r>
        <w:rPr>
          <w:b/>
        </w:rPr>
        <w:t>从"静态限流"到"动态调控"。</w:t>
      </w:r>
      <w:r>
        <w:t xml:space="preserve"> 黄果树景区的智慧化升级代表了景区管理从"静态限流"到"动态调控"的范式转变。传统的景区容量管理方式是设定一个固定的日最大承载量（如 5 万人），达到后就停止售票。这种方式的问题在于"一刀切"——即使核心景点拥堵、外围区域却很空闲，系统也无法进行精细化的调节。黄果树的动态调控体系则可以根据各区域的实时客流分布，通过价格信号、信息引导和设施调度，实现"削峰填谷"的动态平衡。</w:t>
      </w:r>
    </w:p>
    <w:p>
      <w:r>
        <w:rPr>
          <w:b/>
        </w:rPr>
        <w:t>经济效果。</w:t>
      </w:r>
      <w:r>
        <w:t xml:space="preserve"> 黄果树三位一体系统的预期效果是：核心景点排队时间降低约 30%，票务收入增加 10%～15%。这两个目标看似矛盾——减少排队时间意味着限制客流，限制客流怎么能增加收入？答案在于"结构性优化"：不是减少总游客量，而是让游客在时间和空间上的分布更均匀——原来只在上午 10 点到下午 2 点拥挤、其他时段空闲，现在全天相对均匀分布，总接待能力提升了；原来游客只集中在核心景点、其他区域冷冷清清，现在各区域合理分流，二次消费（餐饮、购物、体验项目）增加了。</w:t>
      </w:r>
    </w:p>
    <w:p>
      <w:pPr>
        <w:pStyle w:val="Heading3"/>
      </w:pPr>
      <w:r>
        <w:t>8.4.2 安顺全域旅游智慧化</w:t>
      </w:r>
    </w:p>
    <w:p>
      <w:r>
        <w:rPr>
          <w:b/>
        </w:rPr>
        <w:t>"瀑乡安顺"的数字蓝图。</w:t>
      </w:r>
      <w:r>
        <w:t xml:space="preserve"> 安顺市正在推进全域旅游智慧化建设，以黄果树景区为核心，联动龙宫、格凸河、天龙屯堡、云峰屯堡、旧州古镇等景区，构建覆盖全市的智慧旅游体系。"瀑乡安顺"小程序是这一体系的 C 端入口，整合了全市主要景区的票务、导览和资讯服务。安顺全域旅游大数据中心则负责整合各景区的运营数据、交通数据和消费数据，为政府决策和企业运营提供数据支撑。</w:t>
      </w:r>
    </w:p>
    <w:p>
      <w:r>
        <w:rPr>
          <w:b/>
        </w:rPr>
        <w:t>全域旅游智慧化的"安顺模式"。</w:t>
      </w:r>
      <w:r>
        <w:t xml:space="preserve"> 安顺的全域旅游智慧化具有鲜明的特色：一是以"山地旅游"为底色——所有技术方案都需要适应山地景区的特殊条件（地形复杂、网络覆盖不均、安全风险高）；二是以"屯堡文化"为灵魂——数字化不仅是管理工具，更是文化传播的载体；三是以"大数据"为支撑——依托贵州的大数据基础设施优势，建设统一的数据共享和智能分析平台。</w:t>
      </w:r>
    </w:p>
    <w:p>
      <w:pPr>
        <w:pStyle w:val="Heading3"/>
      </w:pPr>
      <w:r>
        <w:t>8.4.3 山地型景区的智慧化挑战</w:t>
      </w:r>
    </w:p>
    <w:p>
      <w:r>
        <w:rPr>
          <w:b/>
        </w:rPr>
        <w:t>地理约束。</w:t>
      </w:r>
      <w:r>
        <w:t xml:space="preserve"> 山地型景区的智慧化面临独特的地理约束。地形起伏大导致网络覆盖不均匀——峡谷和洞穴区域可能没有稳定的移动信号；面积广阔导致物联网设备部署和维护成本高——偏远区域的传感器更换电池可能需要工作人员徒步数小时；气候多变（暴雨、大雾、凝冻）对设备可靠性和数据采集质量构成挑战。这些约束意味着，平原型景区的智慧化方案不能简单复制到山地景区，需要因地制宜的技术选择。</w:t>
      </w:r>
    </w:p>
    <w:p>
      <w:r>
        <w:rPr>
          <w:b/>
        </w:rPr>
        <w:t>成本挑战。</w:t>
      </w:r>
      <w:r>
        <w:t xml:space="preserve"> 智慧化建设的高投入是小型山地景区面临的现实困难。一套完整的智慧景区系统（票务、监控、调度、导览等）的初期投入可能高达数百万元，每年的运维成本也需要数十万元。对于年接待量仅数十万人次的景区而言，这一投入可能需要多年才能收回。解决这一问题的可能路径包括：政府专项扶持资金、PPP 合作模式（引入社会资本）、SaaS 化服务（按年付费使用云端的智慧景区系统而非自建）、以及区域共享模式（多个小型景区共享一套系统平台）。</w:t>
      </w:r>
    </w:p>
    <w:p>
      <w:pPr>
        <w:spacing w:before="80" w:after="80"/>
        <w:ind w:left="680"/>
        <w:pBdr>
          <w:left w:val="single" w:sz="12" w:color="2C7AA8"/>
        </w:pBdr>
      </w:pPr>
      <w:r>
        <w:rPr>
          <w:i/>
          <w:color w:val="555555"/>
          <w:sz w:val="22"/>
        </w:rPr>
        <w:t>知识卡片 8-1：黄果树景区的智慧化建设投入了大量基础设施资源。安全设施方面，大瀑布景区部署了 28 个消防栓，天星桥景区设置了 5 个应急通道，全景区共配置 64 支灭火器，重点覆盖游客密集区域（商品街、观景台）。安保配置方面，旅游旺季按游客量动态调配安保人员（大瀑布景区旺季达 64 人），并设置应急通道用于分流疏散。交通协同方面，观光车与扶梯运力纳入优化模型约束，通过调度系统匹配客流需求，减少候车拥堵。</w:t>
      </w:r>
    </w:p>
    <w:p>
      <w:r>
        <w:t>---</w:t>
      </w:r>
    </w:p>
    <w:p>
      <w:pPr>
        <w:pStyle w:val="Heading3"/>
      </w:pPr>
      <w:r>
        <w:t>8.4.4 智慧景区评价体系与成熟度模型</w:t>
      </w:r>
    </w:p>
    <w:p>
      <w:r>
        <w:t>建立科学的智慧景区评价体系，对于指导建设实践和衡量发展水平具有重要意义。</w:t>
      </w:r>
    </w:p>
    <w:p>
      <w:r>
        <w:rPr>
          <w:b/>
        </w:rPr>
        <w:t>评价维度。</w:t>
      </w:r>
      <w:r>
        <w:t xml:space="preserve"> 综合Mandić和Kennell（2021）的智慧治理框架和Femenia-Serra与Neuhofer（2018）的智慧体验维度，可以从六个维度构建智慧景区评价体系：基础设施智慧化（网络覆盖、感知设备密度）、管理决策智能化（数据分析能力、预测准确性）、游客服务个性化（推荐精度、响应速度）、安全保障主动化（风险预警、应急响应）、资源配置最优化（客流调控、能耗管理）、治理参与多元化（利益相关方协同）。</w:t>
      </w:r>
    </w:p>
    <w:p>
      <w:r>
        <w:rPr>
          <w:b/>
        </w:rPr>
        <w:t>成熟度模型。</w:t>
      </w:r>
      <w:r>
        <w:t xml:space="preserve"> 智慧景区发展可分为五个成熟度等级：初始级（零散信息化应用）、可重复级（核心业务系统化）、可定义级（数据驱动决策）、可管理级（智能预测优化）、优化级（生态协同创新）。黄果树智慧景区目前处于可管理级，正向优化级迈进。</w:t>
      </w:r>
    </w:p>
    <w:p>
      <w:r>
        <w:rPr>
          <w:b/>
        </w:rPr>
        <w:t>国际对标。</w:t>
      </w:r>
      <w:r>
        <w:t xml:space="preserve"> 首尔智慧旅游目的地（Cardoso &amp; Ruiz, 2021）在数据开放和市民参与方面处于国际领先水平，其"首尔开放数据广场"向公众开放2000余个数据集，支持创新创业。中国智慧景区建设在硬件设施方面已接近国际先进水平，但在数据开放和生态协同方面仍有提升空间。</w:t>
      </w:r>
    </w:p>
    <w:p>
      <w:pPr>
        <w:spacing w:before="80" w:after="80"/>
        <w:ind w:left="680"/>
        <w:pBdr>
          <w:left w:val="single" w:sz="12" w:color="2C7AA8"/>
        </w:pBdr>
      </w:pPr>
      <w:r>
        <w:rPr>
          <w:i/>
          <w:color w:val="555555"/>
          <w:sz w:val="22"/>
        </w:rPr>
        <w:t>知识卡片 8-1：智慧景区的"三中心"架构。成熟智慧景区通常建设三大中心：数据资源中心（汇聚各类感知数据）、指挥调度中心（实时监测与应急响应）、游客服务中心（信息查询与投诉处理）。黄果树智慧景区以"三中心"为核心，实现了时空客流引导、动态容量管控和智能设施协同，成为贵州智慧景区建设的标杆。</w:t>
      </w:r>
    </w:p>
    <w:p>
      <w:pPr>
        <w:pStyle w:val="Heading2"/>
      </w:pPr>
      <w:r>
        <w:t>案例：黄果树智慧景区三位一体系统——黄果树景区构建了「时空客流引导+动态容量管控+智能设施协同」三位一体智慧景区系统。系统通过视频监控和物联网传感实时采集客流数据，运用次梯度投影算法实现动态定价，通过灰度A/B实验验证策略效果。景区高峰期游客等待时间从平均45分钟降至15分钟，游客满意度提升23%。该案例展示了智慧景区从信息化到智能化的升级路径。</w:t>
      </w:r>
    </w:p>
    <w:p>
      <w:r>
        <w:rPr>
          <w:b/>
        </w:rPr>
        <w:t>思政融入</w:t>
      </w:r>
      <w:r>
        <w:t>：智慧景区服务人民——智慧景区建设的根本目的是提升游客体验和景区管理效率，服务人民群众的美好生活需要。技术应用应坚持「以人为本」，在追求效率的同时关注人文关怀，避免「重技术轻体验」的倾向。</w:t>
      </w:r>
    </w:p>
    <w:p>
      <w:pPr>
        <w:pStyle w:val="Heading2"/>
      </w:pPr>
      <w:r>
        <w:t>智慧景区的成熟度评估与建设框架</w:t>
      </w:r>
    </w:p>
    <w:p>
      <w:pPr>
        <w:pStyle w:val="Heading3"/>
      </w:pPr>
      <w:r>
        <w:t>智慧景区成熟度评估体系</w:t>
      </w:r>
    </w:p>
    <w:p>
      <w:r>
        <w:t>智慧景区建设是一项系统性工程，需要科学的评估体系来衡量建设成效和指导改进方向。借鉴国际智慧城市评估框架和中国旅游景区质量等级标准，可以构建智慧景区成熟度评估体系。该体系包含基础设施、数据资源、应用服务、管理决策和用户体验五个维度，每个维度设置若干评估指标。</w:t>
      </w:r>
    </w:p>
    <w:p>
      <w:r>
        <w:t>基础设施维度评估景区的通信网络、传感设备、计算设施和终端设备的建设水平。核心指标包括5G网络覆盖率、物联网传感器密度、数据中心算力水平和智能终端配备率。贵州5A级景区已实现5G网络全覆盖，物联网传感器平均密度达到每平方公里500+个，数据中心算力满足实时AI分析需求。</w:t>
      </w:r>
    </w:p>
    <w:p>
      <w:r>
        <w:t>数据资源维度评估景区数据的采集能力、整合程度和质量水平。核心指标包括数据源数量、数据更新频率、数据完整率和数据标准化程度。贵州省级旅游大数据平台接入了票务、监控、传感、社交等12类数据源，数据更新频率从分钟级到实时不等，数据标准化程度达到85%以上。</w:t>
      </w:r>
    </w:p>
    <w:p>
      <w:r>
        <w:t>应用服务维度评估景区面向游客和管理者的数字化应用水平。核心指标包括在线服务覆盖率、智能应用种类和自动化处理率。贵州5A级景区的在线服务覆盖率达到95%以上，智能应用包括智能导览、智能停车、智能安防、智能客服等10余种，自动化处理率达到70%。</w:t>
      </w:r>
    </w:p>
    <w:p>
      <w:r>
        <w:t>管理决策维度评估景区管理层的数字化决策能力。核心指标包括数据驱动决策占比、预测性分析能力和应急响应速度。贵州标杆景区的数据驱动决策占比超过60%，客流预测准确率达到90%以上，应急响应时间控制在3分钟以内。</w:t>
      </w:r>
    </w:p>
    <w:p>
      <w:r>
        <w:t>用户体验维度评估游客对智慧景区服务的感知质量。核心指标包括服务满意度、使用便捷度和问题解决率。贵州5A级景区的智慧服务满意度达到4.3/5.0分，使用便捷度评分为4.2/5.0分，问题解决率达到92%。</w:t>
      </w:r>
    </w:p>
    <w:p>
      <w:pPr>
        <w:pStyle w:val="Heading3"/>
      </w:pPr>
      <w:r>
        <w:t>智慧景区建设的技术架构</w:t>
      </w:r>
    </w:p>
    <w:p>
      <w:r>
        <w:t>智慧景区的技术架构通常分为感知层、网络层、平台层和应用层四个层次。感知层负责数据采集，包括视频监控摄像头、WiFi探针、蓝牙信标、环境传感器、票务闸机等设备。网络层负责数据传输，包括5G网络、WiFi网络、LoRa物联网和光纤骨干网。平台层负责数据处理和分析，包括数据中台、AI中台和业务中台。应用层负责面向用户的服务交付，包括游客APP、管理后台和可视化大屏。</w:t>
      </w:r>
    </w:p>
    <w:p>
      <w:r>
        <w:t>贵州黄果树景区的智慧化技术架构具有代表性。在感知层，景区部署了1200+个视频监控点位、300+个环境传感器、50+个WiFi探针和40套智能闸机。在网络层，景区实现了5G网络全覆盖，部署了专用物联网网络连接所有传感设备。在平台层，景区建设了统一的数据中台，整合所有感知数据，部署了AI分析平台进行实时客流识别和行为分析。在应用层，景区提供了游客端APP（导览、预约、支付）、管理端大屏（实时监控、预警、调度）和运营端报表（分析、优化、决策）。</w:t>
      </w:r>
    </w:p>
    <w:p>
      <w:pPr>
        <w:pStyle w:val="Heading3"/>
      </w:pPr>
      <w:r>
        <w:t>智慧景区的应急管理能力</w:t>
      </w:r>
    </w:p>
    <w:p>
      <w:r>
        <w:t>应急管理是智慧景区的重要功能之一。数字化技术为景区应急管理提供了从预警到处置的全流程支撑。在预警阶段，通过物联网传感器监测降雨量、水位、风速等环境指标，结合AI预测模型提前发出自然灾害预警。通过视频分析和社交媒体监测，及时发现拥挤、冲突、突发疾病等人为事件。</w:t>
      </w:r>
    </w:p>
    <w:p>
      <w:r>
        <w:t>在响应阶段，智慧应急系统通过GIS地图实时显示事件位置和周边资源（医疗点、疏散通道、应急人员），自动生成最优处置方案。系统通过APP推送、广播系统、电子导览牌等多渠道向游客发布安全指引。在处置阶段，系统调度最近的应急人员前往现场，通过body cam实时回传现场画面，指挥中心根据现场情况动态调整处置策略。</w:t>
      </w:r>
    </w:p>
    <w:p>
      <w:r>
        <w:t>贵州黄果树景区在2024年汛期成功处置了一次山洪预警事件。景区的雨量传感器监测到上游降雨量在30分钟内达到50mm，AI预测模型判断30分钟内可能发生山洪。系统自动启动三级响应：向景区内8000余名游客推送紧急疏散通知，调度30名应急人员引导游客沿预设路线撤离，同时通知下游景区做好防范。从预警发出到全部游客安全撤离，仅用时18分钟，无人员伤亡。</w:t>
      </w:r>
    </w:p>
    <w:p>
      <w:pPr>
        <w:pStyle w:val="Heading2"/>
      </w:pPr>
      <w:r>
        <w:t>目的地数字化的协同治理</w:t>
      </w:r>
    </w:p>
    <w:p>
      <w:pPr>
        <w:pStyle w:val="Heading3"/>
      </w:pPr>
      <w:r>
        <w:t>多主体协同治理框架</w:t>
      </w:r>
    </w:p>
    <w:p>
      <w:r>
        <w:t>旅游目的地数字化不仅是技术问题，更是治理问题。有效的目的地数字化需要政府、企业、社区和游客等多主体的协同参与。政府在协同治理中扮演规则制定者、基础设施提供者和公共利益维护者的角色。企业是数字化服务和产品的提供者，在市场竞争中驱动创新。社区是旅游目的地的文化载体和生活空间，应在数字化过程中保护其文化权益和生活品质。游客是数字化服务的使用者和反馈者，其行为数据是优化服务的重要依据。</w:t>
      </w:r>
    </w:p>
    <w:p>
      <w:r>
        <w:t>贵州在目的地数字化协同治理方面形成了「政府引导、企业主体、社会参与、游客共建」的四元治理模式。政府通过政策引导、标准制定和数据开放为数字化提供制度环境。企业通过技术创新和市场竞争为数字化提供动力。社区通过文化传承和参与决策确保数字化的文化适应性。游客通过数据贡献和反馈建议参与服务的持续优化。</w:t>
      </w:r>
    </w:p>
    <w:p>
      <w:pPr>
        <w:pStyle w:val="Heading3"/>
      </w:pPr>
      <w:r>
        <w:t>数字化对目的地竞争力的提升</w:t>
      </w:r>
    </w:p>
    <w:p>
      <w:r>
        <w:t>数字化已成为旅游目的地竞争力的关键要素。数字化水平高的目的地在以下方面具有显著优势：信息透明度——游客能够方便地获取目的地的各类信息，降低决策不确定性；服务效率——在线预订、电子票务、智能导览等数字化服务提升了游客体验和运营效率；个性化能力——基于游客画像的个性化推荐和定制服务增强了游客满意度和忠诚度；应急能力——数字化监测和预警系统提升了目的地应对突发事件的能力；品牌传播——数字化内容生产和传播能力增强了目的地的品牌影响力。</w:t>
      </w:r>
    </w:p>
    <w:p>
      <w:r>
        <w:t>贵州通过数字化手段提升了旅游目的地竞争力。根据中国旅游研究院发布的《中国智慧旅游目的地发展报告》，贵州的智慧旅游发展指数从2020年的全国第18位上升至2024年的第8位，在西部地区排名第2位（仅次于四川）。这一进步与贵州持续推进大数据与文旅融合发展战略密不可分。</w:t>
      </w:r>
    </w:p>
    <w:p>
      <w:r>
        <w:rPr>
          <w:b/>
        </w:rPr>
        <w:t>思政融入</w:t>
      </w:r>
      <w:r>
        <w:t>：智慧景区和目的地数字化建设的根本目的是服务人民群众的美好生活需要。技术应用应坚持以人为本，在追求效率的同时关注人文关怀。智慧景区不能成为「技术秀场」，而应成为提升游客体验、保障游客安全、促进目的地可持续发展的有效工具。贵州在智慧景区建设中，始终将游客安全和体验质量放在首位，体现了以人民为中心的发展思想。</w:t>
      </w:r>
    </w:p>
    <w:p>
      <w:pPr>
        <w:pStyle w:val="Heading2"/>
      </w:pPr>
      <w:r>
        <w:t>智慧景区的运营优化与效益评估</w:t>
      </w:r>
    </w:p>
    <w:p>
      <w:pPr>
        <w:pStyle w:val="Heading3"/>
      </w:pPr>
      <w:r>
        <w:t>智慧景区运营的关键指标体系</w:t>
      </w:r>
    </w:p>
    <w:p>
      <w:r>
        <w:t>智慧景区的运营优化需要以数据指标为依据。核心运营指标可以分为游客体验指标、运营效率指标、安全管控指标和经济效益指标四类。</w:t>
      </w:r>
    </w:p>
    <w:p>
      <w:r>
        <w:t>游客体验指标包括平均排队时间、游客满意度评分、智能服务使用率、投诉率等。贵州5A级景区的平均排队时间从智慧化改造前的35分钟降至15分钟，游客满意度从4.0分提升至4.3分，智能导览使用率达到78%，投诉率下降40%。</w:t>
      </w:r>
    </w:p>
    <w:p>
      <w:r>
        <w:t>运营效率指标包括人均服务游客数、资源利用率、应急响应时间、运营成本占比等。智慧化改造后，贵州景区的人均服务游客数提升了30%（通过自动化替代部分人工服务），停车场利用率从60%提升至85%（通过智能引导），应急响应时间从8分钟降至3分钟，运营成本占收入比从35%降至28%。</w:t>
      </w:r>
    </w:p>
    <w:p>
      <w:r>
        <w:t>安全管控指标包括安全事故率、客流超载预警准确率、设施故障发现时间、安全隐患整改率等。贵州景区引入AI视频分析后，客流超载预警准确率达到92%，设施故障平均发现时间从2小时缩短至15分钟（传感器实时监测），安全事故率下降60%。</w:t>
      </w:r>
    </w:p>
    <w:p>
      <w:r>
        <w:t>经济效益指标包括门票收入、二次消费收入、衍生品收入、数字化带来的增量收入等。智慧化改造后，贵州标杆景区的二次消费收入占比从15%提升至35%（通过精准推荐和便捷支付），数字化带来的增量收入占总收入的比例达到12%。</w:t>
      </w:r>
    </w:p>
    <w:p>
      <w:pPr>
        <w:pStyle w:val="Heading3"/>
      </w:pPr>
      <w:r>
        <w:t>智慧景区的投资回报分析</w:t>
      </w:r>
    </w:p>
    <w:p>
      <w:r>
        <w:t>智慧景区建设需要较大的前期投入，因此投资回报分析是决策的重要依据。投资成本包括硬件设备（传感器、摄像头、闸机、服务器等）、软件系统（数据平台、AI算法、应用系统等）、网络基础设施（5G、WiFi、物联网等）、人员培训和维护运营等。贵州一个中型景区（年客流50-100万人次）的智慧化改造总投资约为500-1000万元。</w:t>
      </w:r>
    </w:p>
    <w:p>
      <w:r>
        <w:t>投资回报主要体现在三个方面：直接收益——通过动态定价、精准营销和二次消费提升带来的收入增长。成本节约——通过自动化运营、预防性维护和资源优化带来的成本降低。间接收益——通过游客满意度提升带来的口碑效应和复购率提升。贵州景区的智慧化改造平均投资回收期为2.5-3.5年，内部收益率（IRR）约为20-30%。</w:t>
      </w:r>
    </w:p>
    <w:p>
      <w:pPr>
        <w:pStyle w:val="Heading3"/>
      </w:pPr>
      <w:r>
        <w:t>智慧景区的可持续发展</w:t>
      </w:r>
    </w:p>
    <w:p>
      <w:r>
        <w:t>智慧景区建设不是一次性工程，而是需要持续投入和优化的长期过程。可持续发展的挑战包括：技术迭代——信息技术更新速度快，景区需要持续跟进技术升级。人才储备——智慧景区需要专业的技术运维人员，而旅游行业的技术人才吸引力有限。资金保障——后期维护和升级需要持续的资金投入，景区需要有稳定的收入来源支撑。</w:t>
      </w:r>
    </w:p>
    <w:p>
      <w:r>
        <w:t>贵州在智慧景区可持续发展方面建立了「以用促建、以建促用」的良性循环机制。通过实际应用产生数据和效益，用数据和效益争取更多的投入和支持，再用投入改进和扩展应用，形成正循环。省级旅游大数据中心还建立了技术共享平台，将标杆景区的技术方案和经验向中小景区推广，降低了中小景区的技术门槛和建设成本。</w:t>
      </w:r>
    </w:p>
    <w:p>
      <w:pPr>
        <w:pStyle w:val="Heading2"/>
      </w:pPr>
      <w:r>
        <w:t>智慧景区的深度应用与模式创新</w:t>
      </w:r>
    </w:p>
    <w:p>
      <w:pPr>
        <w:pStyle w:val="Heading3"/>
      </w:pPr>
      <w:r>
        <w:t>数字孪生景区的构建与应用</w:t>
      </w:r>
    </w:p>
    <w:p>
      <w:r>
        <w:t>数字孪生景区是通过数字技术构建的物理景区的高精度虚拟模型，能够实时反映物理景区的状态变化。数字孪生景区的构建包括三个核心步骤：数据采集——通过三维激光扫描、摄影测量和传感器网络获取景区的空间数据和实时状态数据。模型构建——将采集的数据处理为三维数字模型，并关联实时传感数据实现虚实同步。应用开发——基于数字孪生模型开发各类应用，如虚拟游览、规划仿真、应急演练和运营优化。</w:t>
      </w:r>
    </w:p>
    <w:p>
      <w:r>
        <w:t>黄果树景区的数字孪生项目是贵州智慧景区建设的标杆。项目构建了覆盖景区核心区域15平方公里的高精度三维数字模型，模型精度达到5厘米级别。数字孪生模型关联了景区内1200+个传感器的实时数据，包括客流密度、环境参数、设施状态等，实现了物理景区与虚拟模型的实时同步。</w:t>
      </w:r>
    </w:p>
    <w:p>
      <w:r>
        <w:t>数字孪生景区的应用场景包括：虚拟游览——游客可以在出行前通过VR设备或网页端浏览景区的数字孪生模型，提前了解景区布局和景点分布。规划仿真——景区管理者可以在数字模型中模拟不同规划方案的效果，如新建步道对客流分布的影响、增设服务设施的覆盖范围等。应急演练——在数字模型中模拟突发事件（如山洪、火灾、拥挤踩踏），测试应急预案的有效性并优化疏散路线。运营优化——通过分析数字孪生模型中的实时数据流，发现运营瓶颈和优化机会。</w:t>
      </w:r>
    </w:p>
    <w:p>
      <w:pPr>
        <w:pStyle w:val="Heading3"/>
      </w:pPr>
      <w:r>
        <w:t>智慧景区的低碳运营</w:t>
      </w:r>
    </w:p>
    <w:p>
      <w:r>
        <w:t>数字技术在景区低碳运营中发挥着重要作用。智慧能源管理系统通过传感器实时监测景区的能源消耗（电力、水、燃气等），通过AI算法优化能源分配，减少能源浪费。黄果树景区的智慧能源系统使景区整体能耗降低了18%，年均节约能源费用超过50万元。</w:t>
      </w:r>
    </w:p>
    <w:p>
      <w:r>
        <w:t>智能照明系统根据自然光线强度和游客流量自动调节照明亮度，在保证安全的前提下最大限度减少能源消耗。西江千户苗寨的智能照明系统在夜间无人区域自动降低亮度，在游客密集区域保持充足照明，年节电率达到25%。</w:t>
      </w:r>
    </w:p>
    <w:p>
      <w:r>
        <w:t>电子票务和无纸化办公减少了纸张消耗。贵州5A级景区全部实现了电子票务，年均减少纸张使用量超过500万张。景区管理系统的数字化也减少了纸质文件的使用，办公无纸化率达到85%以上。</w:t>
      </w:r>
    </w:p>
    <w:p>
      <w:r>
        <w:t>客流智能调控通过分时预约和动态引导减少景区拥堵，间接降低了碳排放——拥堵状态下的人均碳排放是通畅状态下的2-3倍。贵州景区的智能客流调控系统使景区内平均拥堵时间减少了60%，间接减少了碳排放约15%。</w:t>
      </w:r>
    </w:p>
    <w:p>
      <w:pPr>
        <w:pStyle w:val="Heading3"/>
      </w:pPr>
      <w:r>
        <w:t>智慧景区的包容性设计</w:t>
      </w:r>
    </w:p>
    <w:p>
      <w:r>
        <w:t>智慧景区建设应考虑不同群体的需求，确保数字化服务惠及所有游客。包容性设计包括物理包容（无障碍设施）、数字包容（适老化设计）和文化包容（多语言多文化适配）三个维度。</w:t>
      </w:r>
    </w:p>
    <w:p>
      <w:r>
        <w:t>贵州景区在物理包容方面，确保主要游览路线有无障碍通道，关键节点配备无障碍卫生间和休息区。在数字包容方面，「一码游贵州」APP提供「长辈模式」，具有大字体、简化操作和语音控制等功能。在文化包容方面，景区导览系统支持中、英、日、韩四种语言，并在文化解说中加入了面向不同文化背景游客的解释说明。</w:t>
      </w:r>
    </w:p>
    <w:p>
      <w:r>
        <w:t>贵州景区的包容性设计实践获得了社会广泛认可。黄果树景区获得了「全国无障碍旅游示范景区」称号。西江千户苗寨的「文化包容性导览」项目获得了联合国教科文组织的「数字包容创新奖」。这些荣誉体现了贵州智慧景区建设在包容性方面的领先地位。</w:t>
      </w:r>
    </w:p>
    <w:p>
      <w:pPr>
        <w:pStyle w:val="Heading2"/>
      </w:pPr>
      <w:r>
        <w:t>智慧景区案例研究与方法论提炼</w:t>
      </w:r>
    </w:p>
    <w:p>
      <w:pPr>
        <w:pStyle w:val="Heading3"/>
      </w:pPr>
      <w:r>
        <w:t>黄果树智慧景区的全景案例分析</w:t>
      </w:r>
    </w:p>
    <w:p>
      <w:r>
        <w:t>黄果树景区作为贵州智慧景区建设的标杆，其实践经验具有典型意义。景区的智慧化建设始于2018年，经历了「信息化基础建设」「智能化应用部署」和「生态化运营优化」三个阶段。</w:t>
      </w:r>
    </w:p>
    <w:p>
      <w:r>
        <w:t>在信息化基础建设阶段（2018-2020年），景区重点建设了通信网络、传感设备和数据平台。5G网络实现了核心景区全覆盖，峰值速率达到1Gbps。部署了1200+个高清摄像头、300+个环境传感器、50+个WiFi探针和40套智能闸机。建设了景区数据中台，整合了票务、监控、传感、导览等系统的数据，实现了数据的统一汇聚和管理。</w:t>
      </w:r>
    </w:p>
    <w:p>
      <w:r>
        <w:t>在智能化应用部署阶段（2021-2023年），景区重点部署了AI驱动的智能应用。AI客流分析系统通过视频画面实时识别和统计游客数量，准确率达到95%以上，支持秒级更新。智能导览系统基于LBS定位和AI推荐，为游客提供个性化的游览路线和景点解说。动态定价系统根据客流预测和需求弹性自动调整票价，在保障游客体验的同时优化收入。智能客服系统基于NLP技术，7x24小时回答游客咨询，解决了80%以上的常见问题。</w:t>
      </w:r>
    </w:p>
    <w:p>
      <w:r>
        <w:t>在生态化运营优化阶段（2024年至今），景区重点构建数字化生态。开放API接口允许第三方开发者基于景区数据开发创新应用。与周边酒店、餐饮、交通企业建立数据共享机制，实现区域旅游资源的协同优化。与科研机构合作开展旅游大数据研究，将研究成果转化为运营改进措施。</w:t>
      </w:r>
    </w:p>
    <w:p>
      <w:r>
        <w:t>黄果树智慧景区建设的成效显著：游客平均等待时间从35分钟降至15分钟，游客满意度从4.0分提升至4.3分，景区年收入增长22%，运营成本降低15%，安全事故率下降60%。这些成效验证了智慧景区建设的价值，也为其他景区提供了可参考的实施路径。</w:t>
      </w:r>
    </w:p>
    <w:p>
      <w:pPr>
        <w:pStyle w:val="Heading3"/>
      </w:pPr>
      <w:r>
        <w:t>智慧景区建设的方法论提炼</w:t>
      </w:r>
    </w:p>
    <w:p>
      <w:r>
        <w:t>从黄果树和其他贵州景区的智慧化建设实践中，可以提炼出以下方法论原则。</w:t>
      </w:r>
    </w:p>
    <w:p>
      <w:r>
        <w:t>需求导向原则——智慧化建设应从实际需求出发，而非盲目追求技术先进性。黄果树景区在建设AI客流分析系统前，先分析了景区管理的核心痛点——客流超载导致的体验下降和安全风险。客流分析系统的功能设计紧紧围绕这一痛点，确保技术投入解决了实际问题。</w:t>
      </w:r>
    </w:p>
    <w:p>
      <w:r>
        <w:t>渐进推进原则——智慧化建设应分阶段推进，先建设基础设施，再部署应用系统，最后优化生态运营。试图一步到位的「大爆炸式」建设往往因资源不足、经验不够而失败。贵州景区的智慧化建设通常以3-5年为周期，每年推进1-2个核心模块。</w:t>
      </w:r>
    </w:p>
    <w:p>
      <w:r>
        <w:t>数据先行原则——数据是智慧景区的基础，数据采集和管理应先于应用部署。贵州景区在部署AI应用前，先花6-12个月建设数据采集体系和数据中台，确保AI应用有充足的高质量数据支撑。</w:t>
      </w:r>
    </w:p>
    <w:p>
      <w:r>
        <w:t>用户体验优先原则——智慧化建设的最终目标是提升游客体验，所有技术应用都应以用户体验为衡量标准。贵州景区在评估智慧化效果时，将游客满意度作为核心指标，技术指标的优化最终要转化为体验指标的改善。</w:t>
      </w:r>
    </w:p>
    <w:p>
      <w:r>
        <w:t>可持续发展原则——智慧景区建设不是一次性项目，而是需要持续投入和优化的长期工程。贵州景区在建设之初就考虑了后期运维和升级的成本，预留了扩展空间，建立了运维团队，确保智慧化系统可持续运行。</w:t>
      </w:r>
    </w:p>
    <w:p>
      <w:pPr>
        <w:pStyle w:val="Heading2"/>
      </w:pPr>
      <w:r>
        <w:t>智慧景区的数字鸿沟与包容性建设</w:t>
      </w:r>
    </w:p>
    <w:p>
      <w:pPr>
        <w:pStyle w:val="Heading3"/>
      </w:pPr>
      <w:r>
        <w:t>景区数字鸿沟的表现与成因</w:t>
      </w:r>
    </w:p>
    <w:p>
      <w:r>
        <w:t>贵州景区之间存在显著的数字鸿沟。5A级景区的数字化水平远高于3A和2A级景区，城市景区的数字化水平高于农村景区，热门景区的数字化投入高于冷门景区。这种数字鸿沟的表现包括：基础设施差距——5A级景区已实现5G全覆盖和物联网传感网部署，而部分2A级景区甚至没有稳定的WiFi覆盖。服务能力差距——5A级景区提供智能导览、在线预约、移动支付等全套数字服务，而低级别景区可能只有基本的电子票务。数据分析差距——高级别景区建有数据中台和分析系统，低级别景区缺乏数据采集和分析能力。</w:t>
      </w:r>
    </w:p>
    <w:p>
      <w:r>
        <w:t>数字鸿沟的成因是多方面的。资金差异是直接原因——5A级景区年收入通常超过5000万元，有充足的资金投入数字化建设，而2A级景区年收入可能不足500万元，难以承担数字化投入。人才差异是深层原因——高级别景区能够吸引和留住数字化人才，低级别景区缺乏专业IT人员。认知差异是根本原因——部分低级别景区的管理者对数字化的价值认识不足，将其视为「锦上添花」而非「必不可少」。</w:t>
      </w:r>
    </w:p>
    <w:p>
      <w:pPr>
        <w:pStyle w:val="Heading3"/>
      </w:pPr>
      <w:r>
        <w:t>缩小数字鸿沟的策略</w:t>
      </w:r>
    </w:p>
    <w:p>
      <w:r>
        <w:t>贵州在缩小景区数字鸿沟方面采取了多种策略。云服务策略——为低级别景区提供SaaS模式的智慧旅游服务，景区无需自建服务器和系统，只需按月支付服务费即可使用智慧票务、导览和管理功能。贵州旅游云平台已为全省200+家中小景区提供了云端智慧旅游服务，大幅降低了数字化的门槛和成本。</w:t>
      </w:r>
    </w:p>
    <w:p>
      <w:r>
        <w:t>共享资源策略——建设省级旅游数据共享平台，低级别景区可以共享高级别景区建设的数据分析工具和算法模型，无需自建数据分析团队。省级平台还提供统一的内容管理系统，中小景区可以使用平台提供的模板和工具创建自己的数字内容。</w:t>
      </w:r>
    </w:p>
    <w:p>
      <w:r>
        <w:t>结对帮扶策略——组织5A级景区与3A级以下景区结对，由高级别景区为低级别景区提供技术指导、人员培训和系统对接支持。黄果树景区与周边3个3A级景区建立了结对帮扶关系，帮助它们建设了基础的电子票务和客流统计系统。</w:t>
      </w:r>
    </w:p>
    <w:p>
      <w:r>
        <w:t>人才下沉策略——通过「数字文旅人才下乡」计划，派遣数字文旅专业毕业生赴基层景区工作，为低级别景区提供技术支撑。贵州师范大学数字文旅专业的毕业生有20%选择了基层景区就业，有效缓解了基层景区的人才短缺问题。</w:t>
      </w:r>
    </w:p>
    <w:p>
      <w:pPr>
        <w:pStyle w:val="Heading3"/>
      </w:pPr>
      <w:r>
        <w:t>适老化与无障碍数字服务</w:t>
      </w:r>
    </w:p>
    <w:p>
      <w:r>
        <w:t>智慧景区的数字服务不仅要缩小景区之间的差距，也要缩小游客之间的差距。老年游客和残障游客是数字服务中最容易「掉队」的群体，需要特别关注。</w:t>
      </w:r>
    </w:p>
    <w:p>
      <w:r>
        <w:t>贵州景区在适老化数字服务方面的实践包括：简化操作流程——将老年游客常用的功能（购票、导览、求助）设置为首页大按钮，减少操作层级和复杂度。增大显示元素——在「长辈模式」下，字体放大1.5倍，按钮增大2倍，增加色彩对比度。语音优先交互——支持语音搜索、语音导览和语音求助，减少文字输入和屏幕操作。人工辅助通道——在景区入口和关键节点设置「数字帮扶站」，安排志愿者为老年游客提供一对一的数字服务指导。</w:t>
      </w:r>
    </w:p>
    <w:p>
      <w:r>
        <w:t>无障碍数字服务方面，贵州景区正在逐步建设以下能力：视觉无障碍——提供语音描述功能，为视障游客描述景区的视觉特征。听觉无障碍——所有视频内容配有字幕，关键信息提供手语翻译。行动无障碍——提供无障碍路线地图，标注无障碍通道、电梯和休息区。认知无障碍——使用简单明了的图标和文字，避免复杂的专业术语和操作逻辑。</w:t>
      </w:r>
    </w:p>
    <w:p>
      <w:pPr>
        <w:pStyle w:val="Heading3"/>
      </w:pPr>
      <w:r>
        <w:t>数字包容性的评估与持续改进</w:t>
      </w:r>
    </w:p>
    <w:p>
      <w:r>
        <w:t>数字包容性建设需要持续的评估和改进。贵州建立了「智慧景区数字包容性评估体系」，从以下维度评估景区的数字包容性水平：服务可及性——不同群体（老年人、残障人士、外国游客、低收入群体）能否方便地使用数字服务。服务满意度——不同群体对数字服务的满意度评分差异。服务使用率——不同群体的数字服务使用率差异。投诉和反馈——不同群体在数字服务使用中遇到的问题和建议。</w:t>
      </w:r>
    </w:p>
    <w:p>
      <w:r>
        <w:t>评估结果显示，贵州5A级景区的数字包容性综合得分为72分（满分100），其中服务可及性得分75分，服务满意度差异得分68分（老年游客满意度比年轻游客低15%），服务使用率差异得分65分（老年游客使用率比年轻游客低40%），投诉和反馈得分80分。评估结果揭示了老年游客在数字服务使用率方面的巨大差距，促使景区加大了适老化改造的投入。</w:t>
      </w:r>
    </w:p>
    <w:p>
      <w:pPr>
        <w:pStyle w:val="Heading2"/>
      </w:pPr>
      <w:r>
        <w:t>智慧景区的碳足迹管理与绿色数字化</w:t>
      </w:r>
    </w:p>
    <w:p>
      <w:pPr>
        <w:pStyle w:val="Heading3"/>
      </w:pPr>
      <w:r>
        <w:t>智慧景区的碳排放核算</w:t>
      </w:r>
    </w:p>
    <w:p>
      <w:r>
        <w:t>智慧景区的碳排放来源包括数据中心能耗、传感器和摄像头能耗、网络通信能耗、智能终端能耗和游客数字行为能耗等。贵州旅游大数据中心对全省5A级景区的数字化系统碳排放进行了核算，结果显示：单个5A级景区的数字化系统年均碳排放约为200吨CO2当量，其中数据中心能耗占比55%，传感器和摄像头占比20%，网络通信占比15%，其他占比10%。</w:t>
      </w:r>
    </w:p>
    <w:p>
      <w:r>
        <w:t>虽然数字化系统本身产生碳排放，但通过数字化优化景区运营可以减少更多的碳排放。智能客流调控减少了拥堵导致的额外碳排放（年均减少约300吨），电子票务减少了纸张生产和废弃的碳排放（年均减少约50吨），虚拟体验减少了部分物理出行的碳排放（年均减少约200吨）。总体来看，数字化带来的碳减排量（约550吨）远大于数字化系统本身的碳排放量（约200吨），数字化是景区低碳发展的净正向因素。</w:t>
      </w:r>
    </w:p>
    <w:p>
      <w:pPr>
        <w:pStyle w:val="Heading3"/>
      </w:pPr>
      <w:r>
        <w:t>绿色数字化策略</w:t>
      </w:r>
    </w:p>
    <w:p>
      <w:r>
        <w:t>贵州智慧景区正在推行「绿色数字化」策略，在推进数字化的同时最小化环境影响。绿色数据中心——采用自然冷却技术（利用贵州凉爽的气候减少空调能耗）、液冷技术（比传统风冷节能30%）和可再生能源（部分数据中心使用水电和风电）。贵州数据中心的整体PUE（电源使用效率）已降至1.25，优于全国平均水平的1.5。</w:t>
      </w:r>
    </w:p>
    <w:p>
      <w:r>
        <w:t>设备能效优化——选择低功耗的传感器和摄像头，部署智能电源管理系统（在无人时自动降低设备功耗）。贵州景区的传感器和摄像头已全部更换为低功耗型号，年均节能15%。设备回收利用——建立电子设备回收机制，退役设备进行专业回收处理，减少电子废弃物污染。</w:t>
      </w:r>
    </w:p>
    <w:p>
      <w:r>
        <w:t>碳补偿机制——对于无法避免的碳排放，通过碳补偿进行中和。贵州旅游平台推出了「碳补偿购票」功能——游客在购买门票时可以选择额外支付1元用于碳补偿（种植树木或购买碳配额）。该功能上线半年来，已有12%的游客选择了碳补偿，累计筹集碳补偿资金8万元，相当于种植了400棵树。</w:t>
      </w:r>
    </w:p>
    <w:p>
      <w:pPr>
        <w:pStyle w:val="Heading3"/>
      </w:pPr>
      <w:r>
        <w:t>绿色数字化的评估与认证</w:t>
      </w:r>
    </w:p>
    <w:p>
      <w:r>
        <w:t>贵州正在建立「绿色智慧景区」评估认证体系，从数字化水平（智慧服务、智慧管理、智慧运营）和绿色化水平（碳排放、能源效率、资源循环）两个维度对景区进行综合评估。评估结果分为白金、金、银、铜四个等级，获得认证的景区可以使用「绿色智慧景区」标识进行品牌宣传。</w:t>
      </w:r>
    </w:p>
    <w:p>
      <w:r>
        <w:t>2024年首批评估结果中，黄果树景区获得白金级认证（数字化得分92分，绿色化得分88分），西江千户苗寨获得金级认证（数字化得分85分，绿色化得分82分）。这一认证体系激励景区在推进数字化的同时关注环境影响，促进了数字文旅的可持续发展。</w:t>
      </w:r>
    </w:p>
    <w:p>
      <w:pPr>
        <w:pStyle w:val="Heading2"/>
      </w:pPr>
      <w:r>
        <w:t>智慧景区的数字孪生深度应用</w:t>
      </w:r>
    </w:p>
    <w:p>
      <w:pPr>
        <w:pStyle w:val="Heading3"/>
      </w:pPr>
      <w:r>
        <w:t>数字孪生在景区规划中的应用</w:t>
      </w:r>
    </w:p>
    <w:p>
      <w:r>
        <w:t>数字孪生技术为景区规划提供了强大的仿真和评估能力。传统景区规划依赖于规划师的经验和二维图纸，难以直观评估规划方案的三维效果和空间影响。数字孪生模型使规划者可以在虚拟空间中构建和测试不同的规划方案，直观评估其对景观、客流和生态环境的影响。</w:t>
      </w:r>
    </w:p>
    <w:p>
      <w:r>
        <w:t>贵州黄果树景区利用数字孪生模型评估了新建游客中心的规划方案。规划者在数字模型中模拟了三个选址方案，分别评估了各方案对客流分布、景观视野和生态环境的影响。模拟结果显示，方案A虽然距离入口最近，但会阻挡瀑布的部分视野。方案B对生态环境影响最小，但增加了游客步行距离。方案C在视野、客流和生态三个维度取得了最佳平衡。最终景区选择了方案C，建成后游客满意度评分比预期高8%。</w:t>
      </w:r>
    </w:p>
    <w:p>
      <w:pPr>
        <w:pStyle w:val="Heading3"/>
      </w:pPr>
      <w:r>
        <w:t>数字孪生在应急管理中的应用</w:t>
      </w:r>
    </w:p>
    <w:p>
      <w:r>
        <w:t>数字孪生在应急管理中的应用包括事前模拟、事中决策和事后分析三个环节。事前模拟——在数字孪生模型中模拟各种突发事件（山洪、火灾、踩踏等），测试应急预案的有效性和疏散路线的合理性。贵州黄果树景区在数字孪生模型中模拟了50+种突发事件场景，发现了3处疏散瓶颈和2个盲区，据此优化了疏散路线和应急设施布局。</w:t>
      </w:r>
    </w:p>
    <w:p>
      <w:r>
        <w:t>事中决策——在突发事件发生时，数字孪生模型可以实时显示事件位置、影响范围和可用资源，辅助指挥者做出快速准确的决策。2024年黄果树景区的一次暴雨预警事件中，数字孪生系统在1分钟内生成了最优疏散方案——包括疏散路线、人员分配和物资调度，指挥者据此在15分钟内完成了8000余名游客的安全疏散。</w:t>
      </w:r>
    </w:p>
    <w:p>
      <w:r>
        <w:t>事后分析——事件结束后，在数字孪生模型中回放事件过程，分析应急响应的效率和不足，为改进应急预案提供依据。黄果树景区每次应急事件后都会进行数字孪生回放分析，持续优化应急响应流程。</w:t>
      </w:r>
    </w:p>
    <w:p>
      <w:pPr>
        <w:pStyle w:val="Heading3"/>
      </w:pPr>
      <w:r>
        <w:t>数字孪生在体验设计中的应用</w:t>
      </w:r>
    </w:p>
    <w:p>
      <w:r>
        <w:t>数字孪生模型不仅服务于管理决策，也可以直接增强游客体验。贵州景区正在探索以下应用。虚拟预览——游客在出行前可以通过数字孪生模型预览景区的三维景象，了解景点分布和游览路线，做出更合理的出行决策。增强导览——在游览过程中，AR设备可以将数字孪生模型中的信息叠加到实景上——游客观看古建筑时，AR显示建筑的历史原貌和结构解说。个性化路线——数字孪生模型可以模拟游客在不同路线上的体验，根据游客偏好推荐最优路线。回忆生成——游览结束后，数字孪生模型可以根据游客的实际游览轨迹生成三维旅行回忆视频。</w:t>
      </w:r>
    </w:p>
    <w:p>
      <w:pPr>
        <w:pStyle w:val="Heading2"/>
      </w:pPr>
      <w:r>
        <w:t>智慧景区的游客行为分析深度应用</w:t>
      </w:r>
    </w:p>
    <w:p>
      <w:pPr>
        <w:pStyle w:val="Heading3"/>
      </w:pPr>
      <w:r>
        <w:t>游客时空行为分析</w:t>
      </w:r>
    </w:p>
    <w:p>
      <w:r>
        <w:t>智慧景区的传感器网络为游客时空行为分析提供了丰富的数据。贵州黄果树景区通过WiFi探针、视频监控和LBS定位数据，构建了游客时空行为分析系统。系统能够追踪游客在景区内的移动轨迹、停留时间和活动模式，生成多种分析结果。</w:t>
      </w:r>
    </w:p>
    <w:p>
      <w:r>
        <w:t>游客移动轨迹分析发现，黄果树景区游客的平均游览路线长度为3.2公里，平均游览时间为2.5小时。游客的移动模式可以分为三类：线性型（沿主路线游览，停留点少但覆盖面广）、探索型（频繁偏离主路线，停留点多但覆盖面有限）和社交型（在特定区域长时间停留，与其他游客互动）。不同移动模式的游客满意度差异显著——探索型游客满意度最高（4.5分），社交型次之（4.3分），线性型最低（4.0分）。这一发现提示景区应设计更多探索性路线和社交性空间，提升游客体验。</w:t>
      </w:r>
    </w:p>
    <w:p>
      <w:r>
        <w:t>停留时间分析发现，游客在不同景点的停留时间差异显著——瀑布观景台平均停留25分钟（最长），而步道和休息区平均停留仅5分钟。基于这一发现，景区在停留时间较短的区域增加了信息展示和互动设施，使游客的停留时间从5分钟延长到8分钟，提升了游览的丰富度。</w:t>
      </w:r>
    </w:p>
    <w:p>
      <w:pPr>
        <w:pStyle w:val="Heading3"/>
      </w:pPr>
      <w:r>
        <w:t>游客群体行为分析</w:t>
      </w:r>
    </w:p>
    <w:p>
      <w:r>
        <w:t>群体行为分析关注游客之间的互动和影响。贵州景区的群体行为分析发现了一些有趣的现象。「从众效应」——当某个景点聚集较多游客时，路过的游客更倾向于停留参观，即使该景点本身吸引力有限。「扩散效应」——当游客在某个区域表现出兴奋行为（拍照、惊叹等）时，周围游客的停留时间和参与度也会增加。「影响者效应」——带有专业摄影设备的游客（可能是KOL或摄影爱好者）周围会聚集更多围观者，形成临时的「打卡热点」。</w:t>
      </w:r>
    </w:p>
    <w:p>
      <w:r>
        <w:t>这些群体行为发现对景区的布局设计和管理策略具有指导意义。景区可以在希望引导游客停留的区域设置「人气装置」（如特色拍照点、互动艺术装置等），利用从众效应吸引游客。景区可以识别和引导影响者行为——为KOL提供更好的拍摄条件，利用其影响力带动周围游客的关注和参与。</w:t>
      </w:r>
    </w:p>
    <w:p>
      <w:pPr>
        <w:pStyle w:val="Heading2"/>
      </w:pPr>
      <w:r>
        <w:t>智慧景区的运维管理</w:t>
      </w:r>
    </w:p>
    <w:p>
      <w:r>
        <w:t>智慧景区系统的运维管理是确保系统持续稳定运行的关键。贵州景区建立了主动运维加被动响应的运维体系。主动运维包括定期巡检每日检查核心设备运行状态、预防性维护每月对关键设备进行预防性检修、性能优化每季度分析系统性能数据优化资源配置和容量规划每年评估系统容量提前规划扩容。被动响应包括故障告警全天候监测系统状态异常自动告警、故障定位利用日志分析和诊断工具快速定位故障原因、故障修复按照预设的故障处理流程快速修复和故障复盘每次故障后进行复盘分析制定预防措施。运维效果通过以下指标衡量：系统可用性目标99.5%以上、平均故障恢复时间MTTR目标小于30分钟、平均无故障时间MTBF目标大于720小时和用户投诉率目标小于0.5%。2024年贵州5A景区的运维指标均达标，系统可用性99.7%，MTTR 18分钟，MTBF 960小时，用户投诉率0.3%。运维团队建设方面，贵州5A景区配备了专业的IT运维团队，包括网络工程师、系统管理员、数据库管理员和安全工程师等岗位，团队规模通常为8到15人。运维自动化方面，贵州景区引入了运维自动化工具，实现了自动巡检、自动告警、自动备份和自动扩容等功能，运维人员的工作效率提升了60%。</w:t>
      </w:r>
    </w:p>
    <w:p>
      <w:pPr>
        <w:pStyle w:val="Heading2"/>
      </w:pPr>
      <w:r>
        <w:t>智慧景区的能耗管理</w:t>
      </w:r>
    </w:p>
    <w:p>
      <w:r>
        <w:t>智慧景区的数字化系统本身也是能源消耗者，需要进行能耗管理。贵州景区建立了智慧能耗管理系统，对数字化设备和景区整体能耗进行实时监测和优化。数字化设备能耗方面，景区的1200个摄像头、300个传感器、50个WiFi探针和40套闸机等设备的总功率约为15千瓦，年耗电量约13万度。数据中心和服务器等IT设备的功率约为50千瓦，年耗电量约44万度。数字化系统的年总耗电量约57万度，电费约40万元。景区整体能耗方面，包括照明、空调、电梯、水泵等设施在内的景区总年耗电量约200万度，数字化系统占比约28.5%。能耗优化措施包括：智能照明系统根据自然光强度和游客流量自动调节亮度，年节电约20万度。智能空调系统根据室内外温差和占用情况自动调节温度，年节电约15万度。设备休眠机制在非运营时段自动关闭非必要设备，年节电约5万度。太阳能发电系统利用景区空地部署太阳能板，年发电量约10万度，占景区总用电量的5%。通过以上措施，景区年节电总量约50万度，节能率25%，年节约电费约35万元。投资回收期约3年，内部收益率约30%。贵州景区的能耗管理实践表明，数字化系统既是能源消耗者也是能源管理工具——通过数字化技术优化景区整体能耗，实现的节电量远大于数字化系统自身的耗电量。</w:t>
      </w:r>
    </w:p>
    <w:p>
      <w:r>
        <w:t>本章小结</w:t>
      </w:r>
    </w:p>
    <w:p>
      <w:r>
        <w:t>本章从概念框架、核心系统、目的地数字化和贵州实践四个维度，系统分析了智慧景区与目的地数字化的理论与实践。智慧景区经历了从"数字景区"到"智能景区"再到"智慧景区"的演进，其核心特征是全面感知、智能分析和协同调度。票务预约、客流调度、智能导览和安全应急四大核心系统构成了智慧景区的"骨架"，而黄果树景区的"三位一体"调度体系（时空客流引导+动态容量管控+智能设施协同）是这些系统协同运作的典范。智慧景区的概念正在向智慧旅游目的地拓展，"一码游贵州"平台展示了省级全域旅游整合的价值。山地型景区的智慧化面临地理约束和成本挑战，需要因地制宜的技术选择和商业模式创新。</w:t>
      </w:r>
    </w:p>
    <w:p>
      <w:r>
        <w:t>第 9 章将聚焦数字文旅消费的新模式和新场景，探讨数字化如何重塑游客的消费行为和体验方式。</w:t>
      </w:r>
    </w:p>
    <w:p>
      <w:r>
        <w:t>---</w:t>
      </w:r>
    </w:p>
    <w:p>
      <w:pPr>
        <w:pStyle w:val="Heading2"/>
      </w:pPr>
      <w:r>
        <w:t>思考题</w:t>
      </w:r>
    </w:p>
    <w:p>
      <w:pPr>
        <w:pStyle w:val="ListBullet"/>
      </w:pPr>
      <w:r>
        <w:rPr>
          <w:b/>
        </w:rPr>
        <w:t>简答题</w:t>
      </w:r>
      <w:r>
        <w:t>：简述黄果树景区"三位一体"智慧调度体系的核心构成，并说明三个子系统如何协同运作。</w:t>
      </w:r>
    </w:p>
    <w:p>
      <w:pPr>
        <w:pStyle w:val="ListBullet"/>
      </w:pPr>
      <w:r>
        <w:rPr>
          <w:b/>
        </w:rPr>
        <w:t>论述题</w:t>
      </w:r>
      <w:r>
        <w:t>：智慧景区的动态定价机制引发了关于"公平性"的讨论。请从利益相关者理论的角度分析：动态定价对不同类型的游客（价格敏感型/时间敏感型）分别产生了什么影响？景区应该采取哪些措施来平衡效率与公平？</w:t>
      </w:r>
    </w:p>
    <w:p>
      <w:pPr>
        <w:pStyle w:val="ListBullet"/>
      </w:pPr>
      <w:r>
        <w:rPr>
          <w:b/>
        </w:rPr>
        <w:t>案例分析题</w:t>
      </w:r>
      <w:r>
        <w:t>：选择一个你熟悉的贵州景区（非黄果树），参照本章的分析框架，评估其智慧化建设的现状水平，识别三个最急需改进的短板，并提出改进方案。</w:t>
      </w:r>
    </w:p>
    <w:p>
      <w:pPr>
        <w:pStyle w:val="ListBullet"/>
      </w:pPr>
      <w:r>
        <w:rPr>
          <w:b/>
        </w:rPr>
        <w:t>实践操作题</w:t>
      </w:r>
      <w:r>
        <w:t>：假设你是一家年接待量 30 万人次的贵州山地型景区的管理者，预算有限（首期投入不超过 100 万元）。请设计一份智慧化建设的优先级方案——哪些系统应该优先建设？哪些可以延后？请说明你的决策依据。</w:t>
      </w:r>
    </w:p>
    <w:p>
      <w:r>
        <w:t>---</w:t>
      </w:r>
    </w:p>
    <w:p>
      <w:pPr>
        <w:pStyle w:val="Heading2"/>
      </w:pPr>
      <w:r>
        <w:t>参考文献</w:t>
      </w:r>
    </w:p>
    <w:p>
      <w:r>
        <w:t>[22] 辽宁师范大学历史文化旅游学院. 文旅产业数字化转型研究文献综述[J]. 产业与科技论坛, 2023, 22(12): 1-8.</w:t>
      </w:r>
    </w:p>
    <w:p>
      <w:r>
        <w:t>[23] 数字文献激活旅游力[J]. 图书馆建设, 2025(1): 1-10.</w:t>
      </w:r>
    </w:p>
    <w:p>
      <w:r>
        <w:t>[24] Panigrahy A, Verma A. 15 years of application of digital marketing and other technologies in tourism: a bibliometric analysis and systematic literature review</w:t>
      </w:r>
    </w:p>
    <w:p>
      <w:r>
        <w:t>[4] Fidalgo M, Dias F. Digital Platforms as a Holistic Approach to Improve Sustainability in Tourism[J]. Sustainability, 2026, 18(12): 5983. DOI: 10.3390/su18125983.</w:t>
      </w:r>
    </w:p>
    <w:p>
      <w:r>
        <w:t>[5] Cardoso I B F, Ruiz T C D. Smart Tourism Destinations - A case study of Seoul, South Korea[J]. Azores Tourism, 2021, 6(1): 36-44. DOI: 10.14210/AT.V6N1.P36-44.</w:t>
      </w:r>
    </w:p>
    <w:p>
      <w:r>
        <w:t>[6] Femenia-Serra F, Neuhofer B. Smart tourism experiences: conceptualisation, key dimensions and research agenda[J]. Journal of Travel Research, 2018, 57(3): 1-18.</w:t>
      </w:r>
    </w:p>
    <w:p>
      <w:r>
        <w:t>[7] Luque Gil A M, Zayas Fernández B, Caro Herrero J L. The Smart Tourism Destination and the Territorial Intelligence: problems and opportunities[J]. International Journal of Knowledge-Based Development, 2015, 6(3): 258-275.</w:t>
      </w:r>
    </w:p>
    <w:p>
      <w:r>
        <w:t>[8] Mandić A, Kennell J. Smart governance for heritage tourism destinations: Contextual factors and destination management organization perspectives[J]. Tourism Management Perspectives, 2021, 40: 100862. DOI: 10.1016/j.tmp.2021.100862.[J]. Multidisciplinary Reviews, 2024, 7(1): 2024101.</w:t>
      </w:r>
    </w:p>
    <w:p>
      <w:r>
        <w:t>[25] Rosário A T, Dias J C. Exploring the landscape of smart tourism: A systematic bibliometric review of the literature of the Internet of Things[J]. Administrative Sciences, 2024, 14(2): 22. DOI: 10.3390/admsci14020022</w:t>
      </w:r>
    </w:p>
    <w:p>
      <w:r>
        <w:t>[26] Khan M S, Woo M, Nam K, et al. Smart city and smart tourism: A case of Dubai[J]. Sustainability, 2017, 9(12): 2279. DOI: 10.3390/su9122279</w:t>
      </w:r>
    </w:p>
    <w:p>
      <w:r>
        <w:t>[27] Gajdošík T. Smart tourism destination governance[M]. Routledge, 2022. DOI: 10.4324/9781003269342</w:t>
      </w:r>
    </w:p>
    <w:p>
      <w:r>
        <w:br w:type="page"/>
      </w:r>
    </w:p>
    <w:p>
      <w:pPr>
        <w:pStyle w:val="Heading1"/>
      </w:pPr>
      <w:r>
        <w:t>第 9 章 数字文旅消费新场景</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消费模式</w:t>
            </w:r>
          </w:p>
        </w:tc>
        <w:tc>
          <w:tcPr>
            <w:tcW w:type="dxa" w:w="2209"/>
          </w:tcPr>
          <w:p>
            <w:pPr>
              <w:spacing w:after="40" w:line="240" w:lineRule="auto"/>
            </w:pPr>
            <w:r>
              <w:rPr>
                <w:b/>
                <w:sz w:val="20"/>
              </w:rPr>
              <w:t>核心特征</w:t>
            </w:r>
          </w:p>
        </w:tc>
        <w:tc>
          <w:tcPr>
            <w:tcW w:type="dxa" w:w="2209"/>
          </w:tcPr>
          <w:p>
            <w:pPr>
              <w:spacing w:after="40" w:line="240" w:lineRule="auto"/>
            </w:pPr>
            <w:r>
              <w:rPr>
                <w:b/>
                <w:sz w:val="20"/>
              </w:rPr>
              <w:t>目标群体</w:t>
            </w:r>
          </w:p>
        </w:tc>
        <w:tc>
          <w:tcPr>
            <w:tcW w:type="dxa" w:w="2209"/>
          </w:tcPr>
          <w:p>
            <w:pPr>
              <w:spacing w:after="40" w:line="240" w:lineRule="auto"/>
            </w:pPr>
            <w:r>
              <w:rPr>
                <w:b/>
                <w:sz w:val="20"/>
              </w:rPr>
              <w:t>贵州实践</w:t>
            </w:r>
          </w:p>
        </w:tc>
      </w:tr>
      <w:tr>
        <w:tc>
          <w:tcPr>
            <w:tcW w:type="dxa" w:w="2209"/>
          </w:tcPr>
          <w:p>
            <w:pPr>
              <w:spacing w:after="40" w:line="240" w:lineRule="auto"/>
            </w:pPr>
            <w:r>
              <w:rPr>
                <w:sz w:val="20"/>
              </w:rPr>
              <w:t>直播文旅</w:t>
            </w:r>
          </w:p>
        </w:tc>
        <w:tc>
          <w:tcPr>
            <w:tcW w:type="dxa" w:w="2209"/>
          </w:tcPr>
          <w:p>
            <w:pPr>
              <w:spacing w:after="40" w:line="240" w:lineRule="auto"/>
            </w:pPr>
            <w:r>
              <w:rPr>
                <w:sz w:val="20"/>
              </w:rPr>
              <w:t>实时互动、即时转化</w:t>
            </w:r>
          </w:p>
        </w:tc>
        <w:tc>
          <w:tcPr>
            <w:tcW w:type="dxa" w:w="2209"/>
          </w:tcPr>
          <w:p>
            <w:pPr>
              <w:spacing w:after="40" w:line="240" w:lineRule="auto"/>
            </w:pPr>
            <w:r>
              <w:rPr>
                <w:sz w:val="20"/>
              </w:rPr>
              <w:t>Z世代</w:t>
            </w:r>
          </w:p>
        </w:tc>
        <w:tc>
          <w:tcPr>
            <w:tcW w:type="dxa" w:w="2209"/>
          </w:tcPr>
          <w:p>
            <w:pPr>
              <w:spacing w:after="40" w:line="240" w:lineRule="auto"/>
            </w:pPr>
            <w:r>
              <w:rPr>
                <w:sz w:val="20"/>
              </w:rPr>
              <w:t>云游贵州直播系列</w:t>
            </w:r>
          </w:p>
        </w:tc>
      </w:tr>
      <w:tr>
        <w:tc>
          <w:tcPr>
            <w:tcW w:type="dxa" w:w="2209"/>
          </w:tcPr>
          <w:p>
            <w:pPr>
              <w:spacing w:after="40" w:line="240" w:lineRule="auto"/>
            </w:pPr>
            <w:r>
              <w:rPr>
                <w:sz w:val="20"/>
              </w:rPr>
              <w:t>云旅游</w:t>
            </w:r>
          </w:p>
        </w:tc>
        <w:tc>
          <w:tcPr>
            <w:tcW w:type="dxa" w:w="2209"/>
          </w:tcPr>
          <w:p>
            <w:pPr>
              <w:spacing w:after="40" w:line="240" w:lineRule="auto"/>
            </w:pPr>
            <w:r>
              <w:rPr>
                <w:sz w:val="20"/>
              </w:rPr>
              <w:t>虚拟体验、低门槛</w:t>
            </w:r>
          </w:p>
        </w:tc>
        <w:tc>
          <w:tcPr>
            <w:tcW w:type="dxa" w:w="2209"/>
          </w:tcPr>
          <w:p>
            <w:pPr>
              <w:spacing w:after="40" w:line="240" w:lineRule="auto"/>
            </w:pPr>
            <w:r>
              <w:rPr>
                <w:sz w:val="20"/>
              </w:rPr>
              <w:t>银发族/远程用户</w:t>
            </w:r>
          </w:p>
        </w:tc>
        <w:tc>
          <w:tcPr>
            <w:tcW w:type="dxa" w:w="2209"/>
          </w:tcPr>
          <w:p>
            <w:pPr>
              <w:spacing w:after="40" w:line="240" w:lineRule="auto"/>
            </w:pPr>
            <w:r>
              <w:rPr>
                <w:sz w:val="20"/>
              </w:rPr>
              <w:t>黄果树VR全景</w:t>
            </w:r>
          </w:p>
        </w:tc>
      </w:tr>
      <w:tr>
        <w:tc>
          <w:tcPr>
            <w:tcW w:type="dxa" w:w="2209"/>
          </w:tcPr>
          <w:p>
            <w:pPr>
              <w:spacing w:after="40" w:line="240" w:lineRule="auto"/>
            </w:pPr>
            <w:r>
              <w:rPr>
                <w:sz w:val="20"/>
              </w:rPr>
              <w:t>社交电商</w:t>
            </w:r>
          </w:p>
        </w:tc>
        <w:tc>
          <w:tcPr>
            <w:tcW w:type="dxa" w:w="2209"/>
          </w:tcPr>
          <w:p>
            <w:pPr>
              <w:spacing w:after="40" w:line="240" w:lineRule="auto"/>
            </w:pPr>
            <w:r>
              <w:rPr>
                <w:sz w:val="20"/>
              </w:rPr>
              <w:t>内容种草、社群转化</w:t>
            </w:r>
          </w:p>
        </w:tc>
        <w:tc>
          <w:tcPr>
            <w:tcW w:type="dxa" w:w="2209"/>
          </w:tcPr>
          <w:p>
            <w:pPr>
              <w:spacing w:after="40" w:line="240" w:lineRule="auto"/>
            </w:pPr>
            <w:r>
              <w:rPr>
                <w:sz w:val="20"/>
              </w:rPr>
              <w:t>小红书/抖音用户</w:t>
            </w:r>
          </w:p>
        </w:tc>
        <w:tc>
          <w:tcPr>
            <w:tcW w:type="dxa" w:w="2209"/>
          </w:tcPr>
          <w:p>
            <w:pPr>
              <w:spacing w:after="40" w:line="240" w:lineRule="auto"/>
            </w:pPr>
            <w:r>
              <w:rPr>
                <w:sz w:val="20"/>
              </w:rPr>
              <w:t>安顺美食短视频营销</w:t>
            </w:r>
          </w:p>
        </w:tc>
      </w:tr>
      <w:tr>
        <w:tc>
          <w:tcPr>
            <w:tcW w:type="dxa" w:w="2209"/>
          </w:tcPr>
          <w:p>
            <w:pPr>
              <w:spacing w:after="40" w:line="240" w:lineRule="auto"/>
            </w:pPr>
            <w:r>
              <w:rPr>
                <w:sz w:val="20"/>
              </w:rPr>
              <w:t>会员经济</w:t>
            </w:r>
          </w:p>
        </w:tc>
        <w:tc>
          <w:tcPr>
            <w:tcW w:type="dxa" w:w="2209"/>
          </w:tcPr>
          <w:p>
            <w:pPr>
              <w:spacing w:after="40" w:line="240" w:lineRule="auto"/>
            </w:pPr>
            <w:r>
              <w:rPr>
                <w:sz w:val="20"/>
              </w:rPr>
              <w:t>订阅制、忠诚度</w:t>
            </w:r>
          </w:p>
        </w:tc>
        <w:tc>
          <w:tcPr>
            <w:tcW w:type="dxa" w:w="2209"/>
          </w:tcPr>
          <w:p>
            <w:pPr>
              <w:spacing w:after="40" w:line="240" w:lineRule="auto"/>
            </w:pPr>
            <w:r>
              <w:rPr>
                <w:sz w:val="20"/>
              </w:rPr>
              <w:t>高频游客</w:t>
            </w:r>
          </w:p>
        </w:tc>
        <w:tc>
          <w:tcPr>
            <w:tcW w:type="dxa" w:w="2209"/>
          </w:tcPr>
          <w:p>
            <w:pPr>
              <w:spacing w:after="40" w:line="240" w:lineRule="auto"/>
            </w:pPr>
            <w:r>
              <w:rPr>
                <w:sz w:val="20"/>
              </w:rPr>
              <w:t>多彩贵州文旅消费券</w:t>
            </w:r>
          </w:p>
        </w:tc>
      </w:tr>
    </w:tbl>
    <w:p/>
    <w:p>
      <w:pPr>
        <w:pStyle w:val="ListBullet"/>
      </w:pPr>
      <w:r>
        <w:rPr>
          <w:b/>
        </w:rPr>
        <w:t>知识目标</w:t>
      </w:r>
      <w:r>
        <w:t>：学生能够描述数字文旅消费行为变迁的主要趋势，了解直播文旅、云旅游、社交电商等新消费模式的核心特征，掌握 SOR 理论等消费行为分析框架。</w:t>
      </w:r>
    </w:p>
    <w:p>
      <w:pPr>
        <w:pStyle w:val="ListBullet"/>
      </w:pPr>
      <w:r>
        <w:rPr>
          <w:b/>
        </w:rPr>
        <w:t>能力目标</w:t>
      </w:r>
      <w:r>
        <w:t>：学生能够运用消费行为理论分析数字时代的文旅消费现象，识别不同消费场景的设计要素和优化空间。</w:t>
      </w:r>
    </w:p>
    <w:p>
      <w:pPr>
        <w:pStyle w:val="ListBullet"/>
      </w:pPr>
      <w:r>
        <w:rPr>
          <w:b/>
        </w:rPr>
        <w:t>素养目标</w:t>
      </w:r>
      <w:r>
        <w:t>：学生能够培养理性数字消费观，理解数字技术在促进绿色旅游和生态文明建设中的积极作用与潜在风险。</w:t>
      </w:r>
    </w:p>
    <w:p>
      <w:r>
        <w:t>---</w:t>
      </w:r>
    </w:p>
    <w:p>
      <w:pPr>
        <w:pStyle w:val="Heading2"/>
      </w:pPr>
      <w:r>
        <w:t>导入案例</w:t>
      </w:r>
    </w:p>
    <w:p>
      <w:r>
        <w:t>2023 年夏天，一条关于安顺夺夺粉火锅的短视频在抖音上爆火。视频中，沸腾的红汤里翻滚着米豆腐、肉末和蔬菜，配上地道的安顺方言解说和诱人的近景镜头，一夜之间获得了数百万次播放。随后的几个周末，安顺市区多家夺夺粉老店的门口排起了长队——其中超过一半的顾客表示"是看了抖音过来的"。</w:t>
      </w:r>
    </w:p>
    <w:p>
      <w:r>
        <w:t>这就是数字时代文旅消费的典型场景：一条几十秒的短视频，绕过了旅行社的推介、OTA 的排名、传统媒体的广告，直接将一个地方美食推到了全国消费者的面前。但故事的另一面是：两个月后，随着算法推荐的热度退去，那些老店的门口又恢复了往日的平静——"网红效应"来得快，去得也快。</w:t>
      </w:r>
    </w:p>
    <w:p>
      <w:r>
        <w:t>安顺夺夺粉的故事揭示了一个核心问题：数字技术如何改变了文旅消费的"发现-决策-体验-分享"全链条？这种改变对消费者、商家和目的地分别意味着什么？本章将围绕这些问题展开。</w:t>
      </w:r>
    </w:p>
    <w:p>
      <w:r>
        <w:rPr>
          <w:b/>
        </w:rPr>
        <w:t>引导性问题</w:t>
      </w:r>
      <w:r>
        <w:t>：</w:t>
      </w:r>
    </w:p>
    <w:p>
      <w:pPr>
        <w:pStyle w:val="ListBullet"/>
      </w:pPr>
      <w:r>
        <w:t>为什么一条短视频能够比传统广告更有效地"种草"消费者？</w:t>
      </w:r>
    </w:p>
    <w:p>
      <w:pPr>
        <w:pStyle w:val="ListBullet"/>
      </w:pPr>
      <w:r>
        <w:t>"网红打卡"模式对旅游目的地的长期发展是利是弊？</w:t>
      </w:r>
    </w:p>
    <w:p>
      <w:pPr>
        <w:pStyle w:val="ListBullet"/>
      </w:pPr>
      <w:r>
        <w:t>数字技术能否帮助旅游消费变得更加绿色和可持续？</w:t>
      </w:r>
    </w:p>
    <w:p>
      <w:r>
        <w:t>---</w:t>
      </w:r>
    </w:p>
    <w:p>
      <w:pPr>
        <w:pStyle w:val="Heading2"/>
      </w:pPr>
      <w:r>
        <w:t>9.1 数字文旅消费行为变迁</w:t>
      </w:r>
    </w:p>
    <w:p>
      <w:pPr>
        <w:pStyle w:val="Heading3"/>
      </w:pPr>
      <w:r>
        <w:t>9.1.1 数字原住民的消费特征</w:t>
      </w:r>
    </w:p>
    <w:p>
      <w:r>
        <w:rPr>
          <w:b/>
        </w:rPr>
        <w:t>"数字原住民"是谁。</w:t>
      </w:r>
      <w:r>
        <w:t xml:space="preserve"> "数字原住民"（Digital Natives）是指在数字技术环境中成长起来的一代人，大致对应 1990 年代以后出生的群体。对他们而言，智能手机、社交媒体、在线支付不是需要学习的"新技术"，而是像水和电一样自然的"基础设施"。在旅游消费中，数字原住民展现出与前辈截然不同的行为模式。</w:t>
      </w:r>
    </w:p>
    <w:p>
      <w:r>
        <w:rPr>
          <w:b/>
        </w:rPr>
        <w:t>"先看再买"的决策模式。</w:t>
      </w:r>
      <w:r>
        <w:t xml:space="preserve"> 数字原住民的旅游消费决策路径与传统消费者显著不同。传统路径是"产生需求→搜索信息→比较选择→预订购买"，信息搜索和比较发生在产生需求之后。数字原住民的典型路径则是"刷到内容→产生兴趣→立即预订"——需求和决策几乎同时发生。"种草即拔草"的模式使得旅游消费的冲动性和即时性大大增强，也使得内容平台（抖音、小红书、B 站）在旅游决策中的影响力超越了传统的搜索引擎和 OTA。</w:t>
      </w:r>
    </w:p>
    <w:p>
      <w:r>
        <w:rPr>
          <w:b/>
        </w:rPr>
        <w:t>"分享即完成"的体验闭环。</w:t>
      </w:r>
      <w:r>
        <w:t xml:space="preserve"> 对于数字原住民而言，旅游体验不仅是"我去过"，还必须有"我分享过"。拍照、修图、发朋友圈/小红书/抖音——这些行为不是旅游的"附加动作"，而是体验本身的组成部分。这种现象对旅游产品设计提出了新的要求：目的地的"出片率"（拍照效果）、"可分享性"（是否适合在社交媒体传播）成为与景观质量、服务质量同等重要的产品属性。</w:t>
      </w:r>
    </w:p>
    <w:p>
      <w:pPr>
        <w:pStyle w:val="Heading3"/>
      </w:pPr>
      <w:r>
        <w:t>9.1.2 Z 世代的文旅消费偏好</w:t>
      </w:r>
    </w:p>
    <w:p>
      <w:r>
        <w:rPr>
          <w:b/>
        </w:rPr>
        <w:t>体验优于物质。</w:t>
      </w:r>
      <w:r>
        <w:t xml:space="preserve"> Z 世代（1995-2010 年出生）的消费价值观呈现出"重体验轻物质"的鲜明特征。相比购买奢侈品，他们更愿意花钱去听一场音乐会、参加一次户外探险、体验一次手工制作课程。这对旅游产品设计的启示是：传统的"观光+购物"模式吸引力下降，"沉浸式体验+技能学习+社交互动"模式更受青睐。</w:t>
      </w:r>
    </w:p>
    <w:p>
      <w:r>
        <w:rPr>
          <w:b/>
        </w:rPr>
        <w:t>小众优于大众。</w:t>
      </w:r>
      <w:r>
        <w:t xml:space="preserve"> Z 世代追求"与众不同"的消费体验。他们不愿意去"所有人都去过"的地方，而热衷于发掘"冷门宝藏"——一个尚未被大量游客发现的古村落、一条只有当地人知道的徒步路线、一家藏在巷子深处的老店。社交媒体上的"小众打卡地"标签具有巨大的吸引力。这种消费偏好为长尾文旅资源（如贵州的非热门村寨、非遗工坊）提供了前所未有的市场机遇。</w:t>
      </w:r>
    </w:p>
    <w:p>
      <w:r>
        <w:rPr>
          <w:b/>
        </w:rPr>
        <w:t>"为信仰买单"。</w:t>
      </w:r>
      <w:r>
        <w:t xml:space="preserve"> Z 世代愿意为品牌的价值观和理念支付溢价——环保、公益、文化传承等价值主张能够有效影响他们的消费决策。选择一家推行"无塑政策"的民宿、购买一件支持非遗传承的蜡染作品、参加一场以"乡村振兴"为主题的研学旅行——这些消费行为的驱动力不仅是产品本身的质量，还有产品背后的价值观认同。</w:t>
      </w:r>
    </w:p>
    <w:p>
      <w:r>
        <w:rPr>
          <w:b/>
        </w:rPr>
        <w:t>Z 世代消费行为的理论解释。</w:t>
      </w:r>
      <w:r>
        <w:t xml:space="preserve"> 从消费者行为学角度看，Z 世代的旅游消费偏好可以通过三个理论加以解释。</w:t>
      </w:r>
      <w:r>
        <w:rPr>
          <w:b/>
        </w:rPr>
        <w:t>自我决定理论</w:t>
      </w:r>
      <w:r>
        <w:t>（Self-Determination Theory）——人类行为受自主性、胜任感和关联感三种基本心理需求的驱动。Z 世代追求"小众"和"与众不同"，本质上是在满足自主性需求（"这是我自己的选择，不是随大流"）；追求"沉浸式体验"和"技能学习"，满足的是胜任感需求（"我学会了蜡染"比"我看了一场表演"更有成就感）；追求"社交分享"，满足的是关联感需求（通过分享与社交圈建立连接）。</w:t>
      </w:r>
      <w:r>
        <w:rPr>
          <w:b/>
        </w:rPr>
        <w:t>信号理论</w:t>
      </w:r>
      <w:r>
        <w:t>（Signaling Theory）——消费行为传递了关于消费者身份和价值观的信号。选择去"冷门古村落"而非"热门 5A 景区"，传递的是"我有品位、有独立判断"的信号。</w:t>
      </w:r>
      <w:r>
        <w:rPr>
          <w:b/>
        </w:rPr>
        <w:t>体验经济理论</w:t>
      </w:r>
      <w:r>
        <w:t>——Z 世代愿意为"体验"而非"物质"支付溢价，是因为体验与个人身份的联系更紧密——"我去过黄果树"只是一句陈述，"我在黄果树夜游中拍了一张超美的光影照片"是一个可以讲述的故事。——环保、公益、文化传承等价值主张能够有效影响他们的消费决策。选择一家推行"无塑政策"的民宿、购买一件支持非遗传承的蜡染作品、参加一场以"乡村振兴"为主题的研学旅行——这些消费行为的驱动力不仅是产品本身的质量，还有产品背后的价值观认同。</w:t>
      </w:r>
    </w:p>
    <w:p>
      <w:pPr>
        <w:pStyle w:val="Heading3"/>
      </w:pPr>
      <w:r>
        <w:t>9.1.3 银发族的数字文旅参与</w:t>
      </w:r>
    </w:p>
    <w:p>
      <w:r>
        <w:rPr>
          <w:b/>
        </w:rPr>
        <w:t>"银发市场"的崛起。</w:t>
      </w:r>
      <w:r>
        <w:t xml:space="preserve"> 中国正在快速进入老龄化社会，60 岁以上人口已超过 2.8 亿。"银发族"的旅游消费潜力巨大——他们有时间（退休后）、有积蓄（多年的储蓄）、有需求（健康养生、文化体验、社交互动）。但银发族在数字文旅消费中面临特殊的障碍和需求。</w:t>
      </w:r>
    </w:p>
    <w:p>
      <w:r>
        <w:rPr>
          <w:b/>
        </w:rPr>
        <w:t>数字鸿沟的挑战。</w:t>
      </w:r>
      <w:r>
        <w:t xml:space="preserve"> 银发族在智能设备使用、在线支付、信息甄别等方面存在普遍的"数字鸿沟"。复杂的 APP 注册流程、字体太小的界面设计、充斥虚假信息的网络环境——这些对年轻人来说不是问题的事情，可能成为老年人使用数字旅游服务的"拦路虎"。数字文旅产品和服务的设计需要充分考虑银发族的特殊需求——简化操作流程、提供大字体模式、加强信息真实性的审核。</w:t>
      </w:r>
    </w:p>
    <w:p>
      <w:r>
        <w:rPr>
          <w:b/>
        </w:rPr>
        <w:t>银发族的独特价值。</w:t>
      </w:r>
      <w:r>
        <w:t xml:space="preserve"> 银发族不仅是"需要被照顾"的群体，也是"具有独特价值"的市场。他们偏好错峰出行（非节假日和寒暑假），正好可以填补旅游淡季的空缺；他们偏好深度文化体验（而非走马观花），对导游的文化素养和讲解深度有更高要求，有利于推动旅游服务品质的提升；他们偏好康养度假型旅游，与贵州的"康养旅游目的地"定位高度契合。</w:t>
      </w:r>
    </w:p>
    <w:p>
      <w:r>
        <w:t>---</w:t>
      </w:r>
    </w:p>
    <w:p>
      <w:pPr>
        <w:pStyle w:val="Heading2"/>
      </w:pPr>
      <w:r>
        <w:t>9.2 数字文旅消费新模式</w:t>
      </w:r>
    </w:p>
    <w:p>
      <w:pPr>
        <w:pStyle w:val="Heading3"/>
      </w:pPr>
      <w:r>
        <w:t>9.2.1 直播文旅</w:t>
      </w:r>
    </w:p>
    <w:p>
      <w:r>
        <w:rPr>
          <w:b/>
        </w:rPr>
        <w:t>从"看视频"到"边看边买"。</w:t>
      </w:r>
      <w:r>
        <w:t xml:space="preserve"> 直播文旅是近年来增长最快的数字文旅消费模式之一。景区导游、旅游达人甚至普通游客通过手机直播，实时展示景区风景、讲解文化故事、体验特色美食，观众在观看的同时可以下单购买门票、酒店、特产等产品。"所见即所得、边看边买"的模式极大缩短了从"种草"到"拔草"的决策链路。</w:t>
      </w:r>
    </w:p>
    <w:p>
      <w:r>
        <w:rPr>
          <w:b/>
        </w:rPr>
        <w:t>直播文旅的核心优势。</w:t>
      </w:r>
      <w:r>
        <w:t xml:space="preserve"> 与传统的旅游宣传片相比，直播具有三个核心优势。一是真实性——直播没有剪辑和滤镜，呈现的是"真实的当下"，观众信任度更高。二是互动性——观众可以实时提问和评论，主播即时回应，形成了"对话式"而非"灌输式"的信息传递。三是紧迫感——"限时优惠""限量名额"等直播专属福利营造了即时消费的紧迫感，促进了冲动性决策。</w:t>
      </w:r>
    </w:p>
    <w:p>
      <w:r>
        <w:rPr>
          <w:b/>
        </w:rPr>
        <w:t>"云游贵州"直播案例。</w:t>
      </w:r>
      <w:r>
        <w:t xml:space="preserve"> "云游贵州"是贵州文旅部门推出的系列直播活动，邀请旅游达人、文化学者和本地导游走进黄果树、西江苗寨、荔波小七孔等景区进行实时直播。这一活动在疫情期间发挥了特殊作用——在人们无法实地旅行的时候，通过直播"解渴"，维持了贵州旅游的品牌热度。疫情后，直播从"替代品"转变为"引流工具"——直播激发了观众的实地旅游意愿，直接带动了门票和酒店预订。</w:t>
      </w:r>
    </w:p>
    <w:p>
      <w:pPr>
        <w:pStyle w:val="Heading3"/>
      </w:pPr>
      <w:r>
        <w:t>9.2.2 云旅游与虚拟体验</w:t>
      </w:r>
    </w:p>
    <w:p>
      <w:r>
        <w:rPr>
          <w:b/>
        </w:rPr>
        <w:t>云旅游的定义与形态。</w:t>
      </w:r>
      <w:r>
        <w:t xml:space="preserve"> 云旅游是指通过互联网和数字技术，在远程实现对旅游目的地的虚拟游览和体验。其形态包括：全景图片/视频（360 度自由旋转视角）、VR 沉浸式游览（佩戴 VR 头显）、3D 虚拟景区（类似电子游戏的环境漫游）、直播云游（实时视频+互动）。不同形态在沉浸感、互动性和技术门槛上各有差异。</w:t>
      </w:r>
    </w:p>
    <w:p>
      <w:r>
        <w:rPr>
          <w:b/>
        </w:rPr>
        <w:t>VR 旅游的心理恢复效应。</w:t>
      </w:r>
      <w:r>
        <w:t xml:space="preserve"> 复旦大学帮扶安顺学院的学术研讨中分享了一项前沿研究：仅 3 分钟的 VR 自然景观体验，即可产生可测量的心理恢复效应——降低压力水平、改善情绪状态。研究还发现，不同类型的 VR 旅游通过不同的心理机制发挥作用：冒险型 VR（峡谷穿越、激流勇进）通过增强注意力和"心理抽离"实现恢复，放松型 VR（海滩漫步、森林浴）通过增强放松感实现恢复。这一发现拓展了我们对旅游价值的理解：旅游的意义不仅是"看到风景"，还包括"心理健康的恢复"，而 VR 技术使得这种恢复效应可以在日常生活中随时获取。</w:t>
      </w:r>
    </w:p>
    <w:p>
      <w:pPr>
        <w:pStyle w:val="Heading3"/>
      </w:pPr>
      <w:r>
        <w:t>9.2.3 社交电商与文旅消费</w:t>
      </w:r>
    </w:p>
    <w:p>
      <w:r>
        <w:rPr>
          <w:b/>
        </w:rPr>
        <w:t>"内容+社交+交易"的融合。</w:t>
      </w:r>
      <w:r>
        <w:t xml:space="preserve"> 社交电商正在成为文旅消费的重要渠道。抖音的"团购"功能让用户可以一键购买视频中推荐的酒店和景区门票；小红书的"商品笔记"让博主在分享旅游攻略的同时挂载产品链接；微信的"小程序"让景区可以在社群中直接完成交易闭环。这种"内容+社交+交易"的融合，将文旅消费从"目的明确地去 OTA 平台搜索比价"转变为"在刷内容的过程中不经意间完成消费"。</w:t>
      </w:r>
    </w:p>
    <w:p>
      <w:r>
        <w:rPr>
          <w:b/>
        </w:rPr>
        <w:t>信任机制的转移。</w:t>
      </w:r>
      <w:r>
        <w:t xml:space="preserve"> 社交电商的核心竞争力在于信任机制的转移——消费者对平台的信任转移为对"人"的信任。相比 OTA 平台上的匿名评价，一个关注了半年的旅行博主推荐的目的地更有说服力；相比酒店的官方宣传照，一个真实游客发布的实拍照片更可信。这种"信任转移"深刻改变了文旅营销的逻辑——从"投广告"转向"建人设"，从"买流量"转向"养粉丝"。</w:t>
      </w:r>
    </w:p>
    <w:p>
      <w:pPr>
        <w:pStyle w:val="Heading3"/>
      </w:pPr>
      <w:r>
        <w:t>9.2.4 订阅制与会员经济</w:t>
      </w:r>
    </w:p>
    <w:p>
      <w:r>
        <w:rPr>
          <w:b/>
        </w:rPr>
        <w:t>旅游订阅制的兴起。</w:t>
      </w:r>
      <w:r>
        <w:t xml:space="preserve"> 近年来，旅游领域开始出现订阅制和会员制的新模式。一些高端酒店集团推出"会员年卡"——支付年费后享受全年多次住宿折扣、升级房型、延迟退房等权益；一些文旅平台推出"旅行订阅盒"——每月寄送一个包含目的地特产、文化读物的"盲盒"，激发旅行灵感。这些模式的核心逻辑是：将旅游消费从"一次性交易"转变为"持续性关系"。</w:t>
      </w:r>
    </w:p>
    <w:p>
      <w:r>
        <w:rPr>
          <w:b/>
        </w:rPr>
        <w:t>订阅制对消费者和企业的双重价值。</w:t>
      </w:r>
      <w:r>
        <w:t xml:space="preserve"> 对于消费者，订阅制提供了价格优惠和身份认同（"我是 XX 酒店的会员"）。对于企业，订阅制带来了稳定的现金流（提前收取年费）、更高的客户忠诚度（会员的复购率远高于非会员）和更丰富的数据（持续的消费记录帮助精准营销）。但在中国旅游市场，订阅制的渗透率仍然较低——消费者习惯"货比三家"，对"锁定"某一品牌的模式接受度有限。</w:t>
      </w:r>
    </w:p>
    <w:p>
      <w:r>
        <w:t>---</w:t>
      </w:r>
    </w:p>
    <w:p>
      <w:pPr>
        <w:pStyle w:val="Heading2"/>
      </w:pPr>
      <w:r>
        <w:t>9.3 数字文旅消费场景设计</w:t>
      </w:r>
    </w:p>
    <w:p>
      <w:pPr>
        <w:pStyle w:val="Heading3"/>
      </w:pPr>
      <w:r>
        <w:t>9.3.1 场景理论</w:t>
      </w:r>
    </w:p>
    <w:p>
      <w:r>
        <w:rPr>
          <w:b/>
        </w:rPr>
        <w:t>什么是"场景"。</w:t>
      </w:r>
      <w:r>
        <w:t xml:space="preserve"> 场景（Context/Scene）不仅仅是物理空间，而是"人+时间+空间+事件+情感"的综合体。同样的黄果树瀑布，在"烈日当空的下午两点"和"光影流动的夜晚八点"是完全不同的场景；同样的安顺美食，在"匆忙的路边摊"和"精心布置的长桌宴"上也是完全不同的体验。场景设计的核心，是为消费者创造特定时空下独特且难忘的综合体验。</w:t>
      </w:r>
    </w:p>
    <w:p>
      <w:r>
        <w:rPr>
          <w:b/>
        </w:rPr>
        <w:t>场景五要素。</w:t>
      </w:r>
      <w:r>
        <w:t xml:space="preserve"> 一个完整的消费场景包含五个要素。</w:t>
      </w:r>
      <w:r>
        <w:rPr>
          <w:b/>
        </w:rPr>
        <w:t>人物</w:t>
      </w:r>
      <w:r>
        <w:t>——谁在体验？不同的游客群体需要不同的场景设计。</w:t>
      </w:r>
      <w:r>
        <w:rPr>
          <w:b/>
        </w:rPr>
        <w:t>时间</w:t>
      </w:r>
      <w:r>
        <w:t>——什么时间体验？白天与夜晚、旺季与淡季的场景差异巨大。</w:t>
      </w:r>
      <w:r>
        <w:rPr>
          <w:b/>
        </w:rPr>
        <w:t>空间</w:t>
      </w:r>
      <w:r>
        <w:t>——在什么环境中体验？物理环境的布置、灯光、音效、气味共同构成了场景的"氛围"。</w:t>
      </w:r>
      <w:r>
        <w:rPr>
          <w:b/>
        </w:rPr>
        <w:t>事件</w:t>
      </w:r>
      <w:r>
        <w:t>——发生了什么？一场表演、一次互动、一个仪式都可以成为场景的"高潮"。</w:t>
      </w:r>
      <w:r>
        <w:rPr>
          <w:b/>
        </w:rPr>
        <w:t>情感</w:t>
      </w:r>
      <w:r>
        <w:t>——产生了什么感受？惊喜、感动、宁静、兴奋——情感是场景的"产出物"。</w:t>
      </w:r>
    </w:p>
    <w:p>
      <w:r>
        <w:rPr>
          <w:b/>
        </w:rPr>
        <w:t>贵州山地旅游场景设计案例。</w:t>
      </w:r>
      <w:r>
        <w:t xml:space="preserve"> 以安顺坝陵河大桥蹦极项目为例，运用场景五要素分析其消费场景设计。</w:t>
      </w:r>
      <w:r>
        <w:rPr>
          <w:b/>
        </w:rPr>
        <w:t>人物</w:t>
      </w:r>
      <w:r>
        <w:t>：追求极限体验的年轻游客（20-35 岁为主），具有较高的风险承受能力和社交媒体分享意愿。</w:t>
      </w:r>
      <w:r>
        <w:rPr>
          <w:b/>
        </w:rPr>
        <w:t>时间</w:t>
      </w:r>
      <w:r>
        <w:t>：通常在天气晴朗的上午（风力较小、光线适合拍摄），体验时长约 30 分钟（包含安全讲解、装备穿戴、跳前心理准备和实际跳跃）。</w:t>
      </w:r>
      <w:r>
        <w:rPr>
          <w:b/>
        </w:rPr>
        <w:t>空间</w:t>
      </w:r>
      <w:r>
        <w:t>：坝陵河大桥桥面距离谷底 370 米，是世界最高的商业蹦极点之一。桥下的峡谷、河流和远山构成了壮丽的自然背景，蹦极平台的设计简洁而专业，突出了"极限挑战"的氛围。</w:t>
      </w:r>
      <w:r>
        <w:rPr>
          <w:b/>
        </w:rPr>
        <w:t>事件</w:t>
      </w:r>
      <w:r>
        <w:t>：从穿戴装备→安全确认→走向跳台边缘→3-2-1 倒计时→纵身一跃→自由落体→绳索回弹→被拉回桥面——整个过程充满了仪式感和戏剧性。</w:t>
      </w:r>
      <w:r>
        <w:rPr>
          <w:b/>
        </w:rPr>
        <w:t>情感</w:t>
      </w:r>
      <w:r>
        <w:t>：恐惧→紧张→决心→释放→狂喜——情绪的"过山车"本身就是场景的核心价值。蹦极体验的视频和照片成为社交分享的"硬通货"——一次成功的蹦极不仅是个人成就，更是强大的社交货币。数字技术在这一场景中扮演的角色是"隐形但关键"——安全监测系统保障了极限体验的安全性，高速摄像系统记录了跳跃的全过程，社交媒体则为分享提供了出口。</w:t>
      </w:r>
    </w:p>
    <w:p>
      <w:pPr>
        <w:pStyle w:val="Heading3"/>
      </w:pPr>
      <w:r>
        <w:t>9.3.2 场景设计的要素与方法</w:t>
      </w:r>
    </w:p>
    <w:p>
      <w:r>
        <w:rPr>
          <w:b/>
        </w:rPr>
        <w:t>五感设计。</w:t>
      </w:r>
      <w:r>
        <w:t xml:space="preserve"> 优秀的场景设计调动所有感官——不仅是视觉。黄果树夜游项目中，数字光影满足了视觉需求，瀑布的水雾和轰鸣声调动了触觉和听觉，周边植物的自然气息满足了嗅觉——多感官的协同作用创造了单一感官无法达到的沉浸感。许多景区在场景设计中往往只注重视觉（"好看"），忽视了其他感官的重要性。</w:t>
      </w:r>
    </w:p>
    <w:p>
      <w:r>
        <w:rPr>
          <w:b/>
        </w:rPr>
        <w:t>仪式感设计。</w:t>
      </w:r>
      <w:r>
        <w:t xml:space="preserve"> 仪式感是场景设计的"点睛之笔"。西江千户苗寨的"拦门酒"仪式——苗家阿妹在寨门口端着牛角酒迎接游客，游客喝了酒才能进寨——将一个简单的"入园"动作转化为一次有文化内涵的"仪式"。数字技术可以增强仪式感：AR 技术可以在游客"触发"某个地点时自动播放特定内容，让场景体验像"解锁游戏关卡"一样富有仪式感和成就感。</w:t>
      </w:r>
    </w:p>
    <w:p>
      <w:r>
        <w:rPr>
          <w:b/>
        </w:rPr>
        <w:t>社交货币设计。</w:t>
      </w:r>
      <w:r>
        <w:t xml:space="preserve"> 数字时代的场景设计需要考虑"可分享性"——这个场景是否值得拍照和发朋友圈？是否提供了独特的"社交货币"（让分享者显得有品位、有见识、有趣）？"网红打卡点"的本质就是提供了高价值的社交货币。但场景设计不应沦为"为拍照而设计"——如果游客的全部注意力都在拍照上，反而削弱了真实的体验感。</w:t>
      </w:r>
    </w:p>
    <w:p>
      <w:pPr>
        <w:pStyle w:val="Heading3"/>
      </w:pPr>
      <w:r>
        <w:t>9.3.3 山地旅游的数字化消费场景</w:t>
      </w:r>
    </w:p>
    <w:p>
      <w:r>
        <w:rPr>
          <w:b/>
        </w:rPr>
        <w:t>山地旅游场景的特殊性。</w:t>
      </w:r>
      <w:r>
        <w:t xml:space="preserve"> 山地旅游的消费场景设计与城市和平原景区有显著差异。山地环境具有"粗犷""原始""挑战性"的特质，过度的人工化、数字化可能破坏这种特质。数字技术在山地旅游场景中的应用应当遵循"隐形化"原则——技术服务于体验的便利和安全，但不喧宾夺主地干扰游客与自然的直接接触。</w:t>
      </w:r>
    </w:p>
    <w:p>
      <w:r>
        <w:rPr>
          <w:b/>
        </w:rPr>
        <w:t>安全场景的数字化。</w:t>
      </w:r>
      <w:r>
        <w:t xml:space="preserve"> 山地旅游中的安全场景是数字技术最能发挥价值的领域。坝陵河大桥的低空跳伞和蹦极项目中，物联网传感器实时监测风速、温度和桥梁结构状态，AI 系统在环境参数超出安全阈值时自动告警并暂停活动；格凸河攀岩项目中，智能穿戴设备监测攀岩者的心率、血氧和体力状态，出现异常时自动通知救援人员。这些"看不见"的数字技术，保障了"看得见"的极限体验。</w:t>
      </w:r>
    </w:p>
    <w:p>
      <w:r>
        <w:rPr>
          <w:b/>
        </w:rPr>
        <w:t>"低碳旅游"的数字化引导。</w:t>
      </w:r>
      <w:r>
        <w:t xml:space="preserve"> 数字技术可以帮助实现低碳旅游——通过碳足迹计算器，让游客了解不同交通方式、住宿选择、餐饮消费的碳排放差异；通过绿色积分奖励，鼓励游客选择环保的旅游方式（如乘坐公共交通、入住绿色酒店、减少一次性用品使用）。这种数字化的行为引导，将"生态文明"从抽象理念转化为具体的消费选择。</w:t>
      </w:r>
    </w:p>
    <w:p>
      <w:r>
        <w:t>---</w:t>
      </w:r>
    </w:p>
    <w:p>
      <w:pPr>
        <w:pStyle w:val="Heading2"/>
      </w:pPr>
      <w:r>
        <w:t>9.4 数字文旅消费的贵州特色</w:t>
      </w:r>
    </w:p>
    <w:p>
      <w:pPr>
        <w:pStyle w:val="Heading3"/>
      </w:pPr>
      <w:r>
        <w:t>9.4.1 "多彩贵州"文旅消费券的数字化发放</w:t>
      </w:r>
    </w:p>
    <w:p>
      <w:r>
        <w:rPr>
          <w:b/>
        </w:rPr>
        <w:t>消费券的精准化发放。</w:t>
      </w:r>
      <w:r>
        <w:t xml:space="preserve"> 贵州是全国较早通过数字化方式发放文旅消费券的省份之一。"多彩贵州"文旅消费券通过大数据分析确定发放对象——优先发放给高频旅游消费者、潜在游客群体和对价格敏感的群体，而非"撒胡椒面"式的全民发放。发放渠道覆盖了"一码游贵州"平台、OTA 平台和社交媒体，实现了多触点的精准触达。数字化发放方式还实现了消费券使用的实时追踪和效果评估，为政策优化提供了数据支撑。</w:t>
      </w:r>
    </w:p>
    <w:p>
      <w:r>
        <w:rPr>
          <w:b/>
        </w:rPr>
        <w:t>消费券的经济撬动效应。</w:t>
      </w:r>
      <w:r>
        <w:t xml:space="preserve"> 文旅消费券的设计逻辑是"四两拨千斤"——政府补贴一部分，消费者自付一部分，商家让利一部分，共同撬动消费。贵州的实践表明，每 1 元文旅消费券可以带动 5-8 元的旅游消费，撬动效应显著。但消费券的长期可持续性存在挑战——如果消费者形成"等券才消费"的习惯，消费券可能反而扭曲正常的消费节奏。</w:t>
      </w:r>
    </w:p>
    <w:p>
      <w:pPr>
        <w:pStyle w:val="Heading3"/>
      </w:pPr>
      <w:r>
        <w:t>9.4.2 安顺美食旅游的短视频传播</w:t>
      </w:r>
    </w:p>
    <w:p>
      <w:r>
        <w:rPr>
          <w:b/>
        </w:rPr>
        <w:t>美食旅游的"SOR"机制。</w:t>
      </w:r>
      <w:r>
        <w:t xml:space="preserve"> 复旦大学帮扶安顺学院的学术研讨中分享了一项基于 SOR 理论（Stimulus-Organism-Response，刺激-机体-反应）的美食旅游研究。研究发现：食品视频博客（刺激）通过影响消费者的认知和情感状态（机体），进而影响美食旅游决策（反应）。但有趣的是，食品视频博客对美食旅游的直接影响并不显著——真正发挥作用的是价格敏感度和消费者反馈这两个中介因素。换言之，一条美食短视频之所以能"种草"成功，不是因为它拍得多诱人，而是因为它让观众觉得"这个东西性价比高"和"很多人说好"。</w:t>
      </w:r>
    </w:p>
    <w:p>
      <w:r>
        <w:rPr>
          <w:b/>
        </w:rPr>
        <w:t>安顺美食的"出圈"路径。</w:t>
      </w:r>
      <w:r>
        <w:t xml:space="preserve"> 安顺美食从"地方小吃"到"全国网红"的"出圈"过程，体现了数字时代美食旅游传播的新逻辑。夺夺粉火锅、安顺裹卷、油炸粑稀饭——这些美食此前仅在贵州省内有名，通过短视频平台的算法推荐和用户自发传播，迅速突破了地域限制。这一路径的核心要素包括：强烈的视觉冲击力（红汤翻滚的火锅、色彩丰富的裹卷）、易于模仿的拍摄角度和食用方式、地道的方言解说营造的"原汁原味"感。</w:t>
      </w:r>
    </w:p>
    <w:p>
      <w:pPr>
        <w:pStyle w:val="Heading3"/>
      </w:pPr>
      <w:r>
        <w:t>9.4.3 民族文化消费的数字化转型</w:t>
      </w:r>
    </w:p>
    <w:p>
      <w:r>
        <w:rPr>
          <w:b/>
        </w:rPr>
        <w:t>从"看表演"到"沉浸式体验"。</w:t>
      </w:r>
      <w:r>
        <w:t xml:space="preserve"> 传统的民族文化消费以"观看表演"为主——游客坐在观众席上看苗族飞歌、侗族大歌、布依族八音坐唱。数字化转型正在改变这种"看客"模式。西江千户苗寨推出了"苗家生活体验"项目——游客穿上苗族服饰、学习苗族刺绣、参与苗族长桌宴的准备和享用，全程有 AI 导游讲解每项活动的文化内涵。这种"沉浸式+参与式"的消费模式，将游客从"旁观者"转变为"参与者"，大大提升了文化体验的深度和记忆度。</w:t>
      </w:r>
    </w:p>
    <w:p>
      <w:r>
        <w:rPr>
          <w:b/>
        </w:rPr>
        <w:t>非遗电商的"人货场"重构。</w:t>
      </w:r>
      <w:r>
        <w:t xml:space="preserve"> 数字化正在重构非遗手工艺品的"人货场"关系。传统模式中，非遗传承人在工坊里制作，产品通过中间商进入景区商店，游客在商店里购买——生产者与消费者之间隔着多个环节，信息严重不对称。直播电商改变了这一格局：非遗传承人直接在直播间展示制作过程，讲述每件作品背后的文化故事，消费者直接下单购买。这种"所见即所得、故事即价值"的模式，既提升了非遗产品的溢价空间（"故事"本身就是价值），也让消费者获得了"支持文化传承"的精神满足。</w:t>
      </w:r>
    </w:p>
    <w:p>
      <w:pPr>
        <w:spacing w:before="80" w:after="80"/>
        <w:ind w:left="680"/>
        <w:pBdr>
          <w:left w:val="single" w:sz="12" w:color="2C7AA8"/>
        </w:pBdr>
      </w:pPr>
      <w:r>
        <w:rPr>
          <w:i/>
          <w:color w:val="555555"/>
          <w:sz w:val="22"/>
        </w:rPr>
        <w:t>知识卡片 9-1：SOR 理论（Stimulus-Organism-Response，刺激-机体-反应）由 Mehrabian 和 Russell 于 1974 年提出，是环境心理学的基础理论。该理论认为，环境刺激（S）通过影响个体的认知和情感状态（O），进而引发行为反应（R）。在旅游消费研究中，SOR 理论被广泛用于分析数字内容（如短视频、在线评论）如何通过影响消费者的情感和认知，进而影响其旅游决策和消费行为。</w:t>
      </w:r>
    </w:p>
    <w:p>
      <w:r>
        <w:t>---</w:t>
      </w:r>
    </w:p>
    <w:p>
      <w:pPr>
        <w:pStyle w:val="Heading3"/>
      </w:pPr>
      <w:r>
        <w:t>9.4.4 数字文旅消费的可持续发展</w:t>
      </w:r>
    </w:p>
    <w:p>
      <w:r>
        <w:t>数字文旅消费的快速增长也带来了可持续性挑战，需要在消费增长与生态保护、文化传承之间寻求平衡。</w:t>
      </w:r>
    </w:p>
    <w:p>
      <w:r>
        <w:rPr>
          <w:b/>
        </w:rPr>
        <w:t>绿色数字消费。</w:t>
      </w:r>
      <w:r>
        <w:t xml:space="preserve"> 数字技术不仅创造新的消费场景，也可以引导更可持续的消费行为。Rodrigues等（2022）的系统文献综述表明，旅游数字化能够通过智能资源管理、碳排放追踪和绿色行为激励促进可持续发展。贵州正在探索"数字碳汇"机制——游客通过"一码游贵州"平台选择低碳出行方式可获得碳积分奖励。</w:t>
      </w:r>
    </w:p>
    <w:p>
      <w:r>
        <w:rPr>
          <w:b/>
        </w:rPr>
        <w:t>文化消费的伦理边界。</w:t>
      </w:r>
      <w:r>
        <w:t xml:space="preserve"> 数字文旅消费中存在文化挪用、过度商业化等伦理风险。非遗数字化活化尤其需要注意：数字化不是"文化萃取"，而应是"文化共生"。产品设计需尊重文化主体的意愿，确保文化传承人和当地社区从数字文旅消费中获得合理收益。</w:t>
      </w:r>
    </w:p>
    <w:p>
      <w:r>
        <w:rPr>
          <w:b/>
        </w:rPr>
        <w:t>数字鸿沟与包容性消费。</w:t>
      </w:r>
      <w:r>
        <w:t xml:space="preserve"> 数字文旅消费的便利性主要惠及数字素养较高的群体，老年游客、欠发达地区居民可能被排除在外。Băltescu（2021）的研究指出，千禧一代是数字旅游技术的主要使用者，但老年群体的数字参与度明显偏低。包容性设计——简化操作流程、提供多语言支持、保留线下服务渠道——是数字文旅可持续发展的必要条件。</w:t>
      </w:r>
    </w:p>
    <w:p>
      <w:pPr>
        <w:spacing w:before="80" w:after="80"/>
        <w:ind w:left="680"/>
        <w:pBdr>
          <w:left w:val="single" w:sz="12" w:color="2C7AA8"/>
        </w:pBdr>
      </w:pPr>
      <w:r>
        <w:rPr>
          <w:i/>
          <w:color w:val="555555"/>
          <w:sz w:val="22"/>
        </w:rPr>
        <w:t>知识卡片 9-1：Z世代文旅消费特征。Z世代（1997-2012年出生）是数字原住民，其文旅消费呈现三大特征：一是"种草驱动"——决策高度依赖小红书、抖音等社交媒体内容；二是"体验至上"——偏好沉浸式、互动性强的体验型产品；三是"即时分享"——游览过程中实时生成和分享UGC内容。安顺美食短视频营销正是抓住Z世代特征的成功案例。</w:t>
      </w:r>
    </w:p>
    <w:p>
      <w:pPr>
        <w:pStyle w:val="Heading2"/>
      </w:pPr>
      <w:r>
        <w:t>案例：安顺美食短视频营销——安顺美食（如破酥包、裹卷、小锅凉粉）通过抖音、小红书等短视频平台实现品牌传播。基于SOR理论（刺激-有机体-反应），短视频的视觉刺激（美食画面）引发观众的情感反应（食欲、好奇），进而促成行为意愿（到店消费、分享传播）。某安顺裹卷店通过短视频营销，日均客流量从50人增至300人，线上订单占比达40%。</w:t>
      </w:r>
    </w:p>
    <w:p>
      <w:pPr>
        <w:pStyle w:val="Heading2"/>
      </w:pPr>
      <w:r>
        <w:t>数字文旅消费行为的深度解析</w:t>
      </w:r>
    </w:p>
    <w:p>
      <w:pPr>
        <w:pStyle w:val="Heading3"/>
      </w:pPr>
      <w:r>
        <w:t>Z世代游客的数字消费特征</w:t>
      </w:r>
    </w:p>
    <w:p>
      <w:r>
        <w:t>Z世代（1997-2012年出生）作为数字原住民，其旅游消费行为呈现出鲜明的数字化特征。调查显示，Z世代游客的旅游信息获取渠道中，短视频平台（抖音、快手）占比42%，社交媒体（小红书、微博）占比28%，传统OTA平台占比仅18%。这意味着Z世代的旅游决策高度依赖社交内容而非传统广告。</w:t>
      </w:r>
    </w:p>
    <w:p>
      <w:r>
        <w:t>在消费偏好方面，Z世代游客表现出「体验至上」的特征。他们更愿意为独特体验而非物质商品付费，对沉浸式演艺、剧本杀旅游、非遗体验工坊等参与性强的产品兴趣浓厚。贵州西江千户苗寨的调研显示，Z世代游客在景区内的平均停留时间为4.2小时，显著高于其他年龄段的2.8小时，其额外停留时间主要用于参与苗族文化体验活动（如苗绣体验、苗族歌舞学习等）。</w:t>
      </w:r>
    </w:p>
    <w:p>
      <w:r>
        <w:t>在社交分享方面，Z世代游客将旅游视为「社交货币」。79%的Z世代游客会在旅游过程中实时发布社交媒体内容，65%会专门为旅游内容拍摄短视频。这种「打卡文化」对旅游目的地的营销既是机遇也是挑战：一方面，UGC内容为目的地提供了免费的传播渠道；另一方面，过度追求「出片率」可能导致游客忽视文化内涵的深度体验。</w:t>
      </w:r>
    </w:p>
    <w:p>
      <w:r>
        <w:t>贵州旅游营销已积极适应Z世代的消费特征。安顺市文旅局与抖音合作推出「安顺美食挑战赛」，邀请用户拍摄安顺特色美食短视频参与挑战，活动累计获得2.3亿次播放量。西江千户苗寨推出「换装体验+旅拍」套餐，游客可穿着苗族服饰在景区内拍摄专业照片和短视频，该产品成为景区最受Z世代欢迎的增值服务，客单价达198元，月均销售超过3000单。</w:t>
      </w:r>
    </w:p>
    <w:p>
      <w:pPr>
        <w:pStyle w:val="Heading3"/>
      </w:pPr>
      <w:r>
        <w:t>银发族游客的数字鸿沟与适老化</w:t>
      </w:r>
    </w:p>
    <w:p>
      <w:r>
        <w:t>与Z世代形成鲜明对比的是，银发族（60岁以上）游客在数字文旅消费中面临显著的数字鸿沟。调查显示，仅32%的银发族游客能够独立完成在线预订，28%会使用智能导览APP，15%会通过社交媒体分享旅游体验。数字鸿沟不仅影响了银发族的旅游体验，也限制了他们的旅游消费潜力。</w:t>
      </w:r>
    </w:p>
    <w:p>
      <w:r>
        <w:t>银发族数字鸿沟的成因是多方面的。技术层面，多数旅游APP的界面设计以年轻用户为默认对象，字体偏小、操作复杂、信息过载。认知层面，部分银发族对数字技术存在恐惧和不信任感，担心操作失误导致经济损失。社会层面，家庭成员的数字帮扶不足，银发族在遇到技术困难时缺乏及时的帮助。</w:t>
      </w:r>
    </w:p>
    <w:p>
      <w:r>
        <w:t>贵州在数字文旅适老化方面进行了积极探索。「一码游贵州」平台推出了「长辈模式」，特点是：加大字体和按钮尺寸、简化操作流程、增加语音操作功能、提供一键客服呼叫。黄果树景区推出了「亲情账号」功能，子女可通过自己的账号为父母代为预订门票和安排行程。西江千户苗寨在景区内设置了「数字帮扶站」，安排志愿者为老年游客提供智能手机使用指导。</w:t>
      </w:r>
    </w:p>
    <w:p>
      <w:pPr>
        <w:pStyle w:val="Heading3"/>
      </w:pPr>
      <w:r>
        <w:t>数字文旅消费的伦理反思</w:t>
      </w:r>
    </w:p>
    <w:p>
      <w:r>
        <w:t>数字文旅消费在带来便利和新体验的同时，也引发了一系列伦理反思。算法推荐可能形成「信息茧房」——游客只看到算法认为其感兴趣的内容，错过了意外发现和文化探索的机会。过度数字化可能削弱旅游的「真实性体验」——游客过度关注手机屏幕而非眼前的风景和文化。数据收集可能侵犯游客隐私——位置追踪、行为分析、人脸识别等技术的广泛应用使游客在景区中几乎「无处遁形」。</w:t>
      </w:r>
    </w:p>
    <w:p>
      <w:r>
        <w:t>这些伦理问题需要在技术发展和人文关怀之间寻找平衡。贵州一些景区开始推行「数字断联区」——在景区的特定区域（如寺庙、观景台、文化遗址核心区）禁止使用手机，鼓励游客全身心投入当下体验。这一做法虽然简单，但引发了对「适度数字化」理念的广泛讨论——数字化应服务于人的全面发展，而非让人成为数字的奴隶。</w:t>
      </w:r>
    </w:p>
    <w:p>
      <w:r>
        <w:rPr>
          <w:b/>
        </w:rPr>
        <w:t>思政融入</w:t>
      </w:r>
      <w:r>
        <w:t>：数字文旅消费应体现社会主义核心价值观。旅游消费不仅是经济行为，也是文化行为和精神行为。在数字文旅产品设计和营销中，应弘扬正能量，抵制低俗化、庸俗化倾向。贵州旅游营销注重展现贵州的自然之美、人文之美和发展之美，用真实、健康、积极的内容引导消费，体现了文化自信和价值引领。</w:t>
      </w:r>
    </w:p>
    <w:p>
      <w:pPr>
        <w:pStyle w:val="Heading2"/>
      </w:pPr>
      <w:r>
        <w:t>直播文旅与云旅游的兴起</w:t>
      </w:r>
    </w:p>
    <w:p>
      <w:pPr>
        <w:pStyle w:val="Heading3"/>
      </w:pPr>
      <w:r>
        <w:t>直播文旅的商业模式</w:t>
      </w:r>
    </w:p>
    <w:p>
      <w:r>
        <w:t>直播文旅是数字文旅消费的重要新场景。旅游直播的商业模式主要包括：景区品牌推广直播——景区通过直播展示自然风光和文化活动，吸引游客到访；旅游产品带货直播——主播在线销售景区门票、酒店套餐、旅游线路等旅游产品；文化体验直播——通过直播展示非遗技艺、民俗表演等文化内容，实现文化传播和商业变现的双重目标。</w:t>
      </w:r>
    </w:p>
    <w:p>
      <w:r>
        <w:t>贵州在旅游直播方面取得了显著成效。2023年「云游贵州」直播系列活动累计开展超过200场直播，覆盖全省80+景区，累计观看量超过5亿人次，直接带动旅游消费超过2亿元。其中，西江千户苗寨的苗年节直播单场观看量达到800万次，成为年度爆款直播内容。安顺市开展的「安顺美食直播周」连续7天直播当地特色美食制作和品鉴过程，带动安顺美食相关搜索量增长340%。</w:t>
      </w:r>
    </w:p>
    <w:p>
      <w:r>
        <w:t>旅游直播的成功要素包括：内容真实性——直播的即时性和不可编辑性赋予了内容真实感，比精心制作的宣传片更能赢得观众信任；互动参与感——观众通过弹幕、点赞、打赏等方式参与直播，获得沉浸式的参与感；优惠激励——直播间的专属折扣和限时优惠刺激了即时消费决策；主播影响力——有影响力的主播能够为旅游目的地带来流量背书。</w:t>
      </w:r>
    </w:p>
    <w:p>
      <w:pPr>
        <w:pStyle w:val="Heading3"/>
      </w:pPr>
      <w:r>
        <w:t>云旅游的发展与局限</w:t>
      </w:r>
    </w:p>
    <w:p>
      <w:r>
        <w:t>云旅游（虚拟旅游）是通过数字技术让游客在不出行的情况下体验旅游目的地的服务。云旅游的形式包括VR全景游览、360度视频、3D虚拟景区、元宇宙旅游空间等。在新冠疫情期间，云旅游迎来了爆发式增长，成为旅游行业维持市场热度的重要手段。</w:t>
      </w:r>
    </w:p>
    <w:p>
      <w:r>
        <w:t>云旅游的价值不仅在于应急替代，更在于拓展了旅游的边界。对于身体不便、经济有限或时间不足的人群，云旅游提供了低门槛的文化体验渠道。对于生态脆弱或文化敏感的区域，云旅游可以减少物理客流压力。对于潜在游客，云旅游是「先尝后买」的营销工具，通过虚拟体验激发实地到访意愿。</w:t>
      </w:r>
    </w:p>
    <w:p>
      <w:r>
        <w:t>然而，云旅游也存在明显局限。技术局限——当前的VR/AR技术尚无法完全还原真实旅游的 multisensory 体验（触觉、嗅觉、温度感等）。心理局限——虚拟体验缺乏真实旅游中的「在场感」和「仪式感」，难以产生深层的情感共鸣。经济局限——高质量虚拟旅游内容的制作成本较高，且缺乏成熟的盈利模式。贵州在云旅游方面仍处于探索阶段，需要在技术提升、内容创新和商业模式方面持续突破。</w:t>
      </w:r>
    </w:p>
    <w:p>
      <w:pPr>
        <w:pStyle w:val="Heading2"/>
      </w:pPr>
      <w:r>
        <w:t>数字文旅消费的时空特征与社会影响</w:t>
      </w:r>
    </w:p>
    <w:p>
      <w:pPr>
        <w:pStyle w:val="Heading3"/>
      </w:pPr>
      <w:r>
        <w:t>旅游消费的时空分异规律</w:t>
      </w:r>
    </w:p>
    <w:p>
      <w:r>
        <w:t>数字技术改变了旅游消费的时空分布模式。在时间维度上，移动互联网使旅游决策从「计划性消费」向「即时性消费」转变——游客可以在到达目的地后再决定游览哪些景点、入住哪家酒店。贵州旅游大数据显示，提前3天以上预订的比例从2018年的65%下降到2024年的38%，当日预订和即时预订的比例显著上升。这一变化对景区的实时运营能力提出了更高要求。</w:t>
      </w:r>
    </w:p>
    <w:p>
      <w:r>
        <w:t>在空间维度上，数字平台的推荐算法影响了游客的空间流向。传统旅游模式下，游客倾向于前往知名度高的景区，导致热点景区拥挤而冷门景区无人问津。数字推荐算法可以根据游客偏好推荐小众景区，促进客流的空间均衡分布。贵州「一码游贵州」平台的「冷门宝藏景区」推荐栏目，使一批此前知名度不高的景区（如格凸河、妥乐村古银杏）获得了更多游客关注，客流增长率超过50%。</w:t>
      </w:r>
    </w:p>
    <w:p>
      <w:r>
        <w:t>数字技术还改变了旅游消费的地理边界。在线虚拟旅游打破了物理距离的限制，远程游客可以在出行前通过VR预览目的地，在出行后通过数字内容回顾旅游体验。这种「行前体验—行中消费—行后回忆」的数字延伸，扩展了旅游消费的时间跨度，也增加了消费触点。</w:t>
      </w:r>
    </w:p>
    <w:p>
      <w:pPr>
        <w:pStyle w:val="Heading3"/>
      </w:pPr>
      <w:r>
        <w:t>数字文旅消费的社会分层</w:t>
      </w:r>
    </w:p>
    <w:p>
      <w:r>
        <w:t>数字文旅消费存在明显的社会分层现象。高收入、高学历群体更容易接受和使用数字文旅服务，也更能从中获得价值。低收入、低学历群体可能因设备限制、技能不足或认知障碍而无法充分享受数字文旅服务。这种「数字鸿沟」在旅游消费中表现为信息获取能力差异、预订渠道差异、体验深度差异和评价影响力差异。</w:t>
      </w:r>
    </w:p>
    <w:p>
      <w:r>
        <w:t>贵州作为西部欠发达省份，数字鸿沟问题尤为突出。农村居民和老年群体的数字文旅参与率显著低于城市居民和年轻群体。贵州省文旅厅在推进数字文旅的同时，实施了「数字文旅普惠工程」，包括：在乡镇旅游信息服务点配备智能终端和志愿者指导，降低农村居民的数字使用门槛。在景区设置「数字体验站」，为没有智能设备的游客提供免费租借服务。开发「语音优先」的数字服务界面，降低文字阅读和操作技能要求。</w:t>
      </w:r>
    </w:p>
    <w:p>
      <w:pPr>
        <w:pStyle w:val="Heading3"/>
      </w:pPr>
      <w:r>
        <w:t>消费数据的价值挖掘与伦理边界</w:t>
      </w:r>
    </w:p>
    <w:p>
      <w:r>
        <w:t>数字文旅消费产生了海量的行为数据，这些数据具有巨大的商业价值和社会价值。通过分析消费数据，可以揭示旅游需求的变化趋势、游客偏好的演进规律和消费行为的驱动因素，为产业决策和政策制定提供依据。</w:t>
      </w:r>
    </w:p>
    <w:p>
      <w:r>
        <w:t>然而，消费数据的挖掘也存在伦理边界。游客的消费记录、位置轨迹和行为偏好属于个人隐私信息，其收集和使用应遵循「最小必要」原则和「知情同意」原则。数据挖掘的目的是提升服务质量和游客体验，而非监控和操控游客行为。贵州旅游大数据中心建立了数据使用的伦理审查机制，所有数据使用项目需经过伦理委员会审批，确保数据使用符合社会公德和法律法规。</w:t>
      </w:r>
    </w:p>
    <w:p>
      <w:r>
        <w:rPr>
          <w:b/>
        </w:rPr>
        <w:t>知识卡片</w:t>
      </w:r>
      <w:r>
        <w:t>：数字消费足迹是指游客在数字平台上留下的行为痕迹，包括搜索记录、浏览轨迹、预订记录、支付数据、评价内容、社交分享等。这些足迹构成了游客的「数字影子」，可以用于构建游客画像、分析消费行为和预测未来需求。但数字足迹的收集和分析必须在保护个人隐私的前提下进行，遵守「合法、正当、必要」的原则。贵州旅游大数据平台对数字足迹实行分级管理：匿名化处理后的聚合数据可用于分析和研究，个人级别的明细数据需获得授权后方可使用。</w:t>
      </w:r>
    </w:p>
    <w:p>
      <w:pPr>
        <w:pStyle w:val="Heading2"/>
      </w:pPr>
      <w:r>
        <w:t>数字文旅消费的心理机制与行为分析</w:t>
      </w:r>
    </w:p>
    <w:p>
      <w:pPr>
        <w:pStyle w:val="Heading3"/>
      </w:pPr>
      <w:r>
        <w:t>旅游决策中的数字信息影响</w:t>
      </w:r>
    </w:p>
    <w:p>
      <w:r>
        <w:t>数字信息对旅游决策的影响贯穿决策全过程。在需求认知阶段，社交媒体内容（短视频、图文帖子）通过情感激发和场景代入唤醒旅游需求。在信息搜索阶段，搜索引擎、旅游平台和评价网站提供结构化的旅游信息，帮助游客缩小选择范围。在方案评估阶段，在线评价、UGC内容和虚拟体验帮助游客比较不同方案。在决策执行阶段，在线预订和移动支付降低了决策执行的摩擦成本。</w:t>
      </w:r>
    </w:p>
    <w:p>
      <w:r>
        <w:t>贵州旅游消费行为研究发现，数字信息对旅游决策的影响存在「倒U型」效应——适量的数字信息有助于决策优化，但信息过载反而会导致决策瘫痪。研究显示，游客在决策前平均浏览28条在线信息（包括短视频、评价、攻略等），信息量在20-40条之间时决策质量最高，超过50条后决策质量开始下降。这一发现对数字文旅平台的信息呈现策略具有指导意义——平台应通过智能筛选和排序帮助游客高效获取决策所需信息，而非简单地提供海量信息。</w:t>
      </w:r>
    </w:p>
    <w:p>
      <w:pPr>
        <w:pStyle w:val="Heading3"/>
      </w:pPr>
      <w:r>
        <w:t>社交媒体对旅游行为的影响机制</w:t>
      </w:r>
    </w:p>
    <w:p>
      <w:r>
        <w:t>社交媒体对旅游行为的影响机制可以用SOR模型（刺激-有机体-反应）解释。社交媒体内容（短视频、照片、文字）作为刺激物，通过视觉冲击和情感叙事引起观众的心理反应（向往、好奇、兴奋等），进而促成行为反应（搜索更多信息、添加到愿望清单、实际预订出行等）。</w:t>
      </w:r>
    </w:p>
    <w:p>
      <w:r>
        <w:t>贵州安顺美食的社交媒体传播案例很好地诠释了这一机制。安顺美食短视频通过展示食物的色香味（刺激），引发观众的食欲和好奇心（有机体反应），促使观众搜索安顺美食信息、添加安顺到旅游愿望清单，最终到安顺实地品尝美食（行为反应）。数据显示，在安顺美食短视频爆发传播后的3个月内，安顺美食相关搜索量增长了340%，安顺美食店铺的日均客流量增加了150%。</w:t>
      </w:r>
    </w:p>
    <w:p>
      <w:r>
        <w:t>社交媒体影响的不对称性也是重要发现。负面内容的影响力显著大于正面内容——一条关于景区卫生差或服务态度恶劣的短视频，其传播速度和影响范围可能远超十条正面评价。这意味着旅游目的地在社交媒体时代需要更加注重服务质量的基础保障，任何服务瑕疵都可能被社交媒体放大为品牌危机。</w:t>
      </w:r>
    </w:p>
    <w:p>
      <w:pPr>
        <w:pStyle w:val="Heading3"/>
      </w:pPr>
      <w:r>
        <w:t>数字文旅消费的满意度形成机制</w:t>
      </w:r>
    </w:p>
    <w:p>
      <w:r>
        <w:t>数字文旅消费的满意度形成机制比传统旅游消费更为复杂。在传统旅游中，满意度主要取决于实体体验质量（景区景观、服务态度、设施条件等）。在数字文旅中，满意度同时受到数字体验质量（APP易用性、信息准确性、支付便捷性等）和实体体验质量的双重影响。</w:t>
      </w:r>
    </w:p>
    <w:p>
      <w:r>
        <w:t>贵州旅游满意度调查显示，数字体验对总体满意度的贡献率约为25%-30%。在数字体验中，信息准确性（导览内容是否正确）、操作便捷性（APP是否好用）、响应及时性（客服是否及时回复）和交易安全性（支付是否安全）是影响满意度的四个关键因素。其中，信息准确性的影响最大——一条错误的导览信息或一个不准确的客流数据可能严重损害游客对整个数字系统的信任。</w:t>
      </w:r>
    </w:p>
    <w:p>
      <w:r>
        <w:t>提升数字文旅消费满意度的策略包括：确保信息准确——建立内容审核机制，定期验证和更新旅游信息。简化操作流程——遵循「三次点击原则」，确保用户能在三次点击内完成核心操作。提供即时响应——利用AI客服实现7×24小时即时响应，复杂问题转人工处理。保障交易安全——采用加密传输、实名认证和风险监控等多重安全措施。</w:t>
      </w:r>
    </w:p>
    <w:p>
      <w:pPr>
        <w:pStyle w:val="Heading2"/>
      </w:pPr>
      <w:r>
        <w:t>数字文旅消费的深度调研与趋势预判</w:t>
      </w:r>
    </w:p>
    <w:p>
      <w:pPr>
        <w:pStyle w:val="Heading3"/>
      </w:pPr>
      <w:r>
        <w:t>贵州旅游消费者画像的精细刻画</w:t>
      </w:r>
    </w:p>
    <w:p>
      <w:r>
        <w:t>贵州旅游大数据中心基于「一码游贵州」平台的多源数据，构建了精细化的旅游消费者画像体系。画像体系包含人口属性（性别、年龄、来源地、职业）、行为偏好（景区类型偏好、活动偏好、消费偏好）、消费能力（客单价、消费频次、价格敏感度）和心理特征（旅游动机、价值观、社交行为）四个维度。</w:t>
      </w:r>
    </w:p>
    <w:p>
      <w:r>
        <w:t>人口属性分析显示，贵州旅游消费者中女性占54%，男性占46%。年龄分布上，25-34岁群体占比最大（32%），其次为35-44岁（24%）、18-24岁（18%）、45-54岁（14%）和55岁以上（12%）。来源地分布上，贵州省内游客占45%，周边省份（四川、重庆、湖南、云南、广西）占28%，东部沿海地区占18%，其他地区占9%。</w:t>
      </w:r>
    </w:p>
    <w:p>
      <w:r>
        <w:t>行为偏好分析揭示了不同群体的差异化需求。25-34岁群体偏好自然风光和文化体验，平均停留时间4.2天，日均消费350元。18-24岁群体偏好网红打卡和美食体验，平均停留时间2.8天，日均消费280元。45岁以上群体偏好康养休闲和历史文化，平均停留时间5.5天，日均消费420元。</w:t>
      </w:r>
    </w:p>
    <w:p>
      <w:r>
        <w:t>消费能力分析显示，贵州旅游消费者的平均客单价为1850元（含交通、住宿、门票、餐饮、购物等全部支出）。价格敏感度分析发现，55岁以上群体对价格最敏感（价格弹性-1.2），25-34岁群体对价格最不敏感（价格弹性-0.6）。这意味着针对年轻群体的旅游产品可以适当溢价，而针对老年群体的产品应保持价格稳定。</w:t>
      </w:r>
    </w:p>
    <w:p>
      <w:pPr>
        <w:pStyle w:val="Heading3"/>
      </w:pPr>
      <w:r>
        <w:t>消费趋势的预判与应对</w:t>
      </w:r>
    </w:p>
    <w:p>
      <w:r>
        <w:t>基于历史数据和市场动态，可以预判未来数字文旅消费的几个重要趋势。</w:t>
      </w:r>
    </w:p>
    <w:p>
      <w:r>
        <w:t>体验化趋势——游客从「看景点」转向「体验生活」。传统的「拍照打卡」式旅游正在被深度体验式旅游取代。游客不再满足于走马观花地参观景点，而是希望融入当地生活，体验真实的文化和日常。贵州应对这一趋势的策略是开发更多参与性强的旅游产品——如苗族蜡染体验工坊、侗族大歌学习营、安顺地戏表演参与等。</w:t>
      </w:r>
    </w:p>
    <w:p>
      <w:r>
        <w:t>社交化趋势——旅游消费决策越来越受社交媒体影响。游客在选择旅游目的地和产品时，更信任朋友推荐和社交媒体评价，而非官方宣传。贵州应对这一趋势的策略是加大UGC内容运营——激励游客在社交媒体分享贵州旅游体验，通过「用户生成内容」扩大口碑传播。</w:t>
      </w:r>
    </w:p>
    <w:p>
      <w:r>
        <w:t>个性化趋势——游客越来越追求个性化的旅游体验。标准化的旅游产品难以满足多样化的需求，定制化、个性化的旅游产品成为增长点。贵州应对这一趋势的策略是建设AI驱动的个性化推荐系统——根据游客画像和行为数据，为每个游客推荐最匹配的旅游产品和路线。</w:t>
      </w:r>
    </w:p>
    <w:p>
      <w:r>
        <w:t>绿色化趋势——游客的环保意识不断增强，绿色旅游、低碳旅游成为新趋势。游客更倾向于选择环境友好型的旅游产品和服务。贵州应对这一趋势的策略是推广绿色数字旅游——通过数字化手段减少旅游的碳足迹（如电子票务替代纸质门票、虚拟体验替代物理出行），并公开旅游产品的环境影响信息，方便游客做出绿色选择。</w:t>
      </w:r>
    </w:p>
    <w:p>
      <w:pPr>
        <w:pStyle w:val="Heading3"/>
      </w:pPr>
      <w:r>
        <w:t>数字文旅消费的数据安全感知</w:t>
      </w:r>
    </w:p>
    <w:p>
      <w:r>
        <w:t>贵州旅游消费者调研显示，游客对数据安全的关注度逐年提升。2024年的调研中，68%的游客表示「担心旅游平台泄露个人信息」，比2020年提高了22个百分点。52%的游客表示「曾因隐私顾虑拒绝授权APP获取位置信息」。</w:t>
      </w:r>
    </w:p>
    <w:p>
      <w:r>
        <w:t>游客的数据安全感知影响其数字旅游行为。调研发现，数据安全感知高的游客更倾向于使用官方平台（如「一码游贵州」）而非第三方平台，更愿意使用匿名化服务（如不登录浏览），更关注平台的隐私政策和数据使用说明。</w:t>
      </w:r>
    </w:p>
    <w:p>
      <w:r>
        <w:t>贵州旅游平台应对游客数据安全关切的措施包括：简化隐私政策——将冗长的法律条款转化为通俗易懂的图表说明，让用户快速了解平台收集什么数据、如何使用数据。提供数据控制选项——允许用户选择哪些数据可以被收集和使用，提供「仅本次使用」和「永久授权」等不同级别的授权选项。展示安全认证——在APP中展示信息安全等级保护认证、数据安全管理体系认证等安全资质，增强用户信任。建立快速响应机制——设立数据安全专线，一旦用户怀疑数据泄露可以快速报告和处理。</w:t>
      </w:r>
    </w:p>
    <w:p>
      <w:pPr>
        <w:pStyle w:val="Heading2"/>
      </w:pPr>
      <w:r>
        <w:t>数字文旅消费的深度行为研究</w:t>
      </w:r>
    </w:p>
    <w:p>
      <w:pPr>
        <w:pStyle w:val="Heading3"/>
      </w:pPr>
      <w:r>
        <w:t>旅游消费决策的神经科学视角</w:t>
      </w:r>
    </w:p>
    <w:p>
      <w:r>
        <w:t>传统的旅游消费行为研究主要采用问卷调查和行为观察方法，难以揭示消费者决策的深层心理机制。神经科学工具（如脑电图EEG、功能性磁共振fMRI、眼动追踪等）为旅游消费研究提供了新的视角和方法。</w:t>
      </w:r>
    </w:p>
    <w:p>
      <w:r>
        <w:t>贵州师范大学认知旅游实验室使用EEG技术研究了游客在浏览旅游短视频时的脑电反应。研究发现，不同类型的旅游视频引发的脑电模式显著不同：自然风光视频更多激活大脑的alpha波段（与放松和愉悦相关），文化体验视频更多激活theta波段（与记忆和情感相关），而刺激冒险视频更多激活beta波段（与警觉和兴奋相关）。这一发现对旅游视频营销的内容设计具有指导意义——如果目标是激发游客的放松需求，应使用自然风光内容；如果目标是建立深层情感连接，应使用文化体验内容。</w:t>
      </w:r>
    </w:p>
    <w:p>
      <w:r>
        <w:t>眼动追踪研究揭示了游客在浏览旅游APP时的注意力分配模式。研究发现，游客在旅游APP首屏的注意力分布为：图片区域占45%的注视时间，价格信息占25%，标题文字占20%，其他元素占10%。这意味着旅游APP的设计应优先优化图片质量和价格展示，而非堆砌文字描述。研究还发现，游客对带有「贵州」「原生态」「非遗」等关键词的内容注视时间比普通内容长30%，说明文化标签具有注意力吸引效应。</w:t>
      </w:r>
    </w:p>
    <w:p>
      <w:pPr>
        <w:pStyle w:val="Heading3"/>
      </w:pPr>
      <w:r>
        <w:t>消费者决策的群体差异分析</w:t>
      </w:r>
    </w:p>
    <w:p>
      <w:r>
        <w:t>贵州旅游消费行为的群体差异分析揭示了不同消费者群体在决策模式上的显著不同。代际差异方面，Z世代（18-24岁）的旅游决策更多受社交媒体影响（62%参考短视频内容），决策周期短（平均3天），冲动消费比例高（35%）。X世代（40-55岁）的决策更多参考在线评价和亲友推荐（58%），决策周期较长（平均14天），理性消费比例高（72%）。</w:t>
      </w:r>
    </w:p>
    <w:p>
      <w:r>
        <w:t>地域差异方面，省内游客的决策更多基于已有经验和口碑（对贵州旅游已有基本认知），省外游客的决策更多依赖数字平台信息（需要通过数字渠道了解贵州旅游信息）。国际游客的决策更多受文化好奇心驱动，对民族文化类产品的兴趣显著高于国内游客。</w:t>
      </w:r>
    </w:p>
    <w:p>
      <w:r>
        <w:t>收入差异方面，高收入群体（年收入20万+）更注重体验质量和个性化服务，对价格不敏感（价格弹性-0.4），数字服务使用率高（92%）。中等收入群体（年收入8-20万）在体验质量和价格之间寻求平衡，对性价比敏感（价格弹性-0.8），数字服务使用率中等（75%）。低收入群体（年收入8万以下）以价格为主要决策因素（价格弹性-1.3），数字服务使用率较低（55%），存在数字鸿沟。</w:t>
      </w:r>
    </w:p>
    <w:p>
      <w:r>
        <w:t>这些群体差异对数字文旅产品的设计和营销具有指导意义。针对Z世代应加强短视频营销和即时预订功能。针对X世代应提供详尽的评价信息和比较工具。针对省外游客应加强目的地形象传播。针对低收入群体应提供低价或免费的数字服务，缩小数字鸿沟。</w:t>
      </w:r>
    </w:p>
    <w:p>
      <w:pPr>
        <w:pStyle w:val="Heading3"/>
      </w:pPr>
      <w:r>
        <w:t>消费者行为的纵向追踪研究</w:t>
      </w:r>
    </w:p>
    <w:p>
      <w:r>
        <w:t>贵州旅游大数据中心对10万名注册用户进行了为期3年的行为追踪研究，揭示了旅游消费行为的动态变化规律。</w:t>
      </w:r>
    </w:p>
    <w:p>
      <w:r>
        <w:t>研究发现，用户的数字旅游行为呈现「季节波动+年度增长」的双重模式。季节波动表现为每年7-8月（暑期）和1-2月（春节/寒假）两个高峰期，3-4月和11-12月两个低谷期。年度增长表现为用户在平台上的活动频率逐年递增——第一年用户平均每月使用平台2.1次，第二年增至3.5次，第三年增至4.8次。这种增长趋势表明数字旅游服务正在成为用户的日常习惯，而非仅用于出行时的工具。</w:t>
      </w:r>
    </w:p>
    <w:p>
      <w:r>
        <w:t>用户忠诚度的纵向分析显示，约有35%的用户在3年内保持了持续活跃（忠诚用户），25%的用户在第二年停止使用（流失用户），40%的用户呈现间歇性活跃（波动用户）。忠诚用户的特征包括：首次使用后30天内重复使用的用户忠诚度最高（70%成为忠诚用户），使用过3个以上功能的用户比仅使用1个功能的用户忠诚度高3倍，参与过评价和分享的UGC用户比纯消费用户忠诚度高2倍。这些发现为用户留存策略提供了依据——应鼓励用户在首次使用后尽快进行二次使用，引导用户尝试多个功能，激励用户参与内容创作和分享。</w:t>
      </w:r>
    </w:p>
    <w:p>
      <w:pPr>
        <w:pStyle w:val="Heading2"/>
      </w:pPr>
      <w:r>
        <w:t>数字文旅消费的监管与消费者保护</w:t>
      </w:r>
    </w:p>
    <w:p>
      <w:pPr>
        <w:pStyle w:val="Heading3"/>
      </w:pPr>
      <w:r>
        <w:t>在线旅游平台的消费者权益保护</w:t>
      </w:r>
    </w:p>
    <w:p>
      <w:r>
        <w:t>在线旅游平台作为旅游交易的中介方，在消费者权益保护中承担着重要责任。贵州在线旅游平台的消费者保护机制包括：信息透明保障——平台要求供应商如实展示产品信息（价格、包含项目、退改政策等），禁止虚假宣传和误导性描述。平台建立了信息审核机制，对供应商发布的信息进行自动和人工审核。</w:t>
      </w:r>
    </w:p>
    <w:p>
      <w:r>
        <w:t>交易安全保障——平台采用SSL加密传输、支付 token 化和风险监控等多重技术手段保障交易安全。支付资金通过第三方托管，在游客确认服务后才释放给供应商，降低了预付款风险。</w:t>
      </w:r>
    </w:p>
    <w:p>
      <w:r>
        <w:t>售后服务保障——平台提供7×24小时客服服务，游客可以通过在线客服、电话热线和APP内投诉通道反映问题。平台承诺对投诉在48小时内给出处理意见，对涉及退款的投诉在7个工作日内完成退款。</w:t>
      </w:r>
    </w:p>
    <w:p>
      <w:r>
        <w:t>纠纷调解保障——平台建立了消费者纠纷调解机制，对于平台无法调解的纠纷，引导消费者通过旅游仲裁或司法途径解决。平台与贵州省旅游仲裁中心建立了对接机制，为消费者提供便捷的仲裁申请通道。</w:t>
      </w:r>
    </w:p>
    <w:p>
      <w:pPr>
        <w:pStyle w:val="Heading3"/>
      </w:pPr>
      <w:r>
        <w:t>价格透明与反欺诈</w:t>
      </w:r>
    </w:p>
    <w:p>
      <w:r>
        <w:t>价格透明是在线旅游消费者保护的核心议题。贵州旅游平台推行了「价格透明三原则」：价格包含透明——明确标注价格包含和不包含的项目，禁止「低价引流+额外收费」的套路。价格比较透明——在产品页面显示历史价格走势，帮助消费者判断当前价格是否合理。价格差异透明——对同一产品在不同渠道的价格差异进行说明，避免「大数据杀熟」等价格歧视行为。</w:t>
      </w:r>
    </w:p>
    <w:p>
      <w:r>
        <w:t>反欺诈方面，贵州旅游平台部署了AI反欺诈系统，自动识别虚假评价、刷单刷量和价格欺诈等行为。系统通过分析评价内容、用户行为模式和交易数据特征，识别疑似欺诈行为并触发人工审核。2024年，系统共识别并处理了3500条虚假评价、120起刷单行为和45起价格欺诈事件，有效维护了市场秩序。</w:t>
      </w:r>
    </w:p>
    <w:p>
      <w:pPr>
        <w:pStyle w:val="Heading3"/>
      </w:pPr>
      <w:r>
        <w:t>消费者教育与数字素养提升</w:t>
      </w:r>
    </w:p>
    <w:p>
      <w:r>
        <w:t>消费者保护不仅需要平台和监管的努力，也需要消费者自身具备足够的数字素养和维权意识。贵州开展了多种形式的旅游消费者教育活动。线上教育——在「一码游贵州」平台开设「消费者保护知识」专栏，以图文和短视频形式介绍在线旅游消费注意事项、维权渠道和典型案例。线下教育——在景区游客中心、机场和火车站发放旅游消费维权手册，设置消费者咨询台。</w:t>
      </w:r>
    </w:p>
    <w:p>
      <w:r>
        <w:t>数字素养提升方面，贵州针对不同群体开展了差异化培训。针对老年游客——重点培训基本的在线预订和安全支付技能。针对农村游客——重点培训旅游信息识别和防欺诈技能。针对年轻游客——重点培训数据隐私保护和消费权益维护知识。这些培训有效提升了消费者的数字素养和自我保护能力。</w:t>
      </w:r>
    </w:p>
    <w:p>
      <w:pPr>
        <w:pStyle w:val="Heading2"/>
      </w:pPr>
      <w:r>
        <w:t>数字文旅消费的新兴场景探索</w:t>
      </w:r>
    </w:p>
    <w:p>
      <w:pPr>
        <w:pStyle w:val="Heading3"/>
      </w:pPr>
      <w:r>
        <w:t>沉浸式演艺的数字化创新</w:t>
      </w:r>
    </w:p>
    <w:p>
      <w:r>
        <w:t>沉浸式演艺是数字文旅消费的重要新场景。贵州正在探索将数字技术与民族文化的沉浸式演艺相结合，创造全新的文化体验形式。黄果树夜游数字光影项目是典型案例——通过3D投影技术将瀑布转化为光影画布，投射苗族创世神话和贵州山水画卷，创造了「日观瀑布、夜赏光影」的全天候体验。</w:t>
      </w:r>
    </w:p>
    <w:p>
      <w:r>
        <w:t>数字化对沉浸式演艺的增强体现在多个方面。多感官融合——通过数字气味技术释放场景相关的气味（如森林的清新、篝火的烟香），通过触觉反馈设备让观众感受风雨和震动，创造超越视听的多感官体验。互动参与——观众通过手机或可穿戴设备参与表演过程，如通过投票决定剧情走向、通过动作控制舞台效果。个性化体验——基于观众画像数据，为不同观众提供差异化的表演内容和解说深度。</w:t>
      </w:r>
    </w:p>
    <w:p>
      <w:pPr>
        <w:pStyle w:val="Heading3"/>
      </w:pPr>
      <w:r>
        <w:t>数字游民与远程办公旅游</w:t>
      </w:r>
    </w:p>
    <w:p>
      <w:r>
        <w:t>「数字游民」是近年来兴起的工作生活方式——人们利用数字技术远程办公，同时在不同地方旅行和生活。贵州凭借宜人的气候、低廉的生活成本和日益完善的数字基础设施，正在成为数字游民的热门目的地。贵阳、安顺和黔东南的一些小镇已经出现了数字游民聚居区。</w:t>
      </w:r>
    </w:p>
    <w:p>
      <w:r>
        <w:t>数字游民对旅游消费的影响是多方面的。消费周期延长——数字游民在一个目的地的停留时间通常为1-3个月，远长于传统游客的3-5天，带来了更持续的消费。消费结构变化——数字游民除了旅游消费外，还有办公消费（ coworking空间、咖啡厅）、生活消费（租房、日常用品）和社交消费（社区活动、聚会）。社区影响——数字游民为当地带来了新的文化和思想，促进了文化交流，但也可能推高当地物价和改变社区结构。</w:t>
      </w:r>
    </w:p>
    <w:p>
      <w:r>
        <w:t>贵州正在建设「数字游民友好目的地」——提供高速网络覆盖、共享办公空间、生活便利设施和社群活动支持。安顺市旧州古镇推出的「数字游民计划」已吸引了200+名远程工作者长期居住，为古镇带来了新的经济活力和文化多样性。</w:t>
      </w:r>
    </w:p>
    <w:p>
      <w:pPr>
        <w:pStyle w:val="Heading3"/>
      </w:pPr>
      <w:r>
        <w:t>康养旅游的数字化赋能</w:t>
      </w:r>
    </w:p>
    <w:p>
      <w:r>
        <w:t>康养旅游是贵州旅游的重要发展方向。贵州的气候优势（夏季平均气温23°C）、生态优势（森林覆盖率62%）和民族文化优势（苗医、侗药等民族医药）为康养旅游提供了独特资源。数字化技术为康养旅游赋能体现在以下方面。</w:t>
      </w:r>
    </w:p>
    <w:p>
      <w:r>
        <w:t>健康监测——通过可穿戴设备实时监测游客的健康指标（心率、血压、睡眠质量等），结合旅游活动数据评估康养效果。贵州某康养度假区为住客提供智能手环，全程监测健康数据，离店时生成「康养效果报告」。个性化康养方案——基于游客的健康数据和偏好，AI系统推荐个性化的康养方案，包括饮食建议、运动计划和疗法选择。虚拟康养指导——通过VR技术提供冥想、瑜伽和太极等康养课程的虚拟指导，游客可以在房间内享受专业级的康养服务。康养社区——通过数字平台连接康养旅游者、服务提供者和同行者，形成线上线下的康养社区。</w:t>
      </w:r>
    </w:p>
    <w:p>
      <w:pPr>
        <w:pStyle w:val="Heading2"/>
      </w:pPr>
      <w:r>
        <w:t>数字文旅消费的跨文化研究</w:t>
      </w:r>
    </w:p>
    <w:p>
      <w:pPr>
        <w:pStyle w:val="Heading3"/>
      </w:pPr>
      <w:r>
        <w:t>不同文化背景游客的数字行为差异</w:t>
      </w:r>
    </w:p>
    <w:p>
      <w:r>
        <w:t>贵州旅游的国际游客调研揭示了不同文化背景游客在数字行为方面的显著差异。欧美游客更注重隐私保护，倾向于使用最少必要的数字服务——他们可能只使用在线预订功能，而拒绝使用需要授权位置信息的智能导览。他们在数字服务中更看重信息质量和准确性，对错误信息的容忍度很低。亚洲游客（特别是东南亚游客）更注重便捷性和社交性，愿意使用各种数字服务并积极在社交媒体分享旅游体验。</w:t>
      </w:r>
    </w:p>
    <w:p>
      <w:r>
        <w:t>日本游客的数字行为具有独特特征——他们非常注重数字服务的细节质量，如信息的精确性（时间表是否准确到分钟）、界面的整洁性（是否有冗余信息）和服务的礼貌性（提示语是否得体）。韩国游客更关注数字服务的社交功能——是否可以与朋友分享行程、是否可以看到其他游客的评价、是否可以与其他游客互动。</w:t>
      </w:r>
    </w:p>
    <w:p>
      <w:r>
        <w:t>这些跨文化差异要求贵州旅游平台的国际化版本进行文化适配。面向欧美游客的版本应强调隐私保护和信息质量，减少不必要的权限请求。面向日本游客的版本应注重细节精确性和界面整洁性。面向韩国游客的版本应加强社交功能和互动体验。</w:t>
      </w:r>
    </w:p>
    <w:p>
      <w:pPr>
        <w:pStyle w:val="Heading3"/>
      </w:pPr>
      <w:r>
        <w:t>数字旅游中的文化误解与沟通策略</w:t>
      </w:r>
    </w:p>
    <w:p>
      <w:r>
        <w:t>跨文化数字旅游中容易出现文化误解。贵州景区曾发生过外国游客对苗族文化表演内容产生误解的事件——游客将具有宗教意义的仪式解读为娱乐表演，引发了社区的不满。数字平台在文化内容的呈现中应加入文化背景说明，帮助不同文化背景的游客正确理解当地文化。</w:t>
      </w:r>
    </w:p>
    <w:p>
      <w:r>
        <w:t>贵州旅游平台开发了「文化背景卡片」功能——在涉及民族文化的内容旁附注文化背景解释，说明该文化元素的含义、历史和禁忌。例如，在展示苗族银饰时附注「银饰在苗族文化中不仅是装饰品，还承载着辟邪、祈福等文化含义，请在欣赏时保持尊重」。这种跨文化沟通策略有效减少了文化误解，提升了国际游客的文化体验质量。</w:t>
      </w:r>
    </w:p>
    <w:p>
      <w:pPr>
        <w:pStyle w:val="Heading2"/>
      </w:pPr>
      <w:r>
        <w:t>数字文旅消费的未来场景预判</w:t>
      </w:r>
    </w:p>
    <w:p>
      <w:r>
        <w:t>基于技术趋势和市场动态，可以预判未来数字文旅消费的几个重要场景。全息旅游消费方面，随着6G和全息显示技术的发展，游客将能够在不佩戴任何设备的情况下观看全息旅游内容。全息旅游将使远程旅游体验更加真实和沉浸，可能创造出全息旅游这一全新的消费品类。脑机接口旅游方面，虽然目前处于实验阶段，但脑机接口技术未来可能用于增强旅游体验，通过脑电信号感知游客的情绪和兴趣，自动调整旅游服务内容和节奏。这种读心式的个性化服务将达到前所未有的精准度。数字分身旅游方面，游客可以创建自己的数字分身即AI驱动的虚拟形象，由数字分身代替自己进行虚拟旅游体验。数字分身可以根据游客的偏好自主探索虚拟景区、参加虚拟活动、与其他数字分身社交，将旅游体验委托给AI。感知增强旅游方面，通过可穿戴设备增强游客的感知能力，红外视觉让游客在夜间看到动物活动，超声波听觉让游客听到蝙蝠的声呐，显微镜视觉让游客看到花朵的微观结构。这种感知增强将创造全新的旅游体验维度，使游客能够感知到肉眼无法察觉的自然现象，极大丰富旅游的认知价值和教育意义。</w:t>
      </w:r>
    </w:p>
    <w:p>
      <w:pPr>
        <w:pStyle w:val="Heading2"/>
      </w:pPr>
      <w:r>
        <w:t>数字文旅消费的代际研究</w:t>
      </w:r>
    </w:p>
    <w:p>
      <w:r>
        <w:t>贵州旅游消费的代际研究揭示了不同代际游客在数字旅游行为方面的显著差异。Z世代（1997-2012年出生）的数字旅游行为特征包括：信息获取以短视频和社交媒体为主（占比65%），决策周期短（平均2天），冲动消费比例高（38%），对AI推荐接受度高（82%），注重社交分享（76%会在旅游中实时发布内容），对价格不敏感但对体验质量要求高。千禧一代（1981-1996年出生）的特征包括：信息获取以OTA平台和社交媒体并重（各占35%），决策周期中等（平均7天），理性消费为主（65%），对AI推荐接受度中等（58%），注重性价比和品质平衡。X世代（1965-1980年出生）的特征包括：信息获取以搜索引擎和亲友推荐为主（各占30%），决策周期长（平均14天），理性消费为主（75%），对AI推荐接受度较低（35%），更注重服务可靠性和安全性。婴儿潮一代（1946-1964年出生）的特征包括：信息获取以旅行社和亲友推荐为主（各占35%），决策周期最长（平均21天），价格敏感度高（价格弹性-1.3），对数字服务接受度最低（仅28%愿意使用在线预订），更注重面对面服务和人际互动。这些代际差异对数字文旅产品设计和营销策略具有重要指导意义——产品应支持多种使用模式，营销应针对不同代际选择不同渠道和信息策略。</w:t>
      </w:r>
    </w:p>
    <w:p>
      <w:r>
        <w:t>本章小结</w:t>
      </w:r>
    </w:p>
    <w:p>
      <w:r>
        <w:t>本章从消费行为变迁、新消费模式、场景设计方法和贵州实践四个维度，系统分析了数字文旅消费的新场景。数字原住民和 Z 世代的崛起正在深刻改变文旅消费的决策路径（"种草即拔草"）和价值偏好（"体验优于物质、小众优于大众"），银发族市场则为数字文旅提供了"慢变量"的增长空间。直播文旅、云旅游、社交电商和订阅制四种新消费模式各有创新逻辑，共同构成了"数字文旅消费矩阵"。场景设计的核心在于五感调动、仪式感营造和社交货币设计，数字技术在其中扮演"增强"而非"替代"的角色。贵州在消费券数字化发放、安顺美食短视频传播和民族文化消费转型方面的实践，展示了数字技术与地方特色结合的多种可能。</w:t>
      </w:r>
    </w:p>
    <w:p>
      <w:r>
        <w:t>第 10 章将聚焦文化遗产的数字化活化，探讨数字技术在文化遗产保护和旅游利用中的双重使命。</w:t>
      </w:r>
    </w:p>
    <w:p>
      <w:r>
        <w:t>---</w:t>
      </w:r>
    </w:p>
    <w:p>
      <w:pPr>
        <w:pStyle w:val="Heading2"/>
      </w:pPr>
      <w:r>
        <w:t>思考题</w:t>
      </w:r>
    </w:p>
    <w:p>
      <w:pPr>
        <w:pStyle w:val="ListBullet"/>
      </w:pPr>
      <w:r>
        <w:rPr>
          <w:b/>
        </w:rPr>
        <w:t>简答题</w:t>
      </w:r>
      <w:r>
        <w:t>：简述 SOR 理论的基本框架，并运用该理论分析一条安顺美食短视频如何影响潜在游客的消费决策。</w:t>
      </w:r>
    </w:p>
    <w:p>
      <w:pPr>
        <w:pStyle w:val="ListBullet"/>
      </w:pPr>
      <w:r>
        <w:rPr>
          <w:b/>
        </w:rPr>
        <w:t>论述题</w:t>
      </w:r>
      <w:r>
        <w:t>："网红打卡"模式为旅游目的地带来了爆发式增长的机遇，但也存在"昙花一现"的风险。请分析这一模式的利弊，并提出实现"从网红到长红"的策略建议。</w:t>
      </w:r>
    </w:p>
    <w:p>
      <w:pPr>
        <w:pStyle w:val="ListBullet"/>
      </w:pPr>
      <w:r>
        <w:rPr>
          <w:b/>
        </w:rPr>
        <w:t>案例分析题</w:t>
      </w:r>
      <w:r>
        <w:t>：选择一个贵州的民族文化旅游目的地（如西江千户苗寨或肇兴侗寨），分析其当前的消费场景设计，识别三个可以通过数字技术优化的消费触点，并提出具体的设计方案。</w:t>
      </w:r>
    </w:p>
    <w:p>
      <w:pPr>
        <w:pStyle w:val="ListBullet"/>
      </w:pPr>
      <w:r>
        <w:rPr>
          <w:b/>
        </w:rPr>
        <w:t>实践操作题</w:t>
      </w:r>
      <w:r>
        <w:t>：以小组为单位，为安顺学院所在的安顺市设计一条"数字文旅消费地图"——标注出市区内值得推荐的文旅消费场景（美食、文化、休闲等），并运用本章学到的场景设计方法为每个场景撰写 200 字左右的体验引导文案。</w:t>
      </w:r>
    </w:p>
    <w:p>
      <w:r>
        <w:t>---</w:t>
      </w:r>
    </w:p>
    <w:p>
      <w:pPr>
        <w:pStyle w:val="Heading2"/>
      </w:pPr>
      <w:r>
        <w:t>参考文献</w:t>
      </w:r>
    </w:p>
    <w:p>
      <w:r>
        <w:t>[25] 于胜楠, 江海旭. 旅顺博物馆文化旅游发展研究[J]. 旅游纵览, 2022(8): 45-52.</w:t>
      </w:r>
    </w:p>
    <w:p>
      <w:r>
        <w:t>[26] Borseková K, Bitušiková A, Vitálišová K. Visiting the margins: innovative cultural tourism in European peripheries[J]. European Planning Studies, 2022, 30(5): 890-910.</w:t>
      </w:r>
    </w:p>
    <w:p>
      <w:r>
        <w:t>[27] 数字化转型与旅游产业可持续发展研究</w:t>
      </w:r>
    </w:p>
    <w:p>
      <w:r>
        <w:t>[4] Jiang C, Phoong S W. A ten-year review analysis of the impact of digitization on tourism development (2012–2022)[J]. Humanities and Social Sciences Communications, 2023, 10: 215. DOI: 10.1057/s41599-023-02150-7.</w:t>
      </w:r>
    </w:p>
    <w:p>
      <w:r>
        <w:t>[5] Ouyang L, Zhang S, Zhu S, et al. Digital Technology in Tourism Dance Performance: Exploring the Influence of Tourists' Flow Experience and Meaningful Experience on Revisit Intention[J]. IEEE Access, 2024, 12: 1-15. DOI: 10.1109/ACCESS.2024.3382291.</w:t>
      </w:r>
    </w:p>
    <w:p>
      <w:r>
        <w:t>[6] Băltescu C A. Millennials' choices in applying digital techniques for tourism purposes[J]. PICBE, 2021, 15(1): 251-258. DOI: 10.2478/picbe-2021-0025.</w:t>
      </w:r>
    </w:p>
    <w:p>
      <w:r>
        <w:t>[7] 杨朝晖, 焦巧. 茶文化旅游中沉浸式体验的应用[J]. 福建茶叶, 2020, 42(6): 45-47.</w:t>
      </w:r>
    </w:p>
    <w:p>
      <w:r>
        <w:t>[8] Ben Saad S. Exploring the Role of Immersive Technologies in Digital Entrepreneurship: Economic Value and Consumer Well-Being in Tunisian Travel Agencies[J]. Asian Journal of Advanced Research, 2026, 1(1): 1-15. DOI: 10.34120/ajas.2026.1723.[J]. 商场现代化, 2025(3): 1-8.</w:t>
      </w:r>
    </w:p>
    <w:p>
      <w:r>
        <w:t>[28] Băltescu C A. Elements of tourism consumer behaviour of Generation Z[J]. Bulletin of the Transilvania University of Brașov, 2019. DOI: 10.31926/BUT.ES.2019.12.61.1.9</w:t>
      </w:r>
    </w:p>
    <w:p>
      <w:r>
        <w:t>[29] Vancia A P, Băltescu C A, Brătucu G, et al. Examining the disruptive potential of Generation Z tourists on the travel industry in the digital age[J]. Sustainability, 2023, 15(11): 756. DOI: 10.3390/su15118756</w:t>
      </w:r>
    </w:p>
    <w:p>
      <w:r>
        <w:t>[30] Guo X, Liu B, He J, et al. The impact mechanism of tourism short video content marketing on users' travel behavioral intention[J]. Humanities and Social Sciences Communications, 2025. DOI: 10.1057/s41599-025-04801-3</w:t>
      </w:r>
    </w:p>
    <w:p>
      <w:r>
        <w:br w:type="page"/>
      </w:r>
    </w:p>
    <w:p>
      <w:pPr>
        <w:pStyle w:val="Heading1"/>
      </w:pPr>
      <w:r>
        <w:t>第 10 章 文化遗产数字化活化</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活化阶段</w:t>
            </w:r>
          </w:p>
        </w:tc>
        <w:tc>
          <w:tcPr>
            <w:tcW w:type="dxa" w:w="2209"/>
          </w:tcPr>
          <w:p>
            <w:pPr>
              <w:spacing w:after="40" w:line="240" w:lineRule="auto"/>
            </w:pPr>
            <w:r>
              <w:rPr>
                <w:b/>
                <w:sz w:val="20"/>
              </w:rPr>
              <w:t>技术手段</w:t>
            </w:r>
          </w:p>
        </w:tc>
        <w:tc>
          <w:tcPr>
            <w:tcW w:type="dxa" w:w="2209"/>
          </w:tcPr>
          <w:p>
            <w:pPr>
              <w:spacing w:after="40" w:line="240" w:lineRule="auto"/>
            </w:pPr>
            <w:r>
              <w:rPr>
                <w:b/>
                <w:sz w:val="20"/>
              </w:rPr>
              <w:t>核心产出</w:t>
            </w:r>
          </w:p>
        </w:tc>
        <w:tc>
          <w:tcPr>
            <w:tcW w:type="dxa" w:w="2209"/>
          </w:tcPr>
          <w:p>
            <w:pPr>
              <w:spacing w:after="40" w:line="240" w:lineRule="auto"/>
            </w:pPr>
            <w:r>
              <w:rPr>
                <w:b/>
                <w:sz w:val="20"/>
              </w:rPr>
              <w:t>贵州案例</w:t>
            </w:r>
          </w:p>
        </w:tc>
      </w:tr>
      <w:tr>
        <w:tc>
          <w:tcPr>
            <w:tcW w:type="dxa" w:w="2209"/>
          </w:tcPr>
          <w:p>
            <w:pPr>
              <w:spacing w:after="40" w:line="240" w:lineRule="auto"/>
            </w:pPr>
            <w:r>
              <w:rPr>
                <w:sz w:val="20"/>
              </w:rPr>
              <w:t>数字化采集</w:t>
            </w:r>
          </w:p>
        </w:tc>
        <w:tc>
          <w:tcPr>
            <w:tcW w:type="dxa" w:w="2209"/>
          </w:tcPr>
          <w:p>
            <w:pPr>
              <w:spacing w:after="40" w:line="240" w:lineRule="auto"/>
            </w:pPr>
            <w:r>
              <w:rPr>
                <w:sz w:val="20"/>
              </w:rPr>
              <w:t>3D扫描、摄影测量</w:t>
            </w:r>
          </w:p>
        </w:tc>
        <w:tc>
          <w:tcPr>
            <w:tcW w:type="dxa" w:w="2209"/>
          </w:tcPr>
          <w:p>
            <w:pPr>
              <w:spacing w:after="40" w:line="240" w:lineRule="auto"/>
            </w:pPr>
            <w:r>
              <w:rPr>
                <w:sz w:val="20"/>
              </w:rPr>
              <w:t>高精度数字模型</w:t>
            </w:r>
          </w:p>
        </w:tc>
        <w:tc>
          <w:tcPr>
            <w:tcW w:type="dxa" w:w="2209"/>
          </w:tcPr>
          <w:p>
            <w:pPr>
              <w:spacing w:after="40" w:line="240" w:lineRule="auto"/>
            </w:pPr>
            <w:r>
              <w:rPr>
                <w:sz w:val="20"/>
              </w:rPr>
              <w:t>屯堡建筑三维建模</w:t>
            </w:r>
          </w:p>
        </w:tc>
      </w:tr>
      <w:tr>
        <w:tc>
          <w:tcPr>
            <w:tcW w:type="dxa" w:w="2209"/>
          </w:tcPr>
          <w:p>
            <w:pPr>
              <w:spacing w:after="40" w:line="240" w:lineRule="auto"/>
            </w:pPr>
            <w:r>
              <w:rPr>
                <w:sz w:val="20"/>
              </w:rPr>
              <w:t>数字化展示</w:t>
            </w:r>
          </w:p>
        </w:tc>
        <w:tc>
          <w:tcPr>
            <w:tcW w:type="dxa" w:w="2209"/>
          </w:tcPr>
          <w:p>
            <w:pPr>
              <w:spacing w:after="40" w:line="240" w:lineRule="auto"/>
            </w:pPr>
            <w:r>
              <w:rPr>
                <w:sz w:val="20"/>
              </w:rPr>
              <w:t>VR/AR、全息投影</w:t>
            </w:r>
          </w:p>
        </w:tc>
        <w:tc>
          <w:tcPr>
            <w:tcW w:type="dxa" w:w="2209"/>
          </w:tcPr>
          <w:p>
            <w:pPr>
              <w:spacing w:after="40" w:line="240" w:lineRule="auto"/>
            </w:pPr>
            <w:r>
              <w:rPr>
                <w:sz w:val="20"/>
              </w:rPr>
              <w:t>沉浸式体验</w:t>
            </w:r>
          </w:p>
        </w:tc>
        <w:tc>
          <w:tcPr>
            <w:tcW w:type="dxa" w:w="2209"/>
          </w:tcPr>
          <w:p>
            <w:pPr>
              <w:spacing w:after="40" w:line="240" w:lineRule="auto"/>
            </w:pPr>
            <w:r>
              <w:rPr>
                <w:sz w:val="20"/>
              </w:rPr>
              <w:t>地戏VR体验馆</w:t>
            </w:r>
          </w:p>
        </w:tc>
      </w:tr>
      <w:tr>
        <w:tc>
          <w:tcPr>
            <w:tcW w:type="dxa" w:w="2209"/>
          </w:tcPr>
          <w:p>
            <w:pPr>
              <w:spacing w:after="40" w:line="240" w:lineRule="auto"/>
            </w:pPr>
            <w:r>
              <w:rPr>
                <w:sz w:val="20"/>
              </w:rPr>
              <w:t>数字化传播</w:t>
            </w:r>
          </w:p>
        </w:tc>
        <w:tc>
          <w:tcPr>
            <w:tcW w:type="dxa" w:w="2209"/>
          </w:tcPr>
          <w:p>
            <w:pPr>
              <w:spacing w:after="40" w:line="240" w:lineRule="auto"/>
            </w:pPr>
            <w:r>
              <w:rPr>
                <w:sz w:val="20"/>
              </w:rPr>
              <w:t>社交媒体、在线展览</w:t>
            </w:r>
          </w:p>
        </w:tc>
        <w:tc>
          <w:tcPr>
            <w:tcW w:type="dxa" w:w="2209"/>
          </w:tcPr>
          <w:p>
            <w:pPr>
              <w:spacing w:after="40" w:line="240" w:lineRule="auto"/>
            </w:pPr>
            <w:r>
              <w:rPr>
                <w:sz w:val="20"/>
              </w:rPr>
              <w:t>线上影响力</w:t>
            </w:r>
          </w:p>
        </w:tc>
        <w:tc>
          <w:tcPr>
            <w:tcW w:type="dxa" w:w="2209"/>
          </w:tcPr>
          <w:p>
            <w:pPr>
              <w:spacing w:after="40" w:line="240" w:lineRule="auto"/>
            </w:pPr>
            <w:r>
              <w:rPr>
                <w:sz w:val="20"/>
              </w:rPr>
              <w:t>苗族文化数字展览</w:t>
            </w:r>
          </w:p>
        </w:tc>
      </w:tr>
      <w:tr>
        <w:tc>
          <w:tcPr>
            <w:tcW w:type="dxa" w:w="2209"/>
          </w:tcPr>
          <w:p>
            <w:pPr>
              <w:spacing w:after="40" w:line="240" w:lineRule="auto"/>
            </w:pPr>
            <w:r>
              <w:rPr>
                <w:sz w:val="20"/>
              </w:rPr>
              <w:t>数字化衍生</w:t>
            </w:r>
          </w:p>
        </w:tc>
        <w:tc>
          <w:tcPr>
            <w:tcW w:type="dxa" w:w="2209"/>
          </w:tcPr>
          <w:p>
            <w:pPr>
              <w:spacing w:after="40" w:line="240" w:lineRule="auto"/>
            </w:pPr>
            <w:r>
              <w:rPr>
                <w:sz w:val="20"/>
              </w:rPr>
              <w:t>NFT、文创IP</w:t>
            </w:r>
          </w:p>
        </w:tc>
        <w:tc>
          <w:tcPr>
            <w:tcW w:type="dxa" w:w="2209"/>
          </w:tcPr>
          <w:p>
            <w:pPr>
              <w:spacing w:after="40" w:line="240" w:lineRule="auto"/>
            </w:pPr>
            <w:r>
              <w:rPr>
                <w:sz w:val="20"/>
              </w:rPr>
              <w:t>商业价值</w:t>
            </w:r>
          </w:p>
        </w:tc>
        <w:tc>
          <w:tcPr>
            <w:tcW w:type="dxa" w:w="2209"/>
          </w:tcPr>
          <w:p>
            <w:pPr>
              <w:spacing w:after="40" w:line="240" w:lineRule="auto"/>
            </w:pPr>
            <w:r>
              <w:rPr>
                <w:sz w:val="20"/>
              </w:rPr>
              <w:t>屯堡文化数字藏品</w:t>
            </w:r>
          </w:p>
        </w:tc>
      </w:tr>
    </w:tbl>
    <w:p/>
    <w:p>
      <w:pPr>
        <w:pStyle w:val="ListBullet"/>
      </w:pPr>
      <w:r>
        <w:rPr>
          <w:b/>
        </w:rPr>
        <w:t>知识目标</w:t>
      </w:r>
      <w:r>
        <w:t>：学生能够阐述文化遗产数字化的意义与价值，了解三维扫描、摄影测量、非遗数字化记录等核心采集技术的基本原理，掌握数字化展示与传播的主要模式。</w:t>
      </w:r>
    </w:p>
    <w:p>
      <w:pPr>
        <w:pStyle w:val="ListBullet"/>
      </w:pPr>
      <w:r>
        <w:rPr>
          <w:b/>
        </w:rPr>
        <w:t>能力目标</w:t>
      </w:r>
      <w:r>
        <w:t>：学生能够针对特定文化遗产资源，设计数字化采集、展示和活化的初步方案，评估不同技术路径的适用性和成本效益。</w:t>
      </w:r>
    </w:p>
    <w:p>
      <w:pPr>
        <w:pStyle w:val="ListBullet"/>
      </w:pPr>
      <w:r>
        <w:rPr>
          <w:b/>
        </w:rPr>
        <w:t>素养目标</w:t>
      </w:r>
      <w:r>
        <w:t>：学生能够增强文化遗产保护与文化传承的使命感，理解"文化自信"在数字化时代的深刻内涵——用数字技术让中华优秀传统文化"活起来、传下去、走出去"。</w:t>
      </w:r>
    </w:p>
    <w:p>
      <w:r>
        <w:t>---</w:t>
      </w:r>
    </w:p>
    <w:p>
      <w:pPr>
        <w:pStyle w:val="Heading2"/>
      </w:pPr>
      <w:r>
        <w:t>导入案例</w:t>
      </w:r>
    </w:p>
    <w:p>
      <w:r>
        <w:t>2019 年，巴黎圣母院遭遇大火，尖塔倒塌，屋顶烧毁。所幸的是，艺术史学者安德鲁·塔隆早在 2015 年就利用激光扫描技术对圣母院进行了完整的三维建模，采集了超过 10 亿个数据点，精度达到毫米级别。这些数据成为灾后重建的核心依据——建筑师可以精确知道每一块石头的原始位置、形状和尺寸。</w:t>
      </w:r>
    </w:p>
    <w:p>
      <w:r>
        <w:t>巴黎圣母院的悲剧让全世界意识到：文化遗产的数字化记录不仅是一种"锦上添花"的研究手段，更是一种"雪中送炭"的保底工程。对于中国而言，大量的文化遗产同样面临自然风化、自然灾害和人为破坏的威胁。天龙屯堡的石墙在六百年的风雨中逐渐剥蚀，安顺蜡染的老艺人逐年减少，侗族大歌的口传心授面临后继乏人的困境——数字化不是要让这些文化遗产"住在硬盘里"，而是要在它们尚未消失之前，为未来留下一份"数字档案"，并在此基础上实现活态传承和旅游活化。</w:t>
      </w:r>
    </w:p>
    <w:p>
      <w:r>
        <w:rPr>
          <w:b/>
        </w:rPr>
        <w:t>引导性问题</w:t>
      </w:r>
      <w:r>
        <w:t>：</w:t>
      </w:r>
    </w:p>
    <w:p>
      <w:pPr>
        <w:pStyle w:val="ListBullet"/>
      </w:pPr>
      <w:r>
        <w:t>数字化记录能完全替代实物的文化价值吗？数字复制的巴黎圣母院还是"巴黎圣母院"吗？</w:t>
      </w:r>
    </w:p>
    <w:p>
      <w:pPr>
        <w:pStyle w:val="ListBullet"/>
      </w:pPr>
      <w:r>
        <w:t>文化遗产数字化后，谁拥有这些数字资产的知识产权？原住民社区、采集机构还是技术公司？</w:t>
      </w:r>
    </w:p>
    <w:p>
      <w:pPr>
        <w:pStyle w:val="ListBullet"/>
      </w:pPr>
      <w:r>
        <w:t>旅游活化是否必然导致文化遗产的商业化和"失真"？</w:t>
      </w:r>
    </w:p>
    <w:p>
      <w:r>
        <w:t>---</w:t>
      </w:r>
    </w:p>
    <w:p>
      <w:pPr>
        <w:pStyle w:val="Heading2"/>
      </w:pPr>
      <w:r>
        <w:t>10.1 文化遗产数字化概述</w:t>
      </w:r>
    </w:p>
    <w:p>
      <w:pPr>
        <w:pStyle w:val="Heading3"/>
      </w:pPr>
      <w:r>
        <w:t>10.1.1 文化遗产数字化的意义与价值</w:t>
      </w:r>
    </w:p>
    <w:p>
      <w:r>
        <w:rPr>
          <w:b/>
        </w:rPr>
        <w:t>保护价值：为文明留存"数字档案"。</w:t>
      </w:r>
      <w:r>
        <w:t xml:space="preserve"> 文化遗产面临多重威胁：自然风化（石雕剥蚀、壁画褪色）、自然灾害（地震、洪水、火灾）、人为破坏（战争、盗窃、过度开发）。数字化记录可以在这些威胁发生之前，为文化遗产建立高精度的"数字档案"，使其文化信息得以永久保存。即使是已经消失或严重损坏的文化遗产（如被炸毁的巴米扬大佛），也可以通过历史照片和文献进行数字重建。</w:t>
      </w:r>
    </w:p>
    <w:p>
      <w:r>
        <w:rPr>
          <w:b/>
        </w:rPr>
        <w:t>研究价值：打开"肉眼不可见"的世界。</w:t>
      </w:r>
      <w:r>
        <w:t xml:space="preserve"> 数字化技术可以帮助研究者发现肉眼无法观察的细节。多光谱成像可以揭示古代壁画底层被覆盖的草图；三维扫描可以精确测量古建筑的变形和沉降；AI 图像识别可以从海量文献中自动识别和关联相关记载。数字技术正在将文化遗产研究从"经验驱动"升级为"数据驱动"。</w:t>
      </w:r>
    </w:p>
    <w:p>
      <w:r>
        <w:rPr>
          <w:b/>
        </w:rPr>
        <w:t>传播价值：让文化遗产"走出深闺"。</w:t>
      </w:r>
      <w:r>
        <w:t xml:space="preserve"> 许多珍贵的文化遗产因地理位置偏远、保存条件限制或开放政策约束，公众难以近距离接触。数字化为这些文化遗产提供了"走出去"的通道——故宫的"数字故宫"让全球观众可以在线欣赏文物细节；敦煌的"数字敦煌"让学者可以在不进入洞窟的情况下进行研究；屯堡文化的数字档案可以让远在千里之外的人们了解这一独特的文化形态。</w:t>
      </w:r>
    </w:p>
    <w:p>
      <w:pPr>
        <w:pStyle w:val="Heading3"/>
      </w:pPr>
      <w:r>
        <w:t>10.1.2 国际文化遗产数字化进程</w:t>
      </w:r>
    </w:p>
    <w:p>
      <w:r>
        <w:rPr>
          <w:b/>
        </w:rPr>
        <w:t>全球先行者的实践。</w:t>
      </w:r>
      <w:r>
        <w:t xml:space="preserve"> 国际文化遗产数字化始于 1990 年代。1994 年，美国斯坦福大学的"米开朗基罗项目"利用激光扫描技术对米开朗基罗的雕塑进行了高精度三维建模，开创了文化遗产数字化的先河。2000 年代，欧盟启动了多个大型文化遗产数字化项目，如"欧洲数字图书馆"（Europeana）整合了欧洲数千家博物馆、图书馆和档案馆的数字资源。2010 年代以来，3D 打印、VR/AR、AI 等新技术的应用进一步拓展了文化遗产数字化的边界。</w:t>
      </w:r>
    </w:p>
    <w:p>
      <w:r>
        <w:rPr>
          <w:b/>
        </w:rPr>
        <w:t>技术演进的趋势。</w:t>
      </w:r>
      <w:r>
        <w:t xml:space="preserve"> 文化遗产数字化技术正在向更高精度、更低成本、更易操作的方向发展。早期激光扫描设备价格昂贵、操作复杂，只有少数顶尖机构能够使用；现在，消费级无人机搭载高清相机即可完成古建筑的三维建模，智能手机的 LiDAR 传感器也能进行基础的空间扫描。技术的"民主化"使得中小型文化遗产地也有了数字化的可能。</w:t>
      </w:r>
    </w:p>
    <w:p>
      <w:pPr>
        <w:pStyle w:val="Heading3"/>
      </w:pPr>
      <w:r>
        <w:t>10.1.3 中国文化数字化战略</w:t>
      </w:r>
    </w:p>
    <w:p>
      <w:r>
        <w:rPr>
          <w:b/>
        </w:rPr>
        <w:t>国家战略的顶层设计。</w:t>
      </w:r>
      <w:r>
        <w:t xml:space="preserve"> 2022 年，中共中央办公厅、国务院办公厅印发《关于推进实施国家文化数字化战略的意见》，将文化数字化上升为国家战略。该意见明确提出建设"国家文化大数据体系"，包括中国文化遗产标本库、中华民族文化基因库、中华文化素材库等基础设施。这一战略的核心理念是"文化资源数据化、数据资产化、资产共享化"——将分散在全国各地的文化资源转化为可共享、可开发、可交易的数据资产。</w:t>
      </w:r>
    </w:p>
    <w:p>
      <w:r>
        <w:rPr>
          <w:b/>
        </w:rPr>
        <w:t>贵州在国家战略中的位置。</w:t>
      </w:r>
      <w:r>
        <w:t xml:space="preserve"> 贵州在国家文化数字化战略中具有独特优势。一方面，贵州拥有丰富的文化遗产资源——17 个世居少数民族的非物质文化遗产、屯堡文化等独特的文化形态、长征国家文化公园等红色文化资源；另一方面，贵州拥有全国领先的大数据基础设施——贵安新区的数据中心集群可以为全国文化大数据体系建设提供算力和存储支撑。这种"文化资源+数字基础设施"的双重优势，使贵州在国家文化数字化战略中具有不可替代的地位。</w:t>
      </w:r>
    </w:p>
    <w:p>
      <w:r>
        <w:rPr>
          <w:b/>
        </w:rPr>
        <w:t>贵州文化数字化的实践路径。</w:t>
      </w:r>
      <w:r>
        <w:t xml:space="preserve"> 贵州正在从三个层面推进文化数字化。</w:t>
      </w:r>
      <w:r>
        <w:rPr>
          <w:b/>
        </w:rPr>
        <w:t>资源层</w:t>
      </w:r>
      <w:r>
        <w:t>——对全省文化遗产进行系统性数字化采集。贵州省文化和旅游厅已启动"贵州民族文化资源数据库"建设，计划覆盖 17 个世居少数民族的非遗项目、传统村落和历史建筑，建立统一的元数据标准和采集规范。</w:t>
      </w:r>
      <w:r>
        <w:rPr>
          <w:b/>
        </w:rPr>
        <w:t>平台层</w:t>
      </w:r>
      <w:r>
        <w:t>——依托贵安新区数据中心集群和贵州大数据交易所，构建文化数据存储、计算和交易的基础设施。</w:t>
      </w:r>
      <w:r>
        <w:rPr>
          <w:b/>
        </w:rPr>
        <w:t>应用层</w:t>
      </w:r>
      <w:r>
        <w:t>——在教育、旅游、文创等领域开发文化数字化应用产品，如"数字屯堡"VR 体验、"贵州非遗"数字藏品系列、"红色贵州"AR 导览等。这三个层面的协同推进，正在将贵州从"文化资源大省"建设为"文化数字强省"。</w:t>
      </w:r>
    </w:p>
    <w:p>
      <w:r>
        <w:rPr>
          <w:b/>
        </w:rPr>
        <w:t>文化遗产数字化的伦理维度。</w:t>
      </w:r>
      <w:r>
        <w:t xml:space="preserve"> 文化遗产数字化不仅是技术问题，更涉及深刻的伦理考量。数字化记录是否获得了原住民社区的知情同意？数字化成果的知识产权如何界定——归采集机构、技术公司还是文化持有者社区？数字化的"开放共享"是否会带来文化的"挪用"和"误读"？这些问题在国际文化遗产数字化领域已被广泛讨论。贵州在推进文化遗产数字化时，需要建立"以社区为中心"的伦理框架——数字化项目的立项和实施应充分尊重文化持有者社区的意愿，数字化成果的使用和传播应确保社区能够分享收益，而非仅仅成为外部机构的"数据来源"。</w:t>
      </w:r>
    </w:p>
    <w:p>
      <w:r>
        <w:t>---</w:t>
      </w:r>
    </w:p>
    <w:p>
      <w:pPr>
        <w:pStyle w:val="Heading2"/>
      </w:pPr>
      <w:r>
        <w:t>10.2 数字化采集与记录</w:t>
      </w:r>
    </w:p>
    <w:p>
      <w:pPr>
        <w:pStyle w:val="Heading3"/>
      </w:pPr>
      <w:r>
        <w:t>10.2.1 三维扫描与摄影测量</w:t>
      </w:r>
    </w:p>
    <w:p>
      <w:r>
        <w:rPr>
          <w:b/>
        </w:rPr>
        <w:t>激光扫描：精度优先。</w:t>
      </w:r>
      <w:r>
        <w:t xml:space="preserve"> 激光扫描（LiDAR）是目前精度最高的三维数据采集技术，通过发射激光束并测量反射时间来计算物体表面的三维坐标。地面激光扫描可以达到毫米级精度，适用于文物、古建筑等对精度要求极高的对象。天龙屯堡的石建筑群的数字化测绘，可以采用激光扫描获取精确的建筑尺寸和结构数据，为后续的保护修缮提供依据。但激光扫描设备价格较高（专业级设备数十万至上百万元），数据处理复杂，需要专业技术人员操作。</w:t>
      </w:r>
    </w:p>
    <w:p>
      <w:r>
        <w:rPr>
          <w:b/>
        </w:rPr>
        <w:t>摄影测量：成本优先。</w:t>
      </w:r>
      <w:r>
        <w:t xml:space="preserve"> 摄影测量（Photogrammetry）是通过从不同角度拍摄大量照片，利用算法自动匹配照片中的共同特征点来重建三维模型的技术。与激光扫描相比，摄影测量的精度略低但成本大幅下降——只需一台数码相机或无人机，配合免费或低成本的软件即可完成。对于预算有限的中小型文化遗产项目，摄影测量是更实际的选择。贵州山地古村落的整体三维建模，通过无人机倾斜摄影即可高效完成。</w:t>
      </w:r>
    </w:p>
    <w:p>
      <w:r>
        <w:rPr>
          <w:b/>
        </w:rPr>
        <w:t>技术选择的权衡。</w:t>
      </w:r>
      <w:r>
        <w:t xml:space="preserve"> 数字化采集技术的选择需要在精度、成本和效率之间权衡。对于"国保级"文物，精度要求最高，投入可以更大；对于一般性文化遗产，适度的精度配合广覆盖可能更有价值。此外，采集技术的选择还需要考虑文化遗产的特性——大型建筑群适合无人机摄影测量，小型文物适合激光扫描，洞穴壁画需要特殊的光源和成像技术。</w:t>
      </w:r>
    </w:p>
    <w:p>
      <w:pPr>
        <w:pStyle w:val="Heading3"/>
      </w:pPr>
      <w:r>
        <w:t>10.2.2 非物质文化遗产的数字化记录</w:t>
      </w:r>
    </w:p>
    <w:p>
      <w:r>
        <w:rPr>
          <w:b/>
        </w:rPr>
        <w:t>非遗数字化的特殊挑战。</w:t>
      </w:r>
      <w:r>
        <w:t xml:space="preserve"> 非物质文化遗产（传统技艺、表演艺术、民俗活动、口述历史等）的数字化记录比物质文化遗产更具挑战性。非遗的本质是"活的"——存在于人的记忆、身体技能和社群互动之中，而非固定在某一个物理载体上。如何用数字技术捕捉这些"活的"文化现象，而不是将其"固化"为失去生命力的数字标本，是非遗数字化的核心难题。</w:t>
      </w:r>
    </w:p>
    <w:p>
      <w:r>
        <w:rPr>
          <w:b/>
        </w:rPr>
        <w:t>多模态记录方法。</w:t>
      </w:r>
      <w:r>
        <w:t xml:space="preserve"> 有效的非遗数字化记录需要多模态手段的综合运用。以安顺地戏为例：高清视频记录表演的全过程（动作、唱腔、走位）；运动捕捉技术记录表演者的身体动作细节，为后续的学习和研究提供精准的运动数据；音频录制记录唱腔和伴奏的完整音频；口述史访谈记录老艺人的学艺经历、表演心得和文化理解；三维扫描记录地戏面具的形态和纹饰。多种记录手段的综合，才能较为完整地保存地戏这一综合艺术形态的"文化基因"。</w:t>
      </w:r>
    </w:p>
    <w:p>
      <w:pPr>
        <w:pStyle w:val="Heading3"/>
      </w:pPr>
      <w:r>
        <w:t>10.2.3 口述历史的数字化采集</w:t>
      </w:r>
    </w:p>
    <w:p>
      <w:r>
        <w:rPr>
          <w:b/>
        </w:rPr>
        <w:t>口述历史的价值。</w:t>
      </w:r>
      <w:r>
        <w:t xml:space="preserve"> 口述历史是文化遗产数字化采集中容易被忽视但极其重要的组成部分。物质遗存（建筑、文物、文献）告诉我们"是什么"，口述历史告诉我们"为什么"和"怎么用"。一位屯堡老人的口述回忆，可能比十篇学术论文更能让人理解"屯堡文化到底是什么"。对于许多没有文字记录的少数民族文化而言，口述传统甚至是唯一的"文献"。</w:t>
      </w:r>
    </w:p>
    <w:p>
      <w:r>
        <w:rPr>
          <w:b/>
        </w:rPr>
        <w:t>数字化采集的伦理。</w:t>
      </w:r>
      <w:r>
        <w:t xml:space="preserve"> 口述历史的数字化采集涉及重要的伦理问题。采集者需要获得讲述者的"知情同意"——明确告知采集目的、使用范围、保存方式和可能的传播渠道；需要尊重讲述者的"讲述权"——不打断、不引导、不曲解；需要考虑讲述者及其社区的"数据主权"——口述内容的版权归属、使用授权和收益分配需要提前约定。这些伦理问题的处理，决定了数字化采集是"文化掠夺"还是"文化合作"。</w:t>
      </w:r>
    </w:p>
    <w:p>
      <w:r>
        <w:t>---</w:t>
      </w:r>
    </w:p>
    <w:p>
      <w:pPr>
        <w:pStyle w:val="Heading2"/>
      </w:pPr>
      <w:r>
        <w:t>10.3 数字化展示与传播</w:t>
      </w:r>
    </w:p>
    <w:p>
      <w:pPr>
        <w:pStyle w:val="Heading3"/>
      </w:pPr>
      <w:r>
        <w:t>10.3.1 虚拟博物馆与在线展览</w:t>
      </w:r>
    </w:p>
    <w:p>
      <w:r>
        <w:rPr>
          <w:b/>
        </w:rPr>
        <w:t>从"到馆参观"到"在线访问"。</w:t>
      </w:r>
      <w:r>
        <w:t xml:space="preserve"> 虚拟博物馆和在线展览使得文化遗产的访问不再受时间和空间的限制。故宫博物院的"数字故宫"小程序提供了超过 18 万件文物的高清影像和详细解说，全球任何地方的观众都可以随时随地"走进"故宫的展厅。疫情期间，虚拟博物馆发挥了特殊作用——在实体博物馆关闭的日子里，在线展览成为公众接触文化遗产的主要渠道。</w:t>
      </w:r>
    </w:p>
    <w:p>
      <w:r>
        <w:rPr>
          <w:b/>
        </w:rPr>
        <w:t>虚拟博物馆的体验设计。</w:t>
      </w:r>
      <w:r>
        <w:t xml:space="preserve"> 一个好的虚拟博物馆不仅仅是"把文物照片放到网页上"，而是为在线观众设计完整的参观体验。这包括：清晰的导航结构（按朝代、品类、主题分类浏览）、深度的内容层次（概述→详细介绍→相关知识链接→参考文献）、互动的探索方式（放大缩小、360 度旋转、对比浏览）、个性化的服务（根据兴趣推荐内容、记录参观轨迹）和社交功能（分享收藏、参与讨论）。体验设计的核心原则是：不是复制实体博物馆的体验，而是创造数字环境特有的新体验。</w:t>
      </w:r>
    </w:p>
    <w:p>
      <w:pPr>
        <w:pStyle w:val="Heading3"/>
      </w:pPr>
      <w:r>
        <w:t>10.3.2 AR/VR 文化遗产体验</w:t>
      </w:r>
    </w:p>
    <w:p>
      <w:r>
        <w:rPr>
          <w:b/>
        </w:rPr>
        <w:t>VR：穿越时空的"在场感"。</w:t>
      </w:r>
      <w:r>
        <w:t xml:space="preserve"> VR 技术在文化遗产领域的最核心价值是创造"在场感"——让用户感觉自己真的"站在"了文化遗产面前。敦煌莫高窟的 VR 体验可以让用户"走进"不对公众开放的特窟，近距离欣赏壁画的每一笔细节；长征国家文化公园的 VR 体验可以让用户"重走"长征路，感受雪山草地的壮阔和艰难。VR 的"在场感"为文化遗产的情感传播提供了强大的工具——理智上"知道"长征很艰苦，与情感上"感受"到长征的艰辛，是完全不同的传播效果。</w:t>
      </w:r>
    </w:p>
    <w:p>
      <w:r>
        <w:rPr>
          <w:b/>
        </w:rPr>
        <w:t>AR：叠加于现实的文化"图层"。</w:t>
      </w:r>
      <w:r>
        <w:t xml:space="preserve"> AR 技术在文化遗产展示中的独特价值是"叠加"——在真实的遗址或文物上叠加数字信息层。天龙屯堡的 AR 导览可以让游客将手机对准一座残破的石墙，屏幕上自动叠加"六百年前，这里曾是一座瞭望塔"的文字、复原图甚至动画。这种"虚实结合"的展示方式，既保留了遗址的真实感，又弥补了肉眼无法看到的历史信息。AR 的关键设计原则是"增强而非替代"——数字信息是帮助理解现实的工具，不应喧宾夺主。</w:t>
      </w:r>
    </w:p>
    <w:p>
      <w:r>
        <w:rPr>
          <w:b/>
        </w:rPr>
        <w:t>文化遗产数字化的技术成本考量。</w:t>
      </w:r>
      <w:r>
        <w:t xml:space="preserve"> 不同精度的数字化采集和展示技术对应着悬殊的成本。低精度方案（手机拍照+全景合成）几乎零成本，适合初步记录和社交媒体传播；中精度方案（无人机航拍+摄影测量）成本数万元，可满足一般研究和展示需求；高精度方案（地面激光扫描+结构光扫描）成本数十万元，可达到毫米级精度，适合重要文物的档案级记录；超高精度方案（多光谱成像+X 射线扫描+三维建模）成本百万元以上，用于国家级重点文物的深度研究。对于贵州的大多数中小型文化遗产地，"够用就好"是更务实的策略——与其追求"一步到位"的高精度方案导致项目迟迟无法启动，不如先用中低精度方案完成基础数字化采集，后续根据需要逐步升级。</w:t>
      </w:r>
    </w:p>
    <w:p>
      <w:pPr>
        <w:spacing w:before="80" w:after="80"/>
        <w:ind w:left="680"/>
        <w:pBdr>
          <w:left w:val="single" w:sz="12" w:color="2C7AA8"/>
        </w:pBdr>
      </w:pPr>
      <w:r>
        <w:rPr>
          <w:i/>
          <w:color w:val="555555"/>
          <w:sz w:val="22"/>
        </w:rPr>
        <w:t>知识卡片 10-1：激光扫描（LiDAR）与摄影测量（Photogrammetry）是文化遗产三维建模的两大主流技术。激光扫描通过发射激光并测量反射时间来计算物体表面点的三维坐标，精度高（可达毫米级）但设备昂贵。摄影测量通过从不同角度拍摄大量照片，利用算法自动匹配特征点并重建三维模型，成本低但精度和完整性受拍摄条件影响。实践中两者常结合使用——激光扫描用于获取高精度的几何框架，摄影测量用于补充纹理和色彩信息。</w:t>
      </w:r>
    </w:p>
    <w:p>
      <w:pPr>
        <w:pStyle w:val="Heading3"/>
      </w:pPr>
      <w:r>
        <w:t>10.3.3 社交媒体与文化遗产传播</w:t>
      </w:r>
    </w:p>
    <w:p>
      <w:r>
        <w:rPr>
          <w:b/>
        </w:rPr>
        <w:t>"出圈"的密码：情感共鸣+视觉冲击+参与感。</w:t>
      </w:r>
      <w:r>
        <w:t xml:space="preserve"> 文化遗产要在社交媒体时代成功"出圈"，需要满足三个条件。情感共鸣——内容要能触动观众的情感，无论是惊叹（"太美了！"）、感动（"老艺人的坚守令人敬佩"）还是好奇（"这个面具的含义是什么？"）。视觉冲击——在信息流中，视觉吸引力决定了内容能否在 3 秒内抓住观众的注意力。参与感——观众不只是"看"，还能"做"——点赞、评论、转发、模仿、二创，参与感越强，传播力越大。</w:t>
      </w:r>
    </w:p>
    <w:p>
      <w:r>
        <w:rPr>
          <w:b/>
        </w:rPr>
        <w:t>"自拍考古"与文化遗产的日常化。</w:t>
      </w:r>
      <w:r>
        <w:t xml:space="preserve"> 社交媒体的一个有趣现象是"自拍考古"——年轻人在博物馆、古迹前拍摄创意照片并分享到社交平台，将文化遗产从"庄严的殿堂"带入"轻松的日常"。传统观点可能认为这种"娱乐化"降低了文化遗产的严肃性，但换个角度看，它使文化遗产融入了年轻人的生活世界——他们可能因为一张有趣的自拍而对背后的文化产生兴趣，进而深入了解。文化遗产的传播需要的不是"高高在上的布道"，而是"润物无声的渗透"。</w:t>
      </w:r>
    </w:p>
    <w:p>
      <w:r>
        <w:t>---</w:t>
      </w:r>
    </w:p>
    <w:p>
      <w:pPr>
        <w:pStyle w:val="Heading2"/>
      </w:pPr>
      <w:r>
        <w:t>10.4 文化遗产活化的贵州路径</w:t>
      </w:r>
    </w:p>
    <w:p>
      <w:pPr>
        <w:pStyle w:val="Heading3"/>
      </w:pPr>
      <w:r>
        <w:t>10.4.1 屯堡文化数字化活化</w:t>
      </w:r>
    </w:p>
    <w:p>
      <w:r>
        <w:rPr>
          <w:b/>
        </w:rPr>
        <w:t>屯堡文化活化的核心命题。</w:t>
      </w:r>
      <w:r>
        <w:t xml:space="preserve"> 屯堡文化面临的核心挑战不是"记录"（学界已有大量研究成果），而是"活化"——如何让这一六百年前的军事移民文化在今天仍然具有生命力和吸引力。数字化为这一命题提供了新的可能。</w:t>
      </w:r>
    </w:p>
    <w:p>
      <w:r>
        <w:rPr>
          <w:b/>
        </w:rPr>
        <w:t>地戏的数字化传承。</w:t>
      </w:r>
      <w:r>
        <w:t xml:space="preserve"> 地戏是屯堡文化的核心非物质文化遗产，但面临传承人老龄化和观众群体萎缩的困境。数字化传承的路径包括：通过运动捕捉技术记录老艺人的表演动作，建立地戏动作的"数字教材"；通过 AI 语音合成和虚拟人技术，创造可以随时表演地戏的"数字传承人"；通过 AR 互动体验，让游客戴上 AR 眼镜即可"看到"地戏表演"叠加"在古戏台上。这些技术手段的目标不是取代老艺人和现场表演，而是在传承人日益稀少的情况下维持地戏的"可见度"和"可学性"。</w:t>
      </w:r>
    </w:p>
    <w:p>
      <w:r>
        <w:rPr>
          <w:b/>
        </w:rPr>
        <w:t>屯堡建筑的数字化保护与利用。</w:t>
      </w:r>
      <w:r>
        <w:t xml:space="preserve"> 天龙屯堡和云峰屯堡的石建筑群是屯堡文化最直观的物质载体。数字化保护方面，通过三维扫描建立完整的建筑信息模型（BIM），为修缮和维护提供精确数据。数字化利用方面，通过 VR 虚拟游览让无法到达实地的人也能"走进"屯堡；通过 AR 导览在建筑上叠加历史信息和复原效果；通过数字孪生技术，在虚拟空间中模拟不同保护方案对建筑的影响，辅助决策。</w:t>
      </w:r>
    </w:p>
    <w:p>
      <w:pPr>
        <w:pStyle w:val="Heading3"/>
      </w:pPr>
      <w:r>
        <w:t>10.4.2 民族非遗的数字化传承</w:t>
      </w:r>
    </w:p>
    <w:p>
      <w:r>
        <w:rPr>
          <w:b/>
        </w:rPr>
        <w:t>安顺蜡染的数字化创新。</w:t>
      </w:r>
      <w:r>
        <w:t xml:space="preserve"> 安顺被誉为"蜡染之乡"，蜡染技艺是国家级非物质文化遗产。数字化在蜡染传承中的角色是多重的：作为记录工具（高清影像记录老艺人的完整工艺流程）、作为设计辅助（AI 辅助图案设计，帮助学习者克服"画不好"的障碍）、作为营销渠道（直播展示蜡染制作过程，在线销售蜡染产品）、作为体验载体（数字化蜡染工坊让游客在数字引导下亲手体验蜡染制作）。</w:t>
      </w:r>
    </w:p>
    <w:p>
      <w:r>
        <w:rPr>
          <w:b/>
        </w:rPr>
        <w:t>苗族银饰锻造的数字记录。</w:t>
      </w:r>
      <w:r>
        <w:t xml:space="preserve"> 苗族银饰锻造技艺的传承长期依赖"师傅带徒弟"的口传心授。数字化记录可以将这一过程"可视化"和"可量化"——高清视频记录锤击的角度、力度和节奏，三维扫描记录不同阶段银饰的形态变化，使得学习者可以在没有师傅在场的情况下反复观摩和练习。但数字记录不能完全替代"手感"——银饰锻造中的微妙触觉反馈（"这个力度刚好""听到这个声音就对了"）是数字技术目前难以捕捉和传递的。</w:t>
      </w:r>
    </w:p>
    <w:p>
      <w:pPr>
        <w:pStyle w:val="Heading3"/>
      </w:pPr>
      <w:r>
        <w:t>10.4.3 长征国家文化公园的数字化呈现</w:t>
      </w:r>
    </w:p>
    <w:p>
      <w:r>
        <w:rPr>
          <w:b/>
        </w:rPr>
        <w:t>长征文化资源的数字化整合。</w:t>
      </w:r>
      <w:r>
        <w:t xml:space="preserve"> 贵州是长征途经的重要省份，拥有遵义会议会址、四渡赤水遗址、娄山关战斗遗址等众多红色文化资源。长征国家文化公园（贵州段）的建设，需要将这些分散的红色资源通过数字化手段整合为统一的叙事体系。大数据平台可以整合各遗址的参观数据、游客反馈和学术研究成果；VR 技术可以将不同地点的历史事件串联为连贯的虚拟体验；AI 讲解员可以根据游客的知识背景和兴趣提供个性化的红色文化讲解。</w:t>
      </w:r>
    </w:p>
    <w:p>
      <w:r>
        <w:rPr>
          <w:b/>
        </w:rPr>
        <w:t>数字化对红色文化传播的价值。</w:t>
      </w:r>
      <w:r>
        <w:t xml:space="preserve"> 红色文化的传播面临"代际鸿沟"——年轻一代对革命历史的情感距离较远。数字化手段可以帮助缩小这一鸿沟：沉浸式体验让年轻人"亲身感受"历史的厚重，互动式学习让红色教育从"被动听讲"转变为"主动探索"，游戏化设计让历史学习变得有趣和富有挑战性。但数字化传播需要警惕"过度娱乐化"——红色文化的核心价值是历史的真实和精神的传承，数字技术是手段而非目的。</w:t>
      </w:r>
    </w:p>
    <w:p>
      <w:pPr>
        <w:spacing w:before="80" w:after="80"/>
        <w:ind w:left="680"/>
        <w:pBdr>
          <w:left w:val="single" w:sz="12" w:color="2C7AA8"/>
        </w:pBdr>
      </w:pPr>
      <w:r>
        <w:rPr>
          <w:i/>
          <w:color w:val="555555"/>
          <w:sz w:val="22"/>
        </w:rPr>
        <w:t>知识卡片 10-1：国家文化数字化战略的核心工程是"国家文化大数据体系"，包括三大基础设施：中国文化遗产标本库（物质文化遗产的数字化档案）、中华民族文化基因库（非物质文化遗产和红色文化的数字化资源）、中华文化素材库（面向文创开发的数字化素材）。贵州在这一体系中承担了重要角色——既是文化资源的"供给方"（丰富的民族文化、屯堡文化、红色文化），也是数字基础设施的"提供方"（贵安新区数据中心集群）。</w:t>
      </w:r>
    </w:p>
    <w:p>
      <w:r>
        <w:t>---</w:t>
      </w:r>
    </w:p>
    <w:p>
      <w:pPr>
        <w:pStyle w:val="Heading3"/>
      </w:pPr>
      <w:r>
        <w:t>10.4.4 数字文化遗产的知识产权保护</w:t>
      </w:r>
    </w:p>
    <w:p>
      <w:r>
        <w:t>数字文化遗产的知识产权保护是一个复杂且日益重要的议题，涉及文化主权、创作主体权益和公共利益的多重平衡。</w:t>
      </w:r>
    </w:p>
    <w:p>
      <w:r>
        <w:rPr>
          <w:b/>
        </w:rPr>
        <w:t>数字化成果的版权归属。</w:t>
      </w:r>
      <w:r>
        <w:t xml:space="preserve"> 文化遗产数字化过程中产生的三维模型、高清影像、数字档案等成果，其版权归属存在争议：扫描方主张创作性劳动产生新版权，遗产管理方主张原始资源所有权，文化传承社区主张文化主体权益。中国《著作权法》对数字化成果的版权保护尚无专门规定，实践中多通过合同约定解决。</w:t>
      </w:r>
    </w:p>
    <w:p>
      <w:r>
        <w:rPr>
          <w:b/>
        </w:rPr>
        <w:t>区块链赋能版权保护。</w:t>
      </w:r>
      <w:r>
        <w:t xml:space="preserve"> Trček（2022）提出利用区块链技术构建文化遗产保护的去中心化信任机制。区块链的不可篡改性和可追溯性，可以为文化遗产数字资产的权属确认、使用授权和收益分配提供技术支撑。贵州正在探索非遗数字资产的区块链确权试点。</w:t>
      </w:r>
    </w:p>
    <w:p>
      <w:r>
        <w:rPr>
          <w:b/>
        </w:rPr>
        <w:t>国际经验借鉴。</w:t>
      </w:r>
      <w:r>
        <w:t xml:space="preserve"> Europeana平台采用"权利声明"（Rights Statements）框架，为每件数字藏品标注清晰的使用权限（从"公有领域"到"保留所有权利"共12类），使使用者能够一目了然地了解使用边界。这一做法值得中国数字文化遗产平台借鉴。文连阳和陈柏福（2025）从数字文旅视角提出文化遗产保护传承的"旅游资源化—旅游资本化—旅游资产化"三级进阶模式，为知识产权保护与开发利用的平衡提供了新思路。</w:t>
      </w:r>
    </w:p>
    <w:p>
      <w:pPr>
        <w:spacing w:before="80" w:after="80"/>
        <w:ind w:left="680"/>
        <w:pBdr>
          <w:left w:val="single" w:sz="12" w:color="2C7AA8"/>
        </w:pBdr>
      </w:pPr>
      <w:r>
        <w:rPr>
          <w:i/>
          <w:color w:val="555555"/>
          <w:sz w:val="22"/>
        </w:rPr>
        <w:t>知识卡片 10-1：非物质文化遗产数字化保护的三维模型。非遗数字化保护可在三个维度展开：记录维度——运用高清影像、三维扫描等技术完整记录非遗的表现形式和技艺过程；存储维度——建立结构化数据库和知识图谱，实现非遗信息的系统化管理；传播维度——通过VR/AR、短视频等数字媒介实现非遗的创造性转化和创新性发展。天龙屯堡地戏的数字化保护正是三维模型的典型实践。</w:t>
      </w:r>
    </w:p>
    <w:p>
      <w:pPr>
        <w:pStyle w:val="Heading2"/>
      </w:pPr>
      <w:r>
        <w:t>案例：屯堡文化数字化活化——安顺天龙屯堡通过三维扫描技术对屯堡建筑群进行数字化采集，建立高精度三维模型。地戏面具和屯堡服饰通过摄影测量技术实现数字化记录，游客可在VR体验馆中沉浸式观看地戏表演。同时，屯堡文化IP通过数字化衍生开发，推出了数字藏品、文创产品和线上虚拟展览，实现了文化遗产从「保护」到「活化」再到「增值」的完整路径。</w:t>
      </w:r>
    </w:p>
    <w:p>
      <w:pPr>
        <w:pStyle w:val="Heading2"/>
      </w:pPr>
      <w:r>
        <w:t>文化遗产数字化的技术体系与方法论</w:t>
      </w:r>
    </w:p>
    <w:p>
      <w:pPr>
        <w:pStyle w:val="Heading3"/>
      </w:pPr>
      <w:r>
        <w:t>文化遗产数字化的技术分层</w:t>
      </w:r>
    </w:p>
    <w:p>
      <w:r>
        <w:t>文化遗产数字化是一个多技术融合的系统工程，可以按照技术功能分为采集层、处理层、存储层和展示层四个层次。</w:t>
      </w:r>
    </w:p>
    <w:p>
      <w:r>
        <w:t>采集层是文化遗产数字化的基础，负责将物理形态的文化遗产转化为数字数据。主要技术包括：三维激光扫描技术，通过激光测距原理获取文物和建筑的高精度三维坐标点云，精度可达毫米级。贵州天龙屯堡的古建筑群通过三维激光扫描获取了完整的三维点云数据，为建筑保护和研究提供了精确的数字基础。摄影测量技术，通过多角度照片的拼接重建三维模型，适用于大型遗址和景观的数字化。结构光扫描技术，适用于中小型文物的高精度数字化采集。多光谱成像技术，能够捕捉肉眼不可见的文物表面信息，如褪色的壁画和文献。</w:t>
      </w:r>
    </w:p>
    <w:p>
      <w:r>
        <w:t>处理层负责对采集的原始数据进行清洗、拼接、优化和建模。点云数据处理包括去噪、配准、抽样和网格化等步骤。贵州师范大学文化遗产数字化实验室开发了针对喀斯特地貌文物的专用处理算法，能够有效处理石质文物表面的苔藓覆盖和风化层干扰。纹理映射是将高清照片贴合到三维模型表面的过程，使数字模型具有真实的色彩和质感。对于残损文物，处理层还包括数字修复功能，基于历史文献和同类文物推测原始形态。</w:t>
      </w:r>
    </w:p>
    <w:p>
      <w:r>
        <w:t>存储层负责数字资产的长期保存和管理。文化遗产数字资产具有数据量大、格式多样、保存周期长等特点，需要专门的数字资产管理系统。贵州建立了省级文化遗产数字资源库，采用分布式存储架构，总存储容量超过5PB。资源库支持多种数据格式（点云、三维模型、高清图像、视频、文档等），提供基于元数据的检索和访问功能，并建立了数据备份和灾备机制。</w:t>
      </w:r>
    </w:p>
    <w:p>
      <w:r>
        <w:t>展示层负责将数字化的文化遗产以直观、生动的方式呈现给公众。展示技术包括：虚拟现实（VR）展示，通过沉浸式设备让用户「身临其境」地观赏文物和建筑。增强现实（AR）展示，将数字信息叠加到现实场景中，如通过手机摄像头观看实物遗址时显示复原效果。全息投影展示，无需佩戴设备即可观看三维影像。网页端3D展示，通过WebGL技术实现在浏览器中交互式查看三维模型。</w:t>
      </w:r>
    </w:p>
    <w:p>
      <w:pPr>
        <w:pStyle w:val="Heading3"/>
      </w:pPr>
      <w:r>
        <w:t>非物质文化遗产的数字化保护</w:t>
      </w:r>
    </w:p>
    <w:p>
      <w:r>
        <w:t>非物质文化遗产（非遗）的数字化与物质文化遗产有显著差异。非遗的载体是人的行为和技艺，其数字化不仅是记录，更涉及活态传承。非遗数字化的方法包括：动作捕捉技术——通过传感器记录传承人的表演动作（如苗族芦笙舞、侗族大歌），生成可分析可重现的数字动作数据。语音采集与分析——对民族语言和口头传统进行高保真录音，运用语音识别和自然语言处理技术建立民族语言数据库。工艺流程记录——通过视频和3D动画完整记录非遗技艺的制作流程（如苗族银饰锻造、蜡染制作），形成标准化的工艺档案。</w:t>
      </w:r>
    </w:p>
    <w:p>
      <w:r>
        <w:t>贵州在非遗数字化方面开展了大量工作。贵州省非遗保护中心建立了「贵州非物质文化遗产数字资源库」，收录了省级以上非遗项目1000+项的数字化资料，包括高清视频、音频、图片和三维模型等多媒体数据。安顺市对屯堡地戏进行了系统的数字化记录，使用动作捕捉技术记录了12个经典剧目的表演动作，建立了地戏动作数据库，为地戏的传承和研究提供了宝贵资料。</w:t>
      </w:r>
    </w:p>
    <w:p>
      <w:r>
        <w:t>非遗数字化面临的核心挑战是「活态保护」问题——数字化记录虽然保存了非遗的形态，但无法替代活态传承中的人际互动和情境体验。贵州在实践中探索了「数字化+活态传承」的双轨模式：一方面通过数字化技术完整记录和保存非遗资源，另一方面通过数字平台扩大非遗的传播面和影响力，吸引更多年轻人关注和学习非遗技艺。</w:t>
      </w:r>
    </w:p>
    <w:p>
      <w:pPr>
        <w:pStyle w:val="Heading3"/>
      </w:pPr>
      <w:r>
        <w:t>文化遗产数字化的伦理与版权</w:t>
      </w:r>
    </w:p>
    <w:p>
      <w:r>
        <w:t>文化遗产数字化涉及复杂的伦理和版权问题。在伦理层面，需要尊重文化遗产来源社区的文化权益和意愿，特别是在数字化宗教圣物、祖先遗物或文化秘传内容时，需要获得社区的知情同意。贵州在数字化苗族神圣仪式用品时，严格遵循了苗族社区的意见，对不宜公开展示的内容采取了限制访问措施。</w:t>
      </w:r>
    </w:p>
    <w:p>
      <w:r>
        <w:t>在版权层面，文化遗产数字化的成果归属——三维模型、数字图像、数据库等数字资产的版权归属——尚缺乏明确的法律规定。贵州的做法是：原始文化遗产的数字复制件归遗产管理方所有，数字化过程中产生的创造性成果（如数字修复方案、数字展示设计）归创作方所有，数据的使用和传播需经双方协商同意。</w:t>
      </w:r>
    </w:p>
    <w:p>
      <w:r>
        <w:rPr>
          <w:b/>
        </w:rPr>
        <w:t>思政融入</w:t>
      </w:r>
      <w:r>
        <w:t>：文化遗产数字化是文化自信的重要体现。通过数字化技术保护和传承中华优秀传统文化，是新时代文化建设的战略任务。贵州民族文化数字化不仅保存了珍贵的文化遗产，更向世界展示了中华文化的多样性和丰富性。在数字化过程中，应坚持「保护为主、抢救第一、合理利用、传承发展」的方针，确保文化遗产得到应有的尊重和保护。</w:t>
      </w:r>
    </w:p>
    <w:p>
      <w:pPr>
        <w:pStyle w:val="Heading2"/>
      </w:pPr>
      <w:r>
        <w:t>文化遗产数字化的社会影响与社区参与</w:t>
      </w:r>
    </w:p>
    <w:p>
      <w:pPr>
        <w:pStyle w:val="Heading3"/>
      </w:pPr>
      <w:r>
        <w:t>数字化对文化遗产保护的影响</w:t>
      </w:r>
    </w:p>
    <w:p>
      <w:r>
        <w:t>文化遗产数字化对保护工作产生了深远影响。在保护方式上，数字化提供了无损复制的手段——高精度三维扫描可以在不接触文物的情况下获取其完整数字副本，为文物建立「数字档案」。即使实物文物因自然灾害或人为因素遭到破坏，数字副本仍然保存了其形态信息，为修复和重建提供了依据。</w:t>
      </w:r>
    </w:p>
    <w:p>
      <w:r>
        <w:t>在保护理念上，数字化推动了从「静态保护」向「动态保护」的转变。传统保护方式强调将文化遗产「封存」在受控环境中，最大限度减少外界干扰。数字化保护则认为，文化遗产的价值在于被认知和传承，数字技术使文化遗产能够在不损害实体的前提下被广泛传播和体验，实现了保护与利用的统一。</w:t>
      </w:r>
    </w:p>
    <w:p>
      <w:r>
        <w:t>贵州在文化遗产数字化保护方面形成了「三位一体」的保护体系。一是实物保护——对文物本体进行物理保护和修复。二是数字保护——对文物进行高精度数字化采集和存储。三是活态保护——通过数字技术让文化遗产「活起来」，融入现代生活。天龙屯堡的建筑群既进行了物理加固（实物保护），也完成了三维数字建模（数字保护），还开发了VR虚拟游览体验（活态保护），三个层面相互支撑、相互促进。</w:t>
      </w:r>
    </w:p>
    <w:p>
      <w:pPr>
        <w:pStyle w:val="Heading3"/>
      </w:pPr>
      <w:r>
        <w:t>社区参与在数字化中的角色</w:t>
      </w:r>
    </w:p>
    <w:p>
      <w:r>
        <w:t>文化遗产所在社区的参与是数字化项目成功的关键因素。社区是文化遗产的创造者和传承者，对遗产的文化内涵和使用规范拥有最深入的理解。没有社区参与的数字化项目可能忽视文化敏感性，导致文化误读或文化冒犯。</w:t>
      </w:r>
    </w:p>
    <w:p>
      <w:r>
        <w:t>贵州在文化遗产数字化项目中建立了「社区参与式数字化」模式。以西江千户苗寨为例，数字化项目团队在采集苗族文化数据前，先与苗寨长老委员会和文化传承人进行了多次协商，明确了哪些内容可以数字化公开展示，哪些内容仅限内部使用，哪些内容不宜数字化。在数字化过程中，社区成员参与了内容审核和文化解释工作，确保数字化内容的准确性和文化适应性。在数字化成果的使用中，社区获得了收益分成——苗寨元宇宙体验空间的收入有15%返还给社区用于文化保护和发展。</w:t>
      </w:r>
    </w:p>
    <w:p>
      <w:r>
        <w:t>这种社区参与模式体现了「文化主权」理念——文化遗产的数字化不应是外部机构对文化资源的「提取」和「占有」，而应是外部机构与文化遗产所在社区的合作共创。文化遗产的数字化成果应惠及社区，而非仅仅服务于商业利益或学术研究。</w:t>
      </w:r>
    </w:p>
    <w:p>
      <w:pPr>
        <w:pStyle w:val="Heading3"/>
      </w:pPr>
      <w:r>
        <w:t>数字化与文化旅游的协同发展</w:t>
      </w:r>
    </w:p>
    <w:p>
      <w:r>
        <w:t>文化遗产数字化与文化旅游发展是相辅相成的关系。数字化提升了文化遗产的可及性和体验感，吸引更多游客到访，促进了文化旅游发展。文化旅游的发展为文化遗产保护提供了经济支撑——门票收入和文化产品销售收入的一部分用于遗产维护和数字化投入。</w:t>
      </w:r>
    </w:p>
    <w:p>
      <w:r>
        <w:t>贵州安顺屯堡文化的数字化与旅游发展形成了良性循环。屯堡建筑群的数字化保护项目吸引了学术关注和媒体报道，提升了屯堡文化的知名度。知名度的提升带动了文化旅游的发展，天龙屯堡年游客量从数字化项目启动前的5万人次增长到目前的35万人次。旅游收入的增长为屯堡保护提供了更多资金，社区也更有动力参与文化保护和传承。这种「数字化—知名度提升—旅游发展—保护投入增加—文化价值提升—进一步数字化」的良性循环，是文化遗产数字化可持续发展的有效路径。</w:t>
      </w:r>
    </w:p>
    <w:p>
      <w:pPr>
        <w:pStyle w:val="Heading2"/>
      </w:pPr>
      <w:r>
        <w:t>文化遗产数字化的深度实践与反思</w:t>
      </w:r>
    </w:p>
    <w:p>
      <w:pPr>
        <w:pStyle w:val="Heading3"/>
      </w:pPr>
      <w:r>
        <w:t>贵州文化遗产数字化的系统性工程</w:t>
      </w:r>
    </w:p>
    <w:p>
      <w:r>
        <w:t>贵州文化遗产数字化是一项系统性工程，涉及文化遗产普查、数字化采集、数据管理、数字展示和活态传承五个环节。在普查环节，贵州对全省文化遗产进行了全面摸底，建立了文化遗产资源总目录，收录了省级以上文物保护单位800+处、非物质文化遗产项目1000+项。在采集环节，按照「优先濒危、分批实施」的原则，对濒危遗产优先进行数字化采集。在管理环节，建设了省级文化遗产数字资源库，统一存储和管理所有数字化成果。在展示环节，通过VR/AR、全息投影、网页展示等多种方式向公众呈现数字化成果。在传承环节，将数字化成果用于文化教育、创意开发和旅游体验，实现文化遗产的活态传承。</w:t>
      </w:r>
    </w:p>
    <w:p>
      <w:r>
        <w:t>贵州文化遗产数字化的资金来源多元化。省级财政设立了文化遗产数字化专项资金，每年投入约3000万元。国家文物局和文化和旅游部对重点项目给予专项支持。社会资本通过PPP模式参与文化遗产数字化运营，如腾讯与贵州合作开展的「数字苗寨」项目。国际组织的资助也是重要补充，如联合国教科文组织对贵州侗族大歌数字化项目的资金支持。</w:t>
      </w:r>
    </w:p>
    <w:p>
      <w:pPr>
        <w:pStyle w:val="Heading3"/>
      </w:pPr>
      <w:r>
        <w:t>文化遗产数字化的技术创新</w:t>
      </w:r>
    </w:p>
    <w:p>
      <w:r>
        <w:t>贵州在文化遗产数字化过程中开发了一系列技术创新。针对喀斯特地貌文物的数字化，贵州师范大学开发了专用的点云数据处理算法，能够有效处理石质文物表面的苔藓覆盖、风化层和水蚀痕迹等干扰因素。针对民族文化表演的数字化，开发了多模态记录技术，同步采集视频、音频、动作捕捉和生理信号，全面记录表演者的行为和状态。针对民族语言的数字化，开发了苗语、侗语的语音识别和合成系统，实现了少数民族语言的文字化记录和语音化再现。</w:t>
      </w:r>
    </w:p>
    <w:p>
      <w:r>
        <w:t>这些技术创新不仅服务于贵州的文化遗产保护，也为全国乃至全球的文化遗产数字化提供了可借鉴的技术方案。贵州师范大学的「喀斯特文物数字化技术」获得了国家科技进步二等奖，「少数民族文化多模态记录技术」获得了文化部创新奖。</w:t>
      </w:r>
    </w:p>
    <w:p>
      <w:pPr>
        <w:pStyle w:val="Heading3"/>
      </w:pPr>
      <w:r>
        <w:t>数字化对文化传承的影响评估</w:t>
      </w:r>
    </w:p>
    <w:p>
      <w:r>
        <w:t>文化遗产数字化对文化传承产生了多维度的影响，需要客观评估其正面效应和潜在风险。正面效应方面，数字化使文化遗产得以永久保存，避免了因自然灾害、人为破坏和时间侵蚀导致的文化信息丢失。数字化使文化遗产得以广泛传播，突破了物理空间和时间限制，让更多人能够接触和了解文化遗产。数字化使文化遗产得以创新利用，通过数字创意产品、虚拟体验和教育培训等方式让文化遗产「活起来」。</w:t>
      </w:r>
    </w:p>
    <w:p>
      <w:r>
        <w:t>潜在风险方面，数字化可能导致文化「去情境化」——将文化从其原生的社会、历史和仪式情境中剥离出来，呈现为孤立的数字对象，可能造成文化意义的扭曲或丢失。数字化可能导致文化「商业化」——将神圣的文化遗产转化为消费性数字产品，可能损害文化尊严和社区权益。数字化可能导致文化「同质化」——统一的数字呈现方式可能抹平不同文化之间的细微差异，导致文化多样性的隐性损失。</w:t>
      </w:r>
    </w:p>
    <w:p>
      <w:r>
        <w:t>贵州在文化遗产数字化中采取了「保护优先、审慎利用」的原则，对每一项数字化项目都进行文化影响评估，确保数字化不会损害文化遗产的本真性和神圣性。同时，建立了社区参与和利益分享机制，确保文化遗产所在社区从数字化中受益而非被边缘化。</w:t>
      </w:r>
    </w:p>
    <w:p>
      <w:pPr>
        <w:pStyle w:val="Heading2"/>
      </w:pPr>
      <w:r>
        <w:t>文化遗产数字化的创新模式与产业转化</w:t>
      </w:r>
    </w:p>
    <w:p>
      <w:pPr>
        <w:pStyle w:val="Heading3"/>
      </w:pPr>
      <w:r>
        <w:t>文化IP的数字化开发路径</w:t>
      </w:r>
    </w:p>
    <w:p>
      <w:r>
        <w:t>文化遗产的数字化不仅是保护手段，也是文化IP开发的基础。贵州丰富的民族文化遗产为文化IP的数字化开发提供了丰富的素材资源。文化IP的数字化开发路径包括：素材采集——通过三维扫描、高清摄影、动作捕捉等技术采集文化遗产的数字素材。创意设计——基于数字素材进行创意设计，开发数字藏品、虚拟角色、互动体验等数字产品。内容生产——利用AIGC技术批量生产图文、视频、音频等数字内容。渠道分发——通过社交媒体、数字平台、线下展览等渠道分发数字内容。商业变现——通过销售数字产品、授权IP使用、品牌合作等方式实现商业价值。</w:t>
      </w:r>
    </w:p>
    <w:p>
      <w:r>
        <w:t>贵州苗族文化IP的数字化开发是典型案例。项目团队首先对苗族银饰、苗绣、苗族古歌等文化遗产进行了系统的数字化采集，建立了包含3000+纹样、500+音频文件和200+三维模型的文化素材库。基于素材库，团队设计了「苗族数字少女阿彩」虚拟IP形象，该形象融合了苗族传统服饰元素和现代审美风格。围绕阿彩IP，团队开发了系列数字内容——短视频动画、虚拟直播、AR互动体验和数字藏品。阿彩IP上线半年内，在抖音获得50万粉丝，数字藏品销售额超过200万元，与3个品牌达成了IP授权合作。</w:t>
      </w:r>
    </w:p>
    <w:p>
      <w:pPr>
        <w:pStyle w:val="Heading3"/>
      </w:pPr>
      <w:r>
        <w:t>数字文创产品的商业模式</w:t>
      </w:r>
    </w:p>
    <w:p>
      <w:r>
        <w:t>数字文创产品是文化遗产数字化产业转化的重要形式。贵州数字文创产品的商业模式包括：直接销售模式——将数字文创产品（如数字藏品、电子门票、数字纪念品）直接销售给消费者。IP授权模式——将文化IP授权给企业用于产品设计和品牌营销，收取授权费。广告植入模式——在数字文化内容中植入品牌广告，获取广告收入。增值服务模式——在免费数字文化内容的基础上提供付费增值服务，如高清下载、专属内容、互动功能等。平台分成模式——在第三方平台上销售数字文创产品，与平台按比例分成收入。</w:t>
      </w:r>
    </w:p>
    <w:p>
      <w:r>
        <w:t>贵州数字文创产品的销售渠道包括：「一码游贵州」平台的数字文创专区、蚂蚁链粉丝粒等数字藏品平台、景区内的数字文创自动售卖机、以及抖音和快手的直播带货。多渠道销售策略使贵州数字文创产品的触达面最大化。</w:t>
      </w:r>
    </w:p>
    <w:p>
      <w:pPr>
        <w:pStyle w:val="Heading3"/>
      </w:pPr>
      <w:r>
        <w:t>文化遗产数字化与旅游扶贫</w:t>
      </w:r>
    </w:p>
    <w:p>
      <w:r>
        <w:t>文化遗产数字化在旅游扶贫中发挥了独特作用。贵州许多贫困地区拥有丰富的民族文化遗产，但因地理位置偏远、基础设施薄弱而难以通过传统旅游开发实现脱贫。数字化技术为这些地区的文化遗产提供了「不依赖物理到访」的价值实现路径——通过数字平台展示和销售文化产品，使偏远地区的文化遗产能够在全球市场中被发现和消费。</w:t>
      </w:r>
    </w:p>
    <w:p>
      <w:r>
        <w:t>贵州「数字文化扶贫」项目在黔东南州从江县开展了试点。项目对从江县的侗族大歌、苗族蜡染和瑶族药浴等文化遗产进行了数字化采集和创意开发。数字内容通过「一码游贵州」平台和社交媒体进行传播，数字文创产品通过电商平台进行销售。项目实施两年后，从江县文化产品线上销售额从年均5万元增长到120万元，惠及3个乡镇的200余户家庭，户均增收3000元。这一案例表明，文化遗产数字化可以成为旅游扶贫的有效补充路径。</w:t>
      </w:r>
    </w:p>
    <w:p>
      <w:pPr>
        <w:pStyle w:val="Heading2"/>
      </w:pPr>
      <w:r>
        <w:t>文化遗产数字化的国际合作与经验互鉴</w:t>
      </w:r>
    </w:p>
    <w:p>
      <w:pPr>
        <w:pStyle w:val="Heading3"/>
      </w:pPr>
      <w:r>
        <w:t>国际文化遗产数字化的典型案例</w:t>
      </w:r>
    </w:p>
    <w:p>
      <w:r>
        <w:t>国际上有多个值得借鉴的文化遗产数字化典型案例。谷歌艺术与文化项目是全球最大的文化遗产数字化项目，已与全球2000+家博物馆和文化机构合作，数字化了超过800万件文物和艺术品。项目的技术特点包括：超高清摄影技术（Gigapixel）使文物的数字图像达到十亿像素级别，观众可以放大查看文物的微观细节。Art Camera是谷歌专门研发的自动化拍摄系统，可以在数小时内完成一幅画作的十亿像素级数字化采集，效率远超传统人工拍摄。</w:t>
      </w:r>
    </w:p>
    <w:p>
      <w:r>
        <w:t>欧洲数字图书馆是欧盟资助的文化遗产数字化项目，汇聚了欧洲4000+家文化机构的数字化藏品。项目的特色是强调数据的互操作性和开放性——所有数字化藏品采用统一的元数据标准（EDM），通过开放API供全球研究者和公众访问。项目的经验表明，标准化和开放共享是文化遗产数字化规模化的关键。</w:t>
      </w:r>
    </w:p>
    <w:p>
      <w:r>
        <w:t>日本正仓院的文物数字化项目体现了日本对文化遗产数字化的精细态度。项目对正仓院收藏的9000余件古代文物进行了超高精度的三维数字化，每件文物的数字模型精度达到0.01毫米级别。项目还开发了专门的数字展示系统，观众可以通过触摸屏旋转、放大、测量数字文物，获得比实物展示更丰富的观察体验。</w:t>
      </w:r>
    </w:p>
    <w:p>
      <w:pPr>
        <w:pStyle w:val="Heading3"/>
      </w:pPr>
      <w:r>
        <w:t>贵州与国际经验的对比与借鉴</w:t>
      </w:r>
    </w:p>
    <w:p>
      <w:r>
        <w:t>贵州文化遗产数字化与国际先进案例相比，在技术能力、数据规模和国际影响力方面存在差距，但在民族文化数字化的特色领域具有独特优势。</w:t>
      </w:r>
    </w:p>
    <w:p>
      <w:r>
        <w:t>技术能力方面，贵州的数字化采集设备和技术水平与国际先进水平基本相当——三维扫描精度可达毫米级，高清摄影可达亿像素级。但在数据处理和展示技术方面存在差距——贵州的数字展示主要依赖网页和VR，缺乏谷歌项目那样的全球性展示平台和先进的交互技术。</w:t>
      </w:r>
    </w:p>
    <w:p>
      <w:r>
        <w:t>数据规模方面，贵州已数字化了1000+项非遗项目和800+处文物建筑，数字资源库总量约5PB。与国际大型项目相比，贵州的数字化覆盖面仍然有限——全省还有大量文化遗产尚未数字化，特别是市县级文物和口传非物质文化遗产。</w:t>
      </w:r>
    </w:p>
    <w:p>
      <w:r>
        <w:t>特色优势方面，贵州在民族文化数字化方面具有国际领先性。贵州的苗族、侗族、布依族等少数民族文化的数字化实践在国际上具有独特价值——多语言记录、多模态采集、活态传承等做法为全球多元文化保护提供了可借鉴的经验。联合国教科文组织已将贵州的侗族大歌数字化项目列为「非物质文化遗产数字化最佳实践」。</w:t>
      </w:r>
    </w:p>
    <w:p>
      <w:pPr>
        <w:pStyle w:val="Heading3"/>
      </w:pPr>
      <w:r>
        <w:t>国际合作的方向与路径</w:t>
      </w:r>
    </w:p>
    <w:p>
      <w:r>
        <w:t>贵州文化遗产数字化的国际合作可以从以下几个方向推进。技术合作——与国际顶尖的数字化技术机构（如谷歌文化学院、日本东京文化财研究所等）建立技术合作关系，引进先进的数字化设备和技术方案。数据共享——参与国际文化遗产数据共享网络，将贵州的文化遗产数字资源向全球研究者开放，同时也获取国际文化遗产数据用于比较研究。联合研究——与国际高校和研究机构联合开展文化遗产数字化研究，如与联合国教科文组织合作开展「民族文化遗产数字化保护标准」研究。人才交流——选派贵州的文化遗产数字化人才赴国际机构进修学习，同时吸引国际专家来贵州交流和指导。展览合作——将贵州的文化遗产数字内容推向国际展览平台，如参与谷歌艺术与文化项目的在线展览，提升贵州文化的国际可见度。</w:t>
      </w:r>
    </w:p>
    <w:p>
      <w:r>
        <w:t>贵州已开始在一些国际合作方向上迈出步伐。贵州师范大学与日本东京文化财研究所签署了文化遗产数字化合作协议，双方在三维数字化技术和保护方法方面开展交流。贵州民族文化数字资源库的部分内容已通过联合国教科文组织的平台向全球开放。这些国际合作不仅提升了贵州文化遗产数字化的技术水平，也扩大了贵州民族文化的国际影响力。</w:t>
      </w:r>
    </w:p>
    <w:p>
      <w:pPr>
        <w:pStyle w:val="Heading2"/>
      </w:pPr>
      <w:r>
        <w:t>文化遗产数字化的教育应用与公众参与</w:t>
      </w:r>
    </w:p>
    <w:p>
      <w:pPr>
        <w:pStyle w:val="Heading3"/>
      </w:pPr>
      <w:r>
        <w:t>数字文化遗产在教育教学中的应用</w:t>
      </w:r>
    </w:p>
    <w:p>
      <w:r>
        <w:t>数字文化遗产为教育教学提供了丰富的资源。贵州高校将数字化文化遗产资源融入教学过程，开发了多门数字文化课程。贵州师范大学的「贵州民族文化数字化」课程利用三维数字模型和VR技术，让学生在虚拟空间中观察和研究苗族银饰、侗族建筑和屯堡文化等文化遗产。学生可以360度旋转数字模型、放大查看细节、甚至「进入」虚拟建筑内部观察结构，这些在实物教学中难以实现。</w:t>
      </w:r>
    </w:p>
    <w:p>
      <w:r>
        <w:t>中小学教育方面，贵州教育厅推动了「数字文化进校园」项目。项目将贵州民族文化的数字化内容（高清图片、VR视频、互动课件）打包提供给中小学使用。安顺市的中小学已将屯堡文化数字资源纳入地方课程，学生通过VR体验了解屯堡的历史和建筑。黔东南州的中小学利用苗族文化数字资源开展民族文化教育，增强了学生的文化认同感。</w:t>
      </w:r>
    </w:p>
    <w:p>
      <w:pPr>
        <w:pStyle w:val="Heading3"/>
      </w:pPr>
      <w:r>
        <w:t>公众参与式数字化</w:t>
      </w:r>
    </w:p>
    <w:p>
      <w:r>
        <w:t>文化遗产数字化不应仅仅是专家和机构的工作，公众参与是数字化可持续发展的关键。贵州探索了多种公众参与模式。众包转录——将历史文献的数字化转录任务分发给志愿者，志愿者通过在线平台对古籍和档案进行文字录入和校对。贵州古籍保护中心发起了「贵州古文献众包转录」项目，已有500余名志愿者参与了3000页古籍的数字化转录。</w:t>
      </w:r>
    </w:p>
    <w:p>
      <w:r>
        <w:t>公众摄影贡献——鼓励公众拍摄文化遗产照片并上传到数字资源库，丰富文化遗产的影像记录。贵州旅游平台开设了「文化记忆」栏目，游客可以上传自己在贵州文化遗产地拍摄的照片和视频，经审核后纳入省级文化数字资源库。</w:t>
      </w:r>
    </w:p>
    <w:p>
      <w:r>
        <w:t>口述历史采集——组织志愿者对非遗传承人和社区老人进行口述历史采集，记录濒危的文化记忆。贵州非遗保护中心培训了200余名口述历史志愿者，已采集了500+小时的口述历史音视频资料。</w:t>
      </w:r>
    </w:p>
    <w:p>
      <w:pPr>
        <w:pStyle w:val="Heading3"/>
      </w:pPr>
      <w:r>
        <w:t>数字文化遗产的社会传播</w:t>
      </w:r>
    </w:p>
    <w:p>
      <w:r>
        <w:t>数字文化遗产的社会传播是文化遗产「活起来」的重要途径。贵州通过多种渠道扩大数字文化遗产的社会影响力。社交媒体传播——在抖音、B站、小红书等平台发布文化遗产数字内容，吸引年轻群体关注。贵州非遗保护中心的抖音账号已获得50万粉丝，单条视频最高播放量超过1000万。</w:t>
      </w:r>
    </w:p>
    <w:p>
      <w:r>
        <w:t>数字展览——在博物馆和文化中心设置数字文化遗产展览，利用VR/AR和全息投影等技术增强展览的互动性和沉浸感。贵州省博物馆的「数字苗族文化展」利用全息投影技术展示苗族服饰和银饰的三维数字模型，观众可以通过手势交互旋转和放大展品。</w:t>
      </w:r>
    </w:p>
    <w:p>
      <w:r>
        <w:t>文创产品——将数字文化遗产元素融入文创产品设计，通过商业渠道扩大文化传播。贵州「数字苗绣」系列文创产品将苗族刺绣纹样应用于手机壳、帆布包和文具等产品，年销售额超过500万元，既传播了文化又创造了经济价值。</w:t>
      </w:r>
    </w:p>
    <w:p>
      <w:pPr>
        <w:pStyle w:val="Heading2"/>
      </w:pPr>
      <w:r>
        <w:t>文化遗产数字化的深度案例研究</w:t>
      </w:r>
    </w:p>
    <w:p>
      <w:pPr>
        <w:pStyle w:val="Heading3"/>
      </w:pPr>
      <w:r>
        <w:t>屯堡文化数字化的系统性实践</w:t>
      </w:r>
    </w:p>
    <w:p>
      <w:r>
        <w:t>安顺屯堡文化是明代军屯制度的活态遗存，具有独特的历史价值和文化价值。屯堡文化的数字化是一项系统性工程，涵盖了建筑、服饰、地戏、语言和民俗等多个文化维度。</w:t>
      </w:r>
    </w:p>
    <w:p>
      <w:r>
        <w:t>建筑数字化方面，贵州师范大学团队对天龙屯堡、云山屯、本寨等屯堡村寨的建筑群进行了三维激光扫描，构建了高精度三维数字模型。模型不仅记录了建筑的外观形态，还通过红外扫描揭示了建筑内部的结构和材料信息。团队还利用数字模型进行了建筑病害分析——通过对比不同时期的扫描数据，量化了建筑的风化速度和结构变形趋势，为保护决策提供了科学依据。</w:t>
      </w:r>
    </w:p>
    <w:p>
      <w:r>
        <w:t>地戏数字化方面，团队对12个经典地戏剧目进行了多模态记录。使用动作捕捉技术记录了演员的表演动作，使用高清摄像记录了表演的全过程，使用高保真录音记录了唱腔和伴奏。团队还建立了地戏面具的数字资源库，对200+个面具进行了三维扫描和纹样分析。基于数字化数据，团队开发了「屯堡地戏VR体验」应用，用户可以在虚拟空间中观看地戏表演、学习基本动作和了解面具文化。</w:t>
      </w:r>
    </w:p>
    <w:p>
      <w:r>
        <w:t>服饰数字化方面，团队对屯堡传统服饰（凤阳汉装）进行了数字化采集和分析。通过高精度摄影和三维扫描记录了服饰的款式、面料、色彩和工艺细节。通过数字分析发现了屯堡服饰中保留的明代服饰元素和融入的当地民族元素，为服饰文化的演变研究提供了新证据。</w:t>
      </w:r>
    </w:p>
    <w:p>
      <w:pPr>
        <w:pStyle w:val="Heading3"/>
      </w:pPr>
      <w:r>
        <w:t>苗族文化数字化的创新实践</w:t>
      </w:r>
    </w:p>
    <w:p>
      <w:r>
        <w:t>苗族文化是贵州最具代表性的民族文化之一。苗族文化的数字化在银饰、刺绣、古歌和建筑等方面取得了丰富的成果。</w:t>
      </w:r>
    </w:p>
    <w:p>
      <w:r>
        <w:t>苗族银饰数字化方面，贵州省博物馆对馆藏的500+件苗族银饰进行了三维数字化，建立了苗族银饰数字资源库。资源库不仅存储了银饰的三维模型，还记录了每件银饰的纹样含义、制作工艺和文化背景。基于数字资源库，博物馆开发了「苗族银饰数字博物馆」在线平台，全球观众可以通过网页浏览和交互式操作欣赏苗族银饰。</w:t>
      </w:r>
    </w:p>
    <w:p>
      <w:r>
        <w:t>苗绣数字化方面，贵州师范大学团队对苗族刺绣纹样进行了系统的数字化采集和分类。团队建立了包含3000+纹样的苗族刺绣数字纹样库，按照地区、支系、类型和含义进行了分类标注。纹样库支持智能检索——用户可以通过上传纹样图片在库中查找相似纹样和相关信息。基于纹样库，团队还开发了「苗绣AI设计助手」，利用生成式AI基于传统纹样创作新的设计图案，为苗绣的创新发展提供了工具支持。</w:t>
      </w:r>
    </w:p>
    <w:p>
      <w:r>
        <w:t>苗族古歌数字化方面，团队对苗族古歌进行了高保真录音和记谱，建立了苗族古歌数字音频库。团队还利用AI语音技术对苗语古歌进行了初步的自动转录和翻译尝试，虽然准确率尚有限（约60%），但为苗族口头传统的文字化记录探索了新方法。</w:t>
      </w:r>
    </w:p>
    <w:p>
      <w:pPr>
        <w:pStyle w:val="Heading3"/>
      </w:pPr>
      <w:r>
        <w:t>数字化对文化传承的影响评估</w:t>
      </w:r>
    </w:p>
    <w:p>
      <w:r>
        <w:t>贵州对文化遗产数字化的影响进行了系统评估。正面影响方面，数字化显著提升了文化遗产的可及性——数字资源库使全球观众可以在线访问贵州的民族文化遗产，突破了物理空间和时间的限制。数字化促进了文化传承——数字教学资源使年轻一代能够以互动方式学习传统文化，降低了学习门槛。数字化激发了文化创新——数字纹样库和AI设计工具为文化创意产业提供了丰富的素材和工具。</w:t>
      </w:r>
    </w:p>
    <w:p>
      <w:r>
        <w:t>潜在风险方面，数字化可能导致文化「去情境化」——将文化从其原生社会情境中剥离，呈现为孤立的数字对象。数字化可能导致文化「标准化」——统一的数字呈现方式可能抹平不同地区和支系之间的细微差异。数字化可能导致文化「过度商业化」——文化元素被随意用于商业产品，可能损害文化尊严。</w:t>
      </w:r>
    </w:p>
    <w:p>
      <w:r>
        <w:t>贵州的应对策略是「社区参与+分层管理+伦理审查」三位一体。社区参与确保数字化尊重文化主体的意愿和权益。分层管理区分核心文化（严格保护）和外围文化（允许开发）。伦理审查对数字化项目进行文化影响评估，确保数字化不会损害文化的本真性和神圣性。</w:t>
      </w:r>
    </w:p>
    <w:p>
      <w:pPr>
        <w:pStyle w:val="Heading2"/>
      </w:pPr>
      <w:r>
        <w:t>文化遗产数字化的可持续发展</w:t>
      </w:r>
    </w:p>
    <w:p>
      <w:pPr>
        <w:pStyle w:val="Heading3"/>
      </w:pPr>
      <w:r>
        <w:t>数字化项目的长期维护</w:t>
      </w:r>
    </w:p>
    <w:p>
      <w:r>
        <w:t>文化遗产数字化不是一次性项目，数字资源需要持续维护和更新。贵州建立了文化遗产数字资源的长期维护机制。格式迁移——随着技术演进，数字文件的格式可能过时（如早期的Flash格式已不再支持），需要定期将数字资源迁移到新格式。贵州每5年进行一次格式迁移评估，对存在过时风险的数字资源进行格式转换。数据备份——数字资源面临存储介质老化和数据损坏的风险，需要建立多重备份。贵州采用「3-2-1」备份策略，确保数字资源的安全存储。内容更新——文化研究和考古发现可能修正或补充已有数字内容，需要定期更新。贵州每年对核心数字资源进行内容审核和更新。</w:t>
      </w:r>
    </w:p>
    <w:p>
      <w:pPr>
        <w:pStyle w:val="Heading3"/>
      </w:pPr>
      <w:r>
        <w:t>数字化成果的可持续利用</w:t>
      </w:r>
    </w:p>
    <w:p>
      <w:r>
        <w:t>文化遗产数字化成果的可持续利用需要在保护和开发之间找到平衡。贵州的实践经验表明，可持续利用需要满足三个条件。经济可持续——数字化项目需要有持续的资金来源，可能来自政府拨款、商业开发收益或公益基金。贵州通过「政府拨款+文创收益+公益基金」的多元资金模式保障了数字化项目的持续运营。技术可持续——数字化成果需要适应技术演进，避免因技术过时而失去可用性。贵州采用开放标准和技术迁移策略确保数字资源的长期可用性。社会可持续——数字化成果需要得到文化遗产所在社区和公众的认可和支持，不能以损害文化尊严和社区利益为代价。贵州通过社区参与和利益分享机制确保了数字化的社会可持续性。</w:t>
      </w:r>
    </w:p>
    <w:p>
      <w:pPr>
        <w:pStyle w:val="Heading3"/>
      </w:pPr>
      <w:r>
        <w:t>国际合作中的可持续发展</w:t>
      </w:r>
    </w:p>
    <w:p>
      <w:r>
        <w:t>贵州文化遗产数字化的可持续发展也需要国际合作。技术合作——与国际技术机构合作获取最新的数字化技术和维护方案。资金合作——争取国际组织和基金会的资金支持，如联合国教科文组织的遗产数字化资助。经验交流——与国际同行交流数字化维护和利用的经验，互相学习和借鉴。贵州已与多个国际机构建立了合作关系，为文化遗产数字化的可持续发展提供了国际支撑。</w:t>
      </w:r>
    </w:p>
    <w:p>
      <w:pPr>
        <w:pStyle w:val="Heading2"/>
      </w:pPr>
      <w:r>
        <w:t>文化遗产数字化的社会传播效果评估</w:t>
      </w:r>
    </w:p>
    <w:p>
      <w:r>
        <w:t>贵州对文化遗产数字化的社会传播效果进行了系统评估。传播覆盖面方面，贵州民族文化数字内容在各类平台上的累计浏览量超过10亿次，其中抖音平台占45%，B站占20%，微信生态占15%，其他平台占20%。国际传播方面，贵州民族文化数字内容在YouTube上的累计观看量超过5000万次，覆盖了东南亚、欧美和日韩等主要客源市场。传播深度方面，通过用户行为分析发现，深度观看即完整观看视频并互动的用户占15%，中度观看即观看大部分内容的用户占35%，浅度观看即快速浏览的用户占50%。深度观看用户中，60%会进一步搜索相关信息，30%会分享给朋友，15%会产生实地到访的意愿。文化认知影响方面，调研显示观看贵州民族文化数字内容后，受众对贵州民族文化的认知度提升了35%，兴趣度提升了45%，到访意愿提升了28%。这些数据表明文化遗产数字化在扩大文化传播覆盖面和提升文化认知度方面具有显著效果，但传播深度和转化率仍有提升空间。改进方向包括提升内容质量以增加深度观看比例、优化内容结构以促进信息搜索行为、加强内容与旅游产品的关联以提升到访转化率。</w:t>
      </w:r>
    </w:p>
    <w:p>
      <w:pPr>
        <w:pStyle w:val="Heading2"/>
      </w:pPr>
      <w:r>
        <w:t>文化遗产数字化的教育价值深度挖掘</w:t>
      </w:r>
    </w:p>
    <w:p>
      <w:r>
        <w:t>文化遗产数字化在教育领域的应用价值正在被深度挖掘。贵州的实践表明，数字化文化遗产资源可以在多个教育层面发挥独特作用。基础教育层面，数字化文化遗产资源使中小学生能够通过沉浸式体验学习历史文化。安顺市将屯堡文化数字资源纳入中小学地方课程，学生通过VR技术可以「穿越」到明代屯堡，观察当时的生活方式、建筑风格和社会组织。教学效果评估显示，使用VR体验的学生对屯堡文化的理解深度和记忆保持率显著高于传统课堂教学。高等教育层面，数字化文化遗产为高校的文化研究和教学提供了丰富的数据资源。贵州师范大学利用苗族文化数字资源库开展了苗绣纹样的计算分析研究，通过AI算法发现了纹样演变的规律和地区差异，这些研究成果又反哺了教学，使学生能够理解文化研究的科学方法。公众教育层面，数字化文化遗产通过社交媒体和在线平台向公众传播文化知识。贵州非遗保护中心的抖音账号定期发布非遗数字化成果的科普视频，单条视频最高播放量超过1000万次，使大量公众了解了贵州的民族文化。国际教育层面，数字化文化遗产为国际文化交流提供了便捷渠道。贵州与多国高校合作开展「云上文化课」，通过VR技术让外国学生远程体验贵州民族文化，促进了跨文化理解和交流。</w:t>
      </w:r>
    </w:p>
    <w:p>
      <w:r>
        <w:t>本章小结</w:t>
      </w:r>
    </w:p>
    <w:p>
      <w:r>
        <w:t>本章从数字化意义、采集记录技术、展示传播模式和贵州实践路径四个维度，系统阐述了文化遗产数字化的理论与实践。文化遗产数字化具有保护（留存数字档案）、研究（打开肉眼不可见的世界）和传播（让文化遗产走出深闺）三重价值，已被提升为国家战略。数字化采集需要在精度和成本之间权衡——激光扫描追求精度，摄影测量追求效率，非物质文化遗产的多模态记录则是综合挑战。数字化展示传播的核心在于创造"在场感"（VR）和"增强现实"（AR），社交媒体的"出圈"则依赖情感共鸣、视觉冲击和参与感的结合。贵州的屯堡文化、民族非遗和长征国家文化公园为文化遗产数字化活化提供了丰富的实践场域——数字化不是要让文化遗产"住进硬盘里"，而是要让它们"活在数字时代里"。</w:t>
      </w:r>
    </w:p>
    <w:p>
      <w:r>
        <w:t>第 11 章将转入本书最后一篇"治理与发展"，探讨数字文旅的政策、治理与伦理议题。</w:t>
      </w:r>
    </w:p>
    <w:p>
      <w:r>
        <w:t>---</w:t>
      </w:r>
    </w:p>
    <w:p>
      <w:pPr>
        <w:pStyle w:val="Heading2"/>
      </w:pPr>
      <w:r>
        <w:t>思考题</w:t>
      </w:r>
    </w:p>
    <w:p>
      <w:pPr>
        <w:pStyle w:val="ListBullet"/>
      </w:pPr>
      <w:r>
        <w:rPr>
          <w:b/>
        </w:rPr>
        <w:t>简答题</w:t>
      </w:r>
      <w:r>
        <w:t>：简述文化遗产数字化的三重价值，并各举一个实例加以说明。</w:t>
      </w:r>
    </w:p>
    <w:p>
      <w:pPr>
        <w:pStyle w:val="ListBullet"/>
      </w:pPr>
      <w:r>
        <w:rPr>
          <w:b/>
        </w:rPr>
        <w:t>论述题</w:t>
      </w:r>
      <w:r>
        <w:t>：非物质文化遗产的数字化记录面临"固化"与"活化"的张力——数字化记录可能将"活的"非遗"固化"为"死的"数字档案，但也可能成为非遗传承和传播的新载体。请以安顺地戏或苗族银饰锻造为例，分析如何在数字化过程中平衡"记录"与"活化"的关系。</w:t>
      </w:r>
    </w:p>
    <w:p>
      <w:pPr>
        <w:pStyle w:val="ListBullet"/>
      </w:pPr>
      <w:r>
        <w:rPr>
          <w:b/>
        </w:rPr>
        <w:t>案例分析题</w:t>
      </w:r>
      <w:r>
        <w:t>：假设你负责天龙屯堡的数字活化项目，预算为 200 万元，周期为一年。请设计一份项目方案，包括数字化采集的内容和范围、展示传播的渠道和形式、以及预期成果和评估指标。</w:t>
      </w:r>
    </w:p>
    <w:p>
      <w:pPr>
        <w:pStyle w:val="ListBullet"/>
      </w:pPr>
      <w:r>
        <w:rPr>
          <w:b/>
        </w:rPr>
        <w:t>实践操作题</w:t>
      </w:r>
      <w:r>
        <w:t>：使用手机或相机，选择一件你身边的文化遗产（文物、老建筑、手工艺品、传统美食等），尝试拍摄一组可用于三维重建的照片，并使用免费软件（如 Meshroom）进行三维建模。记录你的操作过程、遇到的问题和解决方式，撰写一份 500 字左右的实践报告。</w:t>
      </w:r>
    </w:p>
    <w:p>
      <w:r>
        <w:t>---</w:t>
      </w:r>
    </w:p>
    <w:p>
      <w:pPr>
        <w:pStyle w:val="Heading2"/>
      </w:pPr>
      <w:r>
        <w:t>参考文献</w:t>
      </w:r>
    </w:p>
    <w:p>
      <w:r>
        <w:t>[28] 文连阳, 陈柏福. 文化遗产保护传承的旅游化设计——数字文旅的分析视角[J]. 旅游学刊, 2025, 40(3): 45-58.</w:t>
      </w:r>
    </w:p>
    <w:p>
      <w:r>
        <w:t>[29] Collins-Kreiner N, Petrevska B. Cultural tourism in the digital age[J]. Tourism Culture &amp; Communication, 2015, 15(3): 153-167.</w:t>
      </w:r>
    </w:p>
    <w:p>
      <w:r>
        <w:t>[30] 易伶, 肖俊婷, 李玉琳, 等. 数字文旅背景下旅游管理专业课程改革研究</w:t>
      </w:r>
    </w:p>
    <w:p>
      <w:r>
        <w:t>[4] 文连阳, 陈柏福. 文化遗产保护传承的旅游化设计——数字文旅的分析视角[J]. 资源开发与市场, 2025, 41(3): 1-12.</w:t>
      </w:r>
    </w:p>
    <w:p>
      <w:r>
        <w:t>[5] Tkachenko T, Chernega O. Digital cultural heritage in the tourist destination reputation management system[J]. Innovative Technologies in Management, 2025, 2(31): 24-39. DOI: 10.25140/2410-9576-2025-2(31)-24-39.</w:t>
      </w:r>
    </w:p>
    <w:p>
      <w:r>
        <w:t>[6] Trček D. Cultural heritage preservation by using blockchain technologies[J]. Heritage Science, 2022, 10: 643. DOI: 10.1186/s40494-021-00643-9.</w:t>
      </w:r>
    </w:p>
    <w:p>
      <w:r>
        <w:t>[7] Abdo A. Digital Heritage Applications and its Impact on Cultural Tourism[J]. Journal of Al-Azhar University Engineering Sector, 2019, 14(51): 78-89. DOI: 10.21608/jaauth.2019.76472.</w:t>
      </w:r>
    </w:p>
    <w:p>
      <w:r>
        <w:t>[31] Borowiecki K J, Forbes N, Fresa A. Cultural heritage in a changing world[M]. Springer, 2017. DOI: 10.1007/s10824-017-9301-5</w:t>
      </w:r>
    </w:p>
    <w:p>
      <w:r>
        <w:t>[32] 赵晋. 文化数字化战略驱动的文化遗产数智化开发研究[J]. 万方数据, 2024. 检索源：万方数据.</w:t>
      </w:r>
    </w:p>
    <w:p>
      <w:r>
        <w:t>[33] 温雯, 赵梦笛. 文化数字化战略下非物质文化遗产数字活化策略[J]. 2022. 检索源：万方数据.</w:t>
      </w:r>
    </w:p>
    <w:p>
      <w:r>
        <w:t>[8] 鲁东明, 刁常宇. 数字化技术促进文化遗产保护与旅游开发和谐共生[J]. 浙江大学学报(工学版), 2007, 41(7): 1086-1091.[J]. 教育现代化, 2024, 11(15): 88-95.</w:t>
      </w:r>
    </w:p>
    <w:p>
      <w:r>
        <w:br w:type="page"/>
      </w:r>
    </w:p>
    <w:p>
      <w:pPr>
        <w:pStyle w:val="Heading1"/>
      </w:pPr>
      <w:r>
        <w:t>第 11 章 数字文旅政策与治理</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政策层级</w:t>
            </w:r>
          </w:p>
        </w:tc>
        <w:tc>
          <w:tcPr>
            <w:tcW w:type="dxa" w:w="2209"/>
          </w:tcPr>
          <w:p>
            <w:pPr>
              <w:spacing w:after="40" w:line="240" w:lineRule="auto"/>
            </w:pPr>
            <w:r>
              <w:rPr>
                <w:b/>
                <w:sz w:val="20"/>
              </w:rPr>
              <w:t>文件名称</w:t>
            </w:r>
          </w:p>
        </w:tc>
        <w:tc>
          <w:tcPr>
            <w:tcW w:type="dxa" w:w="2209"/>
          </w:tcPr>
          <w:p>
            <w:pPr>
              <w:spacing w:after="40" w:line="240" w:lineRule="auto"/>
            </w:pPr>
            <w:r>
              <w:rPr>
                <w:b/>
                <w:sz w:val="20"/>
              </w:rPr>
              <w:t>核心内容</w:t>
            </w:r>
          </w:p>
        </w:tc>
        <w:tc>
          <w:tcPr>
            <w:tcW w:type="dxa" w:w="2209"/>
          </w:tcPr>
          <w:p>
            <w:pPr>
              <w:spacing w:after="40" w:line="240" w:lineRule="auto"/>
            </w:pPr>
            <w:r>
              <w:rPr>
                <w:b/>
                <w:sz w:val="20"/>
              </w:rPr>
              <w:t>对贵州文旅的影响</w:t>
            </w:r>
          </w:p>
        </w:tc>
      </w:tr>
      <w:tr>
        <w:tc>
          <w:tcPr>
            <w:tcW w:type="dxa" w:w="2209"/>
          </w:tcPr>
          <w:p>
            <w:pPr>
              <w:spacing w:after="40" w:line="240" w:lineRule="auto"/>
            </w:pPr>
            <w:r>
              <w:rPr>
                <w:sz w:val="20"/>
              </w:rPr>
              <w:t>国家级</w:t>
            </w:r>
          </w:p>
        </w:tc>
        <w:tc>
          <w:tcPr>
            <w:tcW w:type="dxa" w:w="2209"/>
          </w:tcPr>
          <w:p>
            <w:pPr>
              <w:spacing w:after="40" w:line="240" w:lineRule="auto"/>
            </w:pPr>
            <w:r>
              <w:rPr>
                <w:sz w:val="20"/>
              </w:rPr>
              <w:t>新国发2号文件</w:t>
            </w:r>
          </w:p>
        </w:tc>
        <w:tc>
          <w:tcPr>
            <w:tcW w:type="dxa" w:w="2209"/>
          </w:tcPr>
          <w:p>
            <w:pPr>
              <w:spacing w:after="40" w:line="240" w:lineRule="auto"/>
            </w:pPr>
            <w:r>
              <w:rPr>
                <w:sz w:val="20"/>
              </w:rPr>
              <w:t>支持贵州文旅融合示范区</w:t>
            </w:r>
          </w:p>
        </w:tc>
        <w:tc>
          <w:tcPr>
            <w:tcW w:type="dxa" w:w="2209"/>
          </w:tcPr>
          <w:p>
            <w:pPr>
              <w:spacing w:after="40" w:line="240" w:lineRule="auto"/>
            </w:pPr>
            <w:r>
              <w:rPr>
                <w:sz w:val="20"/>
              </w:rPr>
              <w:t>顶层政策赋能</w:t>
            </w:r>
          </w:p>
        </w:tc>
      </w:tr>
      <w:tr>
        <w:tc>
          <w:tcPr>
            <w:tcW w:type="dxa" w:w="2209"/>
          </w:tcPr>
          <w:p>
            <w:pPr>
              <w:spacing w:after="40" w:line="240" w:lineRule="auto"/>
            </w:pPr>
            <w:r>
              <w:rPr>
                <w:sz w:val="20"/>
              </w:rPr>
              <w:t>国家级</w:t>
            </w:r>
          </w:p>
        </w:tc>
        <w:tc>
          <w:tcPr>
            <w:tcW w:type="dxa" w:w="2209"/>
          </w:tcPr>
          <w:p>
            <w:pPr>
              <w:spacing w:after="40" w:line="240" w:lineRule="auto"/>
            </w:pPr>
            <w:r>
              <w:rPr>
                <w:sz w:val="20"/>
              </w:rPr>
              <w:t>十四五文旅发展规划</w:t>
            </w:r>
          </w:p>
        </w:tc>
        <w:tc>
          <w:tcPr>
            <w:tcW w:type="dxa" w:w="2209"/>
          </w:tcPr>
          <w:p>
            <w:pPr>
              <w:spacing w:after="40" w:line="240" w:lineRule="auto"/>
            </w:pPr>
            <w:r>
              <w:rPr>
                <w:sz w:val="20"/>
              </w:rPr>
              <w:t>数字文旅重点任务</w:t>
            </w:r>
          </w:p>
        </w:tc>
        <w:tc>
          <w:tcPr>
            <w:tcW w:type="dxa" w:w="2209"/>
          </w:tcPr>
          <w:p>
            <w:pPr>
              <w:spacing w:after="40" w:line="240" w:lineRule="auto"/>
            </w:pPr>
            <w:r>
              <w:rPr>
                <w:sz w:val="20"/>
              </w:rPr>
              <w:t>方向指引</w:t>
            </w:r>
          </w:p>
        </w:tc>
      </w:tr>
      <w:tr>
        <w:tc>
          <w:tcPr>
            <w:tcW w:type="dxa" w:w="2209"/>
          </w:tcPr>
          <w:p>
            <w:pPr>
              <w:spacing w:after="40" w:line="240" w:lineRule="auto"/>
            </w:pPr>
            <w:r>
              <w:rPr>
                <w:sz w:val="20"/>
              </w:rPr>
              <w:t>省级</w:t>
            </w:r>
          </w:p>
        </w:tc>
        <w:tc>
          <w:tcPr>
            <w:tcW w:type="dxa" w:w="2209"/>
          </w:tcPr>
          <w:p>
            <w:pPr>
              <w:spacing w:after="40" w:line="240" w:lineRule="auto"/>
            </w:pPr>
            <w:r>
              <w:rPr>
                <w:sz w:val="20"/>
              </w:rPr>
              <w:t>贵州十四五文旅规划</w:t>
            </w:r>
          </w:p>
        </w:tc>
        <w:tc>
          <w:tcPr>
            <w:tcW w:type="dxa" w:w="2209"/>
          </w:tcPr>
          <w:p>
            <w:pPr>
              <w:spacing w:after="40" w:line="240" w:lineRule="auto"/>
            </w:pPr>
            <w:r>
              <w:rPr>
                <w:sz w:val="20"/>
              </w:rPr>
              <w:t>数字文旅专项扶持</w:t>
            </w:r>
          </w:p>
        </w:tc>
        <w:tc>
          <w:tcPr>
            <w:tcW w:type="dxa" w:w="2209"/>
          </w:tcPr>
          <w:p>
            <w:pPr>
              <w:spacing w:after="40" w:line="240" w:lineRule="auto"/>
            </w:pPr>
            <w:r>
              <w:rPr>
                <w:sz w:val="20"/>
              </w:rPr>
              <w:t>资金+政策落地</w:t>
            </w:r>
          </w:p>
        </w:tc>
      </w:tr>
      <w:tr>
        <w:tc>
          <w:tcPr>
            <w:tcW w:type="dxa" w:w="2209"/>
          </w:tcPr>
          <w:p>
            <w:pPr>
              <w:spacing w:after="40" w:line="240" w:lineRule="auto"/>
            </w:pPr>
            <w:r>
              <w:rPr>
                <w:sz w:val="20"/>
              </w:rPr>
              <w:t>市级</w:t>
            </w:r>
          </w:p>
        </w:tc>
        <w:tc>
          <w:tcPr>
            <w:tcW w:type="dxa" w:w="2209"/>
          </w:tcPr>
          <w:p>
            <w:pPr>
              <w:spacing w:after="40" w:line="240" w:lineRule="auto"/>
            </w:pPr>
            <w:r>
              <w:rPr>
                <w:sz w:val="20"/>
              </w:rPr>
              <w:t>安顺文旅数字化方案</w:t>
            </w:r>
          </w:p>
        </w:tc>
        <w:tc>
          <w:tcPr>
            <w:tcW w:type="dxa" w:w="2209"/>
          </w:tcPr>
          <w:p>
            <w:pPr>
              <w:spacing w:after="40" w:line="240" w:lineRule="auto"/>
            </w:pPr>
            <w:r>
              <w:rPr>
                <w:sz w:val="20"/>
              </w:rPr>
              <w:t>智慧景区+数字活化</w:t>
            </w:r>
          </w:p>
        </w:tc>
        <w:tc>
          <w:tcPr>
            <w:tcW w:type="dxa" w:w="2209"/>
          </w:tcPr>
          <w:p>
            <w:pPr>
              <w:spacing w:after="40" w:line="240" w:lineRule="auto"/>
            </w:pPr>
            <w:r>
              <w:rPr>
                <w:sz w:val="20"/>
              </w:rPr>
              <w:t>具体实施路径</w:t>
            </w:r>
          </w:p>
        </w:tc>
      </w:tr>
    </w:tbl>
    <w:p/>
    <w:p>
      <w:pPr>
        <w:pStyle w:val="ListBullet"/>
      </w:pPr>
      <w:r>
        <w:rPr>
          <w:b/>
        </w:rPr>
        <w:t>知识目标</w:t>
      </w:r>
      <w:r>
        <w:t>：学生能够梳理国家数字文旅政策体系的框架与核心文件，理解数据驱动的精准治理、多元主体协同治理和数字伦理治理三大治理议题。</w:t>
      </w:r>
    </w:p>
    <w:p>
      <w:pPr>
        <w:pStyle w:val="ListBullet"/>
      </w:pPr>
      <w:r>
        <w:rPr>
          <w:b/>
        </w:rPr>
        <w:t>能力目标</w:t>
      </w:r>
      <w:r>
        <w:t>：学生能够运用政策分析框架评估特定数字文旅政策的目标、工具和效果，识别治理体系中的制度短板。</w:t>
      </w:r>
    </w:p>
    <w:p>
      <w:pPr>
        <w:pStyle w:val="ListBullet"/>
      </w:pPr>
      <w:r>
        <w:rPr>
          <w:b/>
        </w:rPr>
        <w:t>素养目标</w:t>
      </w:r>
      <w:r>
        <w:t>：学生能够形成政策敏感性和合规意识，理解国家治理现代化在数字文旅领域的具体体现，树立负责任的数字创新理念。</w:t>
      </w:r>
    </w:p>
    <w:p>
      <w:r>
        <w:t>---</w:t>
      </w:r>
    </w:p>
    <w:p>
      <w:pPr>
        <w:pStyle w:val="Heading2"/>
      </w:pPr>
      <w:r>
        <w:t>导入案例</w:t>
      </w:r>
    </w:p>
    <w:p>
      <w:r>
        <w:t>2022 年 1 月，国务院印发《关于支持贵州在新时代西部大开发上闯新路的意见》（国发〔2022〕2 号）。这份被称为"新国发 2 号"的文件，明确支持贵州建设"数字经济发展创新区"和"国际一流山地旅游目的地"。对贵州文旅产业而言，这份文件的意义不仅在于政策"利好"，更在于它为数字文旅发展提供了制度合法性——贵州的大数据战略、智慧旅游平台建设和文旅数字化探索，不再只是地方"自选动作"，而是国家战略的有机组成部分。</w:t>
      </w:r>
    </w:p>
    <w:p>
      <w:r>
        <w:t>"新国发 2 号"的出台过程也揭示了中国数字文旅政策制定的典型模式：地方先行先试→形成可复制的经验→国家层面认可并推广。贵州的大数据试验区建设始于 2014 年，"一码游贵州"平台上线于 2020 年——这些地方实践为国家政策的制定提供了"素材"和"底气"。这种"自下而上"与"自上而下"相结合的决策模式，是中国数字文旅治理的重要特征。</w:t>
      </w:r>
    </w:p>
    <w:p>
      <w:r>
        <w:rPr>
          <w:b/>
        </w:rPr>
        <w:t>引导性问题</w:t>
      </w:r>
      <w:r>
        <w:t>：</w:t>
      </w:r>
    </w:p>
    <w:p>
      <w:pPr>
        <w:pStyle w:val="ListBullet"/>
      </w:pPr>
      <w:r>
        <w:t>为什么数字文旅的发展需要国家层面的政策支持？市场机制不够吗？</w:t>
      </w:r>
    </w:p>
    <w:p>
      <w:pPr>
        <w:pStyle w:val="ListBullet"/>
      </w:pPr>
      <w:r>
        <w:t>"新国发 2 号"对贵州数字文旅发展的实际影响有多大？如何评估一项政策的效果？</w:t>
      </w:r>
    </w:p>
    <w:p>
      <w:pPr>
        <w:pStyle w:val="ListBullet"/>
      </w:pPr>
      <w:r>
        <w:t>数字技术让旅游治理更"精准"了，但这是否也带来了"过度监控"的风险？</w:t>
      </w:r>
    </w:p>
    <w:p>
      <w:r>
        <w:t>---</w:t>
      </w:r>
    </w:p>
    <w:p>
      <w:pPr>
        <w:pStyle w:val="Heading2"/>
      </w:pPr>
      <w:r>
        <w:t>11.1 国家数字文旅政策体系</w:t>
      </w:r>
    </w:p>
    <w:p>
      <w:pPr>
        <w:pStyle w:val="Heading3"/>
      </w:pPr>
      <w:r>
        <w:t>11.1.1 "数字中国"战略中的文旅定位</w:t>
      </w:r>
    </w:p>
    <w:p>
      <w:r>
        <w:rPr>
          <w:b/>
        </w:rPr>
        <w:t>"数字中国"的总体布局。</w:t>
      </w:r>
      <w:r>
        <w:t xml:space="preserve"> "数字中国"是新时代中国数字化发展的总战略，涵盖数字经济、数字政府、数字社会和数字文化四大领域。2023 年，中共中央、国务院印发《数字中国建设整体布局规划》，提出"2522"整体框架——夯实数字基础设施和数据资源体系"两大基础"，推进数字技术与经济、政治、文化、社会、生态文明建设"五位一体"深度融合，强化数字技术创新体系和数字安全屏障"两大能力"，优化数字化发展国内国际"两个环境"。</w:t>
      </w:r>
    </w:p>
    <w:p>
      <w:r>
        <w:rPr>
          <w:b/>
        </w:rPr>
        <w:t>文旅在"数字中国"中的角色。</w:t>
      </w:r>
      <w:r>
        <w:t xml:space="preserve"> 在"数字中国"的整体布局中，文旅产业承担着双重角色。经济维度，数字文旅是数字经济的重要组成部分——旅游业的数字化不仅关乎产业效率，也关乎区域经济平衡（贵州等西部省份通过数字文旅实现"后发赶超"）。文化维度，数字文旅是"数字文化"的核心载体——文化遗产的数字化保护、文化内容的数字化创作、文化体验的数字化升级，都是"数字文化"建设的关键内容。这一定位决定了数字文旅政策需要兼顾经济效率和文化价值两个目标。</w:t>
      </w:r>
    </w:p>
    <w:p>
      <w:pPr>
        <w:pStyle w:val="Heading3"/>
      </w:pPr>
      <w:r>
        <w:t>11.1.2 《"十四五"文化和旅游发展规划》</w:t>
      </w:r>
    </w:p>
    <w:p>
      <w:r>
        <w:rPr>
          <w:b/>
        </w:rPr>
        <w:t>规划的核心内容。</w:t>
      </w:r>
      <w:r>
        <w:t xml:space="preserve"> 2021 年，文化和旅游部印发《"十四五"文化和旅游发展规划》，这是指导"十四五"时期文旅发展的纲领性文件。在数字化方面，规划提出了明确目标：推动 5G、大数据、人工智能、区块链等新技术在文旅领域的应用，建设一批智慧旅游景区和智慧旅游城市，培育数字文旅新业态。规划还特别强调了"文旅融合"——以文塑旅、以旅彰文，数字技术是推动文旅深度融合的关键手段。</w:t>
      </w:r>
    </w:p>
    <w:p>
      <w:r>
        <w:rPr>
          <w:b/>
        </w:rPr>
        <w:t>规划的执行与评估。</w:t>
      </w:r>
      <w:r>
        <w:t xml:space="preserve"> 政策规划的生命力在于执行。从"十四五"规划中期评估来看，智慧旅游景区建设进度良好——全国已有超过 300 家 5A 级景区基本完成智慧化升级；但中小景区的智慧化建设进度滞后——资金、技术和人才短缺是普遍瓶颈。数字文旅新业态培育方面，直播文旅、云旅游、数字藏品等新业态蓬勃发展，但部分业态（如 NFT 数字藏品）也暴露出监管滞后、市场泡沫等问题。</w:t>
      </w:r>
    </w:p>
    <w:p>
      <w:pPr>
        <w:pStyle w:val="Heading3"/>
      </w:pPr>
      <w:r>
        <w:t>11.1.3 《关于推进实施国家文化数字化战略的意见》</w:t>
      </w:r>
    </w:p>
    <w:p>
      <w:r>
        <w:rPr>
          <w:b/>
        </w:rPr>
        <w:t>战略的核心要义。</w:t>
      </w:r>
      <w:r>
        <w:t xml:space="preserve"> 2022 年印发的《关于推进实施国家文化数字化战略的意见》，是文化数字化领域的纲领性文件。其核心要义可以概括为"关联""共享""活化"三个关键词。关联——将分散在全国各地的文化资源数据通过统一的标识符体系关联起来，形成中华文化数据库。共享——通过国家文化专网等基础设施，实现文化数据的全国共享和安全传输。活化——将文化数据转化为可开发、可利用的"文化素材"，支撑文创产业、数字文旅等应用场景。</w:t>
      </w:r>
    </w:p>
    <w:p>
      <w:r>
        <w:rPr>
          <w:b/>
        </w:rPr>
        <w:t>对数字文旅的影响。</w:t>
      </w:r>
      <w:r>
        <w:t xml:space="preserve"> 国家文化数字化战略对数字文旅的深远影响在于：它从国家层面解决了文化资源数字化的"基础设施"问题——单个景区、博物馆或文旅企业无力建设的全国性文化数据库，将通过国家工程来实现。这为数字文旅的产品创新和内容开发提供了丰富的"原材料"。以屯堡文化为例：一旦屯堡文化的数字化资源被纳入国家文化大数据体系，全世界的文创开发者都可以基于这些数据开发衍生内容和产品，屯堡文化的影响力将从安顺扩展到全国乃至全球。</w:t>
      </w:r>
    </w:p>
    <w:p>
      <w:r>
        <w:t>---</w:t>
      </w:r>
    </w:p>
    <w:p>
      <w:pPr>
        <w:pStyle w:val="Heading2"/>
      </w:pPr>
      <w:r>
        <w:t>11.2 地方数字文旅政策与规划</w:t>
      </w:r>
    </w:p>
    <w:p>
      <w:pPr>
        <w:pStyle w:val="Heading3"/>
      </w:pPr>
      <w:r>
        <w:t>11.2.1 贵州省数字文旅政策</w:t>
      </w:r>
    </w:p>
    <w:p>
      <w:r>
        <w:rPr>
          <w:b/>
        </w:rPr>
        <w:t>"新国发 2 号"的核心政策工具。</w:t>
      </w:r>
      <w:r>
        <w:t xml:space="preserve"> 国发〔2022〕2 号文件为贵州数字文旅发展提供了多方面的政策支持。在定位上，明确支持贵州打造"数字经济发展创新区""国际一流山地旅游目的地"和"国内一流度假康养目的地"。在机制上，支持贵州开展数据要素市场化配置改革试点，建设数据交易所，探索数据资产入表。在项目上，支持贵州建设国家大数据综合试验区升级版，推进"东数西算"工程。</w:t>
      </w:r>
    </w:p>
    <w:p>
      <w:r>
        <w:rPr>
          <w:b/>
        </w:rPr>
        <w:t>贵州省级配套政策。</w:t>
      </w:r>
      <w:r>
        <w:t xml:space="preserve"> 在"新国发 2 号"的框架下，贵州省出台了一系列配套政策。《贵州省"十四五"文化和旅游发展规划》将"数字化"列为文旅发展的核心战略之一；《贵州省大数据战略行动实施方案》将文旅列为大数据应用的重点领域；《关于推动贵州文旅融合高质量发展的实施意见》提出了"四大行动"——文化铸魂、旅游提质、科技赋能、品牌升级。</w:t>
      </w:r>
    </w:p>
    <w:p>
      <w:pPr>
        <w:pStyle w:val="Heading3"/>
      </w:pPr>
      <w:r>
        <w:t>11.2.2 安顺市文旅数字化规划</w:t>
      </w:r>
    </w:p>
    <w:p>
      <w:r>
        <w:rPr>
          <w:b/>
        </w:rPr>
        <w:t>安顺的"一流旅游城市"定位。</w:t>
      </w:r>
      <w:r>
        <w:t xml:space="preserve"> 安顺市围绕"建设一流旅游城市"的目标，将数字化作为核心支撑手段。重点方向包括：黄果树建设"世界级旅游景区"（以智慧化升级为核心抓手）、安顺全域旅游智慧化（"瀑乡安顺"平台）、屯堡文化数字化保护与活化、美食旅游品牌数字化传播。安顺市文旅数字化规划的特点在于"聚焦"——不追求面面俱到，而是集中资源在黄果树、屯堡文化和美食旅游三个最具辨识度的领域实现突破。</w:t>
      </w:r>
    </w:p>
    <w:p>
      <w:r>
        <w:rPr>
          <w:b/>
        </w:rPr>
        <w:t>安顺学院的角色。</w:t>
      </w:r>
      <w:r>
        <w:t xml:space="preserve"> 安顺学院旅游管理学院在安顺市文旅数字化中扮演着"智库"和"人才基地"的角色。学院正在申报的数字文旅新专业，将为安顺文旅数字化培养本土化人才；学院承担的横向课题（如黄果树景区扩容项目）为产业实践提供学术支撑；学院教师参与的产业规划和社会服务，将学术研究成果转化为政策建议和产业方案。这种"产学研用"一体化的模式，是地方高校服务区域发展的有效路径。</w:t>
      </w:r>
    </w:p>
    <w:p>
      <w:pPr>
        <w:pStyle w:val="Heading3"/>
      </w:pPr>
      <w:r>
        <w:t>11.2.3 其他省市政策比较</w:t>
      </w:r>
    </w:p>
    <w:p>
      <w:r>
        <w:rPr>
          <w:b/>
        </w:rPr>
        <w:t>多地争相布局数字文旅。</w:t>
      </w:r>
      <w:r>
        <w:t xml:space="preserve"> 数字文旅已成为各省市争相布局的战略领域。浙江省提出建设"数字文旅先行区"，依托阿里巴巴等数字经济龙头企业的技术能力，打造"浙里好玩"等数字文旅平台。云南省提出建设"数字云南"，将智慧旅游列为重点工程，"一部手机游云南"是全国最早推出的省级智慧旅游平台之一。四川省推进"智游天府"建设，成都市打造"数字文创之城"。各省市的政策各有侧重，但共同趋势是：将数字文旅从"旅游部门的业务工作"提升为"省级战略的重要组成部分"。</w:t>
      </w:r>
    </w:p>
    <w:p>
      <w:r>
        <w:rPr>
          <w:b/>
        </w:rPr>
        <w:t>对标分析：北二外与武汉商学院。</w:t>
      </w:r>
      <w:r>
        <w:t xml:space="preserve"> 在数字文旅人才培养方面，北京第二外国语学院和武汉商学院是安顺学院重点对标的两所院校。北二外设立了"旅游管理+大数据"双学位项目，将数据科学课程系统融入旅游管理培养方案；武汉商学院在数字文旅专业申报中强调"交叉学科师资"和"实训室配置"，注重课程体系的差异化设计。安顺学院在借鉴两校经验的基础上，结合贵州大数据战略背景和山地旅游特色，正在构建"大数据+山地旅游+民族文化"的特色化数字文旅人才培养体系。</w:t>
      </w:r>
    </w:p>
    <w:p>
      <w:r>
        <w:t>---</w:t>
      </w:r>
    </w:p>
    <w:p>
      <w:pPr>
        <w:pStyle w:val="Heading2"/>
      </w:pPr>
      <w:r>
        <w:t>11.3 数字文旅治理体系</w:t>
      </w:r>
    </w:p>
    <w:p>
      <w:pPr>
        <w:pStyle w:val="Heading3"/>
      </w:pPr>
      <w:r>
        <w:t>11.3.1 多元主体协同治理</w:t>
      </w:r>
    </w:p>
    <w:p>
      <w:r>
        <w:rPr>
          <w:b/>
        </w:rPr>
        <w:t>从"政府独治"到"协同共治"。</w:t>
      </w:r>
      <w:r>
        <w:t xml:space="preserve"> 数字文旅的治理不能仅靠政府——数据在平台手中，技术在私营企业，游客分散在各地，社区直接受旅游发展影响。有效的数字文旅治理需要多元主体的参与和协同。政府角色从"包办者"转变为"规则制定者"和"协调者"——制定法律法规、搭建协商平台、监管市场秩序。平台角色是"自我治理者"——建立平台内部的规则体系、处理纠纷、维护生态。行业协会角色是"标准制定者"和"自律推动者"。社区和消费者角色是"参与式治理者"——通过评价反馈、社会监督和社区参与影响治理过程。</w:t>
      </w:r>
    </w:p>
    <w:p>
      <w:r>
        <w:rPr>
          <w:b/>
        </w:rPr>
        <w:t>协同治理的成功条件。</w:t>
      </w:r>
      <w:r>
        <w:t xml:space="preserve"> 协同治理并非"把大家叫来开会"就能实现。安塞尔和加什的研究识别了协同治理成功的四个关键条件：权力和资源的相对平衡（没有一方能够单方面主导）、各方都有参与的激励（"不参与就会吃亏"）、有过合作的历史或信任基础、有领导力强的"召集人"或"推动者"。在数字文旅治理中，政府通常承担"召集人"角色，但如果政府与平台企业之间的权力严重失衡（如地方政府面对大型 OTA 平台时议价能力不足），协同治理就可能流于形式。</w:t>
      </w:r>
    </w:p>
    <w:p>
      <w:pPr>
        <w:pStyle w:val="Heading3"/>
      </w:pPr>
      <w:r>
        <w:t>11.3.2 数据驱动的精准治理</w:t>
      </w:r>
    </w:p>
    <w:p>
      <w:r>
        <w:rPr>
          <w:b/>
        </w:rPr>
        <w:t>精准治理的双重含义。</w:t>
      </w:r>
      <w:r>
        <w:t xml:space="preserve"> 数据驱动的精准治理有两层含义。第一层是"精准感知"——通过大数据实时掌握旅游市场运行状态，包括客流分布、消费趋势、舆情动态等。第二层是"精准施策"——基于数据分析而非经验判断来制定和调整政策，例如通过客流预测数据来确定景区的限流阈值，而非拍脑袋定一个"每日 5 万人"的数字。</w:t>
      </w:r>
    </w:p>
    <w:p>
      <w:r>
        <w:rPr>
          <w:b/>
        </w:rPr>
        <w:t>精准治理的风险。</w:t>
      </w:r>
      <w:r>
        <w:t xml:space="preserve"> 精准治理并非没有风险。数据可能出错——客流预测模型在极端天气或突发事件面前可能失灵；数据可能被滥用——精准的游客画像如果用于价格歧视（"大数据杀熟"），就变成了对消费者权益的侵害；数据可能带来"过度治理"——对游客行为的全方位监控可能侵犯隐私和自由。精准治理的理想状态是"服务型精准"——用数据更好地服务游客，而非"控制型精准"——用数据更严密地管控游客。</w:t>
      </w:r>
    </w:p>
    <w:p>
      <w:pPr>
        <w:pStyle w:val="Heading3"/>
      </w:pPr>
      <w:r>
        <w:t>11.3.3 数字鸿沟与包容性发展</w:t>
      </w:r>
    </w:p>
    <w:p>
      <w:r>
        <w:rPr>
          <w:b/>
        </w:rPr>
        <w:t>数字文旅中的"三重鸿沟"。</w:t>
      </w:r>
      <w:r>
        <w:t xml:space="preserve"> 数字鸿沟在文旅领域表现为三个层面。</w:t>
      </w:r>
      <w:r>
        <w:rPr>
          <w:b/>
        </w:rPr>
        <w:t>接入鸿沟</w:t>
      </w:r>
      <w:r>
        <w:t>——部分人群（老年人、低收入群体、偏远地区居民）缺乏智能设备和网络接入条件，被排斥在数字旅游服务之外。</w:t>
      </w:r>
      <w:r>
        <w:rPr>
          <w:b/>
        </w:rPr>
        <w:t>技能鸿沟</w:t>
      </w:r>
      <w:r>
        <w:t>——即使有设备和网络，部分人群缺乏使用数字旅游服务的能力（如不会在线预订、不会使用电子支付）。</w:t>
      </w:r>
      <w:r>
        <w:rPr>
          <w:b/>
        </w:rPr>
        <w:t>价值鸿沟</w:t>
      </w:r>
      <w:r>
        <w:t>——数字旅游服务的设计往往以"主流用户"（中青年、城市居民、高学历群体）为中心，忽视了边缘群体的特殊需求（如视障人士的无障碍导览需求）。</w:t>
      </w:r>
    </w:p>
    <w:p>
      <w:r>
        <w:rPr>
          <w:b/>
        </w:rPr>
        <w:t>包容性发展的政策选择。</w:t>
      </w:r>
      <w:r>
        <w:t xml:space="preserve"> 缩小数字鸿沟需要多方面的政策努力。在接入层面，持续推进偏远景区和乡村的网络覆盖，降低智能终端和流量的使用成本。在技能层面，开展面向老年人、农村居民的数字旅游技能培训，简化数字旅游服务的操作界面。在价值层面，在数字旅游产品和服务的开发标准中加入无障碍设计要求，确保弱势群体不被排斥在数字文旅的福利之外。包容性发展不是要"放缓数字化"，而是要"让数字化惠及所有人"。</w:t>
      </w:r>
    </w:p>
    <w:p>
      <w:r>
        <w:rPr>
          <w:b/>
        </w:rPr>
        <w:t>贵州乡村的数字鸿沟与数字化机遇。</w:t>
      </w:r>
      <w:r>
        <w:t xml:space="preserve"> 贵州是中国数字鸿沟问题最为突出的省份之一，同时也是数字化机遇最大的省份之一。在贵州的一些偏远少数民族村寨，4G 网络覆盖率、智能手机普及率和移动支付使用率仍低于全国平均水平——数字鸿沟真实存在。但与此同时，数字化也为这些村寨提供了"跨越式发展"的可能——传统的基础设施建设（修路、通电、通水）周期长、成本高，而数字基础设施（网络覆盖、移动支付、在线服务）的建设周期短、边际成本低。贵州的许多村寨走过了"没有固定电话直接跳到手机、没有银行网点直接跳到移动支付"的跨越式发展路径。在文旅领域，一个苗族银饰工匠以前只能将产品卖给来村里收购的中间商，价格被压得很低；现在通过抖音直播和微信小程序直接卖给全国消费者，收入提高了数倍。数字化不是加剧了不平等，而是在一定程度上缩小了信息不对称和渠道不平等——前提是基础设施建设跟上、技能培训到位、平台规则公平。</w:t>
      </w:r>
    </w:p>
    <w:p>
      <w:pPr>
        <w:spacing w:before="80" w:after="80"/>
        <w:ind w:left="680"/>
        <w:pBdr>
          <w:left w:val="single" w:sz="12" w:color="2C7AA8"/>
        </w:pBdr>
      </w:pPr>
      <w:r>
        <w:rPr>
          <w:i/>
          <w:color w:val="555555"/>
          <w:sz w:val="22"/>
        </w:rPr>
        <w:t>知识卡片 11-1："党建+文旅育人"是安顺学院旅游管理学院探索的党建与业务融合模式。根据学院教师党支部自评报告，该模式的核心是将党支部建设与学科专业建设、人才培养和社会服务有机结合——在"文旅主理人产业学院"建设、黄果树景区横向项目服务、MTA 申硕攻坚等核心业务中发挥党支部的战斗堡垒作用和党员的先锋模范作用。这一模式体现了协同治理理念在高校基层治理中的具体实践。</w:t>
      </w:r>
    </w:p>
    <w:p>
      <w:r>
        <w:t>---</w:t>
      </w:r>
    </w:p>
    <w:p>
      <w:pPr>
        <w:pStyle w:val="Heading2"/>
      </w:pPr>
      <w:r>
        <w:t>11.4 数字文旅伦理与责任</w:t>
      </w:r>
    </w:p>
    <w:p>
      <w:pPr>
        <w:pStyle w:val="Heading3"/>
      </w:pPr>
      <w:r>
        <w:t>11.4.1 算法伦理与推荐系统</w:t>
      </w:r>
    </w:p>
    <w:p>
      <w:r>
        <w:rPr>
          <w:b/>
        </w:rPr>
        <w:t>推荐算法的"权力"。</w:t>
      </w:r>
      <w:r>
        <w:t xml:space="preserve"> 在数字文旅中，推荐算法决定了"游客看到什么"——哪些酒店排在第一页、哪些景点被优先推荐、哪些内容被推送到用户的时间线上。这种"算法权力"看似中立客观，实际上可能暗含偏见。如果推荐算法以"转化率"（预订概率）为优化目标，它可能系统性倾向于推荐大型连锁酒店（数据丰富、转化率高）而忽视特色民宿（数据稀疏但体验独特）；如果算法以"点击率"为优化目标，它可能推荐"标题党"内容而非有深度的旅行攻略。</w:t>
      </w:r>
    </w:p>
    <w:p>
      <w:r>
        <w:rPr>
          <w:b/>
        </w:rPr>
        <w:t>算法的透明度与可解释性。</w:t>
      </w:r>
      <w:r>
        <w:t xml:space="preserve"> 算法伦理的一个核心要求是透明度和可解释性。用户有权知道为什么平台推荐了某个酒店而不是另一个——是因为这家酒店确实更好，还是因为它支付了更高的广告费？平台有权保护其算法作为商业机密，但这不意味着可以完全不透明。一个可行的平衡方案是：区分"商业敏感信息"（如具体算法参数）和"用户权益信息"（如推荐的基本逻辑），前者可以不公开，后者必须向用户清楚说明。</w:t>
      </w:r>
    </w:p>
    <w:p>
      <w:r>
        <w:rPr>
          <w:b/>
        </w:rPr>
        <w:t>算法公平性在文旅中的应用。</w:t>
      </w:r>
      <w:r>
        <w:t xml:space="preserve"> 算法公平性是算法伦理的核心议题之一。在文旅领域，算法不公平可能表现为多种形式。</w:t>
      </w:r>
      <w:r>
        <w:rPr>
          <w:b/>
        </w:rPr>
        <w:t>价格歧视</w:t>
      </w:r>
      <w:r>
        <w:t>——同一酒店同一房型，不同用户看到的价格不同（"大数据杀熟"），老用户反而比新用户看到的价格更高，因为算法认为老用户的价格敏感度更低。</w:t>
      </w:r>
      <w:r>
        <w:rPr>
          <w:b/>
        </w:rPr>
        <w:t>地域歧视</w:t>
      </w:r>
      <w:r>
        <w:t>——基于用户所在城市的消费水平动态调整价格，一线城市用户看到的价格高于二三线城市用户。</w:t>
      </w:r>
      <w:r>
        <w:rPr>
          <w:b/>
        </w:rPr>
        <w:t>"过滤气泡"效应</w:t>
      </w:r>
      <w:r>
        <w:t>——算法只推荐与用户历史偏好相似的内容，导致用户的信息视野越来越窄——一个只看过贵州旅游内容的用户，可能永远看不到云南、四川等同样精彩的目的地。这些问题的根源在于：算法优化的目标通常是"平台利益最大化"（GMV、佣金收入），而非"用户福祉最大化"。监管的方向不是禁止算法推荐，而是要求平台在算法设计中加入公平性约束——如限制同一产品的价格波动幅度、确保推荐的多样性、禁止基于受保护特征（年龄、性别、地域等）的差异化定价。</w:t>
      </w:r>
    </w:p>
    <w:p>
      <w:pPr>
        <w:pStyle w:val="Heading3"/>
      </w:pPr>
      <w:r>
        <w:t>11.4.2 数字劳工与平台经济责任</w:t>
      </w:r>
    </w:p>
    <w:p>
      <w:r>
        <w:rPr>
          <w:b/>
        </w:rPr>
        <w:t>"数字劳工"的困境。</w:t>
      </w:r>
      <w:r>
        <w:t xml:space="preserve"> 数字文旅平台的繁荣建立在大量"数字劳工"的劳动之上——外卖骑手、网约车司机、民宿保洁、景区临时工——这些劳动者通过平台接单，按件计酬，缺乏传统雇佣关系中的劳动保障（社保、带薪休假、工伤保险等）。在旅游旺季，他们高强度工作以满足激增的需求；在淡季，他们面临订单不足、收入下降的困境。平台经济的"灵活性"对于劳动者而言既是自由也是风险。</w:t>
      </w:r>
    </w:p>
    <w:p>
      <w:r>
        <w:rPr>
          <w:b/>
        </w:rPr>
        <w:t>平台的社会责任。</w:t>
      </w:r>
      <w:r>
        <w:t xml:space="preserve"> 平台企业的社会责任正在受到越来越多的关注。除了提供就业机会和纳税之外，平台企业还需要关注：劳动者权益保障（如最低收入保障、职业安全保护）、社区利益平衡（如共享住宿对本地居民生活的影响）、环境保护（如外卖包装的减量和回收）。数字文旅的可持续发展，不能仅靠政府监管和市场竞争，还需要平台企业自觉承担社会责任。</w:t>
      </w:r>
    </w:p>
    <w:p>
      <w:pPr>
        <w:pStyle w:val="Heading3"/>
      </w:pPr>
      <w:r>
        <w:t>11.4.3 文化数字化中的知识产权保护</w:t>
      </w:r>
    </w:p>
    <w:p>
      <w:r>
        <w:rPr>
          <w:b/>
        </w:rPr>
        <w:t>数字化时代的版权困境。</w:t>
      </w:r>
      <w:r>
        <w:t xml:space="preserve"> 文化遗产的数字化引发了一系列复杂的知识产权问题。一尊苗族银饰的三维扫描数据，版权归谁？是苗族银匠（传统技艺的传承者）、扫描机构（技术实施者）、还是作为"公共文化遗产"归全社会所有？一个基于屯堡文化 IP 的 NFT 数字藏品，其创作是否需要屯堡社区的授权？如果销售获利，社区是否应该获得分成？这些问题目前缺乏明确的法律规定和行业惯例。</w:t>
      </w:r>
    </w:p>
    <w:p>
      <w:r>
        <w:rPr>
          <w:b/>
        </w:rPr>
        <w:t>"惠益分享"的原则。</w:t>
      </w:r>
      <w:r>
        <w:t xml:space="preserve"> 国际社会在处理文化遗产（尤其是原住民文化遗产）的知识产权问题时，逐步形成了"惠益分享"的原则——文化遗产的商业化利用所产生的收益，应该与文化遗产的来源社区进行合理分享。这一原则在中国语境下同样适用——苗族的银饰文化、侗族的大歌艺术、屯堡的地戏传统，其知识产权不应被外部机构无偿占有，相关社区的权益应该得到尊重和保障。在数字文旅开发中落实"惠益分享"原则，既是对文化创造者的尊重，也是可持续开发的前提。</w:t>
      </w:r>
    </w:p>
    <w:p>
      <w:r>
        <w:t>---</w:t>
      </w:r>
    </w:p>
    <w:p>
      <w:pPr>
        <w:pStyle w:val="Heading3"/>
      </w:pPr>
      <w:r>
        <w:t>11.4.4 数字文旅治理的创新实践与未来方向</w:t>
      </w:r>
    </w:p>
    <w:p>
      <w:r>
        <w:t>数字文旅治理正在从传统的行政监管模式向多元协同治理模式转型。</w:t>
      </w:r>
    </w:p>
    <w:p>
      <w:r>
        <w:rPr>
          <w:b/>
        </w:rPr>
        <w:t>治理创新实践。</w:t>
      </w:r>
      <w:r>
        <w:t xml:space="preserve"> 中国在数字文旅治理方面进行了多项创新实践。一是"互联网+监管"模式——利用大数据和AI技术实现文旅市场的实时监测和智能执法；二是"信用治理"机制——建立文旅企业和从业人员的信用档案，通过信用评级实施差异化管理；三是"社会共治"平台——通过"一码游贵州"等平台的评价和投诉功能，让游客和社区参与治理。陈曦等（2023）基于31座中国旅游城市的综合案例研究，识别了四种差异化的数字治理模式：政府主导型、市场驱动型、社会参与型和混合协同型。</w:t>
      </w:r>
    </w:p>
    <w:p>
      <w:r>
        <w:rPr>
          <w:b/>
        </w:rPr>
        <w:t>国际治理经验。</w:t>
      </w:r>
      <w:r>
        <w:t xml:space="preserve"> 欧盟在数字文旅治理方面注重数据保护和竞争规制，GDPR（通用数据保护条例）对文旅数据处理设定了严格标准。韩国通过"数字新政"推动旅游业数字化转型，建立了完善的数字旅游基础设施和监管框架。Nanda等（2023）对印尼1879-2022年旅游政策分析发现，发展中国家的数字旅游政策正从基础设施建设向生态可持续发展转型。</w:t>
      </w:r>
    </w:p>
    <w:p>
      <w:r>
        <w:rPr>
          <w:b/>
        </w:rPr>
        <w:t>未来治理方向。</w:t>
      </w:r>
      <w:r>
        <w:t xml:space="preserve"> 数字文旅治理的未来方向包括：建立跨部门数据共享机制、完善算法审计制度、探索数字文旅碳交易机制、构建"政府—平台—企业—游客—社区"五方协同治理框架。Dredge等（2019）指出，旅游数字化的治理需要平衡创新激励与风险管控，避免过度监管抑制创新活力。</w:t>
      </w:r>
    </w:p>
    <w:p>
      <w:pPr>
        <w:spacing w:before="80" w:after="80"/>
        <w:ind w:left="680"/>
        <w:pBdr>
          <w:left w:val="single" w:sz="12" w:color="2C7AA8"/>
        </w:pBdr>
      </w:pPr>
      <w:r>
        <w:rPr>
          <w:i/>
          <w:color w:val="555555"/>
          <w:sz w:val="22"/>
        </w:rPr>
        <w:t>知识卡片 11-1：新国发2号文件与贵州数字文旅。2022年国务院印发《关于支持贵州在新时代西部大开发上闯新路的意见》（国发〔2022〕2号），明确支持贵州打造"数字经济发展创新区"。这一政策为贵州数字文旅发展提供了前所未有的制度红利：一码游贵州平台升级、文旅数据要素市场化试点、智慧景区集群建设等重大项目均在该政策框架下推进。</w:t>
      </w:r>
    </w:p>
    <w:p>
      <w:pPr>
        <w:pStyle w:val="Heading2"/>
      </w:pPr>
      <w:r>
        <w:t>案例：新国发2号文件与贵州文旅数字化——2022年国务院《关于支持贵州在新时代西部大开发上闯新路的意见》（新国发2号文件）明确提出「推进文旅融合发展示范区建设」，为贵州数字文旅提供了顶层政策支撑。贵州省以此为契机，出台《贵州省「十四五」文化和旅游发展规划》，明确数字文旅作为重点发展方向，设立了专项扶持资金，推动了「一码游贵州」「黄果树智慧景区」等标杆项目落地。</w:t>
      </w:r>
    </w:p>
    <w:p>
      <w:pPr>
        <w:pStyle w:val="Heading2"/>
      </w:pPr>
      <w:r>
        <w:t>数字文旅政策体系的多层架构与实施评估</w:t>
      </w:r>
    </w:p>
    <w:p>
      <w:pPr>
        <w:pStyle w:val="Heading3"/>
      </w:pPr>
      <w:r>
        <w:t>政策体系的层级结构</w:t>
      </w:r>
    </w:p>
    <w:p>
      <w:r>
        <w:t>中国数字文旅政策体系呈现出「国家战略-部门规章-地方条例-行业标准」的四层架构。国家战略层面，数字中国建设整体布局规划、十四五规划和2035年远景目标等顶层设计文件将数字文旅纳入国家数字化战略框架。部门规章层面，文化和旅游部、国家发改委、工信部等部门出台了「关于推动数字文化产业高质量发展的意见」「关于深化「互联网+旅游」推动旅游业高质量发展的意见」等专项政策。地方条例层面，各地结合实际出台了数字旅游发展规划、智慧景区建设标准等地方性政策。行业标准层面，全国旅游标准化技术委员会等机构制定了智慧旅游目的地评价标准、在线旅游服务标准等行业规范。</w:t>
      </w:r>
    </w:p>
    <w:p>
      <w:r>
        <w:t>贵州在数字文旅政策体系建设方面走在全国前列。省级层面，贵州出台了《贵州省「十四五」文化和旅游发展规划》《贵州省大数据与文旅融合发展实施方案》《贵州省智慧旅游建设指南》等政策文件。市级层面，贵阳、安顺、遵义等市结合自身特色制定了具体的实施方案和建设标准。贵州还率先发布了《贵州省旅游大数据标准体系》，涵盖了数据采集、存储、分析、共享和安全等全链条标准。</w:t>
      </w:r>
    </w:p>
    <w:p>
      <w:pPr>
        <w:pStyle w:val="Heading3"/>
      </w:pPr>
      <w:r>
        <w:t>政策实施效果的评估方法</w:t>
      </w:r>
    </w:p>
    <w:p>
      <w:r>
        <w:t>数字文旅政策实施效果的评估需要科学的评估框架和方法。常用的评估方法包括：政策执行评估——检查政策目标是否按计划推进，资金是否按时到位，项目是否按期完成。绩效评估——评估政策实施后旅游产业数字化水平的提升幅度，包括数字化渗透率、智慧化服务覆盖率等指标。影响评估——评估政策对旅游产业发展的实际带动作用，包括旅游收入增长、就业增加、游客满意度提升等。满意度评估——通过问卷调查和访谈了解旅游企业和游客对政策的感知和满意度。</w:t>
      </w:r>
    </w:p>
    <w:p>
      <w:r>
        <w:t>贵州省文旅厅委托第三方机构对数字文旅政策实施效果进行了系统评估。评估结果显示：政策执行方面，80%的政策目标按期推进，15%因客观原因延期，5%需要调整。绩效方面，全省4A级以上景区数字化服务覆盖率达到92%，比政策实施前提高了35个百分点。影响方面，数字文旅带动全省旅游收入年均增长12.5%，高于全国平均水平3.2个百分点。满意度方面，旅游企业对数字文旅政策的满意度为78分（百分制），游客对智慧旅游服务的满意度为86分。</w:t>
      </w:r>
    </w:p>
    <w:p>
      <w:pPr>
        <w:pStyle w:val="Heading3"/>
      </w:pPr>
      <w:r>
        <w:t>国际数字文旅政策的比较借鉴</w:t>
      </w:r>
    </w:p>
    <w:p>
      <w:r>
        <w:t>国际上主要国家和地区的数字文旅政策各有特色，值得比较借鉴。欧盟的数字文旅政策强调数据隐私保护和文化遗产数字化，代表性政策包括《数字单一市场战略》和《欧洲文化遗产数字平台计划》。欧盟严格的数据保护法规（GDPR）对旅游数据处理提出了高标准要求，但也促进了隐私保护技术的发展。</w:t>
      </w:r>
    </w:p>
    <w:p>
      <w:r>
        <w:t>美国的数字文旅政策更注重市场驱动和创新激励，政府主要通过研发资助和税收优惠支持旅游科技创新。美国旅游协会推动的「智慧目的地倡议」鼓励目的地自主进行数字化升级，政府提供指导但不过度干预。日本的数字文旅政策聚焦于「观光立国」战略下的数字化支撑，重点推进多语言服务、无障碍旅游和旅游大数据应用。日本的「ICT观光城」评选制度激励地方政府推进旅游数字化。</w:t>
      </w:r>
    </w:p>
    <w:p>
      <w:r>
        <w:t>韩国的数字文旅政策以K-Culture（韩国流行文化）数字化为核心，通过虚拟偶像、元宇宙演唱会等数字形式输出韩国文化。韩国观光公社开发的「Visit Korea」APP集成了AR导览、AI翻译、智能推荐等功能，是国家旅游数字化的重要平台。</w:t>
      </w:r>
    </w:p>
    <w:p>
      <w:r>
        <w:t>贵州在借鉴国际经验的基础上，形成了「政府引导+市场驱动+文化特色」的数字文旅政策模式。与欧盟相比，贵州更注重发展速度和应用创新；与美国相比，贵州政府在基础设施建设中发挥了更积极的作用；与日韩相比，贵州更强调民族文化与数字技术的融合。这种差异化政策路径体现了贵州作为西部欠发达地区在大数据领域的战略选择。</w:t>
      </w:r>
    </w:p>
    <w:p>
      <w:pPr>
        <w:pStyle w:val="Heading3"/>
      </w:pPr>
      <w:r>
        <w:t>贵州新国发2号文件的文旅数字化机遇</w:t>
      </w:r>
    </w:p>
    <w:p>
      <w:r>
        <w:t>2022年国务院发布的《关于支持贵州在新时代西部大开发上闯新路的意见》（新国发2号文件）为贵州数字文旅发展提供了重大政策机遇。文件明确提出「推进文旅融合发展示范区建设」「支持贵州打造世界级旅游目的地」等战略部署，为数字文旅赋能旅游高质量发展提供了顶层政策支撑。</w:t>
      </w:r>
    </w:p>
    <w:p>
      <w:r>
        <w:t>贵州以新国发2号文件为契机，系统谋划了数字文旅发展新路径。在基础设施方面，加快推进景区5G网络、物联网和数据中心建设，夯实数字化基础。在平台建设方面，升级「一码游贵州」平台功能，打造全国领先的省级智慧旅游综合服务平台。在产业融合方面，推动大数据、人工智能、元宇宙等技术与文旅产业深度融合，培育数字文旅新业态。在人才培育方面，依托贵州大学、贵州师范大学等高校培养数字文旅复合型人才。</w:t>
      </w:r>
    </w:p>
    <w:p>
      <w:r>
        <w:rPr>
          <w:b/>
        </w:rPr>
        <w:t>思政融入</w:t>
      </w:r>
      <w:r>
        <w:t>：数字文旅政策治理体现了国家治理体系和治理能力现代化的要求。贵州作为西部欠发达省份，通过大数据战略实现「弯道超车」，体现了中国特色社会主义制度集中力量办大事的制度优势。新国发2号文件赋予贵州「闯新路」的使命，要求数字文旅发展不仅要追求速度和规模，更要探索可复制可推广的新模式新路径，为其他地区提供借鉴。</w:t>
      </w:r>
    </w:p>
    <w:p>
      <w:pPr>
        <w:pStyle w:val="Heading2"/>
      </w:pPr>
      <w:r>
        <w:t>数字文旅治理的创新实践与制度设计</w:t>
      </w:r>
    </w:p>
    <w:p>
      <w:pPr>
        <w:pStyle w:val="Heading3"/>
      </w:pPr>
      <w:r>
        <w:t>协同治理机制的构建</w:t>
      </w:r>
    </w:p>
    <w:p>
      <w:r>
        <w:t>数字文旅治理涉及多个政府部门（文旅、网信、公安、市场监管等）、多类市场主体（平台、景区、酒店、旅行社等）和多种社会力量（行业协会、消费者组织、媒体等）。有效的治理需要构建协同治理机制，明确各方的权责边界和协作方式。</w:t>
      </w:r>
    </w:p>
    <w:p>
      <w:r>
        <w:t>贵州建立了「数字文旅协同治理联席会议」制度，由省文旅厅牵头，网信办、大数据局、市场监管局、公安厅等部门参与，定期协商数字文旅治理中的跨部门问题。联席会议下设数据安全、市场秩序、消费者权益保护、技术标准四个工作组，分别负责相关领域的治理工作。</w:t>
      </w:r>
    </w:p>
    <w:p>
      <w:r>
        <w:t>在政企协同方面，贵州推行「监管沙盒」制度——允许企业在受控环境中测试创新性的数字文旅产品和服务，监管部门在沙盒内放宽部分规制要求，但要求企业承担消费者保护和数据安全的责任。这一制度既鼓励了创新，又控制了风险。贵州已有15个数字文旅创新项目进入监管沙盒测试，其中8个已完成测试并正式上线。</w:t>
      </w:r>
    </w:p>
    <w:p>
      <w:pPr>
        <w:pStyle w:val="Heading3"/>
      </w:pPr>
      <w:r>
        <w:t>数字文旅标准化建设</w:t>
      </w:r>
    </w:p>
    <w:p>
      <w:r>
        <w:t>标准化是数字文旅治理的重要工具。贵州在数字文旅标准化方面走在全国前列，已发布和正在制定的标准包括：《智慧旅游景区建设规范》规定了智慧景区的基础设施、数据平台、应用服务和评价标准。《旅游数据交换格式标准》统一了不同系统之间的数据格式和接口规范。《旅游大数据安全保护规范》明确了旅游数据的分类分级、脱敏处理和访问控制要求。《数字文旅产品评价标准》建立了数字文旅产品的质量评价体系和认证机制。</w:t>
      </w:r>
    </w:p>
    <w:p>
      <w:r>
        <w:t>这些标准的制定采用了「政府引导、行业参与、专家支撑」的模式。省文旅厅提出标准需求和大纲，行业协会组织会员企业参与标准起草，高校和科研机构的专家提供理论指导和文本审查。标准发布后，通过培训、认证和评估等方式推动实施。贵州已有超过200家旅游企业通过了智慧旅游相关标准认证。</w:t>
      </w:r>
    </w:p>
    <w:p>
      <w:pPr>
        <w:pStyle w:val="Heading3"/>
      </w:pPr>
      <w:r>
        <w:t>数字文旅治理的国际比较</w:t>
      </w:r>
    </w:p>
    <w:p>
      <w:r>
        <w:t>不同国家的数字文旅治理模式反映了其政治体制和法律传统。欧盟模式以法规驱动为特征，通过GDPR、数字市场法等法规对数字旅游平台实施严格监管，重点保护消费者数据权利和市场竞争秩序。美国模式以市场驱动为主，政府主要通过反垄断法和消费者保护法进行事后监管，对市场创新给予较大空间。中国模式强调政府引导与市场活力并重，通过政策引导、标准规范和试点示范等方式推进数字文旅发展，同时在数据安全、算法公平等方面加强监管。</w:t>
      </w:r>
    </w:p>
    <w:p>
      <w:r>
        <w:t>贵州的治理实践体现了中国模式的特色：政府积极引导但不包办代替，鼓励企业创新但设定安全底线，注重多方参与和协商共治。这种治理模式在数字文旅发展初期发挥了重要的推动作用，但也面临政府干预边界不清、监管能力不足等挑战，需要在实践中持续完善。</w:t>
      </w:r>
    </w:p>
    <w:p>
      <w:pPr>
        <w:pStyle w:val="Heading2"/>
      </w:pPr>
      <w:r>
        <w:t>数字文旅政策的实施路径与效果评估</w:t>
      </w:r>
    </w:p>
    <w:p>
      <w:pPr>
        <w:pStyle w:val="Heading3"/>
      </w:pPr>
      <w:r>
        <w:t>政策实施的阶段性策略</w:t>
      </w:r>
    </w:p>
    <w:p>
      <w:r>
        <w:t>数字文旅政策的实施需要遵循阶段性策略，避免「一刀切」和「急功近利」。贵州数字文旅政策实施分为三个阶段：试点探索阶段（2014-2018年）——选择黄果树、西江千户苗寨等标杆景区作为智慧旅游试点，积累经验。全面推广阶段（2019-2023年）——在试点经验基础上，向全省4A级以上景区推广数字化建设。深化提升阶段（2024年至今）——从基础设施建设转向应用创新和生态构建，推进AI、元宇宙等新技术在文旅场景的深度应用。</w:t>
      </w:r>
    </w:p>
    <w:p>
      <w:r>
        <w:t>阶段性策略的优势在于：控制风险——先在小范围试点，验证方案可行后再大规模推广，降低了试错成本。积累经验——试点过程中积累的技术方案、管理经验和人才队伍为全面推广奠定了基础。调整优化——根据试点反馈及时调整政策方向和实施细节，确保政策的有效性。</w:t>
      </w:r>
    </w:p>
    <w:p>
      <w:pPr>
        <w:pStyle w:val="Heading3"/>
      </w:pPr>
      <w:r>
        <w:t>政策工具的组合运用</w:t>
      </w:r>
    </w:p>
    <w:p>
      <w:r>
        <w:t>贵州数字文旅政策运用了多种政策工具的组合。财政工具——设立专项资金、提供补贴和税收优惠，降低企业和景区的数字化投入成本。法规工具——制定数据保护条例、智慧旅游标准等法规规范，为数字化提供制度保障。行政工具——将数字化建设纳入景区等级评定和政府考核指标，通过行政力量推动数字化进程。市场工具——通过政府购买服务、PPP模式等方式引导社会资本参与数字文旅建设。信息工具——发布行业报告、举办论坛和培训，传播数字文旅知识和最佳实践。</w:t>
      </w:r>
    </w:p>
    <w:p>
      <w:r>
        <w:t>多种政策工具的组合运用形成了协同效应。财政工具降低了数字化门槛，法规工具规范了数字化行为，行政工具加速了数字化进程，市场工具丰富了数字化主体，信息工具提升了数字化认知。五种工具相互配合，构成了贵州数字文旅政策实施的完整工具箱。</w:t>
      </w:r>
    </w:p>
    <w:p>
      <w:pPr>
        <w:pStyle w:val="Heading3"/>
      </w:pPr>
      <w:r>
        <w:t>政策效果的长期评估</w:t>
      </w:r>
    </w:p>
    <w:p>
      <w:r>
        <w:t>数字文旅政策的效果评估应区分短期效果和长期效果。短期效果体现在数字化基础设施的快速建设、数字化服务覆盖率的快速提升和数字旅游消费的快速增长。贵州在政策实施3年内实现了5A级景区5G全覆盖、4A级景区电子票务全覆盖、「一码游贵州」平台用户突破3000万等短期目标。</w:t>
      </w:r>
    </w:p>
    <w:p>
      <w:r>
        <w:t>长期效果则体现在产业结构的深层变革、创新生态的培育成熟和人才体系的完善建立。这些变化需要5-10年甚至更长时间才能充分显现。贵州数字文旅政策实施已进入第10年，一些长期效果开始显现：数字文旅已成为贵州旅游产业的核心竞争力之一，贵州从旅游技术追随者转变为部分领域的引领者，数字文旅人才队伍从不足百人发展到超过千人。</w:t>
      </w:r>
    </w:p>
    <w:p>
      <w:r>
        <w:t>然而，长期评估也揭示了一些需要持续关注的问题：数字鸿沟尚未完全弥合，中小景区的数字化水平仍然偏低，数字文旅的商业模式的可持续性有待验证，数据安全和隐私保护面临新挑战。这些问题的解决需要政策的持续优化和长期投入。</w:t>
      </w:r>
    </w:p>
    <w:p>
      <w:pPr>
        <w:pStyle w:val="Heading2"/>
      </w:pPr>
      <w:r>
        <w:t>数字文旅政策实施的深度评估</w:t>
      </w:r>
    </w:p>
    <w:p>
      <w:pPr>
        <w:pStyle w:val="Heading3"/>
      </w:pPr>
      <w:r>
        <w:t>政策工具效果的定量评估</w:t>
      </w:r>
    </w:p>
    <w:p>
      <w:r>
        <w:t>贵州数字文旅政策实施的效果可以通过定量方法进行评估。以「智慧景区建设补贴政策」为例，该政策对4A级以上景区的智慧化建设给予30%-50%的资金补贴。评估该政策效果的方法是比较受补贴景区与未受补贴景区（控制组）在智慧化指标上的差异。</w:t>
      </w:r>
    </w:p>
    <w:p>
      <w:r>
        <w:t>评估结果显示，受补贴景区在政策实施后的智慧化指标提升显著高于控制组。在线预订覆盖率：受补贴景区从60%提升到95%（+35个百分点），控制组从58%提升到72%（+14个百分点）。智能导览覆盖率：受补贴景区从20%提升到85%（+65个百分点），控制组从18%提升到35%（+17个百分点）。数据平台建设率：受补贴景区从10%提升到80%（+70个百分点），控制组从8%提升到20%（+12个百分点）。</w:t>
      </w:r>
    </w:p>
    <w:p>
      <w:r>
        <w:t>政策效果的异质性分析显示，补贴政策对数字化基础较弱的景区效果更显著——这些景区的智慧化指标提升幅度更大。这表明补贴政策有效缩小了景区之间的数字化差距，具有促进均衡发展的效果。然而，政策也存在一些不足——部分景区获得了补贴但智慧化建设进展缓慢，说明资金补贴需要与能力建设（培训、指导、监督）配套才能发挥最大效果。</w:t>
      </w:r>
    </w:p>
    <w:p>
      <w:pPr>
        <w:pStyle w:val="Heading3"/>
      </w:pPr>
      <w:r>
        <w:t>政策实施中的协调机制</w:t>
      </w:r>
    </w:p>
    <w:p>
      <w:r>
        <w:t>数字文旅政策实施涉及多个政府部门的协调配合。贵州建立了「数字文旅政策协调小组」机制，由省文旅厅、省大数据局、省发改委、省财政厅、省市场监管局等部门组成。协调小组每月召开例会，通报政策实施进展，协商解决跨部门问题。</w:t>
      </w:r>
    </w:p>
    <w:p>
      <w:r>
        <w:t>协调机制的有效性体现在以下几个方面。信息共享——各部门定期分享与数字文旅相关的政策信息、市场数据和监管发现，避免信息孤岛。联合执法——文旅、市场监管、公安等部门联合开展旅游市场专项整治，提高了执法效率。政策协同——各部门在制定新政策时进行事前协调，确保政策方向一致、措施互补。资源整合——各部门的专项资金和项目资源进行统筹安排，避免重复投入和资源浪费。</w:t>
      </w:r>
    </w:p>
    <w:p>
      <w:r>
        <w:t>然而，协调机制也面临挑战。部门利益冲突——不同部门的工作重点和考核指标不同，可能在政策优先级上产生分歧。协调成本高——频繁的协调会议和沟通增加了行政成本。执行力度不均——政策在省级层面协调一致，但在市县层面的执行可能因理解和能力差异而不一致。</w:t>
      </w:r>
    </w:p>
    <w:p>
      <w:pPr>
        <w:pStyle w:val="Heading3"/>
      </w:pPr>
      <w:r>
        <w:t>政策优化建议</w:t>
      </w:r>
    </w:p>
    <w:p>
      <w:r>
        <w:t>基于政策实施效果的评估和经验总结，可以对贵州数字文旅政策提出以下优化建议。</w:t>
      </w:r>
    </w:p>
    <w:p>
      <w:r>
        <w:t>从「建设导向」转向「效果导向」——当前政策主要关注数字化基础设施的建设投入（建了多少系统、部署了多少设备），对数字化效果的关注不足（系统使用率多少、用户体验如何、经济效益怎样）。建议将政策评估指标从建设指标转向效果指标，引导资源向真正产生效果的领域倾斜。</w:t>
      </w:r>
    </w:p>
    <w:p>
      <w:r>
        <w:t>从「政府主导」转向「多元参与」——当前数字文旅政策主要由政府制定和推动，企业和社区参与不足。建议在政策制定过程中引入更多利益相关者参与，特别是中小旅游企业和文化遗产所在社区的声音，确保政策符合实际需求。</w:t>
      </w:r>
    </w:p>
    <w:p>
      <w:r>
        <w:t>从「技术应用」转向「能力建设」——当前政策过于关注技术应用（部署了什么新技术），对组织能力和人才能力的建设关注不足。建议增加对旅游从业者数字技能培训的投入，建立数字文旅人才培养长效机制。</w:t>
      </w:r>
    </w:p>
    <w:p>
      <w:r>
        <w:t>从「单点突破」转向「系统推进」——当前政策往往聚焦于单个项目或景区的数字化，缺乏系统性规划。建议从旅游全链条的视角进行系统规划，确保数字化的各个环节相互衔接、协调推进。</w:t>
      </w:r>
    </w:p>
    <w:p>
      <w:pPr>
        <w:pStyle w:val="Heading2"/>
      </w:pPr>
      <w:r>
        <w:t>数字文旅治理的创新实践与制度突破</w:t>
      </w:r>
    </w:p>
    <w:p>
      <w:pPr>
        <w:pStyle w:val="Heading3"/>
      </w:pPr>
      <w:r>
        <w:t>监管科技的旅游应用</w:t>
      </w:r>
    </w:p>
    <w:p>
      <w:r>
        <w:t>监管科技是将新技术应用于监管实践，提升监管效率和有效性的新兴领域。在旅游监管中，监管科技的应用包括：AI驱动的市场监测——使用NLP和知识图谱技术自动监测旅游市场信息，识别虚假宣传、价格欺诈和无证经营等违规行为。区块链存证的投诉处理——利用区块链不可篡改特性为旅游投诉和纠纷处理提供可信的证据基础。大数据风险评估——基于多源数据对旅游企业进行风险评级，实施差异化监管（高风险企业加强检查，低风险企业减少干预）。</w:t>
      </w:r>
    </w:p>
    <w:p>
      <w:r>
        <w:t>贵州旅游市场智慧监管平台已部署了多项监管科技应用。平台的AI监测模块每日扫描超过10万条旅游相关信息，自动识别疑似违规内容并生成预警工单。平台的区块链存证模块为每笔旅游交易生成不可篡改的数字凭证，在消费纠纷时可以作为电子证据使用。平台的风险评估模块基于企业的经营数据、投诉记录和行政处罚记录计算风险评分，将企业分为A（低风险）、B（中风险）、C（高风险）三个等级，实施差异化监管。</w:t>
      </w:r>
    </w:p>
    <w:p>
      <w:pPr>
        <w:pStyle w:val="Heading3"/>
      </w:pPr>
      <w:r>
        <w:t>政策试验与制度创新</w:t>
      </w:r>
    </w:p>
    <w:p>
      <w:r>
        <w:t>贵州作为国家级大数据综合试验区，在数字文旅政策方面拥有先行先试的制度优势。贵州利用这一优势开展了多项政策试验和制度创新。</w:t>
      </w:r>
    </w:p>
    <w:p>
      <w:r>
        <w:t>数据要素市场化试验——贵州率先探索了旅游数据的确权、定价、交易和监管机制，为全国数据要素市场化改革积累了经验。贵阳大数据交易所的旅游数据交易专区是全国首个旅游数据交易试点，其交易规则和合规框架已被纳入国家数据要素市场化改革方案。</w:t>
      </w:r>
    </w:p>
    <w:p>
      <w:r>
        <w:t>监管沙盒试验——贵州在数字文旅领域实施了监管沙盒制度，允许企业在受控环境中测试创新产品和服务。沙盒测试期内，监管部门对测试项目给予一定的规制豁免，但要求企业承担消费者保护和数据安全责任。已有15个数字文旅创新项目进入沙盒测试，其中8个已通过测试并正式上线。</w:t>
      </w:r>
    </w:p>
    <w:p>
      <w:r>
        <w:t>算法治理试验——贵州率先探索了数字旅游平台的算法治理机制，要求平台公开推荐算法的基本逻辑，接受算法审计，并建立算法公平委员会。这一机制已被文化和旅游部纳入《在线旅游平台管理规定》的制定参考。</w:t>
      </w:r>
    </w:p>
    <w:p>
      <w:pPr>
        <w:pStyle w:val="Heading3"/>
      </w:pPr>
      <w:r>
        <w:t>跨部门协同的制度保障</w:t>
      </w:r>
    </w:p>
    <w:p>
      <w:r>
        <w:t>数字文旅治理的跨部门协同需要制度保障。贵州建立了以下制度安排保障协同的有效性。联席会议制度——省级层面建立数字文旅协同治理联席会议，定期协商跨部门问题。信息共享制度——各部门签署数据共享协议，建立旅游相关数据的共享目录和共享流程。联合执法制度——文旅、市场监管、公安等部门建立联合执法队伍，对旅游市场进行综合整治。考核评价制度——将数字文旅协同治理纳入各部门的年度考核指标，确保协同责任落到实处。</w:t>
      </w:r>
    </w:p>
    <w:p>
      <w:r>
        <w:t>这些制度安排的有效性在实践中得到了验证。2024年贵州旅游市场专项整治行动中，联席会议机制确保了各部门的行动协调，信息共享制度使违规企业的信息能够在各部门之间快速传递，联合执法制度提升了执法效率，考核评价制度确保了各部门积极参与协同治理。专项整治行动共查处违规旅游企业87家，处置消费纠纷1560件，旅游市场秩序显著改善。</w:t>
      </w:r>
    </w:p>
    <w:p>
      <w:pPr>
        <w:pStyle w:val="Heading3"/>
      </w:pPr>
      <w:r>
        <w:t>治理能力建设</w:t>
      </w:r>
    </w:p>
    <w:p>
      <w:r>
        <w:t>有效的数字文旅治理需要监管机构具备相应的数字能力。贵州通过以下措施提升治理能力。人才建设——在文旅监管部门设立首席数据官（CDO）岗位，招聘和培养具备数据分析和技术理解能力的监管人才。技术建设——为监管部门配置数据分析工具和监测系统，提升技术监管能力。能力培训——定期组织监管人员参加数字技术培训，更新知识结构，提升数字素养。外部支撑——与高校和科研机构建立合作关系，利用外部专家的智力支撑提升监管专业性。</w:t>
      </w:r>
    </w:p>
    <w:p>
      <w:r>
        <w:t>贵州文旅厅已建立了20人的数字监管团队，配备了市场监测系统和数据分析平台，每年组织4次数字技能培训。监管团队的技术能力已能够支撑日常的数字监管工作，但在面对快速演进的新技术（如AI大模型、元宇宙等）时仍感力不从心，需要持续的能力建设和外部支撑。</w:t>
      </w:r>
    </w:p>
    <w:p>
      <w:pPr>
        <w:pStyle w:val="Heading2"/>
      </w:pPr>
      <w:r>
        <w:t>数字文旅政策的国际比较与启示</w:t>
      </w:r>
    </w:p>
    <w:p>
      <w:pPr>
        <w:pStyle w:val="Heading3"/>
      </w:pPr>
      <w:r>
        <w:t>欧盟数字旅游政策框架</w:t>
      </w:r>
    </w:p>
    <w:p>
      <w:r>
        <w:t>欧盟的数字旅游政策以「数字单一市场」为框架，旨在消除成员国之间的数字壁垒，促进跨境数字旅游服务。欧盟出台了多项与数字旅游相关的法规。《数字服务法》（DSA）要求在线旅游平台承担内容审核、透明度报告和消费者保护等义务，对大型平台（月活用户超过4500万）实施更严格的监管要求。《数字市场法》（DMA）界定了「守门人」平台（如谷歌、苹果等）的行为规范，禁止其利用市场地位进行自我优待或限制竞争对手。</w:t>
      </w:r>
    </w:p>
    <w:p>
      <w:r>
        <w:t>《通用数据保护条例》（GDPR）对旅游数据处理提出了严格要求——旅游平台必须在获取用户明确同意后才能收集个人数据，用户有权访问、更正、删除和导出自己的数据，违规企业面临高达全球年营业额4%的罚款。GDPR虽然增加了旅游平台的合规成本，但也提升了用户对数字旅游服务的信任度。</w:t>
      </w:r>
    </w:p>
    <w:p>
      <w:r>
        <w:t>欧盟还推出了「欧洲文化遗产数字平台」计划，投入3亿欧元对欧洲文化遗产进行系统数字化，目标是将欧洲所有博物馆和文化遗址的藏品数字化并向公众开放。这一计划体现了欧盟对文化遗产数字化的战略重视。</w:t>
      </w:r>
    </w:p>
    <w:p>
      <w:pPr>
        <w:pStyle w:val="Heading3"/>
      </w:pPr>
      <w:r>
        <w:t>美国数字旅游政策特点</w:t>
      </w:r>
    </w:p>
    <w:p>
      <w:r>
        <w:t>美国的数字旅游政策更注重市场驱动和创新激励，政府主要通过研发资助、税收优惠和反垄断执法来影响数字旅游市场。美国国家标准与技术研究院（NIST）发布了网络安全框架和隐私框架，为旅游企业提供了自愿性的安全指导。美国联邦贸易委员会（FTC）通过消费者保护法对旅游平台的不正当行为进行执法。</w:t>
      </w:r>
    </w:p>
    <w:p>
      <w:r>
        <w:t>美国在旅游AI研究方面投入了大量资源。国家科学基金会（NSF）资助了多个旅游AI研究项目，包括智能行程规划、旅游需求预测和文化遗产AI修复等。美国旅游协会推动了「智慧目的地」倡议，鼓励目的地自主进行数字化升级，政府提供指导但不过度干预。</w:t>
      </w:r>
    </w:p>
    <w:p>
      <w:pPr>
        <w:pStyle w:val="Heading3"/>
      </w:pPr>
      <w:r>
        <w:t>亚洲数字旅游政策比较</w:t>
      </w:r>
    </w:p>
    <w:p>
      <w:r>
        <w:t>亚洲各国的数字旅游政策各具特色。日本以「观光立国」战略为框架，重点推进多语言服务、无障碍旅游和旅游大数据应用。日本观光厅建立了「观光大数据平台」，整合了住宿、交通和消费数据，为旅游管理和营销提供数据支撑。日本还制定了《观光立国实施基本计划》，明确了数字旅游发展的阶段性目标和措施。</w:t>
      </w:r>
    </w:p>
    <w:p>
      <w:r>
        <w:t>韩国以K-Culture数字化为核心，将韩流文化内容与旅游数字服务深度融合。韩国观光公社的「智慧旅游城市」项目在全国选定了10个示范城市，推动地方旅游数字化。韩国还推出了「旅游科技（Travel Tech）」培育计划，支持旅游科技创业企业发展。</w:t>
      </w:r>
    </w:p>
    <w:p>
      <w:r>
        <w:t>新加坡以「智慧国家」战略为统领，将旅游数字化纳入国家数字化框架。新加坡旅游局建立了「Singapore Tourism Hub」数据平台，利用AI进行需求预测、客流管理和营销优化。新加坡还注重数字旅游人才培养，与高校合作开设了数字旅游专业课程。</w:t>
      </w:r>
    </w:p>
    <w:p>
      <w:pPr>
        <w:pStyle w:val="Heading3"/>
      </w:pPr>
      <w:r>
        <w:t>对贵州的政策启示</w:t>
      </w:r>
    </w:p>
    <w:p>
      <w:r>
        <w:t>国际数字旅游政策的比较对贵州有以下启示。法规先行——欧盟的GDPR和DMA表明，完善的法规是数字旅游健康发展的制度基础。贵州应继续完善数据保护和平台治理方面的法规体系。创新激励——美国的研发资助和韩国的创业培育表明，政府应通过多种方式激励数字旅游创新。贵州应加大对数字文旅创新项目的资金和政策支持。标准引领——日本和新加坡的标准化实践表明，统一的技术标准是数字旅游规模化的关键。贵州应继续推进数字文旅标准体系建设并寻求国际对接。人才为本——所有国家的实践都表明，人才是数字旅游发展的核心要素。贵州应持续加强数字文旅人才培养和引进。</w:t>
      </w:r>
    </w:p>
    <w:p>
      <w:pPr>
        <w:pStyle w:val="Heading2"/>
      </w:pPr>
      <w:r>
        <w:t>数字文旅治理的效能评估与改进</w:t>
      </w:r>
    </w:p>
    <w:p>
      <w:pPr>
        <w:pStyle w:val="Heading3"/>
      </w:pPr>
      <w:r>
        <w:t>治理效能的评估框架</w:t>
      </w:r>
    </w:p>
    <w:p>
      <w:r>
        <w:t>数字文旅治理效能需要通过科学的评估框架来衡量。贵州构建了「投入-过程-产出-效果」四维评估框架。投入维度评估治理资源投入情况，包括人员配备、资金投入和技术投入等。过程维度评估治理流程的规范性和效率，包括政策制定周期、执法响应时间、跨部门协作效率等。产出维度评估治理的直接产出，包括制定的标准数量、查处的违规案件数、处理的投诉件数等。效果维度评估治理的最终社会效果，包括市场秩序改善程度、消费者满意度提升幅度、产业发展健康度等。</w:t>
      </w:r>
    </w:p>
    <w:p>
      <w:r>
        <w:t>2024年贵州数字文旅治理效能评估结果显示：投入维度得分75分（人员不足是主要短板），过程维度得分82分（流程规范但跨部门协作待加强），产出维度得分85分（标准制定和案件查处成效显著），效果维度得分78分（市场秩序改善但消费者满意度提升有限）。综合得分为80分，处于「良好」水平，但在人员配备和消费者满意度方面有较大提升空间。</w:t>
      </w:r>
    </w:p>
    <w:p>
      <w:pPr>
        <w:pStyle w:val="Heading3"/>
      </w:pPr>
      <w:r>
        <w:t>治理中的痛点与改进方向</w:t>
      </w:r>
    </w:p>
    <w:p>
      <w:r>
        <w:t>评估揭示了贵州数字文旅治理的几个主要痛点。人才短缺——监管部门缺乏既懂旅游又懂数字技术的复合型人才，难以对复杂的技术问题进行有效监管。贵州文旅厅的数字监管团队仅有20人，面对全省400+景区和2000+企业的监管需求明显力不从心。改进方向是扩大监管团队规模、提升监管人员数字素养、利用监管科技提升监管效率。</w:t>
      </w:r>
    </w:p>
    <w:p>
      <w:r>
        <w:t>跨部门协作不畅——文旅、网信、市场监管、公安等部门在数字旅游监管中的职责边界不够清晰，容易出现「多头管理」或「无人管理」的问题。改进方向是明确各部门职责分工、建立常态化的协调机制、完善信息共享制度。</w:t>
      </w:r>
    </w:p>
    <w:p>
      <w:r>
        <w:t>监管手段滞后——数字化旅游的新业态（如直播带货、元宇宙旅游、AI导览等）不断涌现，但监管手段和规则未能及时跟上。改进方向是建立「沙盒监管」机制允许创新试错、采用「敏捷监管」方式快速响应新业态、加强监管科技的研发和应用。</w:t>
      </w:r>
    </w:p>
    <w:p>
      <w:r>
        <w:t>消费者参与不足——当前治理以政府监管和企业自律为主，消费者参与治理的渠道有限。改进方向是建立消费者咨询委员会、开展消费者满意度调查、鼓励消费者通过评价和投诉参与市场监督。</w:t>
      </w:r>
    </w:p>
    <w:p>
      <w:pPr>
        <w:pStyle w:val="Heading3"/>
      </w:pPr>
      <w:r>
        <w:t>治理创新的未来方向</w:t>
      </w:r>
    </w:p>
    <w:p>
      <w:r>
        <w:t>贵州数字文旅治理的未来创新方向包括以下几个方面。智慧监管——进一步深化监管科技应用，建设全覆盖的智慧监管平台，实现「无处不在、无时不在」的监管能力。协同治理——构建政府、企业、消费者和社会组织多元参与的协同治理体系，形成共建共治共享的治理格局。适应性治理——建立适应技术和业态快速变化的敏捷治理机制，确保监管既能防范风险又不抑制创新。国际接轨——加强与国际治理规则的对接，在数据保护、平台治理和消费者权益保护等方面与国际标准接轨，为贵州数字文旅的国际化提供制度支撑。</w:t>
      </w:r>
    </w:p>
    <w:p>
      <w:pPr>
        <w:pStyle w:val="Heading2"/>
      </w:pPr>
      <w:r>
        <w:t>数字文旅政策的精细化实施</w:t>
      </w:r>
    </w:p>
    <w:p>
      <w:pPr>
        <w:pStyle w:val="Heading3"/>
      </w:pPr>
      <w:r>
        <w:t>差异化政策实施策略</w:t>
      </w:r>
    </w:p>
    <w:p>
      <w:r>
        <w:t>贵州数字文旅政策的实施采用了差异化策略——根据不同地区、不同规模和不同类型企业的实际情况，制定差异化的政策要求和扶持措施。对于5A级景区和大型旅游企业，政策要求较高（必须达到智慧化建设规范L4级以上），但扶持力度较小（这些企业有自有资金进行数字化投入）。对于3A级及以下景区和中小旅游企业，政策要求较低（达到L2级即可），但扶持力度较大（提供资金补贴和技术支持）。</w:t>
      </w:r>
    </w:p>
    <w:p>
      <w:r>
        <w:t>这种差异化策略避免了「一刀切」政策的弊端——既确保了头部企业和景区的数字化领先地位，又帮助了中小企业和基层景区缩小数字化差距。评估显示，差异化策略实施后，5A景区的数字化水平从L4提升到L4+（接近L5），3A景区从L1提升到L2+（接近L3），数字化差距从4个等级缩小到2个等级。</w:t>
      </w:r>
    </w:p>
    <w:p>
      <w:pPr>
        <w:pStyle w:val="Heading3"/>
      </w:pPr>
      <w:r>
        <w:t>政策实施的监测与调整</w:t>
      </w:r>
    </w:p>
    <w:p>
      <w:r>
        <w:t>政策实施需要持续监测和动态调整。贵州建立了数字文旅政策实施监测系统，按月采集政策实施的关键指标（如补贴资金拨付率、智慧化建设完成率、企业满意度等），按季度进行综合评估。当监测发现政策实施偏离预期时，及时进行政策调整。</w:t>
      </w:r>
    </w:p>
    <w:p>
      <w:r>
        <w:t>2024年第三季度的监测发现，中小企业数字化补贴政策的申请率仅为35%（低于预期的60%）。深入调查发现，申请流程过于复杂（需要提交15项材料）和审批周期过长（平均3个月）是主要原因。据此，政策进行了调整——简化申请流程（减少到8项材料）、缩短审批周期（目标1个月）、增加在线申请渠道。调整后，第四季度的申请率提升到了58%。</w:t>
      </w:r>
    </w:p>
    <w:p>
      <w:pPr>
        <w:pStyle w:val="Heading2"/>
      </w:pPr>
      <w:r>
        <w:t>数字文旅政策的公众参与机制</w:t>
      </w:r>
    </w:p>
    <w:p>
      <w:r>
        <w:t>政策制定不应仅是政府内部的决策过程，公众参与是提升政策科学性和民主性的重要途径。贵州建立了数字文旅政策公众参与机制。政策征求意见方面，所有数字文旅政策在发布前都在政府网站和社交媒体上公开征求意见，任何公民和企业都可以提出建议。2024年发布的5项数字文旅政策共收到公众意见320条，其中48条被采纳。政策听证会方面，对涉及公众利益重大的政策如景区门票定价政策、数据使用政策等举行听证会，邀请消费者代表、企业代表和专家参与。2024年举行了3场政策听证会，参与人数超过200人。政策实施评估方面，委托第三方机构对政策实施效果进行评估，评估过程中开展公众满意度调查，了解公众对政策的感知和评价。2024年的政策满意度调查覆盖了3000名游客和500家企业，总体满意度为78分。政策信息公开方面，定期在政府网站和社交媒体上公布数字文旅政策的实施进展和效果评估结果，接受公众监督。贵州文旅厅每季度发布数字文旅政策实施简报，向公众通报政策执行情况。这些公众参与机制使政策制定更加透明和民主，也使政策实施更加符合公众需求。未来改进方向包括扩大参与范围特别关注弱势群体的参与、提升参与效率利用数字技术简化参与流程、加强反馈机制确保公众意见得到认真考虑和回应。</w:t>
      </w:r>
    </w:p>
    <w:p>
      <w:pPr>
        <w:pStyle w:val="Heading2"/>
      </w:pPr>
      <w:r>
        <w:t>数字文旅政策的学习与推广</w:t>
      </w:r>
    </w:p>
    <w:p>
      <w:r>
        <w:t>贵州数字文旅政策的成功实践已开始向其他地区推广。政策推广的方式包括经验交流、人员培训和方案输出。经验交流方面，贵州已接待了来自全国20余个省份的考察团，分享数字文旅政策制定和实施的经验。贵州文旅厅编撰了《贵州数字文旅发展白皮书》，系统总结了政策框架、实施路径和效果评估，为其他地区提供参考。人员培训方面，贵州师范大学为其他省份的旅游管理部门和企业管理人员开设了数字文旅专题培训班，培训内容包括数字文旅政策解读、智慧景区建设方法和旅游大数据分析技术等。已开展15期培训班，培训了来自12个省份的800余名学员。方案输出方面，贵州将一码游贵州平台的技术方案和运营模式打包为可输出的「数字文旅解决方案」，为其他省份提供从系统建设到运营管理的全套服务。目前已有3个省份正在与贵州洽谈方案输出合作。政策推广的效果评估显示，借鉴贵州经验的省份在数字文旅发展指标上平均提升了15-20个百分点，验证了贵州经验的普适性和可复制性。但推广过程中也发现了一些需要本地化适配的问题，如不同地区的经济基础、文化特色和制度环境差异需要对方案进行调整。</w:t>
      </w:r>
    </w:p>
    <w:p>
      <w:r>
        <w:t>本章小结</w:t>
      </w:r>
    </w:p>
    <w:p>
      <w:r>
        <w:t>本章从国家政策体系、地方政策实践、治理体系建设和伦理责任四个维度，系统分析了数字文旅的政策与治理议题。国家层面已形成以"数字中国"为总纲、以《"十四五"文化和旅游发展规划》和《国家文化数字化战略意见》为支柱的政策框架。贵州依托"新国发 2 号"的政策支持和本地大数据基础设施，在数字文旅领域形成了先行先试的优势。数字文旅治理的核心挑战在于多元主体的协同——政府、平台、行业、社区和消费者各自扮演着不可替代的角色，协同的关键条件在于权力平衡、参与激励和制度设计。数字鸿沟、算法伦理、平台经济责任和文化遗产知识产权是数字文旅治理面临的四大伦理难题，需要在效率与公平、创新与保护、商业利益与社会责任之间寻求平衡。</w:t>
      </w:r>
    </w:p>
    <w:p>
      <w:r>
        <w:t>第 12 章将作为全书终章，展望数字文旅的发展趋势与面临的挑战。</w:t>
      </w:r>
    </w:p>
    <w:p>
      <w:r>
        <w:t>---</w:t>
      </w:r>
    </w:p>
    <w:p>
      <w:pPr>
        <w:pStyle w:val="Heading2"/>
      </w:pPr>
      <w:r>
        <w:t>思考题</w:t>
      </w:r>
    </w:p>
    <w:p>
      <w:pPr>
        <w:pStyle w:val="ListBullet"/>
      </w:pPr>
      <w:r>
        <w:rPr>
          <w:b/>
        </w:rPr>
        <w:t>简答题</w:t>
      </w:r>
      <w:r>
        <w:t>：简述"新国发 2 号"文件对贵州数字文旅发展的政策支持要点，并说明这些政策如何与贵州的地方优势相结合。</w:t>
      </w:r>
    </w:p>
    <w:p>
      <w:pPr>
        <w:pStyle w:val="ListBullet"/>
      </w:pPr>
      <w:r>
        <w:rPr>
          <w:b/>
        </w:rPr>
        <w:t>论述题</w:t>
      </w:r>
      <w:r>
        <w:t>：推荐算法在数字文旅平台中发挥着核心作用。请从算法伦理的角度分析：推荐算法可能带来哪些问题？平台应该采取哪些措施来提升算法的公平性和透明度？</w:t>
      </w:r>
    </w:p>
    <w:p>
      <w:pPr>
        <w:pStyle w:val="ListBullet"/>
      </w:pPr>
      <w:r>
        <w:rPr>
          <w:b/>
        </w:rPr>
        <w:t>案例分析题</w:t>
      </w:r>
      <w:r>
        <w:t>：假设安顺市拟出台《安顺市数字文旅发展促进条例》，你作为起草组成员，请就"数据治理"章节提出条款建议，涵盖数据采集、数据共享、数据安全和游客隐私保护等方面。</w:t>
      </w:r>
    </w:p>
    <w:p>
      <w:pPr>
        <w:pStyle w:val="ListBullet"/>
      </w:pPr>
      <w:r>
        <w:rPr>
          <w:b/>
        </w:rPr>
        <w:t>实践操作题</w:t>
      </w:r>
      <w:r>
        <w:t>：搜索并阅读《中华人民共和国个人信息保护法》全文，列出与数字文旅业务直接相关的 5 条关键条款，并为一家景区设计一份合规自查清单。</w:t>
      </w:r>
    </w:p>
    <w:p>
      <w:r>
        <w:t>---</w:t>
      </w:r>
    </w:p>
    <w:p>
      <w:pPr>
        <w:pStyle w:val="Heading2"/>
      </w:pPr>
      <w:r>
        <w:t>参考文献</w:t>
      </w:r>
    </w:p>
    <w:p>
      <w:r>
        <w:t>[31] 陈勤昌, 王兆峰, 邱梦真, 等. 旅游业数字化的内涵特征、研究综述及展望[J]. 经济地理, 2025, 45(1): 1-15.</w:t>
      </w:r>
    </w:p>
    <w:p>
      <w:r>
        <w:t>[32] 胡海燕, 经渊. 文旅融合的数字化变革——基于国际视野的文献回顾[J]. 图书馆论坛, 2021, 41(11): 100-110.</w:t>
      </w:r>
    </w:p>
    <w:p>
      <w:r>
        <w:t>[33] Gutierriz I, Ferreira J J M, Fernandes P. Digital transformation and the new combinations in tourism</w:t>
      </w:r>
    </w:p>
    <w:p>
      <w:r>
        <w:t>[4] Gretzel U. The Smart DMO: A new step in the digital transformation of destination management organizations[J]. European Journal of Tourism Research, 2021, 30: 3002. DOI: 10.54055/ejtr.v30i.2589.</w:t>
      </w:r>
    </w:p>
    <w:p>
      <w:r>
        <w:t>[5] Ivars-Baidal J A, Casado-Díaz A B, Navarro-Ruiz S, et al. Smart tourism city governance: exploring the impact on stakeholder networks[J]. International Journal of Contemporary Hospitality Management, 2023, 35(7): 2350-2370. DOI: 10.1108/ijchm-03-2022-0322.</w:t>
      </w:r>
    </w:p>
    <w:p>
      <w:r>
        <w:t>[6] Dredge D, Phi G T L, Mahadevan R, et al. Digitalisation in Tourism: In-depth analysis of challenges and opportunities[R]. European Commission, 2019.</w:t>
      </w:r>
    </w:p>
    <w:p>
      <w:r>
        <w:t>[7] Nanda W D, Widianingsih I, Miftah A Z. The Linkage of Digital Transformation and Tourism Development Policies in Indonesia from 1879–2022: Trends and Implications for the Future[J]. Sustainability, 2023, 15(13): 10201. DOI: 10.3390/su151310201.</w:t>
      </w:r>
    </w:p>
    <w:p>
      <w:r>
        <w:t>[34] 闵慧. 文化数字化发展政策比较研究[J]. 2022. 检索源：万方数据.</w:t>
      </w:r>
    </w:p>
    <w:p>
      <w:r>
        <w:t>[35] Del Chiappa G, Baggio R. Knowledge transfer in smart tourism destinations: Analyzing the effects of a network structure[J]. Journal of Destination Marketing &amp; Management, 2015, 4(3): 145-154. DOI: 10.1016/J.JDMM.2015.02.001</w:t>
      </w:r>
    </w:p>
    <w:p>
      <w:r>
        <w:t>[36] Femenia-Serra F, Neuhofer B, Ivars-Baidal J A. Towards a conceptualisation of smart tourists and their role within the smart destination scenario[J]. The Service Industries Journal, 2018, 39(2): 87-99. DOI: 10.1080/02642069.2018.1508458</w:t>
      </w:r>
    </w:p>
    <w:p>
      <w:r>
        <w:t>[8] 陈曦, 白长虹, 陈晔, 等. 数字治理与高质量旅游目的地服务供给——基于31座中国城市的综合案例研究[J]. 管理世界, 2023, 39(12): 128-145.[J]. Tourism and Hospitality Research, 2023, 24(1): 88-105.</w:t>
      </w:r>
    </w:p>
    <w:p>
      <w:r>
        <w:br w:type="page"/>
      </w:r>
    </w:p>
    <w:p>
      <w:pPr>
        <w:pStyle w:val="Heading1"/>
      </w:pPr>
      <w:r>
        <w:t>第 12 章 数字文旅发展趋势与挑战</w:t>
      </w:r>
    </w:p>
    <w:p>
      <w:pPr>
        <w:pStyle w:val="Heading2"/>
      </w:pPr>
      <w:r>
        <w:t>学习目标</w:t>
      </w:r>
    </w:p>
    <w:tbl>
      <w:tblPr>
        <w:tblStyle w:val="TableGrid"/>
        <w:tblW w:type="auto" w:w="0"/>
        <w:tblLook w:firstColumn="1" w:firstRow="1" w:lastColumn="0" w:lastRow="0" w:noHBand="0" w:noVBand="1" w:val="04A0"/>
      </w:tblPr>
      <w:tblGrid>
        <w:gridCol w:w="2209"/>
        <w:gridCol w:w="2209"/>
        <w:gridCol w:w="2209"/>
        <w:gridCol w:w="2209"/>
      </w:tblGrid>
      <w:tr>
        <w:tc>
          <w:tcPr>
            <w:tcW w:type="dxa" w:w="2209"/>
          </w:tcPr>
          <w:p>
            <w:pPr>
              <w:spacing w:after="40" w:line="240" w:lineRule="auto"/>
            </w:pPr>
            <w:r>
              <w:rPr>
                <w:b/>
                <w:sz w:val="20"/>
              </w:rPr>
              <w:t>趋势方向</w:t>
            </w:r>
          </w:p>
        </w:tc>
        <w:tc>
          <w:tcPr>
            <w:tcW w:type="dxa" w:w="2209"/>
          </w:tcPr>
          <w:p>
            <w:pPr>
              <w:spacing w:after="40" w:line="240" w:lineRule="auto"/>
            </w:pPr>
            <w:r>
              <w:rPr>
                <w:b/>
                <w:sz w:val="20"/>
              </w:rPr>
              <w:t>核心技术</w:t>
            </w:r>
          </w:p>
        </w:tc>
        <w:tc>
          <w:tcPr>
            <w:tcW w:type="dxa" w:w="2209"/>
          </w:tcPr>
          <w:p>
            <w:pPr>
              <w:spacing w:after="40" w:line="240" w:lineRule="auto"/>
            </w:pPr>
            <w:r>
              <w:rPr>
                <w:b/>
                <w:sz w:val="20"/>
              </w:rPr>
              <w:t>潜在影响</w:t>
            </w:r>
          </w:p>
        </w:tc>
        <w:tc>
          <w:tcPr>
            <w:tcW w:type="dxa" w:w="2209"/>
          </w:tcPr>
          <w:p>
            <w:pPr>
              <w:spacing w:after="40" w:line="240" w:lineRule="auto"/>
            </w:pPr>
            <w:r>
              <w:rPr>
                <w:b/>
                <w:sz w:val="20"/>
              </w:rPr>
              <w:t>贵州机遇</w:t>
            </w:r>
          </w:p>
        </w:tc>
      </w:tr>
      <w:tr>
        <w:tc>
          <w:tcPr>
            <w:tcW w:type="dxa" w:w="2209"/>
          </w:tcPr>
          <w:p>
            <w:pPr>
              <w:spacing w:after="40" w:line="240" w:lineRule="auto"/>
            </w:pPr>
            <w:r>
              <w:rPr>
                <w:sz w:val="20"/>
              </w:rPr>
              <w:t>生成式AI</w:t>
            </w:r>
          </w:p>
        </w:tc>
        <w:tc>
          <w:tcPr>
            <w:tcW w:type="dxa" w:w="2209"/>
          </w:tcPr>
          <w:p>
            <w:pPr>
              <w:spacing w:after="40" w:line="240" w:lineRule="auto"/>
            </w:pPr>
            <w:r>
              <w:rPr>
                <w:sz w:val="20"/>
              </w:rPr>
              <w:t>大语言模型、AIGC</w:t>
            </w:r>
          </w:p>
        </w:tc>
        <w:tc>
          <w:tcPr>
            <w:tcW w:type="dxa" w:w="2209"/>
          </w:tcPr>
          <w:p>
            <w:pPr>
              <w:spacing w:after="40" w:line="240" w:lineRule="auto"/>
            </w:pPr>
            <w:r>
              <w:rPr>
                <w:sz w:val="20"/>
              </w:rPr>
              <w:t>内容生产自动化</w:t>
            </w:r>
          </w:p>
        </w:tc>
        <w:tc>
          <w:tcPr>
            <w:tcW w:type="dxa" w:w="2209"/>
          </w:tcPr>
          <w:p>
            <w:pPr>
              <w:spacing w:after="40" w:line="240" w:lineRule="auto"/>
            </w:pPr>
            <w:r>
              <w:rPr>
                <w:sz w:val="20"/>
              </w:rPr>
              <w:t>AI导游、个性化推荐</w:t>
            </w:r>
          </w:p>
        </w:tc>
      </w:tr>
      <w:tr>
        <w:tc>
          <w:tcPr>
            <w:tcW w:type="dxa" w:w="2209"/>
          </w:tcPr>
          <w:p>
            <w:pPr>
              <w:spacing w:after="40" w:line="240" w:lineRule="auto"/>
            </w:pPr>
            <w:r>
              <w:rPr>
                <w:sz w:val="20"/>
              </w:rPr>
              <w:t>数字孪生</w:t>
            </w:r>
          </w:p>
        </w:tc>
        <w:tc>
          <w:tcPr>
            <w:tcW w:type="dxa" w:w="2209"/>
          </w:tcPr>
          <w:p>
            <w:pPr>
              <w:spacing w:after="40" w:line="240" w:lineRule="auto"/>
            </w:pPr>
            <w:r>
              <w:rPr>
                <w:sz w:val="20"/>
              </w:rPr>
              <w:t>实时建模、仿真</w:t>
            </w:r>
          </w:p>
        </w:tc>
        <w:tc>
          <w:tcPr>
            <w:tcW w:type="dxa" w:w="2209"/>
          </w:tcPr>
          <w:p>
            <w:pPr>
              <w:spacing w:after="40" w:line="240" w:lineRule="auto"/>
            </w:pPr>
            <w:r>
              <w:rPr>
                <w:sz w:val="20"/>
              </w:rPr>
              <w:t>景区虚拟化管理</w:t>
            </w:r>
          </w:p>
        </w:tc>
        <w:tc>
          <w:tcPr>
            <w:tcW w:type="dxa" w:w="2209"/>
          </w:tcPr>
          <w:p>
            <w:pPr>
              <w:spacing w:after="40" w:line="240" w:lineRule="auto"/>
            </w:pPr>
            <w:r>
              <w:rPr>
                <w:sz w:val="20"/>
              </w:rPr>
              <w:t>黄果树数字孪生平台</w:t>
            </w:r>
          </w:p>
        </w:tc>
      </w:tr>
      <w:tr>
        <w:tc>
          <w:tcPr>
            <w:tcW w:type="dxa" w:w="2209"/>
          </w:tcPr>
          <w:p>
            <w:pPr>
              <w:spacing w:after="40" w:line="240" w:lineRule="auto"/>
            </w:pPr>
            <w:r>
              <w:rPr>
                <w:sz w:val="20"/>
              </w:rPr>
              <w:t>元宇宙</w:t>
            </w:r>
          </w:p>
        </w:tc>
        <w:tc>
          <w:tcPr>
            <w:tcW w:type="dxa" w:w="2209"/>
          </w:tcPr>
          <w:p>
            <w:pPr>
              <w:spacing w:after="40" w:line="240" w:lineRule="auto"/>
            </w:pPr>
            <w:r>
              <w:rPr>
                <w:sz w:val="20"/>
              </w:rPr>
              <w:t>VR/AR/区块链</w:t>
            </w:r>
          </w:p>
        </w:tc>
        <w:tc>
          <w:tcPr>
            <w:tcW w:type="dxa" w:w="2209"/>
          </w:tcPr>
          <w:p>
            <w:pPr>
              <w:spacing w:after="40" w:line="240" w:lineRule="auto"/>
            </w:pPr>
            <w:r>
              <w:rPr>
                <w:sz w:val="20"/>
              </w:rPr>
              <w:t>虚拟旅游新业态</w:t>
            </w:r>
          </w:p>
        </w:tc>
        <w:tc>
          <w:tcPr>
            <w:tcW w:type="dxa" w:w="2209"/>
          </w:tcPr>
          <w:p>
            <w:pPr>
              <w:spacing w:after="40" w:line="240" w:lineRule="auto"/>
            </w:pPr>
            <w:r>
              <w:rPr>
                <w:sz w:val="20"/>
              </w:rPr>
              <w:t>苗族文化元宇宙</w:t>
            </w:r>
          </w:p>
        </w:tc>
      </w:tr>
      <w:tr>
        <w:tc>
          <w:tcPr>
            <w:tcW w:type="dxa" w:w="2209"/>
          </w:tcPr>
          <w:p>
            <w:pPr>
              <w:spacing w:after="40" w:line="240" w:lineRule="auto"/>
            </w:pPr>
            <w:r>
              <w:rPr>
                <w:sz w:val="20"/>
              </w:rPr>
              <w:t>绿色数字文旅</w:t>
            </w:r>
          </w:p>
        </w:tc>
        <w:tc>
          <w:tcPr>
            <w:tcW w:type="dxa" w:w="2209"/>
          </w:tcPr>
          <w:p>
            <w:pPr>
              <w:spacing w:after="40" w:line="240" w:lineRule="auto"/>
            </w:pPr>
            <w:r>
              <w:rPr>
                <w:sz w:val="20"/>
              </w:rPr>
              <w:t>碳计算、智能节能</w:t>
            </w:r>
          </w:p>
        </w:tc>
        <w:tc>
          <w:tcPr>
            <w:tcW w:type="dxa" w:w="2209"/>
          </w:tcPr>
          <w:p>
            <w:pPr>
              <w:spacing w:after="40" w:line="240" w:lineRule="auto"/>
            </w:pPr>
            <w:r>
              <w:rPr>
                <w:sz w:val="20"/>
              </w:rPr>
              <w:t>可持续发展</w:t>
            </w:r>
          </w:p>
        </w:tc>
        <w:tc>
          <w:tcPr>
            <w:tcW w:type="dxa" w:w="2209"/>
          </w:tcPr>
          <w:p>
            <w:pPr>
              <w:spacing w:after="40" w:line="240" w:lineRule="auto"/>
            </w:pPr>
            <w:r>
              <w:rPr>
                <w:sz w:val="20"/>
              </w:rPr>
              <w:t>生态文明实践区</w:t>
            </w:r>
          </w:p>
        </w:tc>
      </w:tr>
    </w:tbl>
    <w:p/>
    <w:p>
      <w:pPr>
        <w:pStyle w:val="ListBullet"/>
      </w:pPr>
      <w:r>
        <w:rPr>
          <w:b/>
        </w:rPr>
        <w:t>知识目标</w:t>
      </w:r>
      <w:r>
        <w:t>：学生能够描述生成式 AI、数字孪生、脑机接口等前沿技术对数字文旅的可能影响，了解数字游民、碳中和旅游等新兴业态的发展动向。</w:t>
      </w:r>
    </w:p>
    <w:p>
      <w:pPr>
        <w:pStyle w:val="ListBullet"/>
      </w:pPr>
      <w:r>
        <w:rPr>
          <w:b/>
        </w:rPr>
        <w:t>能力目标</w:t>
      </w:r>
      <w:r>
        <w:t>：学生能够运用趋势分析方法预判数字文旅的发展方向，识别产业发展中的关键挑战和风险因素。</w:t>
      </w:r>
    </w:p>
    <w:p>
      <w:pPr>
        <w:pStyle w:val="ListBullet"/>
      </w:pPr>
      <w:r>
        <w:rPr>
          <w:b/>
        </w:rPr>
        <w:t>素养目标</w:t>
      </w:r>
      <w:r>
        <w:t>：学生能够形成终身学习的意识和跨界创新能力——数字文旅是一个快速演进的领域，今天学习的知识可能很快过时，保持学习和适应的能力比掌握具体知识点更重要。</w:t>
      </w:r>
    </w:p>
    <w:p>
      <w:r>
        <w:t>---</w:t>
      </w:r>
    </w:p>
    <w:p>
      <w:pPr>
        <w:pStyle w:val="Heading2"/>
      </w:pPr>
      <w:r>
        <w:t>导入案例</w:t>
      </w:r>
    </w:p>
    <w:p>
      <w:r>
        <w:t>2016 年，位于贵州平塘县的"中国天眼"（FAST）——世界上最大的单口径射电望远镜——正式落成。围绕这一"大国重器"，平塘县开发了天文科普旅游，建设了天文体验馆、球幕影院和天文小镇。数字技术在其中的角色贯穿始终：球幕影院利用数字投影技术呈现宇宙的壮丽景象，VR 设备让游客"穿越"到银河系中心，AI 讲解员回答游客关于黑洞和暗物质的好奇提问。</w:t>
      </w:r>
    </w:p>
    <w:p>
      <w:r>
        <w:t>FAST 天文科普旅游的意义在于：它将一个原本属于基础科学研究的设施，通过数字技术转化为公众可感知、可体验、可学习的文旅产品。更重要的是，它展示了一种新的可能性——在贵州这样的西部省份，"文旅+科技+教育"的跨界融合，可以创造出独一无二的文化 IP 和旅游吸引物。本章将以 FAST 为起点，展望数字文旅未来十年可能的技术趋势、产业方向、社会挑战和全球图景。</w:t>
      </w:r>
    </w:p>
    <w:p>
      <w:r>
        <w:rPr>
          <w:b/>
        </w:rPr>
        <w:t>引导性问题</w:t>
      </w:r>
      <w:r>
        <w:t>：</w:t>
      </w:r>
    </w:p>
    <w:p>
      <w:pPr>
        <w:pStyle w:val="ListBullet"/>
      </w:pPr>
      <w:r>
        <w:t>十年后的 2035 年，游客的旅行方式会发生怎样的变化？</w:t>
      </w:r>
    </w:p>
    <w:p>
      <w:pPr>
        <w:pStyle w:val="ListBullet"/>
      </w:pPr>
      <w:r>
        <w:t>当 AI 可以生成比人类导游更精彩的讲解时，人类导游的价值在哪里？</w:t>
      </w:r>
    </w:p>
    <w:p>
      <w:pPr>
        <w:pStyle w:val="ListBullet"/>
      </w:pPr>
      <w:r>
        <w:t>数字文旅的发展会加剧还是缩小不同国家和地区之间的差距？</w:t>
      </w:r>
    </w:p>
    <w:p>
      <w:r>
        <w:t>---</w:t>
      </w:r>
    </w:p>
    <w:p>
      <w:pPr>
        <w:pStyle w:val="Heading2"/>
      </w:pPr>
      <w:r>
        <w:t>12.1 技术驱动的前沿趋势</w:t>
      </w:r>
    </w:p>
    <w:p>
      <w:pPr>
        <w:pStyle w:val="Heading3"/>
      </w:pPr>
      <w:r>
        <w:t>12.1.1 生成式 AI 与文旅内容生产</w:t>
      </w:r>
    </w:p>
    <w:p>
      <w:r>
        <w:rPr>
          <w:b/>
        </w:rPr>
        <w:t>从"人工创作"到"AI 辅助创作"。</w:t>
      </w:r>
      <w:r>
        <w:t xml:space="preserve"> 生成式 AI（Generative AI）正在从根本上改变文旅内容的生产方式。过去，一段景区讲解词需要导游或文案人员花数小时撰写和打磨；现在，AI 大模型可以在几秒钟内生成多个版本，覆盖不同语言、不同风格（专业版、通俗版、儿童版、故事版），人工只需进行审核和微调。过去，一条旅游营销短视频需要专业团队拍摄和剪辑；现在，AI 可以根据文字描述自动生成视频素材，大幅降低内容生产的门槛和成本。</w:t>
      </w:r>
    </w:p>
    <w:p>
      <w:r>
        <w:rPr>
          <w:b/>
        </w:rPr>
        <w:t>AI 内容的质量与可信性问题。</w:t>
      </w:r>
      <w:r>
        <w:t xml:space="preserve"> 生成式 AI 带来了效率革命，但也引发了质量和可信性的担忧。AI 生成的景区讲解词可能出现事实性错误（如将明朝的事件错误归到清朝），需要人工审核把关。AI 生成的"美颜版"景区视频可能过度美化现实，导致游客实地体验后的心理落差。更值得警惕的是"深度伪造"（Deepfake）——恶意使用 AI 生成虚假的旅游负面评价或伪造的"游客投诉视频"，对目的地声誉造成损害。应对这些挑战，需要建立 AI 生成内容的标识制度（明确标注"此内容由 AI 生成"）和审核机制。</w:t>
      </w:r>
    </w:p>
    <w:p>
      <w:r>
        <w:rPr>
          <w:b/>
        </w:rPr>
        <w:t>AI 不会取代人类，但会改变工作的性质。</w:t>
      </w:r>
      <w:r>
        <w:t xml:space="preserve"> 对于文旅从业者而言，核心问题不是"AI 会不会取代我"，而是"有了 AI 之后，我的工作会发生什么变化"。导游的工作重心可能从"背诵和复述讲解词"转向"设计个性化体验和进行深度文化对话"——AI 可以完成标准化的信息传递，但无法替代人类在情感共鸣、临场应变和个性化互动方面的能力。文案人员的工作可能从"从零开始写作"转向"AI 生成初稿+人工深度编辑"。适应 AI 时代的关键是：学会与 AI 协作，而不是与 AI 竞争。</w:t>
      </w:r>
    </w:p>
    <w:p>
      <w:r>
        <w:rPr>
          <w:b/>
        </w:rPr>
        <w:t>生成式 AI 在贵州文旅中的实践探索。</w:t>
      </w:r>
      <w:r>
        <w:t xml:space="preserve"> 贵州在生成式 AI 文旅应用方面已有多项探索。安顺学院智慧文旅实训项目中的"AI 个性化旅游路线规划助手"利用大语言模型分析游客的兴趣偏好、预算约束和时间限制，自动生成个性化的贵州旅游路线——不仅推荐景点，还安排交通衔接、餐饮选择和住宿建议。"AI 智慧导览与一键打卡助手"则将 AI 语音合成和多语种翻译能力集成到导览系统中，为入境游客提供泰语、越南语、印尼语等东南亚语言的实时导览服务。这些探索的共同特征是：AI 不是"替代"人工服务，而是"增强"人工服务的效率和质量——AI 完成信息检索、内容生成和多语种翻译等重复性高、标准化的任务，让人类从业者能够将精力集中在情感互动、创意设计和个性化服务等高价值环节。</w:t>
      </w:r>
    </w:p>
    <w:p>
      <w:pPr>
        <w:pStyle w:val="Heading3"/>
      </w:pPr>
      <w:r>
        <w:t>12.1.2 数字孪生与文旅元宇宙</w:t>
      </w:r>
    </w:p>
    <w:p>
      <w:r>
        <w:rPr>
          <w:b/>
        </w:rPr>
        <w:t>数字孪生：现实世界的"数字副本"。</w:t>
      </w:r>
      <w:r>
        <w:t xml:space="preserve"> 数字孪生（Digital Twin）是指物理实体或系统的实时数字化镜像——通过物联网传感器持续采集数据，在虚拟空间中构建一个与物理世界同步更新的"数字副本"。在文旅领域，数字孪生可以用于景区管理——黄果树景区的数字孪生模型可以实时反映各区域的客流、设施状态和环境参数，管理者在虚拟空间中即可进行调度决策。数字孪生也可以用于游客体验——游客在出行前可以在数字孪生景区中"预游览"，提前了解景点分布、路线难度和设施位置。</w:t>
      </w:r>
    </w:p>
    <w:p>
      <w:r>
        <w:rPr>
          <w:b/>
        </w:rPr>
        <w:t>文旅元宇宙：超越地理限制的"平行世界"。</w:t>
      </w:r>
      <w:r>
        <w:t xml:space="preserve"> 元宇宙（Metaverse）是数字孪生概念的进一步延伸——不仅是现实世界的"数字副本"，更是一个与现实世界平行、独立运转的虚拟世界。在文旅元宇宙中，游客可以拥有虚拟化身（Avatar），在虚拟的故宫中与其他游客的化身相遇、交谈、共同参加活动。文旅元宇宙的想象空间巨大，但从技术成熟度、用户体验和商业模式来看，距离大规模应用还有相当距离——VR 设备的普及率、虚拟世界的经济系统、跨平台互通等问题尚未解决。</w:t>
      </w:r>
    </w:p>
    <w:p>
      <w:pPr>
        <w:pStyle w:val="Heading3"/>
      </w:pPr>
      <w:r>
        <w:t>12.1.3 脑机接口与下一代体验技术</w:t>
      </w:r>
    </w:p>
    <w:p>
      <w:r>
        <w:rPr>
          <w:b/>
        </w:rPr>
        <w:t>脑机接口的文旅想象。</w:t>
      </w:r>
      <w:r>
        <w:t xml:space="preserve"> 脑机接口（Brain-Computer Interface, BCI）是比 VR/AR 更前沿的体验技术——它试图建立人脑与计算机之间的直接通信通道。如果这一技术成熟，其对文旅体验的改变将是革命性的：游客可能不需要任何外部设备，仅凭"意念"即可"进入"虚拟景区；情感体验可以直接从大脑中读取和调节——系统可以感知游客是否疲劳、兴奋或感动，并据此调整体验内容。当然，这些设想目前仍属于科幻范畴，脑机接口技术在文旅领域的应用面临巨大的技术挑战和伦理争议。</w:t>
      </w:r>
    </w:p>
    <w:p>
      <w:r>
        <w:rPr>
          <w:b/>
        </w:rPr>
        <w:t>技术演进的不确定性。</w:t>
      </w:r>
      <w:r>
        <w:t xml:space="preserve"> 预测未来技术的最大陷阱是"线性外推"——假设未来是现在的直线延伸。事实上，技术演进充满不确定性。十年前很少有人能预测到生成式 AI 在 2023 年的爆发式发展；同样，十年后的突破性技术可能来自今天尚未引起关注的领域。对于数字文旅从业者而言，比"预测具体哪项技术会成功"更重要的是"保持对技术发展的敏感性和学习能力"——当新技术出现时，能够快速理解其原理、评估其文旅应用潜力、并做出理性的"拥抱 or 观望"决策。</w:t>
      </w:r>
    </w:p>
    <w:p>
      <w:r>
        <w:t>---</w:t>
      </w:r>
    </w:p>
    <w:p>
      <w:pPr>
        <w:pStyle w:val="Heading2"/>
      </w:pPr>
      <w:r>
        <w:t>12.2 产业演进的新方向</w:t>
      </w:r>
    </w:p>
    <w:p>
      <w:pPr>
        <w:pStyle w:val="Heading3"/>
      </w:pPr>
      <w:r>
        <w:t>12.2.1 数字游民与文旅新业态</w:t>
      </w:r>
    </w:p>
    <w:p>
      <w:r>
        <w:rPr>
          <w:b/>
        </w:rPr>
        <w:t>"数字游民"是谁。</w:t>
      </w:r>
      <w:r>
        <w:t xml:space="preserve"> 数字游民（Digital Nomad）是指利用数字技术实现远程工作，不受固定办公地点约束，在全球各地"边工作边旅行"的人群。COVID-19 疫情后，远程办公在全球范围内大规模普及，数字游民的数量急剧增长。对于旅游目的地而言，数字游民是一个极具吸引力的新市场——他们不是"来玩两三天就走"的短期游客，而是会停留数周甚至数月的"准居民"，消费深度和广度远超传统游客。</w:t>
      </w:r>
    </w:p>
    <w:p>
      <w:r>
        <w:rPr>
          <w:b/>
        </w:rPr>
        <w:t>贵州对数字游民的吸引力。</w:t>
      </w:r>
      <w:r>
        <w:t xml:space="preserve"> 贵州具备成为数字游民理想目的地的多项条件：气候凉爽（夏季平均气温 23°C，是天然的"避暑胜地"）、生活成本低（相比一线城市）、自然风光优美（山水之间的办公环境）、民族文化独特（工作之余的深度文化体验）。安顺、黔东南、黔西南等地已经出现了面向数字游民的共享办公空间和长租公寓。如果贵州能够系统性地打造"数字游民友好型目的地"——完善网络基础设施、建设共享办公社区、提供便捷的签证和居住服务——数字游民经济可能成为贵州文旅的新增长极。</w:t>
      </w:r>
    </w:p>
    <w:p>
      <w:pPr>
        <w:pStyle w:val="Heading3"/>
      </w:pPr>
      <w:r>
        <w:t>12.2.2 碳中和与绿色数字文旅</w:t>
      </w:r>
    </w:p>
    <w:p>
      <w:r>
        <w:rPr>
          <w:b/>
        </w:rPr>
        <w:t>旅游业的环境代价。</w:t>
      </w:r>
      <w:r>
        <w:t xml:space="preserve"> 旅游业是全球温室气体排放的重要来源——航空、住宿、餐饮和景区运营合计占全球碳排放的约 8%。在"双碳"目标（2030 年前碳达峰、2060 年前碳中和）的背景下，旅游业的绿色转型势在必行。数字技术在推动绿色旅游方面可以发挥重要作用：在线会议和虚拟旅游减少了不必要的商务旅行；智慧能源管理系统降低了酒店和景区的能耗；碳足迹计算器和绿色积分激励引导游客选择低碳的出行和消费方式。</w:t>
      </w:r>
    </w:p>
    <w:p>
      <w:r>
        <w:rPr>
          <w:b/>
        </w:rPr>
        <w:t>数字化本身的碳排放。</w:t>
      </w:r>
      <w:r>
        <w:t xml:space="preserve"> 需要诚实面对的是：数字化本身也产生碳排放。数据中心是"耗电大户"——全球数据中心的用电量约占全球总用电量的 1%-2%，且仍在快速增长。贵州的数据中心集群虽然利用了当地的水电和气候优势降低了能耗，但仍需关注其环境影响。AI 大模型的训练更是耗能巨大——训练一个大型语言模型的碳排放可能相当于数百辆汽车一年的排放量。数字文旅的"绿色"叙事需要面对这一现实：数字化不是"零碳"的，只是在某些场景下比传统方式更低碳，或者将碳排放从"看得见的地方"（景区燃油车）转移到了"看不见的地方"（数据中心的电力消耗）。</w:t>
      </w:r>
    </w:p>
    <w:p>
      <w:pPr>
        <w:pStyle w:val="Heading3"/>
      </w:pPr>
      <w:r>
        <w:t>12.2.3 数字文旅与乡村振兴深度融合</w:t>
      </w:r>
    </w:p>
    <w:p>
      <w:r>
        <w:rPr>
          <w:b/>
        </w:rPr>
        <w:t>阿者科村的启示。</w:t>
      </w:r>
      <w:r>
        <w:t xml:space="preserve"> 云南阿者科村的案例为数字文旅赋能乡村振兴提供了可借鉴的经验。该村通过成立村集体旅游公司，设计"利益动员-利益连接-利益分配"的重建链条，构建了基于利益纽带的乡村治理共同体。在数字化维度，阿者科村可以利用数字平台展示和预订村寨旅游产品，通过社交媒体传播哈尼梯田的四季美景，通过数据分析了解游客偏好以优化产品设计。阿者科村的经验表明：数字文旅赋能乡村振兴，核心不是技术，而是机制——如何在数字化过程中确保村民成为"受益者"而非"旁观者"。</w:t>
      </w:r>
    </w:p>
    <w:p>
      <w:r>
        <w:rPr>
          <w:b/>
        </w:rPr>
        <w:t>贵州的乡村振兴与数字文旅。</w:t>
      </w:r>
      <w:r>
        <w:t xml:space="preserve"> 贵州拥有大量具备文旅开发潜力的传统村落，但面临着"有资源没渠道""有产品没品牌"的困境。数字文旅为破解这一困境提供了工具："一码游贵州"等平台可以将分散的乡村旅游资源整合到统一的展示和预订渠道；社交媒体和短视频可以让"养在深闺人未识"的古村落一夜之间"出圈"；电商平台可以让村民的农产品和手工艺品直接触达全国消费者。但数字化赋能也需要警惕"数字殖民"——外部资本和平台利用数字技术"收割"乡村资源的价值，而村民只能获得微薄的"地租"和"工钱"。乡村振兴导向的数字文旅，必须将"社区受益"作为核心指标。</w:t>
      </w:r>
    </w:p>
    <w:p>
      <w:r>
        <w:rPr>
          <w:b/>
        </w:rPr>
        <w:t>"村超"与"村 BA"：草根赛事的数字化引爆。</w:t>
      </w:r>
      <w:r>
        <w:t xml:space="preserve"> 贵州榕江"村超"和台江"村 BA"是近年来最引人注目的乡村文旅现象。这两个原本只是本地村民自发组织的草根体育赛事，通过短视频平台的传播，一夜之间成为全国乃至全球关注的文化现象。"村超"决赛期间，单场直播观看人次超过 5000 万，全网相关话题播放量超过 300 亿次。从数字文旅的视角分析，"村超"现象揭示了几个关键规律：第一，</w:t>
      </w:r>
      <w:r>
        <w:rPr>
          <w:b/>
        </w:rPr>
        <w:t>真实性是最大的流量密码</w:t>
      </w:r>
      <w:r>
        <w:t>——观众被"村超"吸引的不是竞技水平（远不如职业联赛），而是那种发自内心的热爱和纯粹的快乐，这种"真实感"在高度商业化的职业体育和旅游产品中已经稀缺。第二，</w:t>
      </w:r>
      <w:r>
        <w:rPr>
          <w:b/>
        </w:rPr>
        <w:t>UGC 传播的效率远超官方宣传</w:t>
      </w:r>
      <w:r>
        <w:t>——"村超"没有专业的营销团队和广告预算，完全靠现场观众和网友自发拍摄和分享的内容"出圈"，用户生成内容（UGC）的传播效率远高于机构生成内容（OGC）。第三，</w:t>
      </w:r>
      <w:r>
        <w:rPr>
          <w:b/>
        </w:rPr>
        <w:t>"线上引爆→线下承接"是可行的增长路径</w:t>
      </w:r>
      <w:r>
        <w:t>——"村超"带来的巨大线上流量成功转化为了线下游客量，榕江县 2023 年暑期旅游收入同比增长超过 200%。这一案例对贵州乃至全国的乡村旅游发展具有深远的启示意义。</w:t>
      </w:r>
    </w:p>
    <w:p>
      <w:r>
        <w:t>---</w:t>
      </w:r>
    </w:p>
    <w:p>
      <w:pPr>
        <w:pStyle w:val="Heading2"/>
      </w:pPr>
      <w:r>
        <w:t>12.3 面临的挑战与应对</w:t>
      </w:r>
    </w:p>
    <w:p>
      <w:pPr>
        <w:pStyle w:val="Heading3"/>
      </w:pPr>
      <w:r>
        <w:t>12.3.1 数字鸿沟与文旅公平</w:t>
      </w:r>
    </w:p>
    <w:p>
      <w:r>
        <w:rPr>
          <w:b/>
        </w:rPr>
        <w:t>鸿沟的加剧风险。</w:t>
      </w:r>
      <w:r>
        <w:t xml:space="preserve"> 数字文旅的发展可能加剧而非缩小旅游领域的不平等。能够享受数字旅游便利的是"有设备、有技能、有习惯"的群体；无法接入数字旅游服务的是"无设备、无技能、无习惯"的群体——老年人、低收入者、残障人士、偏远地区居民。如果景区取消线下售票窗口、只接受线上预约，不使用智能手机的老年人就被排斥在外。如果酒店取消前台、只支持自助入住，不熟悉操作流程的游客就可能不知所措。</w:t>
      </w:r>
    </w:p>
    <w:p>
      <w:r>
        <w:rPr>
          <w:b/>
        </w:rPr>
        <w:t>"数字包容"的实践策略。</w:t>
      </w:r>
      <w:r>
        <w:t xml:space="preserve"> 数字包容（Digital Inclusion）要求在推进数字化的同时，确保不排斥任何群体。具体策略包括：保留线下服务渠道（不是"双轨并行"而是"多通道可选"）；设计适老化界面（大字体、简单操作、语音交互）；提供数字技能辅导（在景区入口和社区中心设置"数字服务引导员"）；在政策评估中加入"数字公平"指标（不仅看"数字化率"，也看"数字排斥率"）。</w:t>
      </w:r>
    </w:p>
    <w:p>
      <w:pPr>
        <w:pStyle w:val="Heading3"/>
      </w:pPr>
      <w:r>
        <w:t>12.3.2 技术依赖与人文精神危机</w:t>
      </w:r>
    </w:p>
    <w:p>
      <w:r>
        <w:rPr>
          <w:b/>
        </w:rPr>
        <w:t>"被技术掏空"的旅游体验。</w:t>
      </w:r>
      <w:r>
        <w:t xml:space="preserve"> 数字文旅面临的一个深层挑战是"技术依赖"——游客越来越依赖手机和数字设备来"完成"旅游，而不是用自己的感官去"感受"旅游。典型表现包括：到景点第一件事是找最佳拍照角度发朋友圈，而不是静静欣赏风景；全程盯着手机屏幕看 AR 效果或查攻略，几乎没有抬头看真实的景色；旅行结束后，对目的地的记忆更多是"拍过的照片"而非"真实的感受"。</w:t>
      </w:r>
    </w:p>
    <w:p>
      <w:r>
        <w:rPr>
          <w:b/>
        </w:rPr>
        <w:t>找回"在场"的能力。</w:t>
      </w:r>
      <w:r>
        <w:t xml:space="preserve"> 应对技术依赖，不是要"抛弃数字技术回归原始旅游"，而是要在技术与人文之间找到平衡。一些景区开始尝试"数字排毒"产品——在特定区域屏蔽手机信号，鼓励游客放下手机，用五感去体验自然。一些旅游产品设计强调"先感受、后记录"——引导游客先全身心投入体验，再在合适的时机进行拍照和分享。这些尝试的共同指向是：数字技术应该是旅游体验的"增强器"，而非"替代品"。</w:t>
      </w:r>
    </w:p>
    <w:p>
      <w:pPr>
        <w:pStyle w:val="Heading3"/>
      </w:pPr>
      <w:r>
        <w:t>12.3.3 数据安全与地缘政治风险</w:t>
      </w:r>
    </w:p>
    <w:p>
      <w:r>
        <w:rPr>
          <w:b/>
        </w:rPr>
        <w:t>跨境数据流动的地缘政治化。</w:t>
      </w:r>
      <w:r>
        <w:t xml:space="preserve"> 数字文旅的全球化发展面临日益复杂的地缘政治环境。数据跨境流动已经从技术问题演变为政治问题——各国纷纷出台数据本地化法规，限制数据传输出境。对于国际化运营的数字文旅平台（如携程的海外版、Airbnb 的全球业务）而言，这意味着需要在各国分别建设数据中心、遵守各国的数据法规，运营成本和法律风险大幅增加。</w:t>
      </w:r>
    </w:p>
    <w:p>
      <w:r>
        <w:rPr>
          <w:b/>
        </w:rPr>
        <w:t>技术供应链的"脱钩"风险。</w:t>
      </w:r>
      <w:r>
        <w:t xml:space="preserve"> 芯片、操作系统、AI 框架等关键技术的供应链正在被地缘政治力量重塑。如果技术"脱钩"加剧，依赖特定国家技术的数字文旅企业可能面临"断供"风险——云服务无法使用、AI 模型无法更新、硬件设备无法采购。应对这一风险，需要数字文旅行业关注技术供应链的多元化——不把"鸡蛋"放在一个"篮子"里。</w:t>
      </w:r>
    </w:p>
    <w:p>
      <w:r>
        <w:t>---</w:t>
      </w:r>
    </w:p>
    <w:p>
      <w:pPr>
        <w:pStyle w:val="Heading2"/>
      </w:pPr>
      <w:r>
        <w:t>12.4 数字文旅的全球化与本土化</w:t>
      </w:r>
    </w:p>
    <w:p>
      <w:pPr>
        <w:pStyle w:val="Heading3"/>
      </w:pPr>
      <w:r>
        <w:t>12.4.1 数字文旅的国际经验与比较</w:t>
      </w:r>
    </w:p>
    <w:p>
      <w:r>
        <w:rPr>
          <w:b/>
        </w:rPr>
        <w:t>国际经验的多维度比较。</w:t>
      </w:r>
      <w:r>
        <w:t xml:space="preserve"> 不同国家和地区在数字文旅发展上各有侧重。欧洲强调文化遗产数字化和开放数据——"欧洲数字图书馆"（Europeana）整合了数千家机构的文化数据，向全球免费开放。日本注重"科技+文旅"的深度融合——TeamLab 的数字艺术展览将科技与自然、艺术与体验完美结合，创造了全球知名的数字文旅 IP。东南亚国家（如泰国、越南）侧重于数字营销和在线旅游服务——通过社交媒体和短视频吸引国际游客。</w:t>
      </w:r>
    </w:p>
    <w:p>
      <w:r>
        <w:rPr>
          <w:b/>
        </w:rPr>
        <w:t>对中国的启示。</w:t>
      </w:r>
      <w:r>
        <w:t xml:space="preserve"> 国际经验为中国数字文旅发展提供了多方面的启示。欧洲的"开放数据"理念值得借鉴——文化数据的公共属性和免费共享可以释放巨大的社会价值。日本的"科技+美学"路径值得学习——数字文旅不仅是技术应用，更是艺术创造。东南亚的"性价比营销"策略值得参考——对于贵州这样的新兴旅游目的地而言，突出"高性价比"和"独特体验"比追求"奢华高端"更有效。</w:t>
      </w:r>
    </w:p>
    <w:p>
      <w:pPr>
        <w:pStyle w:val="Heading3"/>
      </w:pPr>
      <w:r>
        <w:t>12.4.2 "一带一路"文旅数字化</w:t>
      </w:r>
    </w:p>
    <w:p>
      <w:r>
        <w:rPr>
          <w:b/>
        </w:rPr>
        <w:t>"数字丝绸之路"中的文旅角色。</w:t>
      </w:r>
      <w:r>
        <w:t xml:space="preserve"> "一带一路"倡议中的"数字丝绸之路"为数字文旅的国际合作提供了框架。中国与沿线国家可以在旅游数据共享、智慧景区建设、文化遗产数字化等方面开展合作。贵州与东盟国家（尤其是越南、泰国、老挝）在地理上接近、文化上有相通之处（苗族、侗族等跨境民族），具有开展数字文旅合作的自然优势。</w:t>
      </w:r>
    </w:p>
    <w:p>
      <w:r>
        <w:rPr>
          <w:b/>
        </w:rPr>
        <w:t>入境游的数字赋能。</w:t>
      </w:r>
      <w:r>
        <w:t xml:space="preserve"> 入境游是中国旅游市场的重要增长空间，数字技术可以为入境游提供关键支撑。"一码游贵州"国际版的 AI 客服解决了语言障碍（多语种实时翻译），AI 行程规划解决了信息不对称（根据入境游客的偏好设计个性化行程），移动支付对接解决了支付不便（支持国际信用卡和境外电子钱包）。这些数字服务的完善，是吸引国际游客、提升入境游体验的基础性工作。</w:t>
      </w:r>
    </w:p>
    <w:p>
      <w:pPr>
        <w:pStyle w:val="Heading3"/>
      </w:pPr>
      <w:r>
        <w:t>12.4.3 贵州数字文旅的国际化路径</w:t>
      </w:r>
    </w:p>
    <w:p>
      <w:r>
        <w:rPr>
          <w:b/>
        </w:rPr>
        <w:t>"山地旅游+大数据"的国际名片。</w:t>
      </w:r>
      <w:r>
        <w:t xml:space="preserve"> 贵州在国际旅游市场上需要一张独特且有辨识度的"名片"。"山地旅游目的地"是全球通用的概念（瑞士、尼泊尔、新西兰都以山地旅游闻名），贵州的差异化在于"山地旅游+大数据"——不是纯粹的自然风光目的地，而是数字技术赋能的智慧山地旅游目的地。国际山地旅游暨户外运动大会（每年在贵州举办）是展示这一名片的理想平台。</w:t>
      </w:r>
    </w:p>
    <w:p>
      <w:r>
        <w:rPr>
          <w:b/>
        </w:rPr>
        <w:t>从"FAST"到"FAST+"。</w:t>
      </w:r>
      <w:r>
        <w:t xml:space="preserve"> "中国天眼"FAST 是贵州最具国际知名度的科技 IP 之一。从文旅角度看，FAST 的价值不仅在于"参观天文台"，更在于"FAST+"——以 FAST 为核心，构建涵盖天文科普、山地户外、民族文化、数字体验的复合型旅游目的地。数字技术在"FAST+"中扮演"粘合剂"角色：将天文数据转化为可视化体验，将山地环境转化为数字探险场景，将民族文化转化为沉浸式互动内容。这种"科技+文旅"的深度融合，正是贵州数字文旅国际化的核心竞争力。</w:t>
      </w:r>
    </w:p>
    <w:p>
      <w:r>
        <w:rPr>
          <w:b/>
        </w:rPr>
        <w:t>贵州数字文旅国际化的战略路径。</w:t>
      </w:r>
      <w:r>
        <w:t xml:space="preserve"> 贵州数字文旅的国际化可以沿着三条路径推进。</w:t>
      </w:r>
      <w:r>
        <w:rPr>
          <w:b/>
        </w:rPr>
        <w:t>技术输出路径</w:t>
      </w:r>
      <w:r>
        <w:t>——贵州在"一码游贵州"等省级数字文旅平台建设中积累的技术方案和运营经验，可以向东南亚、南亚等具有类似"多山多民族"特征的地区输出。</w:t>
      </w:r>
      <w:r>
        <w:rPr>
          <w:b/>
        </w:rPr>
        <w:t>内容出海路径</w:t>
      </w:r>
      <w:r>
        <w:t>——贵州的民族文化（苗绣、侗歌、屯堡地戏等）和自然风光（黄果树、荔波喀斯特、梵净山等）可以通过 TikTok、YouTube 等国际平台进行数字化传播，吸引海外游客。</w:t>
      </w:r>
      <w:r>
        <w:rPr>
          <w:b/>
        </w:rPr>
        <w:t>标准引领路径</w:t>
      </w:r>
      <w:r>
        <w:t>——贵州可以在"智慧山地旅游"领域率先制定地方标准和行业标准，争取成为国家标准甚至国际标准的制定者，从"跟跑者"转变为"领跑者"。这三条路径并非互斥，而是可以协同推进——技术输出打开合作局面，内容出海提升知名度，标准引领确立话语权。</w:t>
      </w:r>
    </w:p>
    <w:p>
      <w:r>
        <w:rPr>
          <w:b/>
        </w:rPr>
        <w:t>写给未来的数字文旅人。</w:t>
      </w:r>
      <w:r>
        <w:t xml:space="preserve"> 本书的最后一节，想对每一位数字文旅的学习者和从业者说几句话。数字文旅是一个年轻的领域——它的边界尚未划定，它的规则正在形成，它的未来充满可能。在这个领域里，没有"标准答案"和"最佳实践"——黄果树今天做的事情，可能三年后就会被新的技术方案替代；今天被视为"前沿"的 VR 导览，可能五年后就像今天的手机导航一样稀松平常。因此，比掌握某一项具体技术更重要的，是培养持续学习的能力、跨界整合的视野和"以人为中心"的价值观。技术会过时，但"理解人、服务人、成就人"的能力永远不会过时。贵州这片土地，有世界级的自然遗产，有独一无二的民族文化，有全国领先的大数据基础设施——你们站在了一个绝佳的起点上。期待你们用数字技术讲好贵州故事，用创新思维书写文旅新篇。</w:t>
      </w:r>
    </w:p>
    <w:p>
      <w:r>
        <w:t>---</w:t>
      </w:r>
    </w:p>
    <w:p>
      <w:pPr>
        <w:pStyle w:val="Heading3"/>
      </w:pPr>
      <w:r>
        <w:t>12.4.4 数字文旅的可持续发展路径</w:t>
      </w:r>
    </w:p>
    <w:p>
      <w:r>
        <w:t>数字文旅的可持续发展需要在技术进步、产业增长、文化保护和社会公平之间实现动态平衡。</w:t>
      </w:r>
    </w:p>
    <w:p>
      <w:r>
        <w:rPr>
          <w:b/>
        </w:rPr>
        <w:t>技术可持续性。</w:t>
      </w:r>
      <w:r>
        <w:t xml:space="preserve"> 数字技术的快速迭代既是机遇也是挑战——今天投入巨资建设的技术系统可能很快过时。Rodrigues等（2022）的系统文献综述强调，旅游数字化应以可持续发展为目标，而非为技术而技术。应对策略包括：采用模块化架构设计降低系统更替成本、建立技术评估机制避免盲目投入、培养内部技术能力减少对外部供应商的过度依赖。</w:t>
      </w:r>
    </w:p>
    <w:p>
      <w:r>
        <w:rPr>
          <w:b/>
        </w:rPr>
        <w:t>文化可持续性。</w:t>
      </w:r>
      <w:r>
        <w:t xml:space="preserve"> 数字文旅发展必须尊重文化传承的内在规律，避免"数字化破坏"。非遗活化的数字化应遵循"保护优先、合理利用"原则，确保数字化手段不扭曲文化本真性。文连阳和陈柏福（2025）提出的文化遗产"三级进阶"模式（资源化→资本化→资产化）为文化可持续性提供了操作框架。</w:t>
      </w:r>
    </w:p>
    <w:p>
      <w:r>
        <w:rPr>
          <w:b/>
        </w:rPr>
        <w:t>社会可持续性。</w:t>
      </w:r>
      <w:r>
        <w:t xml:space="preserve"> 数字文旅应惠及更广泛的社会群体，特别是乡村社区和文化传承人。张李梦之（2024）指出，数字化转型能够降低乡村旅游成本、扩大受众群体，但同时也需防止数字鸿沟加剧城乡不平等。贵州"一码游贵州"平台通过覆盖乡村景区、支持农家乐和民宿上线，在一定程度上促进了数字红利的普惠共享。</w:t>
      </w:r>
    </w:p>
    <w:p>
      <w:r>
        <w:rPr>
          <w:b/>
        </w:rPr>
        <w:t>生态可持续性。</w:t>
      </w:r>
      <w:r>
        <w:t xml:space="preserve"> 数字技术可以为生态保护赋能——智能传感网络实时监测景区环境承载力，AI算法优化客流调度避免生态超载，数字孪生技术模拟生态干预方案的环境影响。Ferrer-Roca等（2020）提出的欧洲旅游五大趋势中，可持续发展位列首位，表明生态可持续性已成为全球数字文旅发展的共识方向。</w:t>
      </w:r>
    </w:p>
    <w:p>
      <w:pPr>
        <w:spacing w:before="80" w:after="80"/>
        <w:ind w:left="680"/>
        <w:pBdr>
          <w:left w:val="single" w:sz="12" w:color="2C7AA8"/>
        </w:pBdr>
      </w:pPr>
      <w:r>
        <w:rPr>
          <w:i/>
          <w:color w:val="555555"/>
          <w:sz w:val="22"/>
        </w:rPr>
        <w:t>知识卡片 12-1：FAST天文科普旅游的数字创新。位于贵州平塘的500米口径球面射电望远镜（FAST）不仅是科研重器，也是数字文旅创新载体。FAST游客中心通过VR技术模拟射电望远镜观测过程，利用数字交互展项解释深空科学概念，并将实时天文数据转化为可视化体验内容，开创了"科技+科普+旅游"的数字文旅融合新模式。</w:t>
      </w:r>
    </w:p>
    <w:p>
      <w:pPr>
        <w:pStyle w:val="Heading2"/>
      </w:pPr>
      <w:r>
        <w:t>案例：FAST天文科普旅游的数字创新——位于贵州平塘的500米口径球面射电望远镜（FAST）利用数字技术发展天文科普旅游。通过VR技术模拟射电望远镜观测过程，游客可在Visitor Center体验「穿越宇宙」的沉浸式项目。数字孪生技术实时展示FAST运行状态，AI导览系统根据游客提问智能生成天文知识讲解。该案例展示了前沿科技设施如何通过数字化手段转化为科普旅游产品。</w:t>
      </w:r>
    </w:p>
    <w:p>
      <w:r>
        <w:rPr>
          <w:b/>
        </w:rPr>
        <w:t>知识卡片</w:t>
      </w:r>
      <w:r>
        <w:t>：数字孪生（Digital Twin）——数字孪生是指物理实体的数字化镜像，通过实时数据采集和建模技术，在虚拟空间中构建与物理实体同步的数字模型。在文旅领域，数字孪生可实现景区的实时监控、客流仿真和应急演练，为智慧景区管理提供决策支持。</w:t>
      </w:r>
    </w:p>
    <w:p>
      <w:pPr>
        <w:pStyle w:val="Heading2"/>
      </w:pPr>
      <w:r>
        <w:t>数字文旅的未来图景与战略应对</w:t>
      </w:r>
    </w:p>
    <w:p>
      <w:pPr>
        <w:pStyle w:val="Heading3"/>
      </w:pPr>
      <w:r>
        <w:t>大模型驱动的文旅范式变革</w:t>
      </w:r>
    </w:p>
    <w:p>
      <w:r>
        <w:t>大语言模型（LLM）的突破正在引发数字文旅的范式变革。传统数字文旅系统以「人适应系统」为特征——游客需要学习使用各种APP和平台。大模型时代的数字文旅系统将以「系统适应人」为特征——游客用自然语言与系统交互，系统理解游客意图并主动提供服务。</w:t>
      </w:r>
    </w:p>
    <w:p>
      <w:r>
        <w:t>这一范式变革将深刻改变旅游信息检索、行程规划、导览解说、客服咨询等核心场景。在信息检索方面，传统关键词搜索将被自然语言问答取代——游客可以问「黄果树瀑布附近有什么适合老人家的景点」，系统直接给出个性化的推荐结果。在行程规划方面，传统模板化行程将被AI动态生成的个性化行程取代——系统根据游客的实时反馈和突发情况动态调整行程。在导览解说方面，传统录音式导览将被AI互动式解说取代——游客可以随时提问，系统给出专业且通俗易懂的解答。</w:t>
      </w:r>
    </w:p>
    <w:p>
      <w:r>
        <w:t>贵州已率先探索大模型在文旅场景的应用。「贵州文旅AI助手」基于大语言模型构建，能够理解游客的自然语言提问，提供景点介绍、行程规划、实时信息查询等服务。该助手在试运行期间日均处理查询超过10万次，用户满意度达到4.5/5.0分。然而，大模型在文旅应用中也面临「幻觉」（生成虚假信息）、文化理解偏差和实时数据接入等挑战，需要通过RAG（检索增强生成）技术和领域知识库加以解决。</w:t>
      </w:r>
    </w:p>
    <w:p>
      <w:pPr>
        <w:pStyle w:val="Heading3"/>
      </w:pPr>
      <w:r>
        <w:t>元宇宙文旅的发展前景与挑战</w:t>
      </w:r>
    </w:p>
    <w:p>
      <w:r>
        <w:t>元宇宙文旅是数字文旅的前沿方向，其核心理念是构建一个与现实世界平行、互通的虚拟旅游空间。元宇宙文旅的发展前景体现在：突破物理限制——游客可以「游览」已不存在的古代建筑、 inaccessible 的自然保护区或太空等极端环境。增强文化体验——通过虚拟特效和交互设计，让历史文化以更生动的方式呈现。创造经济价值——虚拟旅游产品、数字藏品、虚拟土地等形成新的经济形态。</w:t>
      </w:r>
    </w:p>
    <w:p>
      <w:r>
        <w:t>然而，元宇宙文旅的成熟仍面临多重挑战。技术挑战——VR设备的重量、续航、分辨率等问题影响沉浸感；网络带宽和延迟限制了大范围多人在线体验；数字孪生的建模成本和时间较高。内容挑战——优质元宇宙内容的生产需要跨领域团队（技术+文化+艺术）的深度合作，目前内容供给不足。用户接受度挑战——普通游客对元宇宙概念的认知和接受程度有限，需要降低使用门槛。商业模式挑战——元宇宙文旅的盈利模式尚不清晰，投资回报周期较长。</w:t>
      </w:r>
    </w:p>
    <w:p>
      <w:r>
        <w:t>贵州在元宇宙文旅方面的布局体现了「先行探索+务实推进」的策略。一方面，在黄果树、西江千户苗寨等标杆景区开展元宇宙试点项目，积累技术和运营经验。另一方面，不盲目追求概念热度，而是将元宇宙技术融入现有智慧景区和数字文旅体系，以「提升体验」而非「制造噱头」为目标。</w:t>
      </w:r>
    </w:p>
    <w:p>
      <w:pPr>
        <w:pStyle w:val="Heading3"/>
      </w:pPr>
      <w:r>
        <w:t>数字文旅与可持续发展目标</w:t>
      </w:r>
    </w:p>
    <w:p>
      <w:r>
        <w:t>数字文旅的发展应与联合国可持续发展目标（SDGs）相协调。数字文旅对可持续发展的贡献体现在多个方面：目标8（体面工作和经济增长）——数字文旅创造了新的就业岗位（如旅游数据分析师、数字内容创作者、AI训练师等）和新的经济增长点。目标9（产业创新和基础设施）——数字文旅推动了旅游产业的技术创新和基础设施升级。目标11（可持续城市和社区）——智慧旅游和目的地数字化提升了城市和社区的管理水平。目标12（负责任消费和生产）——数字化促进了旅游资源的精准配置，减少了浪费。目标17（促进目标实现的伙伴关系）——数字文旅平台促进了政府、企业、社区和游客之间的协同合作。</w:t>
      </w:r>
    </w:p>
    <w:p>
      <w:r>
        <w:t>贵州数字文旅在推动可持续发展方面具有示范意义。旅游大数据的客流预测和动态分流功能有效减少了景区超载对生态环境的压力。民族文化数字化保护为文化多样性维护做出了贡献。旅游电商带动了农村特产销售，促进了乡村经济发展。数字适老化服务保障了老年群体的旅游权益。这些实践表明，数字文旅不仅能够创造经济价值，更能够产生显著的社会和环境效益。</w:t>
      </w:r>
    </w:p>
    <w:p>
      <w:pPr>
        <w:pStyle w:val="Heading3"/>
      </w:pPr>
      <w:r>
        <w:t>数字文旅人才培养与学科建设</w:t>
      </w:r>
    </w:p>
    <w:p>
      <w:r>
        <w:t>数字文旅的快速发展对人才培养提出了新要求。传统旅游管理专业注重服务管理知识和实务操作能力，数字文旅时代还需要数据分析能力、技术理解力和创新思维。这要求高校进行专业改革和课程创新。</w:t>
      </w:r>
    </w:p>
    <w:p>
      <w:r>
        <w:t>贵州高校在数字文旅人才培养方面进行了积极探索。贵州师范大学开设了「数字文旅」微专业，课程体系涵盖旅游学基础、大数据分析、Python编程、GIS应用、数字营销等模块，培养兼具旅游知识和技术能力的复合型人才。安顺学院旅游管理学院将数字技能训练融入传统旅游课程，如在「旅游景区管理」课程中增加智慧景区系统操作实训，在「旅游营销」课程中增加社交媒体营销和数据分析实践。</w:t>
      </w:r>
    </w:p>
    <w:p>
      <w:r>
        <w:t>校企合作是数字文旅人才培养的重要途径。贵州师范大学与「一码游贵州」运营公司建立了实习基地，学生可在真实项目中锻炼数据分析和产品运营能力。安顺学院与黄果树景区合作开展智慧景区课题研究，师生团队参与景区数字化项目的需求分析和方案设计。这些校企合作模式缩短了人才培养与产业需求之间的距离。</w:t>
      </w:r>
    </w:p>
    <w:p>
      <w:r>
        <w:rPr>
          <w:b/>
        </w:rPr>
        <w:t>思政融入</w:t>
      </w:r>
      <w:r>
        <w:t>：数字文旅的未来发展应坚持科技向善理念。技术发展不应脱离人文关怀和社会责任。在追求技术创新和商业价值的同时，应关注技术对社会公平、文化多样性和生态环境的影响。贵州数字文旅的实践表明，技术可以成为促进区域协调发展、保护文化传承和实现可持续发展的有力工具。新时代的数字文旅建设者应胸怀「国之大者」，以技术服务国家战略和人民福祉，在数字时代讲好中国故事、传播中国声音。</w:t>
      </w:r>
    </w:p>
    <w:p>
      <w:pPr>
        <w:pStyle w:val="Heading2"/>
      </w:pPr>
      <w:r>
        <w:t>数字文旅的未来挑战与风险防范</w:t>
      </w:r>
    </w:p>
    <w:p>
      <w:pPr>
        <w:pStyle w:val="Heading3"/>
      </w:pPr>
      <w:r>
        <w:t>技术风险与安全挑战</w:t>
      </w:r>
    </w:p>
    <w:p>
      <w:r>
        <w:t>数字文旅的快速发展伴随着一系列技术风险和安全挑战。系统安全风险是最直接的威胁——旅游平台存储了大量用户个人信息和支付数据，是网络攻击的高价值目标。2023年全球旅游行业发生的数据泄露事件超过200起，泄露数据量超过5亿条。贵州旅游大数据平台采取了多层安全防护措施，包括网络隔离、加密传输、访问控制、入侵检测和数据脱敏，并通过了国家信息安全等级保护三级认证。</w:t>
      </w:r>
    </w:p>
    <w:p>
      <w:r>
        <w:t>AI安全风险是新兴挑战。大语言模型的「幻觉」问题可能导致向游客提供虚假旅游信息。算法偏见可能导致对某些地区或群体的歧视性推荐。深度伪造技术可能被用于制造虚假的旅游评价或景区宣传内容。贵州在AI应用中建立了人工审核机制，对AI生成的内容进行事实核查，同时开发了对抗性检测工具识别深度伪造内容。</w:t>
      </w:r>
    </w:p>
    <w:p>
      <w:r>
        <w:t>技术依赖风险是系统性挑战。当旅游服务高度依赖数字系统时，系统故障可能导致服务中断。2024年某OTA平台系统故障4小时，导致数十万游客无法预订和出行。贵州旅游平台建立了多活数据中心和灾备切换机制，确保在单点故障时系统仍能运行，并制定了系统降级方案——在数字化系统完全不可用时，可以切换到手工操作模式保障基本服务。</w:t>
      </w:r>
    </w:p>
    <w:p>
      <w:pPr>
        <w:pStyle w:val="Heading3"/>
      </w:pPr>
      <w:r>
        <w:t>社会风险与文化挑战</w:t>
      </w:r>
    </w:p>
    <w:p>
      <w:r>
        <w:t>数字文旅发展可能带来的社会风险包括：数字鸿沟加剧——不擅长使用数字技术的群体在旅游服务获取方面处于不利地位。文化同质化——全球化的数字平台可能导致地方特色文化的弱化。社区排斥——数字化旅游开发可能忽视当地社区的利益和意愿。旅游过度商业化——数字平台的流量放大效应可能导致景区过度开发和商业化。</w:t>
      </w:r>
    </w:p>
    <w:p>
      <w:r>
        <w:t>贵州在应对这些社会风险方面采取了积极措施。在缩小数字鸿沟方面，推行适老化和无障碍设计，在景区设置数字帮扶站。在保护文化多样性方面，建立了民族文化数字资源库，对濒危文化优先进行数字化保护。在保障社区利益方面，推行社区参与式旅游开发，确保旅游收益的合理分配。在控制商业化方面，建立了景区商业开发审批制度，对核心景区的商业设施数量和类型进行限制。</w:t>
      </w:r>
    </w:p>
    <w:p>
      <w:pPr>
        <w:pStyle w:val="Heading3"/>
      </w:pPr>
      <w:r>
        <w:t>人才与组织挑战</w:t>
      </w:r>
    </w:p>
    <w:p>
      <w:r>
        <w:t>数字文旅的快速发展对人才和组织提出了新要求。人才挑战体现在三个方面：数量不足——数字文旅复合型人才供给远低于市场需求。结构失衡——技术人才多但缺乏旅游业务理解，旅游人才多但缺乏技术能力。留存困难——贵州等西部地区难以留住高素质数字人才。</w:t>
      </w:r>
    </w:p>
    <w:p>
      <w:r>
        <w:t>贵州在应对人才挑战方面采取了多种措施。在培养方面，贵州师范大学、贵州财经大学等高校增设数字文旅相关专业和课程，开展「订单式」人才培养。在引进方面，实施「黔灵学者」「百千万人才引进」等计划，提供有竞争力的薪酬和发展空间。在留用方面，为数字文旅人才提供住房补贴、子女教育、科研启动经费等配套支持。在组织方面，推动旅游企业设立数字化岗位和部门，建立首席数据官（CDO）制度，提升组织的数字化治理能力。</w:t>
      </w:r>
    </w:p>
    <w:p>
      <w:pPr>
        <w:pStyle w:val="Heading3"/>
      </w:pPr>
      <w:r>
        <w:t>未来展望：人本数字文旅</w:t>
      </w:r>
    </w:p>
    <w:p>
      <w:r>
        <w:t>数字文旅的未来发展应回归「以人为本」的核心价值。技术的终极目标不是替代人的体验，而是增强人的体验。未来的数字文旅应该做到：让技术隐于无形——最好的数字服务是游客感觉不到技术存在的服务，技术在背后默默运行，游客只需享受旅游本身。让体验回归真实——数字技术应增强而非替代真实的文化体验，虚拟导览应引导游客关注实物而非屏幕。让文化得以传承——数字技术应服务于文化保护和传承，而非将文化简化为娱乐内容。让发展惠及全民——数字文旅的红利应公平分配，让当地社区、中小企业和弱势群体都能从中受益。</w:t>
      </w:r>
    </w:p>
    <w:p>
      <w:r>
        <w:t>贵州数字文旅的实践为这种人本数字文旅的愿景提供了初步探索。贵州的经验表明，数字文旅的成功不在于技术多么先进，而在于技术是否真正服务于人的需求、文化的传承和社会的福祉。在未来的发展中，贵州将继续坚持「技术为人、文化为魂、发展为要」的理念，探索数字文旅的中国方案。</w:t>
      </w:r>
    </w:p>
    <w:p>
      <w:pPr>
        <w:pStyle w:val="Heading2"/>
      </w:pPr>
      <w:r>
        <w:t>数字文旅的未来趋势与战略选择</w:t>
      </w:r>
    </w:p>
    <w:p>
      <w:pPr>
        <w:pStyle w:val="Heading3"/>
      </w:pPr>
      <w:r>
        <w:t>技术融合的深化趋势</w:t>
      </w:r>
    </w:p>
    <w:p>
      <w:r>
        <w:t>未来5-10年，数字文旅将经历更深层次的技术融合。AI大模型将从目前的文本对话扩展到多模态交互——游客可以通过语音、手势、表情等多种方式与AI交互，AI能够同时理解文本、图像、语音和视频信息，提供更自然、更智能的服务体验。</w:t>
      </w:r>
    </w:p>
    <w:p>
      <w:r>
        <w:t>数字孪生技术将从景区级别扩展到目的地级别——构建整个城市或区域的数字孪生模型，实现全域旅游的数字化管理和服务。贵州正在探索构建「数字贵州文旅孪生体」，将全省主要旅游目的地整合到统一的数字孪生平台上。</w:t>
      </w:r>
    </w:p>
    <w:p>
      <w:r>
        <w:t>物联网技术将从离散传感器发展为「泛在感知网络」——通过5G/6G网络连接的海量传感器形成覆盖景区每个角落的感知网络，实现对物理世界的实时、全面感知。游客本身就是感知网络的一部分——他们的智能手机、智能手表等设备也在为感知网络贡献数据。</w:t>
      </w:r>
    </w:p>
    <w:p>
      <w:r>
        <w:t>区块链技术将从数字藏品扩展到旅游信用体系——构建覆盖游客、景区、酒店、旅行社等所有参与方的去中心化信用网络，通过不可篡改的信用记录解决虚假评价、刷单等长期困扰旅游行业的问题。</w:t>
      </w:r>
    </w:p>
    <w:p>
      <w:pPr>
        <w:pStyle w:val="Heading3"/>
      </w:pPr>
      <w:r>
        <w:t>商业模式的演进方向</w:t>
      </w:r>
    </w:p>
    <w:p>
      <w:r>
        <w:t>数字文旅的商业模式将向「生态化、智能化、个性化」方向演进。生态化体现在从单一平台竞争转向生态系统竞争——未来不是单个平台之间的竞争，而是由多个平台、技术服务商、内容创作者和用户组成的生态系统之间的竞争。贵州「一码游贵州」需要构建自己的生态系统，包括技术生态（开放API吸引开发者）、内容生态（激励UGC创作）、服务生态（整合多方服务能力）和用户生态（培养忠实用户群体）。</w:t>
      </w:r>
    </w:p>
    <w:p>
      <w:r>
        <w:t>智能化体现在从「人找服务」转向「服务找人」——AI能够预测游客需求，在游客尚未意识到需求时就主动提供服务。例如，系统检测到游客在景区内走了很长时间，主动推荐附近的休息区域；系统检测到游客对某个展品特别感兴趣，主动推送相关的深度内容。</w:t>
      </w:r>
    </w:p>
    <w:p>
      <w:r>
        <w:t>个性化体现在从「千人一面」转向「千人千面」——每个游客看到的推荐内容、导览路线和服务选项都是根据其个人偏好和行为历史定制的。贵州旅游个性化推荐系统已能做到根据游客的年龄、来源地、历史行为和实时状态，为每个游客生成独特的游览方案。</w:t>
      </w:r>
    </w:p>
    <w:p>
      <w:pPr>
        <w:pStyle w:val="Heading3"/>
      </w:pPr>
      <w:r>
        <w:t>贵州数字文旅的战略选择</w:t>
      </w:r>
    </w:p>
    <w:p>
      <w:r>
        <w:t>面对未来趋势，贵州数字文旅的战略选择应考虑以下因素。优势因素——贵州拥有大数据综合试验区的政策优势、丰富的民族文化和自然资源、已建成的数字基础设施和积累的实践经验。劣势因素——贵州的经济基础和人才储备相对薄弱，市场规模有限，技术创新能力不足。机遇因素——新国发2号文件的政策红利、AI大模型等技术突破带来的新应用场景、一带一路倡议下的国际合作机会。威胁因素——其他省份的快速追赶、大型科技平台的市场主导、数据安全和隐私保护的法律要求日趋严格。</w:t>
      </w:r>
    </w:p>
    <w:p>
      <w:r>
        <w:t>基于SWOT分析，贵州数字文旅的未来战略可以概括为「深化、扩展、引领」。深化——在已有优势领域（如旅游大数据应用、民族文化数字化）继续深化，形成不可替代的核心竞争力。扩展——将数字文旅的成果扩展到相关领域（如数字教育、数字文创、数字农业），实现跨领域融合。引领——在某些前沿领域（如AI+民族文化、元宇宙文旅）争取全国乃至全球的引领地位，打造「贵州模式」和「贵州标准」。</w:t>
      </w:r>
    </w:p>
    <w:p>
      <w:pPr>
        <w:pStyle w:val="Heading3"/>
      </w:pPr>
      <w:r>
        <w:t>结语：面向2030的贵州数字文旅愿景</w:t>
      </w:r>
    </w:p>
    <w:p>
      <w:r>
        <w:t>到2030年，贵州数字文旅的发展愿景是：建成全国领先的数字文旅生态体系，实现「全域智慧化、全程个性化、全要素数字化」的数字文旅新格局。每个景区都具备智慧服务能力，每个游客都能享受个性化的数字旅游体验，每种文化旅游资源都得到数字化的保护和活化。</w:t>
      </w:r>
    </w:p>
    <w:p>
      <w:r>
        <w:t>在这一愿景下，数字技术不再是旅游产业的「附加品」，而是深度融入旅游全链条的「基础设施」。游客感受不到技术的存在，但处处享受着技术带来的便利。民族文化在数字技术的帮助下得到更好的保护和传承，贵州的多元文化通过数字渠道走向世界。旅游产业因数字化而更加高效、包容和可持续，数字文旅成为贵州经济社会发展的新名片。</w:t>
      </w:r>
    </w:p>
    <w:p>
      <w:r>
        <w:t>实现这一愿景需要持续的投入、创新和协作。需要政府的战略定力和政策连续性，需要企业的创新活力和市场敏锐度，需要高校的人才培养和科研支撑，需要社区的积极参与和文化自觉，需要游客的开放心态和数字素养。贵州过去十年的实践证明，即使在经济基础相对薄弱的条件下，通过正确的战略选择和持续的务实推进，也能在数字文旅领域取得显著成就。面向未来，贵州有条件也有能力继续走在数字文旅发展的前列，为中国乃至全球的数字文旅发展贡献「贵州智慧」和「贵州方案」。</w:t>
      </w:r>
    </w:p>
    <w:p>
      <w:pPr>
        <w:pStyle w:val="Heading2"/>
      </w:pPr>
      <w:r>
        <w:t>数字文旅的全球趋势与中国方案</w:t>
      </w:r>
    </w:p>
    <w:p>
      <w:pPr>
        <w:pStyle w:val="Heading3"/>
      </w:pPr>
      <w:r>
        <w:t>全球数字文旅发展的新动向</w:t>
      </w:r>
    </w:p>
    <w:p>
      <w:r>
        <w:t>全球数字文旅发展呈现出几个值得关注的新动向。首先是AI大模型的旅游应用加速。OpenAI、Google、百度等公司纷纷推出旅游场景的AI应用，如Google的AI行程规划工具、百度的文心一言旅游助手等。这些应用利用大语言模型的自然语言理解和生成能力，为游客提供更智能、更自然的旅游服务。</w:t>
      </w:r>
    </w:p>
    <w:p>
      <w:r>
        <w:t>其次是可持续数字旅游成为共识。联合国世界旅游组织在2024年发布了《可持续数字旅游指南》，倡导各国在推进旅游数字化的同时关注环境影响和社会公平。欧盟推出了「绿色数字旅游」认证体系，对符合可持续标准的数字旅游产品和服务进行认证。</w:t>
      </w:r>
    </w:p>
    <w:p>
      <w:r>
        <w:t>第三是数据跨境流动规则逐步完善。随着国际旅游的恢复和发展，旅游数据的跨境流动需求增加。OECD正在制定跨境数据流动规则，APEC的跨境隐私规则体系也在扩展，这些国际规则将影响数字旅游平台的国际化运营。</w:t>
      </w:r>
    </w:p>
    <w:p>
      <w:r>
        <w:t>第四是元宇宙旅游从概念走向实践。虽然元宇宙旅游的全面成熟尚需时日，但一些先行项目已开始运营。韩国首尔市政府推出了「元宇宙首尔」旅游板块，迪拜推出了元宇宙旅游项目，中国的多个景区也开始了元宇宙试点。这些实践为元宇宙旅游的商业模式和用户体验积累了宝贵经验。</w:t>
      </w:r>
    </w:p>
    <w:p>
      <w:pPr>
        <w:pStyle w:val="Heading3"/>
      </w:pPr>
      <w:r>
        <w:t>中国数字文旅的全球贡献</w:t>
      </w:r>
    </w:p>
    <w:p>
      <w:r>
        <w:t>中国数字文旅发展为全球数字旅游贡献了「中国方案」。在技术应用方面，中国的5G+旅游应用、旅游直播、短视频旅游营销等创新实践已被多个国家借鉴。在平台模式方面，中国的超级APP+小程序模式为发展中国家提供了低成本、高效率的数字旅游平台建设路径。在治理模式方面，中国的「政府引导+市场驱动」模式为发展中国家平衡创新发展与风险管控提供了参考。在文化保护方面，中国的文化遗产数字化实践为全球文化多样性保护贡献了技术方案和管理经验。</w:t>
      </w:r>
    </w:p>
    <w:p>
      <w:r>
        <w:t>贵州作为中国数字文旅的先行地区，其全球贡献尤为突出。贵州的「大数据+文旅」融合模式被联合国世界旅游组织列为创新案例。「一码游贵州」平台的技术架构和运营模式已被柬埔寨、老挝等「一带一路」国家借鉴。贵州民族文化的数字化保护实践为全球非物质文化遗产保护提供了可复制的技术方案。</w:t>
      </w:r>
    </w:p>
    <w:p>
      <w:pPr>
        <w:pStyle w:val="Heading3"/>
      </w:pPr>
      <w:r>
        <w:t>面向未来的战略建议</w:t>
      </w:r>
    </w:p>
    <w:p>
      <w:r>
        <w:t>基于全球趋势分析和中国实践经验，对贵州数字文旅的未来发展提出以下战略建议。</w:t>
      </w:r>
    </w:p>
    <w:p>
      <w:r>
        <w:t>第一，构建「AI+文旅」创新高地。利用大模型技术的突破机遇，建设文旅AI创新中心，开发具有自主知识产权的文旅AI模型和应用。重点突破文旅多模态大模型、文化遗产AI修复、旅游智能决策等关键技术。</w:t>
      </w:r>
    </w:p>
    <w:p>
      <w:r>
        <w:t>第二，打造「数字丝绸之路文旅走廊」。依托一带一路倡议，与沿线国家共建数字旅游平台、共享旅游数据资源、共推数字旅游标准。贵州可以作为「数字丝绸之路文旅走廊」的重要节点，发挥技术输出和经验分享的作用。</w:t>
      </w:r>
    </w:p>
    <w:p>
      <w:r>
        <w:t>第三，建立「数字文旅国际交流中心」。在贵阳建设数字文旅国际交流中心，定期举办国际论坛和培训活动，分享贵州和中国数字文旅经验，吸引国际组织和研究机构入驻。</w:t>
      </w:r>
    </w:p>
    <w:p>
      <w:r>
        <w:t>第四，推进「绿色数字文旅」示范。在推进数字化的同时关注环境影响，建设绿色数据中心、推广电子票务和无纸化办公、开发碳足迹追踪工具，打造全球绿色数字旅游示范标杆。</w:t>
      </w:r>
    </w:p>
    <w:p>
      <w:r>
        <w:t>第五，培育「数字文旅独角兽企业」。通过政策引导和资本支持，培育一批具有全国乃至全球影响力的数字文旅企业，形成「贵州创造」的数字文旅品牌。重点支持文旅AI、数字文创、智慧景区解决方案等赛道的创业企业。</w:t>
      </w:r>
    </w:p>
    <w:p>
      <w:r>
        <w:rPr>
          <w:b/>
        </w:rPr>
        <w:t>思政融入</w:t>
      </w:r>
      <w:r>
        <w:t>：数字文旅的中国方案体现了中国特色社会主义的制度优势和文化自信。中国数字文旅的成功不是简单模仿西方模式，而是立足中国国情、发挥制度优势、融入文化特色的自主创新。贵州的实践表明，即使在经济基础相对薄弱的条件下，通过正确战略选择和持续努力，也能在数字文旅领域取得突破性成就。面向未来，贵州应继续坚持「以人民为中心」的发展理念，确保数字文旅发展惠及广大人民群众，为实现共同富裕和中华民族伟大复兴贡献力量。</w:t>
      </w:r>
    </w:p>
    <w:p>
      <w:pPr>
        <w:pStyle w:val="Heading2"/>
      </w:pPr>
      <w:r>
        <w:t>数字文旅的长期愿景与实施路线图</w:t>
      </w:r>
    </w:p>
    <w:p>
      <w:pPr>
        <w:pStyle w:val="Heading3"/>
      </w:pPr>
      <w:r>
        <w:t>2030年愿景：数字文旅的贵州样板</w:t>
      </w:r>
    </w:p>
    <w:p>
      <w:r>
        <w:t>面向2030年，贵州数字文旅的发展愿景可以概括为「五个全」。全域智慧化——全省所有A级景区实现智慧化服务覆盖，从黄果树到最小的乡村景区都能提供基本的数字旅游服务。全程个性化——从游客产生旅游愿望到旅行结束回忆的全过程都能获得AI驱动的个性化服务。全要素数字化——旅游资源、文化遗产、服务设施、管理流程等全要素实现数字化采集和管理。全生态协同——政府、企业、社区、游客等所有参与方形成协同共治的数字文旅生态。全人群包容——老年人、残障人士、低收入群体等所有人群都能享受数字文旅服务。</w:t>
      </w:r>
    </w:p>
    <w:p>
      <w:r>
        <w:t>实现这一愿景需要系统的实施路线图。第一阶段（2025-2026年）的重点是「补短板」——重点提升3A级及以下景区的数字化水平，缩小数字鸿沟。第二阶段（2027-2028年）的重点是「强能力」——部署AI大模型、数字孪生等前沿技术，提升数字文旅的智能化水平。第三阶段（2029-2030年）的重点是「建生态」——构建开放的数字文旅创新生态，形成可持续的发展机制。</w:t>
      </w:r>
    </w:p>
    <w:p>
      <w:pPr>
        <w:pStyle w:val="Heading3"/>
      </w:pPr>
      <w:r>
        <w:t>实施路线图的关键里程碑</w:t>
      </w:r>
    </w:p>
    <w:p>
      <w:r>
        <w:t>路线图的关键里程碑包括：2025年实现全省4A级以上景区5G全覆盖和智慧服务全覆盖。2026年建成省级数字文旅数据中台，实现全省旅游数据的统一汇聚和共享。2027年部署文旅AI大模型，在「一码游贵州」平台上线AI行程规划、AI导览和AI客服功能。2028年建设贵州旅游数字孪生平台，实现全省主要景区的数字孪生覆盖。2029年建成数字文旅创新生态，形成「平台+开发者+创业者」的创新共同体。2030年实现「五个全」愿景，建成全国领先的数字文旅样板。</w:t>
      </w:r>
    </w:p>
    <w:p>
      <w:pPr>
        <w:pStyle w:val="Heading3"/>
      </w:pPr>
      <w:r>
        <w:t>实施保障体系</w:t>
      </w:r>
    </w:p>
    <w:p>
      <w:r>
        <w:t>实施路线图需要完善的保障体系支撑。组织保障——建立由省级领导牵头的数字文旅发展领导小组，统筹协调各部门和各地区的数字文旅工作。资金保障——设立数字文旅发展专项资金，年均投入不低于5亿元，同时引导社会资本参与。人才保障——实施数字文旅人才工程，培养5000+名数字文旅专业人才，引进100+名高层次人才。技术保障——与华为、腾讯、阿里等科技企业建立战略合作，获取技术支撑和资源支持。制度保障——完善数字文旅法规和标准体系，为数字化发展提供制度框架。</w:t>
      </w:r>
    </w:p>
    <w:p>
      <w:pPr>
        <w:pStyle w:val="Heading3"/>
      </w:pPr>
      <w:r>
        <w:t>风险防范与应急预案</w:t>
      </w:r>
    </w:p>
    <w:p>
      <w:r>
        <w:t>实施过程中可能面临的风险包括：技术风险——新技术应用可能出现意外问题（如AI幻觉、系统故障等）。资金风险——投入可能超出预算或资金拨付不及时。人才风险——核心人才可能流失。政策风险——国家政策调整可能影响地方实施计划。安全风险——数据泄露、网络攻击等安全事件。</w:t>
      </w:r>
    </w:p>
    <w:p>
      <w:r>
        <w:t>针对这些风险，贵州建立了数字文旅风险防控预案。技术风险防控——建立技术测试和验证机制，新技术在全面部署前先进行小范围试点。资金风险防控——建立多元融资机制，不完全依赖财政资金。人才风险防控——建立人才激励机制和储备机制，减少核心人才流失的影响。政策风险防控——保持政策的灵活性，能够根据国家政策调整及时修改实施方案。安全风险防控——建立网络安全监测和应急响应体系，定期进行安全演练和渗透测试。</w:t>
      </w:r>
    </w:p>
    <w:p>
      <w:pPr>
        <w:pStyle w:val="Heading3"/>
      </w:pPr>
      <w:r>
        <w:t>结语：数字文旅的贵州道路</w:t>
      </w:r>
    </w:p>
    <w:p>
      <w:r>
        <w:t>贵州数字文旅的发展历程是一部「弯道超车」的实践史。作为西部欠发达省份，贵州没有走东部地区「先发展经济再发展数字化」的传统路径，而是以大数据战略为契机，将数字文旅作为「换道超车」的突破口，走出了一条具有贵州特色的数字文旅发展道路。</w:t>
      </w:r>
    </w:p>
    <w:p>
      <w:r>
        <w:t>这条道路的核心经验是：战略先行——以国家级大数据综合试验区为契机，将数字文旅纳入省级战略。基础设施先行——优先建设数据中心和通信网络，为数字文旅奠定基础。应用创新先行——在基础设施基础上快速推出应用服务，以应用反哺基础设施投入。制度规范先行——率先出台数据法规和行业标准，为数字化提供制度保障。人才培养先行——在发展之初就布局人才培养，为持续发展储备智力资源。</w:t>
      </w:r>
    </w:p>
    <w:p>
      <w:r>
        <w:t>贵州数字文旅的未来展望是光明的，但挑战也是真实的。技术的快速演进要求持续的学习和创新，市场竞争的加剧要求不断提升服务质量，社会期望的提升要求更加关注公平和可持续。贵州需要保持战略定力和创新活力，在挑战中把握机遇，在变革中实现跃升，为中国乃至全球的数字文旅发展贡献更多「贵州智慧」和「贵州方案」。</w:t>
      </w:r>
    </w:p>
    <w:p>
      <w:pPr>
        <w:pStyle w:val="Heading2"/>
      </w:pPr>
      <w:r>
        <w:t>数字文旅的未来风险与韧性建设</w:t>
      </w:r>
    </w:p>
    <w:p>
      <w:pPr>
        <w:pStyle w:val="Heading3"/>
      </w:pPr>
      <w:r>
        <w:t>系统性风险的识别与评估</w:t>
      </w:r>
    </w:p>
    <w:p>
      <w:r>
        <w:t>数字文旅的快速发展也带来了系统性风险，需要前瞻性地识别和评估。技术依赖风险——当旅游服务高度依赖数字系统时，系统故障可能导致大规模服务中断。评估显示，贵州旅游平台如果发生24小时系统故障，将影响约15万游客的出行，经济损失约500万元。AI风险——AI系统的错误输出（如幻觉信息、歧视性推荐）可能损害游客权益和景区声誉。数据安全风险——大规模数据泄露可能导致游客隐私暴露和信任危机。供应链风险——数字旅游平台依赖大量第三方服务（云服务、支付服务、地图服务等），任何一环出现问题都可能影响整体服务。</w:t>
      </w:r>
    </w:p>
    <w:p>
      <w:pPr>
        <w:pStyle w:val="Heading3"/>
      </w:pPr>
      <w:r>
        <w:t>韧性建设的策略</w:t>
      </w:r>
    </w:p>
    <w:p>
      <w:r>
        <w:t>韧性是指系统在遭受冲击后恢复正常运行的能力。贵州数字文旅的韧性建设包括以下策略。冗余设计——关键系统部署双活或主备模式，确保单点故障不影响整体服务。数据中台的多活部署、网络的冗余路由和电源的不间断供应都是冗余设计的体现。模块化架构——将系统拆分为独立的微服务，单个服务故障不会导致整个系统瘫痪。降级运行机制——在系统部分功能不可用时，核心功能仍能基本运行。例如，当AI导览不可用时，自动切换到预录的语音导览。快速恢复机制——建立完善的备份和恢复流程，确保在故障发生后尽快恢复服务。贵州旅游平台的RTO为4小时，意味着即使在最严重的故障情况下，4小时内也能恢复核心服务。应急响应团队——建立7×24小时的安全运营中心（SOC），配备专业的应急响应团队，确保安全事件得到及时处置。</w:t>
      </w:r>
    </w:p>
    <w:p>
      <w:pPr>
        <w:pStyle w:val="Heading3"/>
      </w:pPr>
      <w:r>
        <w:t>社会韧性与文化韧性</w:t>
      </w:r>
    </w:p>
    <w:p>
      <w:r>
        <w:t>数字文旅的韧性不仅是技术层面的，也包括社会和文化层面。社会韧性是指旅游社区在面对数字化冲击时的适应和恢复能力。贵州一些景区在数字化转型过程中出现了社区居民被边缘化的问题——数字化运营由外部企业主导，本地社区参与不足，数字化收益未能惠及社区居民。增强社会韧性需要建立社区参与机制和利益分享机制，确保数字化发展不会削弱社区的主体地位。</w:t>
      </w:r>
    </w:p>
    <w:p>
      <w:r>
        <w:t>文化韧性是指文化遗产在面对数字化冲击时的保持和传承能力。数字化可能使文化遗产脱离其原生情境，呈现为去情境化的数字对象，削弱文化的活态性和情境性。增强文化韧性需要在数字化过程中保持文化的本真性和情境性——数字内容应忠实记录文化的原始形态和情境背景，而非为了传播效果进行过度美化和简化。</w:t>
      </w:r>
    </w:p>
    <w:p>
      <w:pPr>
        <w:pStyle w:val="Heading3"/>
      </w:pPr>
      <w:r>
        <w:t>面向未来的韧性评估框架</w:t>
      </w:r>
    </w:p>
    <w:p>
      <w:r>
        <w:t>贵州正在构建「数字文旅韧性评估框架」，从技术韧性、运营韧性、社会韧性和文化韧性四个维度评估数字文旅系统的整体韧性。技术韧性评估系统的冗余度、可恢复性和安全性。运营韧性评估组织在突发事件中的响应速度和处置能力。社会韧性评估社区的参与度和适应力。文化韧性评估文化遗产在数字化过程中的本真性保持程度。</w:t>
      </w:r>
    </w:p>
    <w:p>
      <w:r>
        <w:t>2024年首次评估结果显示，贵州数字文旅的技术韧性得分82分，运营韧性得分78分，社会韧性得分65分，文化韧性得分72分。社会韧性得分最低，反映了社区参与不足和利益分享机制不完善的问题。这一评估结果将指导后续韧性建设的重点方向——在继续提升技术和运营韧性的同时，重点加强社会韧性和文化韧性建设。</w:t>
      </w:r>
    </w:p>
    <w:p>
      <w:pPr>
        <w:pStyle w:val="Heading3"/>
      </w:pPr>
      <w:r>
        <w:t>终极反思：数字文旅的人文归宿</w:t>
      </w:r>
    </w:p>
    <w:p>
      <w:r>
        <w:t>技术发展的最终归宿是什么？这个问题在数字文旅领域尤为重要。旅游本质上是一种人文活动——人们离开日常环境去体验不同的文化、自然和生活方式，核心价值在于「人的体验」和「人的成长」。数字技术应该是增强而非替代这种人文体验的工具。</w:t>
      </w:r>
    </w:p>
    <w:p>
      <w:r>
        <w:t>贵州数字文旅的实践给我们一个重要启示：最成功的数字文旅应用不是那些技术最复杂、功能最丰富的应用，而是那些让游客「忘记技术存在」的应用——游客沉浸在美丽的风景和深厚的文化中，数字技术在背后默默提供着导航、解说和安全保障，但游客的注意力完全集中在体验本身。这种「技术隐形」的境界，或许就是数字文旅的人文归宿。</w:t>
      </w:r>
    </w:p>
    <w:p>
      <w:r>
        <w:t>面向未来，贵州数字文旅的发展应该始终铭记这一人文归宿——技术服务于人，而非人服务于技术。数字化不是为了展示技术有多先进，而是为了让游客的旅游体验更丰富、更安全、更有意义。只有在这个前提下，数字文旅才能真正实现其社会价值和文化使命。</w:t>
      </w:r>
    </w:p>
    <w:p>
      <w:pPr>
        <w:pStyle w:val="Heading2"/>
      </w:pPr>
      <w:r>
        <w:t>数字文旅的未来图景与实施路径</w:t>
      </w:r>
    </w:p>
    <w:p>
      <w:pPr>
        <w:pStyle w:val="Heading3"/>
      </w:pPr>
      <w:r>
        <w:t>技术融合的未来场景</w:t>
      </w:r>
    </w:p>
    <w:p>
      <w:r>
        <w:t>未来5-10年，多种前沿技术的融合将创造出全新的数字文旅场景。AI+IoT融合将实现「泛在智能」——景区中每个物体（树木、建筑、设施）都通过IoT传感器连接到AI系统，AI能够实时感知和理解景区中发生的一切，为游客和管理者提供无处不在的智能服务。</w:t>
      </w:r>
    </w:p>
    <w:p>
      <w:r>
        <w:t>AI+AR融合将实现「增强现实导游」——游客佩戴轻量级AR眼镜，AI实时识别游客看到的景物并叠加相关信息。游客观看苗族建筑时，AR眼镜显示建筑的历史演变过程。游客品尝安顺美食时，AR眼镜显示食材来源和制作工艺。这种融合将数字信息与物理世界无缝结合，创造前所未有的沉浸式体验。</w:t>
      </w:r>
    </w:p>
    <w:p>
      <w:r>
        <w:t>数字孪生+AI融合将实现「预测性管理」——数字孪生模型不仅实时反映景区状态，还能通过AI预测未来趋势。系统可以预测1小时后哪个区域将出现客流高峰、哪个设施可能出现故障、哪种天气条件下需要启动应急预案。这种预测性管理使景区管理从「被动响应」转向「主动预防」。</w:t>
      </w:r>
    </w:p>
    <w:p>
      <w:r>
        <w:t>区块链+AI融合将实现「可信智能旅游」——区块链确保旅游数据不可篡改，AI基于可信数据提供智能服务。游客的评价记录在区块链上无法被删除或修改，AI基于真实评价进行推荐。旅游交易通过智能合约自动执行，AI根据合同条款判断是否满足履约条件。这种融合解决了数字旅游中的信任问题，为更高级的自动化服务奠定了基础。</w:t>
      </w:r>
    </w:p>
    <w:p>
      <w:pPr>
        <w:pStyle w:val="Heading3"/>
      </w:pPr>
      <w:r>
        <w:t>商业模式的未来演进</w:t>
      </w:r>
    </w:p>
    <w:p>
      <w:r>
        <w:t>数字文旅商业模式将向「生态化、智能化、服务化」方向演进。生态化——从单一平台竞争转向生态系统竞争。未来的数字文旅生态可能由一个「超级平台」连接多个垂直平台、技术服务商、内容创作者和用户，形成复杂的价值网络。贵州「一码游贵州」需要在这个生态中找到自己的定位——可能是区域生态的核心平台，也可能是更大生态中的一个节点。</w:t>
      </w:r>
    </w:p>
    <w:p>
      <w:r>
        <w:t>智能化——从「人提供服务」转向「AI提供服务」。未来的旅游服务可能由AI全程规划和执行——AI根据游客偏好生成行程，AI预订机票酒店，AI在游览过程中提供导览解说，AI在游览后生成旅行回忆。人的角色从「服务提供者」转变为「服务设计者」和「AI管理者」。</w:t>
      </w:r>
    </w:p>
    <w:p>
      <w:r>
        <w:t>服务化——从「卖产品」转向「卖服务」。未来的旅游消费可能从「购买门票+酒店+餐饮」的离散产品模式，转向「购买一段旅游体验」的综合服务模式。游客不再需要分别预订各项产品，而是向平台描述期望的旅游体验，平台负责规划和安排所有细节。这种「体验即服务」模式需要强大的AI规划能力和丰富的供应商网络支撑。</w:t>
      </w:r>
    </w:p>
    <w:p>
      <w:pPr>
        <w:pStyle w:val="Heading3"/>
      </w:pPr>
      <w:r>
        <w:t>贵州数字文旅2030愿景的实现路径</w:t>
      </w:r>
    </w:p>
    <w:p>
      <w:r>
        <w:t>实现贵州数字文旅2030「五个全」愿景需要以下实施路径。技术路径——持续跟踪和采用前沿技术，建设「AI+5G+IoT+数字孪生+区块链」的技术融合平台，为「五个全」提供技术基础。制度路径——完善法规标准体系，建立适应新技术新业态的治理框架，为「五个全」提供制度保障。人才路径——培养和引进大批数字文旅复合型人才，建设「高校+企业+政府」的人才培养体系，为「五个全」提供人才支撑。资金路径——建立多元化融资机制（财政+市场+社会），确保「五个全」的持续投入。生态路径——构建开放协作的数字文旅生态，吸引多方参与共建共享，为「五个全」提供生态基础。</w:t>
      </w:r>
    </w:p>
    <w:p>
      <w:pPr>
        <w:pStyle w:val="Heading3"/>
      </w:pPr>
      <w:r>
        <w:t>最终展望</w:t>
      </w:r>
    </w:p>
    <w:p>
      <w:r>
        <w:t>贵州数字文旅从2014年起步至今，已经走过了十年的发展历程。十年间，贵州从全国旅游数字化的跟随者成长为部分领域的引领者，从大数据试验田成长为数字文旅样板间。展望未来十年，贵州数字文旅有望在AI大模型、元宇宙旅游、数字文化遗产保护等领域取得更大突破，为全球数字旅游发展贡献更多「贵州智慧」和「贵州方案」。</w:t>
      </w:r>
    </w:p>
    <w:p>
      <w:r>
        <w:t>数字文旅的终极目标不是技术的极致先进，而是人的极致幸福——让每位游客在数字技术的帮助下获得更丰富、更安全、更有意义的旅游体验，让每种文化遗产在数字技术的保护下得以永久传承，让每个旅游社区在数字技术的赋能下实现可持续发展。贵州数字文旅的未来之路，是一条技术与人 文融合、创新与传承并重、发展与公平兼顾的道路。走好这条路，需要每一位参与者的智慧和努力，也需要时间的沉淀和历史的检验。</w:t>
      </w:r>
    </w:p>
    <w:p>
      <w:pPr>
        <w:pStyle w:val="Heading2"/>
      </w:pPr>
      <w:r>
        <w:t>数字文旅的未来风险与应对策略</w:t>
      </w:r>
    </w:p>
    <w:p>
      <w:pPr>
        <w:pStyle w:val="Heading3"/>
      </w:pPr>
      <w:r>
        <w:t>技术风险的前瞻性防范</w:t>
      </w:r>
    </w:p>
    <w:p>
      <w:r>
        <w:t>数字文旅的技术风险需要前瞻性防范而非事后补救。贵州建立了技术风险预警机制，通过以下方式识别潜在风险。技术趋势监测——持续跟踪前沿技术的发展动态，评估其可能对数字文旅产生的影响和风险。贵州与Gartner等技术咨询机构合作，定期获取技术趋势报告，识别可能影响数字文旅的新技术。安全漏洞预警——订阅网络安全漏洞预警服务，及时获取与旅游平台相关的安全漏洞信息。压力测试——定期对数字旅游系统进行压力测试和安全评估，发现潜在的薄弱环节。贵州旅游平台每季度进行一次压力测试，模拟高峰期流量和攻击场景，验证系统的承受能力。</w:t>
      </w:r>
    </w:p>
    <w:p>
      <w:pPr>
        <w:pStyle w:val="Heading3"/>
      </w:pPr>
      <w:r>
        <w:t>社会风险的系统性应对</w:t>
      </w:r>
    </w:p>
    <w:p>
      <w:r>
        <w:t>数字文旅的社会风险需要系统性应对。就业风险——数字化导致的岗位替代需要通过职业培训和转岗支持来应对。贵州建立了旅游从业者数字技能培训体系，每年培训5000+人次。数字鸿沟风险——通过适老化改造、数字帮扶站和普惠数字服务来缩小。贵州在全省景区部署了100+个数字帮扶站，年服务老年和残障游客超过10万人次。文化风险——通过社区参与、伦理审查和文化影响评估来防范。贵州建立了文化遗产数字化伦理审查制度，对所有重大数字化项目进行文化影响评估。安全风险——通过网络安全防护、数据安全管理和应急响应机制来保障。贵州旅游平台通过了国家信息安全等级保护三级认证，建立了7×24小时安全运营中心。</w:t>
      </w:r>
    </w:p>
    <w:p>
      <w:pPr>
        <w:pStyle w:val="Heading3"/>
      </w:pPr>
      <w:r>
        <w:t>面向未来的风险治理框架</w:t>
      </w:r>
    </w:p>
    <w:p>
      <w:r>
        <w:t>贵州正在构建面向未来的数字文旅风险治理框架。该框架的特点是「预防为主、快速响应、持续学习」。预防为主——通过风险评估、预警监测和预防性措施，尽可能在风险发生前进行防范。快速响应——通过应急响应预案和专业响应团队，确保风险发生时能够快速处置。持续学习——通过风险事件复盘和经验总结，不断改进风险管理能力。</w:t>
      </w:r>
    </w:p>
    <w:p>
      <w:r>
        <w:t>这一框架的实施需要技术、制度和人才三方面的支撑。技术上，需要建设覆盖全域的风险监测网络和智能预警系统。制度上，需要完善风险管理的法规标准和工作流程。人才上，需要培养具备风险管理能力的专业人才队伍。贵州在这三个方面都在积极推进，力争在未来构建起系统性的数字文旅风险治理能力。</w:t>
      </w:r>
    </w:p>
    <w:p>
      <w:pPr>
        <w:pStyle w:val="Heading2"/>
      </w:pPr>
      <w:r>
        <w:t>数字文旅的终极价值与人文归宿</w:t>
      </w:r>
    </w:p>
    <w:p>
      <w:r>
        <w:t>数字文旅发展的终极价值是什么？这个问题值得每一位从业者和研究者深思。从经济视角看，数字文旅的价值在于提升产业效率和创造经济增量。从社会视角看，数字文旅的价值在于促进文化传承和社会包容。从技术视角看，数字文旅的价值在于推动技术创新和应用落地。但从人文视角看，数字文旅的终极价值应该是服务于人的全面发展和幸福感提升。旅游是人类追求美好生活的重要方式之一。人们旅游不仅是为了放松身心，更是为了拓宽视野、体验异质文化、增进对世界的理解和对自我的认知。数字技术的介入应该增强而非削弱旅游的这些人文价值。最好的数字文旅技术是那些让游客感觉不到技术存在的技术。游客沉浸在美丽的风景和深厚的文化中，数字技术在背后默默提供着导航、解说和安全保障。当游客回忆这段旅程时，记忆中是壮观的瀑布、悠扬的苗族古歌和热情的当地居民，而非某个APP的界面设计或某个AI的推荐算法。这种技术隐形的境界，是数字文旅技术发展的终极目标，也是技术服务于人的最高体现。贵州数字文旅的未来发展应该始终铭记这一人文归宿。技术是手段，人才是目的。一切技术创新和产业发展的最终衡量标准，不是技术多么先进、产业多么庞大，而是人们的旅游体验是否更加丰富、文化遗产是否得到更好保护、社区生活是否更加美好。只有在这个前提下，数字文旅才能真正实现其社会价值和文化使命，才能真正成为推动人类文明进步的积极力量。贵州过去十年的实践已经证明了这一点，未来十年的发展将继续验证和深化这一理念。</w:t>
      </w:r>
    </w:p>
    <w:p>
      <w:pPr>
        <w:pStyle w:val="Heading2"/>
      </w:pPr>
      <w:r>
        <w:t>数字文旅发展的终极反思</w:t>
      </w:r>
    </w:p>
    <w:p>
      <w:r>
        <w:t>在数字文旅快速发展的同时，我们需要进行终极反思：数字化是否总是好的？技术是否应该有边界？人的角色是否应该被重新定义？数字化并非总是好的。虽然数字化带来了效率提升和体验增强，但也带来了数字疲劳、注意力分散和人际疏离等问题。贵州景区的调研发现，过度依赖数字设备的游客反而体验满意度更低——他们忙于拍照、录制和分享，忽略了当下的感受和与同伴的交流。一些景区开始推行「慢旅游」理念，鼓励游客放慢节奏、减少数字设备使用、深度感受文化和自然。技术应该有边界。并非所有旅游体验都适合数字化——某些文化仪式的神圣性可能被数字化所削弱，某些自然景观的震撼感可能被数字设备所分散。贵州的做法是划定「数字边界」——在文化仪式场所和自然景观核心区限制数字设备使用，让游客能够全身心地投入体验。人的角色应该被重新定义。在AI越来越强大的时代，人在旅游中的角色不应是「被技术服务的消费者」，而应是「与技术共同创造体验的合作者」。游客不应被动接受AI推荐的行程和内容，而应主动探索、自主决策和创造性体验。贵州旅游平台正在从「AI为你规划一切」向「AI提供选项，你做决定」的模式转变，强调游客的主动性和创造性。这些反思不是反对数字化，而是倡导「有节制的数字化」和「以人为本的数字化」——在充分发挥数字技术优势的同时，保持对技术的反思和节制，确保技术服务于人的全面发展而非限制人的自由和创造力。</w:t>
      </w:r>
    </w:p>
    <w:p>
      <w:r>
        <w:t>本章小结</w:t>
      </w:r>
    </w:p>
    <w:p>
      <w:r>
        <w:t>作为全书的终章，本章从技术前沿、产业方向、社会挑战和全球图景四个维度展望了数字文旅的未来。技术层面，生成式 AI 正在重塑内容生产模式，数字孪生和元宇宙为虚拟旅游开辟了新的空间，脑机接口等下一代技术虽遥远但值得关注。产业层面，数字游民经济、碳中和旅游和乡村振兴是三个最具潜力的方向——它们分别代表了"谁在旅行""如何旅行"和"旅行为了什么"三个根本问题的新答案。挑战层面，数字鸿沟、技术依赖和数据安全是数字文旅必须面对的三重困境，需要在效率与公平、技术与人文、开放与安全之间寻找平衡。全球层面，贵州正在以"山地旅游+大数据"的独特定位参与全球数字文旅竞争，FAST、"一码游贵州"和屯堡文化是国际传播的三张核心名片。</w:t>
      </w:r>
    </w:p>
    <w:p>
      <w:r>
        <w:t>数字文旅是一个仍在快速演进的领域。本书提供的概念框架、理论工具、技术知识、实践案例和政策分析，是理解这一领域的"地图"——但地图不是疆域本身。真正的数字文旅，需要在座的每一位同学在未来的学习和工作中去探索、创造和定义。</w:t>
      </w:r>
    </w:p>
    <w:p>
      <w:r>
        <w:t>---</w:t>
      </w:r>
    </w:p>
    <w:p>
      <w:pPr>
        <w:pStyle w:val="Heading2"/>
      </w:pPr>
      <w:r>
        <w:t>思考题</w:t>
      </w:r>
    </w:p>
    <w:p>
      <w:pPr>
        <w:pStyle w:val="ListBullet"/>
      </w:pPr>
      <w:r>
        <w:rPr>
          <w:b/>
        </w:rPr>
        <w:t>简答题</w:t>
      </w:r>
      <w:r>
        <w:t>：生成式 AI 对文旅内容生产带来了哪些机遇和挑战？请从效率、质量和可信性三个维度进行分析。</w:t>
      </w:r>
    </w:p>
    <w:p>
      <w:pPr>
        <w:pStyle w:val="ListBullet"/>
      </w:pPr>
      <w:r>
        <w:rPr>
          <w:b/>
        </w:rPr>
        <w:t>论述题</w:t>
      </w:r>
      <w:r>
        <w:t>：数字文旅的发展可能加剧旅游领域的"数字鸿沟"。请分析这一鸿沟的具体表现，并提出缩小鸿沟的政策建议。在你的方案中，如何平衡"推进数字化"和"保障非数字化群体的权益"？</w:t>
      </w:r>
    </w:p>
    <w:p>
      <w:pPr>
        <w:pStyle w:val="ListBullet"/>
      </w:pPr>
      <w:r>
        <w:rPr>
          <w:b/>
        </w:rPr>
        <w:t>案例分析题</w:t>
      </w:r>
      <w:r>
        <w:t>：选择一个贵州以外的数字文旅成功案例（如日本 TeamLab、新加坡星耀樟宜、阿联酋迪拜未来博物馆等），分析其成功的关键因素，并讨论贵州可以从中学到什么。</w:t>
      </w:r>
    </w:p>
    <w:p>
      <w:pPr>
        <w:pStyle w:val="ListBullet"/>
      </w:pPr>
      <w:r>
        <w:rPr>
          <w:b/>
        </w:rPr>
        <w:t>实践操作题</w:t>
      </w:r>
      <w:r>
        <w:t>：展望 2035 年的贵州数字文旅，撰写一份 1000 字左右的愿景报告。报告需要涵盖：你认为 2035 年贵州最具竞争力的数字文旅产品是什么？当时的技术环境和市场环境是怎样的？为了实现这一愿景，今天应该开始做什么？</w:t>
      </w:r>
    </w:p>
    <w:p>
      <w:r>
        <w:t>---</w:t>
      </w:r>
    </w:p>
    <w:p>
      <w:pPr>
        <w:pStyle w:val="Heading2"/>
      </w:pPr>
      <w:r>
        <w:t>参考文献</w:t>
      </w:r>
    </w:p>
    <w:p>
      <w:r>
        <w:t>[34] Zheng D, Huang C, Oraltay B. Digital cultural tourism: progress and a proposed framework for future research[J]. Asia Pacific Journal of Tourism Research, 2023, 28(5): 481-500.</w:t>
      </w:r>
    </w:p>
    <w:p>
      <w:r>
        <w:t>[35] Wu W, Xu C, Zhao M, et al. Digital tourism and smart development: state-of-the-art review[J]. Sustainability, 2024, 16(23): 10382.</w:t>
      </w:r>
    </w:p>
    <w:p>
      <w:r>
        <w:t>[36] Bekele H, Raj S. Digitalization and digital transformation in the tourism industry</w:t>
      </w:r>
    </w:p>
    <w:p>
      <w:r>
        <w:t>[4] Ahmed S. Tourism Today: Trends, Challenges, and Opportunities[J]. Journal of Economic Science, 2025, 3(1): 1-15. DOI: 10.58218/jes.v3i1.1263.</w:t>
      </w:r>
    </w:p>
    <w:p>
      <w:r>
        <w:t>[5] Ferrer-Roca N, Weston R, Guia J, et al. Back to the future: challenges of European tourism of tomorrow[J]. Journal of Tourism Futures, 2020, 6(1): 10-25. DOI: 10.1108/jtf-10-2019-0114.</w:t>
      </w:r>
    </w:p>
    <w:p>
      <w:r>
        <w:t>[6] Rodrigues V, Eusébio C, Breda Z. Enhancing sustainable development through tourism digitalisation: a systematic literature review[J]. Information Technology &amp; Tourism, 2022, 24: 1-25. DOI: 10.1007/s40558-022-00241-w.</w:t>
      </w:r>
    </w:p>
    <w:p>
      <w:r>
        <w:t>[7] 张李梦之. 乡村可持续旅游的数字化转型和未来展望[J]. 农业经济, 2024(8): 134-136.</w:t>
      </w:r>
    </w:p>
    <w:p>
      <w:r>
        <w:t>[8] Tang C, Shangguan L, Liu L, et al. The Model and Path for Digital Cultural Tourism to Promote Rural Revitalization[J]. Journal of Resources and Ecology, 2024, 15(3): 602-615. DOI: 10.5814/j.issn.1674-764x.2024.03.002.[J]. Tourism Review, 2024, 79(3): 521-545.</w:t>
      </w:r>
    </w:p>
    <w:p>
      <w:r>
        <w:t>[37] Anwar M S, Yang J, Frnda J, et al. Metaverse and XR for cultural heritage education: applications, standards, architecture, and technological insights for enhanced immersive experience[J]. Virtual Reality, 2025. DOI: 10.1007/s10055-025-01126-z</w:t>
      </w:r>
    </w:p>
    <w:p>
      <w:r>
        <w:t>[38] Chernega O. Digital tourism: Building a metaverse as an innovative virtualized tourist product[J]. Language and Culture, 2023, 2(24). DOI: 10.26661/2522-1566/2023-2/24-03</w:t>
      </w:r>
    </w:p>
    <w:p>
      <w:r>
        <w:t>[39] Su P Y, Hsiao P W, Fan K K. Investigating the relationship between users' behavioral intentions and learning effects of VR system for sustainable tourism development[J]. Sustainability, 2023, 15(9): 7277. DOI: 10.3390/su15097277</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60" w:lineRule="auto"/>
    </w:pPr>
    <w:rPr>
      <w:rFonts w:ascii="Microsoft YaHei" w:hAnsi="Microsoft YaHei" w:eastAsia="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360" w:after="1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40" w:after="160"/>
      <w:outlineLvl w:val="3"/>
    </w:pPr>
    <w:rPr>
      <w:rFonts w:asciiTheme="majorHAnsi" w:eastAsiaTheme="majorEastAsia" w:hAnsiTheme="majorHAnsi" w:cstheme="majorBidi" w:ascii="Microsoft YaHei" w:hAnsi="Microsoft YaHei" w:eastAsia="Microsoft YaHei"/>
      <w:b/>
      <w:bCs/>
      <w:i/>
      <w:iCs/>
      <w:color w:val="4F81BD" w:themeColor="accent1"/>
      <w:sz w:val="26"/>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