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12" w:lineRule="auto" w:before="0" w:after="120"/>
        <w:jc w:val="center"/>
      </w:pPr>
      <w:r>
        <w:rPr>
          <w:rFonts w:ascii="Times New Roman" w:hAnsi="Times New Roman" w:eastAsia="黑体"/>
          <w:b/>
          <w:sz w:val="36"/>
        </w:rPr>
        <w:t>《人工智能与旅游创新应用》课程教案</w:t>
      </w:r>
    </w:p>
    <w:p>
      <w:pPr>
        <w:spacing w:line="312" w:lineRule="auto" w:before="0" w:after="80"/>
        <w:jc w:val="center"/>
      </w:pPr>
      <w:r>
        <w:rPr>
          <w:rFonts w:ascii="Times New Roman" w:hAnsi="Times New Roman" w:eastAsia="黑体"/>
          <w:b/>
          <w:sz w:val="28"/>
        </w:rPr>
        <w:t>（2026—2027学年第一学期 · 共32学时 · 详案）</w:t>
      </w:r>
    </w:p>
    <w:p>
      <w:pPr>
        <w:spacing w:line="312" w:lineRule="auto" w:before="0" w:after="160"/>
        <w:jc w:val="center"/>
      </w:pPr>
      <w:r>
        <w:rPr>
          <w:rFonts w:ascii="Times New Roman" w:hAnsi="Times New Roman" w:eastAsia="宋体"/>
          <w:b w:val="0"/>
          <w:sz w:val="24"/>
        </w:rPr>
        <w:t>授课教师：祝刚　|　授课对象：2024级旅游管理专业　|　旅游管理学院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一、课程基本信息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66"/>
        <w:gridCol w:w="4366"/>
      </w:tblGrid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课程名称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人工智能与旅游创新应用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课程代码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120901107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课程性质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专业拓展课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学分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2.0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总学时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32学时（理论16学时 + 实践16学时）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考核方式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项目制综合评价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授课对象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2024级旅游管理专业本科生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开课单位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旅游管理学院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授课教师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祝刚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先修课程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实训场所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电教楼机房、多媒体教室</w:t>
            </w:r>
          </w:p>
        </w:tc>
      </w:tr>
      <w:tr>
        <w:tc>
          <w:tcPr>
            <w:tcW w:type="dxa" w:w="436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开课学期</w:t>
            </w:r>
          </w:p>
        </w:tc>
        <w:tc>
          <w:tcPr>
            <w:tcW w:type="dxa" w:w="436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第5学期（2026—2027学年第一学期）</w:t>
            </w:r>
          </w:p>
        </w:tc>
      </w:tr>
    </w:tbl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二、课程性质与定位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《人工智能与旅游创新应用》是旅游管理类专业的一门专业拓展课程，面向"人工智能＋文旅"融合发展的产业趋势，系统介绍人工智能基础概念、生成式人工智能（AIGC）、大语言模型、计算机视觉、语音技术、推荐系统与数据智能等关键技术，并结合旅游行业典型场景，引导学生运用AI技术发现和解决真实的旅游问题，培养兼具技术素养与创新能力的复合型文旅人才。课程坚持"边用边学、在用中学"的理念，将学生定位为"AI＋旅游产品经理"，以"设计一个AI驱动的旅游创新方案"为终极项目，采用项目制与多Agent协作的教学模式，通过问题发现、方案设计、原型验证、路演发布四个阶段的完整闭环，实现知识学习、能力训练与价值塑造的有机统一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三、学情总体分析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程授课对象为2024级旅游管理专业本科生。学生已完成旅游学概论、旅游市场营销等专业基础课程的学习，具备一定的旅游行业认知与市场营销、服务管理知识；但对人工智能技术缺乏系统了解，多数学生仅"听说"或"浅尝"过AI工具，尚未建立技术思维。作为"数字原住民"，学生手机与互联网使用熟练、接受新事物快，但普遍存在三种典型状态：一是有兴趣、缺方法（想用AI却不知从何入手）；二是有畏难、缺信心（担心技术门槛高、学不会）；三是有想法、缺验证（习惯"我觉得"而非"用户要"）。据此，课程教学遵循"由易到难、由用到学、由个体到团队"的原则，以项目驱动激发兴趣、以工具入手降低门槛、以真实用户检验想法，逐步引导学生成长为兼具技术素养与创新能力的复合型文旅人才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四、课程目标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掌握人工智能的基本概念、发展历程、关键技术（机器学习、深度学习、大语言模型、AIGC等）及其能力边界；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了解生成式AI、计算机视觉、语音技术、推荐系统、智能体等技术在旅游场景中的典型应用模式；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熟悉人工智能相关的政策法规与伦理规范（如《生成式人工智能服务管理暂行办法》《人工智能生成合成内容标识办法》等）。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能够运用提示词工程与主流AI工具（大语言模型、AI绘图、数据分析等）高效完成研究、创作与分析任务；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能够围绕真实的旅游场景痛点，完成AI解决方案的需求分析、技术选型、原型设计与用户验证；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能够撰写AI创新方案书、商业计划书并进行路演表达。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树立正确的技术观与创新观，坚持"问题驱动而非技术驱动"的思维方式；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强化数据安全、隐私保护与AI伦理意识，做到负责任地使用人工智能；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培养团队协作精神、批判性思维与终身学习能力。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五、课程思政目标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程将思政育人贯穿教学全过程：一是引导学生理解"人工智能＋"国家战略与文旅数字化转型的时代意义，增强使命担当；二是结合AI伦理、数据隐私、内容真实性与算法治理等议题开展研讨，培养学生的法治意识、诚信品质与社会责任感；三是通过"用AI讲好中国故事、赋能地方文旅"的项目实践，坚定文化自信，培育家国情怀与创新创业精神。在具体教学中，坚持"价值引领与知识传授相统一"，把科技向善、诚实守信、数据合规、用户为本等价值理念有机融入每一个项目环节与阶段交付物，使学生在解决真实问题的过程中实现价值观的内化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六、教学内容与学时分配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83"/>
        <w:gridCol w:w="2183"/>
        <w:gridCol w:w="2183"/>
        <w:gridCol w:w="2183"/>
      </w:tblGrid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模块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教学内容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学时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教学方式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模块一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人工智能基础与工具入门：AI概念、发展历程、关键技术、主流AI工具与提示词工程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模块二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生成式人工智能与内容创作：AIGC原理、图文与视频生成、多模态内容创作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模块三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旅游场景创新应用：智能行程规划、智慧景区、文化遗产数字化、酒店智能化等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讲授＋案例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模块四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数据、推荐与用户智能：旅游数据分析、推荐系统、用户画像与个性化服务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模块五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智能体设计与应用：AI Agent、工作流设计、人机协同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模块六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伦理治理与合规：AI伦理、数据安全、内容标识、风险防控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讲授＋研讨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模块七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项目实训与路演：AI旅游创新方案设计、原型制作、竞品对标、商业模式、终期路演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项目实训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七、教学方法与手段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本课程采用"项目驱动＋多Agent协作"的教学模式，综合运用以下方法：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项目教学法：以"AI＋旅游创新方案设计"为贯穿课程的项目，学生以3—4人团队为单位经历问题发现、方案设计、原型验证、路演发布全流程；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任务驱动与体验式学习：通过AI工具箱集市、用户调研工作坊、原型冲刺、竞品对标等任务驱动学生主动探索；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人机协同教学：引导学生将AI Agent作为"技术合伙人"，用于研究、创作、分析与原型制作；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案例教学与研讨：结合AI＋文旅行业典型案例开展分析与研讨；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5. 线上线下混合教学：依托课程知识库提供学习资源，课堂以工作坊、路演、复盘等互动形式为主。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八、考核方式与成绩评定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程采用项目制综合评价，注重过程性考核，总评成绩由平时成绩（项目过程）与期末项目（终期路演）构成。平时成绩占60%，考核课堂参与、团队协作、阶段交付物（用户调研报告、问题定义书、技术方案、原型、竞品分析、商业模式画布、伦理自查报告、技术验证报告等）与AI协作日志；期末项目（终期路演）占40%，考核路演展示、方案原型与项目完整报告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考核项目</w:t>
            </w:r>
          </w:p>
        </w:tc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权重</w:t>
            </w:r>
          </w:p>
        </w:tc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考核内容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平时成绩（项目过程）</w:t>
            </w:r>
          </w:p>
        </w:tc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60%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课堂参与、团队协作、阶段交付物（用户调研报告、问题定义书、技术方案、原型、竞品分析、商业模式画布、伦理自查报告等）、AI协作日志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期末项目（终期路演）</w:t>
            </w:r>
          </w:p>
        </w:tc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40%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路演展示、方案原型、项目完整报告</w:t>
            </w:r>
          </w:p>
        </w:tc>
      </w:tr>
    </w:tbl>
    <w:p>
      <w:pPr>
        <w:spacing w:line="312" w:lineRule="auto" w:before="80" w:after="0"/>
      </w:pPr>
      <w:r>
        <w:rPr>
          <w:rFonts w:ascii="Times New Roman" w:hAnsi="Times New Roman" w:eastAsia="宋体"/>
          <w:b w:val="0"/>
          <w:sz w:val="24"/>
        </w:rPr>
        <w:t>终期路演评分维度及权重如下：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7"/>
        <w:gridCol w:w="1247"/>
        <w:gridCol w:w="1247"/>
        <w:gridCol w:w="1247"/>
        <w:gridCol w:w="1247"/>
        <w:gridCol w:w="1247"/>
        <w:gridCol w:w="1247"/>
      </w:tblGrid>
      <w:tr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评分维度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问题洞察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方案创新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用户验证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表达呈现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团队协作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个人反思</w:t>
            </w:r>
          </w:p>
        </w:tc>
      </w:tr>
      <w:tr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权重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20%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25%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20%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15%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  <w:tc>
          <w:tcPr>
            <w:tcW w:type="dxa" w:w="1247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</w:tr>
    </w:tbl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九、教材与参考资料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（一）选用教材：本课程为专业拓展课，采用自编讲义与课程知识库资源组织教学，可参考《遇见人工智能》（高等教育出版社）等人工智能通识教材。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（二）参考书目与资源：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周志华：《机器学习》（西瓜书），清华大学出版社；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吴恩达等：《人工智能通识》系列课程与资料；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国家网信办等：《生成式人工智能服务管理暂行办法》《人工智能生成合成内容标识办法》；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UNESCO《人工智能伦理问题建议书》及相关报告；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5. 文旅行业"人工智能＋旅游"典型案例与研究报告（见课程知识库）。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十、课程总体设计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程按"问题发现与定义（W1—W4）→方案设计与原型（W5—W8）→方案深化与验证（W9—W12）→路演与发布（W13—W16）"四个阶段组织教学，将人工智能基础、生成式AI、旅游场景创新、数据与推荐、智能体设计、伦理治理等知识有机融入项目实践。学生以3—4人团队为单位，将AI Agent作为"技术合伙人"，在每个阶段完成可检查、可交付的阶段成果，最终形成一份完整的"AI驱动的旅游创新方案"并通过终期路演进行综合呈现。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每周课堂以工作坊、路演、复盘等互动形式为主，采用"教师精讲＋学生实操＋即时反馈"的流程组织教学；课前由学生依托课程知识库自主学习基础概念，课中聚焦实践与研讨，课后通过阶段交付物与AI协作日志巩固内化，形成"课前自学—课中实践—课后沉淀"的完整学习闭环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十一、教学进度表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46"/>
        <w:gridCol w:w="1746"/>
        <w:gridCol w:w="1746"/>
        <w:gridCol w:w="1746"/>
        <w:gridCol w:w="1746"/>
      </w:tblGrid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周次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学时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教学方式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阶段交付物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开篇任务：AI初体验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讲授＋体验实训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团队信息表、AI体验日记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AI工具箱集市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讲授＋轮转实训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AI工具申领清单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第3周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用户调研工作坊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讲授＋访谈实训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用户调研报告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第4周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问题定义路演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路演＋互评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问题定义书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技术方案工作坊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技术方案初稿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第6周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原型冲刺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讲授＋冲刺实训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低保真原型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第7周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用户测试日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讲授＋测试实训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用户测试反馈报告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第8周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中期路演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路演＋点评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中期报告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第9周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竞品对标工作坊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竞品对标分析报告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第10周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商业模式工作坊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讲授＋共创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商业模式画布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第11周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AI伦理研讨会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讲授＋研讨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AI伦理自查报告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第12周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技术深化冲刺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讲授＋验证实训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技术验证报告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第13周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故事化表达工作坊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讲授＋实训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路演脚本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第14周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彩排与打磨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彩排＋反馈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路演终稿与全套材料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第15周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终期路演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路演＋答辩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路演PPT/视频、原型、项目报告</w:t>
            </w:r>
          </w:p>
        </w:tc>
      </w:tr>
      <w:tr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第16周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课程收官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46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回顾＋反思＋归档</w:t>
            </w:r>
          </w:p>
        </w:tc>
        <w:tc>
          <w:tcPr>
            <w:tcW w:type="dxa" w:w="1746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个人成长反思、AI协作日志、作品集</w:t>
            </w:r>
          </w:p>
        </w:tc>
      </w:tr>
    </w:tbl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十二、课程思政融入点对照表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1"/>
        <w:gridCol w:w="2911"/>
        <w:gridCol w:w="2911"/>
      </w:tblGrid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周次</w:t>
            </w:r>
          </w:p>
        </w:tc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思政融入点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开篇任务：AI初体验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树立正确技术观（技术是手段、解决问题才是目的）；认识"人工智能＋"国家战略与文旅数字化机遇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AI工具箱集市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增强科技自立自强意识；理性看待国内外工具差异；自觉遵守数据安全与版权规范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第3周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用户调研工作坊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传承实事求是、深入群众的调研作风；树立"以人民为中心"的服务意识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第4周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问题定义路演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坚持"问题驱动而非技术驱动"的工程伦理与创新观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技术方案工作坊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理解技术与需求匹配的工程伦理；培养严谨务实、反对技术崇拜的科学态度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第6周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原型冲刺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培养快速试错、迭代优化的创新精神与精益求精的工匠精神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第7周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用户测试日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强化以用户为中心的价值观；坚持实践是检验真理的唯一标准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第8周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中期路演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培养接受批评、持续改进的成长心态与诚实汇报的诚信品质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第9周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竞品对标工作坊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培养对标先进、见贤思齐又敢于超越的竞争意识与公平竞争的法治观念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第10周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商业模式工作坊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培养诚信经营、取之有道的义利观；促进经济效益与社会责任相统一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第11周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AI伦理研讨会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结合《生成式人工智能服务管理暂行办法》强化法治意识与科技向善的价值观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第12周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技术深化冲刺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培养严谨求实、证据导向的科学精神；坚持不夸大技术能力的诚信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第13周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故事化表达工作坊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结合文旅场景讲好中国故事，坚定文化自信与诚实表达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第14周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彩排与打磨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弘扬"台上一分钟、台下十年功"的实干精神；砥砺意志品质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第15周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终期路演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坚定创新自信与团队荣誉感；强化科技报国、服务文旅的使命担当</w:t>
            </w:r>
          </w:p>
        </w:tc>
      </w:tr>
      <w:tr>
        <w:tc>
          <w:tcPr>
            <w:tcW w:type="dxa" w:w="2911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第16周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课程收官</w:t>
            </w:r>
          </w:p>
        </w:tc>
        <w:tc>
          <w:tcPr>
            <w:tcW w:type="dxa" w:w="2911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树立终身学习意识与面向未来的使命担当</w:t>
            </w:r>
          </w:p>
        </w:tc>
      </w:tr>
    </w:tbl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十三、16周教学安排总表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83"/>
        <w:gridCol w:w="2183"/>
        <w:gridCol w:w="2183"/>
        <w:gridCol w:w="2183"/>
      </w:tblGrid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阶段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周次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核心任务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2"/>
              </w:rPr>
              <w:t>阶段产出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阶段1：问题发现与定义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第1—4周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AI初体验、工具集市、用户调研、问题定义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问题定义书、用户调研报告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阶段2：方案设计与原型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第5—8周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技术选型、原型冲刺、用户测试、中期路演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技术方案、低保真原型、中期报告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阶段3：方案深化与验证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第9—12周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竞品对标、商业模式、伦理自查、技术深化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竞品分析、商业模式画布、伦理自查报告</w:t>
            </w:r>
          </w:p>
        </w:tc>
      </w:tr>
      <w:tr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阶段4：路演与发布</w:t>
            </w:r>
          </w:p>
        </w:tc>
        <w:tc>
          <w:tcPr>
            <w:tcW w:type="dxa" w:w="2183"/>
          </w:tcPr>
          <w:p>
            <w:pPr>
              <w:spacing w:line="288" w:lineRule="auto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第13—16周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故事化表达、彩排打磨、终期路演、课程收官</w:t>
            </w:r>
          </w:p>
        </w:tc>
        <w:tc>
          <w:tcPr>
            <w:tcW w:type="dxa" w:w="2183"/>
          </w:tcPr>
          <w:p>
            <w:pPr>
              <w:spacing w:line="288" w:lineRule="auto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路演PPT、方案原型、项目报告</w:t>
            </w:r>
          </w:p>
        </w:tc>
      </w:tr>
    </w:tbl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30"/>
        </w:rPr>
        <w:t>以下为16周逐周详案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第1周　开篇任务：AI初体验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为2024级旅游管理专业本科生，此前未系统学习人工智能，多数人对AI的认知停留在"听说过ChatGPT、用过一点"的层面，既充满好奇，又存在"怕学不会、与我专业何干"的畏难与疏离情绪；同时作为"数字原住民"，他们对手机应用、短视频等数字工具接受度高、上手快，具备良好的实操基础。本课作为开篇，重在破冰、去魅、激发兴趣，通过"做中学"建立信心，不宜过早讲授原理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了解人工智能的基本概念、常见应用形态，以及"边用边学、在用中学"的课程理念；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初步认识大语言模型、AI绘图、AI语音合成等主流工具的典型能力与局限；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理解本课程的项目制教学安排、考核方式与"AI＋旅游产品经理"的学生定位。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能够独立调用至少3种主流AI工具，完成一个简单的旅游场景任务；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能够用AI工具辅助完成一次"旅游痛点→解决方案"的快速头脑风暴；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能够完成3—4人团队组建与角色分工，建立初步的协作机制。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消除对AI的陌生感与恐惧，建立"敢于上手、乐于尝试"的学习心态；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树立"技术是手段、解决问题才是目的"的正确技术观；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培养主动探索、乐于分享、互助协作的学习习惯。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结合"人工智能＋"国家战略，认识AI赋能文旅的时代机遇，增强专业使命担当；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理解"以人为本、问题驱动"的科技价值观，反对"为技术而技术"；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引导学生思考如何用AI讲好中国故事、赋能地方文旅，坚定文化自信。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主流AI工具（大语言模型、AI绘图、AI语音等）的直观体验与上手操作；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课程项目制规则、"四阶段十六周"路线图与考核方式的理解；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"AI＋旅游产品经理"的学生角色定位与团队协作机制建立。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打破"先学原理再用工具"的传统学习定势，真正接受"边用边学"；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将零散的AI工具体验与真实旅游问题建立联系，避免"为了用AI而用AI"。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多媒体教室或机房，保障联网环境，提前准备好大模型、AI绘图、AI语音等工具的账号或免登录入口，并测试可用性；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制作"旅游痛点卡片"（如：带父母出行路线规划繁琐、出国自由行语言不通、景区排队久体验差、攻略信息过时等）与解决方案记录模板；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准备课程介绍PPT、项目制规则说明页，以及"AI＋旅游产品经理"角色说明书与团队信息登记表。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课程导入：AI在身边（10分钟）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"你们最近一次用到AI是什么时候？"开场，引导学生回忆刷到的AI换脸视频、手机里的智能语音助手、导航软件的智能路线推荐、电商平台的"猜你喜欢"等日常场景，点明"AI早已悄悄进入每个人的生活"。随后抛出争议性问题"AI会不会抢走旅游人的饭碗？"请学生举手表态，记录"会/不会"两种声音，引出本课核心命题：AI不是来抢饭碗的，而是旅游人新的"技术合伙人"。最后用一分钟展示AI生成的贵州苗寨宣传图与一段AI合成的导游欢迎词，制造"原来AI还能干这个"的冲击感，激发探究欲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学生回忆并列举生活中接触到的AI应用，就"AI会不会抢饭碗"大胆表达各自观点，形成初步的认知冲突与课堂讨论氛围。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从学生熟悉的生活经验切入，制造认知冲突与好奇心，破除对AI的陌生感，为后续动手体验环节预热情绪、奠定基调。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课程地图与规则说明（15分钟）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解本课程"项目驱动＋多Agent协作"的教学模式，明确学生定位为"AI＋旅游产品经理"，终极任务是"设计一个AI驱动的旅游创新方案"；用一张四阶段路线图（问题发现与定义→方案设计与原型→方案深化与验证→路演与发布）串起16周安排，逐一说明每周主题与阶段交付物（问题定义书、用户调研报告、技术方案、原型、竞品分析、商业模式画布、伦理自查报告、路演PPT等）。重点讲解考核方式：过程性考核占60%、终期路演占40%，强调"本课程不考背原理，而考能不能用AI解决真实问题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学生对照课程地图理解四阶段与16周安排，明确各阶段的交付物与考核要求，就课程规则、评分标准等疑问向教师提问。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建立课程整体框架，让学生清楚"学什么、怎么学、怎么考"，消除目标模糊带来的焦虑，为项目制学习树立清晰路标。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组建团队与角色分工（20分钟）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学生按3—4人自由组队，引导团队参照"产品经理、技术负责人、用户研究员、内容设计师"四个角色进行分工，发放角色说明书，讲清各角色职责与协作规则（每日AI协作日志、每周例会、成果共同署名等）。提醒每个团队起一个队名，并确立初步方向——"我们想为哪一类游客解决什么问题"。巡视过程中，关注落单与性格内向的学生，主动撮合其加入团队，确保人人有团队、人人有角色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学生自由组队，围绕角色说明书协商分工，确定队名、推选组长，并初步讨论"想服务的游客群体与想解决的痛点"方向。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通过组队与角色分工，建立项目制学习的基本单元与协作机制，明确"人机协同、人人有责"的团队契约，为16周的项目推进奠基。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开篇任务发布：旅游痛点大闯关（5分钟）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发布开篇任务"旅游痛点大闯关"：每组领取3张旅游痛点卡片，要求用任何方式（尤其是AI工具）在30分钟内，为其中至少1个痛点提出一个解决方案，并准备1分钟的口头汇报。教师示范如何把痛点转化为向AI提问的具体问题，例如把"带父母出行路线太麻烦"转化为"请帮我规划一条适合老人、节奏舒缓的3天2晚行程，要求少走路、有午休时间、避开人流高峰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学生领取痛点卡片，理解任务要求与汇报形式，组内快速商量先攻克哪个痛点、打算尝试哪些AI工具、如何分工。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以真实旅游痛点作为任务载体，让学生"带着问题去用AI"，从第一课就落实"问题驱动而非技术驱动"的教学主线。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AI工具实操体验（30分钟）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现场演示三类AI工具：其一，用大语言模型对话生成路线规划（以"3天2晚荔波小七孔亲子游"为例，边演示边提示"说清需求、补充背景、要求具体格式"的提问技巧）；其二，用AI绘图生成一张景区宣传海报；其三，用AI语音合成一段景区欢迎词。演示后巡视各组，解答"工具怎么注册、提示词怎么写才有效、生成结果不满意怎么办"等即时问题，鼓励学生反复改写提示词，观察输出变化，并把体验中的亮点与"翻车"记录下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学生动手操作，用大模型、AI绘图、AI语音等工具为痛点卡片生成解决方案，尝试不同提示词、不同工具，记录使用感受与踩坑经历。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通过"演示＋实操＋即时答疑"，让学生快速上手至少3种AI工具，在真实任务中切身体会AI的能力边界与使用技巧。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成果汇报与点评（15分钟）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邀请3—4个小组做1分钟口头汇报，重点追问"你们用AI解决了什么问题、用了什么工具、AI哪里好用、哪里翻车了"。针对学生普遍反映的"AI一本正经胡说八道"，教师顺势点出"AI幻觉"概念——大模型可能生成看似合理实则错误的内容，因此"AI是助手而非权威，必须由人来判断与把关"，为后续课程的伦理与验证环节埋下伏笔。点评时肯定各组"敢用、会用"的表现，弱化对错评判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各组汇报解决方案，分享工具使用体验（含亮点与踩坑），倾听他组汇报，发现"AI会胡说"等共性问题，形成初步反思。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通过汇报与点评，完成第一次"用AI解决问题"的闭环，自然引出AI幻觉等关键概念，强化"人机协同、人负责把关"的认知。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7. 环节七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本课三个要点：AI是旅游人的"技术合伙人"而非替代者；本课程"边用边学、问题驱动"；人与AI是"人把关、AI干活"的协作关系。布置作业——写一篇AI体验日记，记录至少3种AI工具的使用感受、亮点与不足；提交团队信息表（队名、成员、角色分工、初步选题方向）。预告下周"AI工具箱集市"将系统认识更多AI工具，请各队提前想一想自己最想解决什么问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学生回顾本课收获，记录作业要求与下周任务，确认团队信息与分工后有序离开。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沉淀本课体验，通过体验日记引导反思，通过团队信息表固化协作单元，为下周系统学习AI工具做铺垫。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课程主线（板书左侧）：问题发现与定义 → 方案设计与原型 → 方案深化与验证 → 路演与发布（四阶段十六周）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学生定位（板书中间）：AI＋旅游产品经理；终极任务：AI驱动的旅游创新方案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今日任务（板书右侧）：旅游痛点大闯关（痛点 → AI工具 → 解决方案）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关键概念：AI＝"技术合伙人"而非"权威"；AI幻觉（看似合理、实则可能错误）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完成AI体验日记：记录至少3种AI工具的使用感受、亮点与不足（不少于500字）；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提交团队信息表（队名、成员、角色分工、初步选题方向）；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拓展：关注1个"AI＋旅游"的新闻或应用案例，下周课堂分享。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为开篇课，重在破冰与去魅。实际教学中需严格控制教师演示时间，避免"教师讲得多、学生动得少"，应把更多时间留给学生动手体验；组队环节要特别关注内向学生与"落单"情况，及时引导其加入团队。对"AI会不会抢饭碗"的讨论要把握正确导向，落脚到"提升自身竞争力、做驾驭AI的人"，避免制造焦虑。若部分学生工具账号准备不足，应提前准备免登录或公共账号，确保人人可上手、不因技术门槛掉队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第2周　AI工具箱集市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经过第1周的初体验，学生已对AI工具产生了直观兴趣，但仍停留在"零散试玩"阶段，不清楚AI工具究竟有多少种类、各自适合做什么，更不会"因事选工具"。学生普遍能操作但缺乏分类意识与方法意识，提示词写作也多凭感觉、效果不稳定。本课通过"集市轮转"的体验式设计，帮助学生建立AI工具的"货架地图"，补齐"会分类、会选择、会提问"的基础能力，为后续选题与方案设计储备武器库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了解主流AI工具的分类体系（大语言模型、AI绘图、视频生成、语音、数据分析、智能体等）及其典型代表产品；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掌握提示词工程的基础知识，理解"角色设定＋任务描述＋背景补充＋格式要求"的基本结构；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理解"因任务选工具"的选择逻辑，认识各类工具的适用场景与能力边界。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能够根据具体任务，从工具库中选择合适的AI工具并说明理由；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能够运用基础提示词框架，稳定地产出可用的文本、图像或分析结果；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能够结合本组初步方向，完成AI工具"申领清单"，明确后续项目将主要使用的工具组合。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培养"工欲善其事，必先利其器"的工具意识与资源整合意识；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形成对比评估、批判性选择工具的习惯，避免盲目跟风使用；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强化团队分工协作，形成"各展所长、共享工具经验"的团队学习氛围。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结合"人工智能＋"国家战略与文旅数字化转型，认识掌握AI工具的时代价值；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引导学生理性看待国产与国外AI工具的差异，增强科技自立自强的责任感；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在使用AI工具时自觉遵守数据安全与版权规范，培养诚信、守法的用网意识。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AI工具的分类框架（生成类/理解类/分析类/智能体类）与代表产品；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提示词工程基础结构与实操要点；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"因任务选工具"的选择方法与工具申领清单的填写。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从"会用一个工具"进阶到"根据任务选择合适工具"，建立任务—工具匹配思维；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写出结构完整、约束清晰的提示词，稳定获得高质量输出。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机房联网环境，按"工具摊位"分区布置（大模型区、绘图区、视频区、语音区、数据分析区），每个摊位张贴工具清单与入门提示词示例；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准备"工具体验护照"（每位学生一份，用于在轮转中打卡记录工具名、用途、亮点、局限）；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准备提示词工程讲解PPT、正反对比的提示词案例（好提示词vs坏提示词），以及选题方向池（如智能行程规划、景区智慧导览、酒店智能化、文化遗产数字化等）。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导入：你的AI武器库有多大（8分钟）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上周作业中的AI体验日记为引子，请两三位学生分享"上周你用了哪些工具、它们像什么"。随后提问："如果只给你一个AI工具去解决所有旅游问题，够不够？为什么？"引导学生意识到不同工具各有所长。教师由此引出本课主题——建立属于自己的"AI工具箱"，并形象比喻：解决旅游问题就像做菜，大模型是"主厨"、绘图是"摆盘师"、数据分析是"营养师"，关键是要会按需点将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学生分享上周的AI使用体验，回答"一个工具够不够"的问题，初步意识到工具多样性与分工差异。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从学生自身经验出发，引出"工具箱"的概念与"按需选工具"的核心思想，激发建立工具地图的动机。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AI工具分类讲授（12分钟）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系统讲授AI工具分类：第一类"生成类"（大语言模型如文心一言、通义千问、ChatGPT等负责文本；AI绘图负责图像；AI视频、AI语音、AI音乐负责多媒体生成）；第二类"理解类"（OCR文字识别、语音识别转写、翻译、图像识别）；第三类"分析类"（数据分析、表格处理、数据可视化、用户画像）；第四类"智能体类"（可自动规划、调用工具、多步执行任务的AI Agent）。每类结合旅游场景举一个例子，如"用语音识别做多语言景区讲解""用数据分析景区客流"，帮助学生把工具与旅游业务勾连起来。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学生对照工具分类框架，边听边在"工具体验护照"上补充各类工具的典型代表，记录旅游场景应用示例。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建立AI工具的"货架地图"，让学生对工具的全貌与分类形成结构化认知，为"按需选择"提供知识底座。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集市轮转体验（35分钟）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"AI工具箱集市"：各组以团队为单位，按"大模型区→绘图区→视频/语音区→数据分析区"的顺序轮转体验，每区停留约8分钟。每个摊位由教师或提前培训的"摊主"（助教/组长）用一句话介绍工具，并抛出一个微任务（如大模型区"为一条古镇旅游线路写3句卖点文案"、绘图区"生成一张景区樱花季海报"、数据分析区"把一份游客满意度问卷数据整理成要点"）。教师巡视，提醒学生边体验边在护照上记录"工具名—用途—亮点—局限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学生以团队为单位轮转各工具摊位，动手完成微任务，交流使用心得，并在"工具体验护照"上打卡记录每个工具的用途与感受。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以"集市轮转＋微任务"的形式，让学生在真实任务中广度体验各类工具，形成直观的工具画像与对比印象。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提示词工程基础讲授（15分钟）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结合学生轮转中遇到的"生成结果不理想"问题，讲授提示词工程基础，提出"角色＋任务＋背景＋格式"四要素框架，并以正反案例对比：坏提示词"写一个旅游攻略"vs好提示词"你是一名资深贵州本地导游，请为一位带8岁孩子的家长规划一份3天2晚的黔东南亲子游攻略，要求节奏舒缓、每天不超过2个景点，用表格列出每日行程、交通与注意事项"。强调"把需求说具体、给足背景、明确格式"三原则，并点明提示词可以"多轮追问、迭代优化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学生对照四要素框架分析自己刚才写的提示词，现场改写一版并观察输出变化，体会"提示词越好、结果越好"。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从学生的真实痛点出发，讲授提示词工程这一核心技能，让学生掌握"会提问"的方法，实现从"凭感觉"到"有方法"的跨越。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选题方向申领（12分钟）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出示选题方向池（智能行程规划、景区智慧导览、酒店智能化、文化遗产数字化、多语言无障碍旅游、旅游内容营销等），说明"选题可以来自方向池，也可以自拟，但必须是一个真实、具体的旅游场景痛点"。组织各组结合团队兴趣与工具能力，申领或自拟选题方向，并思考"这个问题最适合用哪些工具解决"。教师逐组沟通，对明显过宽（如"做智慧旅游"）或过窄的选题给予调整建议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各团队讨论并确定选题方向，填写"选题＋拟用工具"的初步表，向教师说明选择理由并听取反馈。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把工具学习与项目选题绑定，让学生带着真实选题去选择工具，实现"学以致用"，为第3周用户调研提供起点。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本课：AI工具分四类、各有分工，关键是"因任务选工具"；提示词是驾驭AI的钥匙，掌握四要素框架就能稳定产出。布置作业：各队完成"AI工具申领清单"（列出本组选题拟用的2—3类工具及理由），并围绕选题用AI做一次初步探索（生成一份选题相关的调研提纲或背景资料）。提醒下周进入用户调研工作坊，请各队先想好"我们最想了解目标用户的什么问题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学生回顾本课收获，明确作业要求与下周任务，团队内部确认工具申领分工。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沉淀工具分类与提示词方法，通过工具申领清单把"会用工具"转化为"会用工具做项目"，衔接下一阶段的用户调研。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AI工具四大类（板书左侧）：生成类（文/图/视频/语音）｜理解类（OCR/语音识别/翻译）｜分析类（数据/表格/画像）｜智能体类（Agent）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选择逻辑（板书中间）：因任务选工具——先问"要解决什么"，再选"用什么"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提示词四要素（板书右侧）：角色＋任务＋背景＋格式（多轮追问、迭代优化）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今日任务：集市轮转打卡 → 选题方向申领 → 工具申领清单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完成本组"AI工具申领清单"：列出选题拟用的2—3类工具、代表产品及选择理由；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围绕选题用AI做一次初步探索：生成调研提纲或背景资料，体会提示词效果；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拓展：比较至少2款同类AI工具（如两款大模型）回答同一问题的差异，形成简评。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信息量大、动手环节多，需注意节奏把控：分类讲授宜精练，把时间让给轮转体验与提示词实操。轮转环节要提前培训"摊主"、明确微任务，避免学生走马观花；对操作生疏的学生要即时辅导。选题申领环节易出现选题过大、空泛的情况，教师应及时用"具体到什么游客、什么场景、什么痛点"三个追问帮助收窄。若机房网络不稳定，需准备离线可用的本地工具或降级方案，保障体验环节不中断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第3周　用户调研工作坊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确定选题方向、初步掌握AI工具，但对"真实用户到底需要什么"缺乏一手认知，容易陷入"我觉得用户需要"的自我想象。旅游管理专业学生虽有人文素养与沟通能力，但普遍未受过系统的用户调研训练，不会设计访谈提纲、不善追问、也不会从访谈中提炼真实痛点。本课通过"方法讲授＋真实访谈＋分享复盘"的工作坊形式，让学生走出"自以为是"，建立"以用户为中心、以事实为依据"的调研基本功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掌握用户调研的基本方法（访谈、问卷、观察、体验等）及其适用场景；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理解访谈提纲的结构（破冰—开放问题—深入追问—收尾）与追问技巧；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了解"痛点、需求、场景"三个概念的区别与联系，以及用户画像的基本要素。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能够设计一份结构完整、可执行的用户访谈提纲；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能够对真实用户进行访谈，运用追问技巧挖掘深层需求；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能够用AI工具辅助整理访谈记录，并从中提炼真实的旅游场景痛点。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培养实事求是、深入群众的调研作风，尊重并倾听真实用户；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克服"自以为是"，养成用事实与证据说话的思维方式；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提升人际沟通、共情与换位思考能力。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传承调查研究"从群众中来、到群众中去"的优良传统，增强实践自觉；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培养实事求是、求真务实的科学态度与严谨学风；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树立"以人民为中心"的服务意识，把满足游客美好出行需要作为项目初心。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用户访谈提纲的设计方法与追问技巧；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从访谈记录中提炼真实痛点（痛点—场景—需求三层剥离）；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用AI工具辅助访谈记录整理与要点归纳。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从现象描述中剥离出真实、可验证的痛点，避免"自以为是"与"把用户当成自己"；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访谈中做到"多听少说、不引导用户"，保持客观中立。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访谈方法讲解PPT、优秀访谈提纲范例与"反例"（如全是封闭式问题、引导性问题）；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提前联络可访谈对象（校园师生、游客、旅游从业者等），或准备线上访谈渠道与问卷工具；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准备录音转写与AI整理工具（语音转写、大模型摘要），以及访谈记录模板与"痛点提炼卡"。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导入：你的用户是谁（8分钟）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真实案例开场：某团队想做"AI定制旅行"，以为用户最需要"最省钱路线"，访谈后发现用户真正在意的其实是"决策焦虑——怕选错、怕被坑"。教师提问："你凭什么认定你的用户需要它？"引出核心命题——好的产品来自真实用户，而不是设计者的想象。随后点明本课任务：走出课堂，去和至少3个真实用户聊一聊，把"我以为"变成"我验证过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学生反思自己选题时的"想当然"，意识到"用户到底要什么"需要用事实回答，明确本课"真实访谈"的任务。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用案例制造"你以为的不是用户要的"认知冲击，激发学生做真实调研的内在动力。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访谈方法与提纲设计讲授（20分钟）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访谈方法：第一，明确访谈目标（想验证什么假设、想发现什么痛点）；第二，设计提纲结构——破冰（拉近距离、说明来意）、开放问题（如"你最近一次旅行，最让你头疼的是什么？"）、深入追问（5W1H追问、"能举个例子吗？""为什么这对你重要？"）、收尾（致谢、补充询问）；第三，注意事项——多听少说、不打断、不引导、记录原话。展示一份优秀提纲与一份"反例"提纲（全是"是/否"封闭题、含诱导性表述），让学生现场指出问题，理解好提纲的标准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学生跟随讲授理解提纲结构与追问技巧，现场点评"反例"提纲存在的问题，形成对"好问题"的直观判断。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系统传授访谈方法，通过正反案例对比让学生掌握"会设计提纲、会追问"的核心技能。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各组设计访谈提纲（15分钟）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团队围绕本组选题设计访谈提纲，要求至少包含5个问题，覆盖"背景情况—痛点挖掘—需求确认"三个层次，并明确"我们想验证的核心假设"。教师巡回指导，帮助各组把模糊的假设转化为可问的问题，例如把"用户需要智能导览"转化为"你逛景区时怎么找路、会不会迷路、最希望得到什么帮助"。提醒学生可用大模型辅助优化提纲，但要自己判断问题是否合适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各团队协作设计访谈提纲，明确核心假设，并尝试用AI工具对提纲进行优化，形成可执行的访谈脚本。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将访谈方法即时转化为各组的真实工具，产出可用的访谈提纲，实现"学完即用"。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真实用户访谈实训（30分钟）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学生走出课堂（或在线上）进行访谈：每人至少访谈1位真实用户，每组累计不少于3位。教师巡视或在线答疑，提醒学生"多听少说、记录原话、善用追问"，遇到用户不愿回答时礼貌调整问题；同时提示可用语音转写工具记录访谈，便于后续整理。对找不到访谈对象的小组，教师提供备选方案（采访校园师生、宿管、食堂工作人员等有旅行经历者），确保人人有访谈对象、人人动起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学生两两一组或独立开展访谈，运用提纲与追问技巧获取真实反馈，用语音转写或笔记记录访谈要点。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在真实情境中锻炼访谈能力，获取一手用户数据，让"用户需求"从想象走向实证。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AI辅助整理与痛点提炼（12分钟）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示范如何用AI辅助整理访谈：把访谈原始记录交给大模型，要求"提取关键原话、归纳用户痛点、按频次排序、标注不同用户的分歧点"，并强调AI只是初筛，最终判断要靠人复核，防止AI歪曲原意。随后组织各组用"痛点提炼卡"完成三层剥离：现象（用户说了什么）→痛点（真正困扰什么）→需求（用户想要什么），并区分"真实痛点"与"伪需求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各组用AI工具辅助整理访谈记录，在痛点提炼卡上归纳现象—痛点—需求，并识别哪些是高频、真实痛点。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训练"用AI提效＋人做判断"的协作方式，掌握从访谈材料中提炼真实痛点的方法，防止主观臆断。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各组分享与互评（10分钟）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邀请2—3个小组分享"访谈中最大的意外发现"，引导全班比较各组痛点是否真实、是否高频。教师点评：真正的痛点往往"扎心、具体、高频"，如果发现自己的痛点只是"个别人的特殊偏好"，就要继续扩大访谈或调整方向。强调"今天的调研可能推翻昨天的选题，这很正常，也很有价值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各组分享调研发现与意外收获，倾听他组反馈，审视自己提炼的痛点是否真实、是否足以支撑选题。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通过分享与互评，帮助学生校准痛点判断，培养"敢于用事实修正方向"的科学态度。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7. 环节七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好产品来自真实用户，调研是"用事实打败想象"的过程；访谈要会设计、会追问、会提炼，AI是整理助手、人是判断主体。布置作业：完成用户调研报告（含访谈提纲、访谈记录、痛点提炼、用户画像），并据此初步确认或修正选题。预告第4周"问题定义路演"，各组要能用一句话讲清"我们发现什么问题、为什么AI适合解决它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学生回顾调研方法要点，明确调研报告的要求与第4周路演任务，团队内部分工撰写报告。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沉淀调研方法，通过调研报告形成阶段交付物，为第4周的问题定义路演做内容准备。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调研三步（板书左侧）：会设计提纲 → 会追问 → 会提炼痛点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访谈提纲结构（板书中间）：破冰 → 开放问题 → 深入追问(5W1H) → 收尾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痛点三层剥离（板书右侧）：现象（用户说了什么）→ 痛点（困扰什么）→ 需求（想要什么）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核心原则：多听少说、不引导、记录原话；AI是整理助手、人是判断主体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完成用户调研报告（含访谈提纲、访谈记录、痛点提炼、初步用户画像）；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用AI工具辅助整理访谈记录，并附上"AI整理＋人工复核"的过程说明；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拓展：补充阅读1篇用户研究方法资料（如用户体验五要素相关文章），提炼3条心得。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的成败在于"真实访谈"是否真正发生。需提前解决访谈对象来源问题，避免学生因找不到对象而敷衍；对线上访谈要明确记录与转写规范。痛点提炼环节，学生易把"用户随口一说"当成"真实需求"，教师应用"频次＋场景＋强度"三个维度引导判断。AI辅助整理时要强调人工复核，防止学生全盘照搬AI结论。若时间紧张，可将分享环节压缩，把更多时间留给访谈与提炼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第4周　问题定义路演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经过第3周的用户调研，各组已积累了真实访谈材料，但多数团队仍停留在"痛点很多、抓不住重点"的阶段，不善于把零散发现凝练成一个边界清晰、值得解决的问题，更难以论证"为什么这个问题适合用AI解决"。学生普遍缺乏"问题定义"的方法论，容易把问题写得过大过空或过于技术化。本课通过"路演＋互评＋方法讲授"的结合，帮助学生完成从"发现痛点"到"定义问题"的关键跃迁，产出第一阶段核心交付物——问题定义书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理解问题定义的核心要素与"问题—痛点—方案—价值"的逻辑链；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掌握用一句话清晰定义问题的方法（目标用户＋场景＋痛点＋期望）；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了解问题定义书的模板结构与撰写规范。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能够将用户调研发现凝练为一个边界清晰、可验证的问题；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能够论证"为什么这个问题适合用AI解决"，识别AI的独特价值；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能够进行3分钟的问题定义路演，清晰表达并回应质疑。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培养聚焦与取舍意识，学会"做减法"、抓住关键问题；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强化证据意识，做到"每个判断都有调研数据支撑"；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锻炼公开表达与接受批评、理性答辩的心理素质。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坚持"问题驱动而非技术驱动"的创新观与工程伦理；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培养实事求是、用数据说话的严谨学风与务实作风；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引导学生把个人创业热情与满足人民美好生活需要相结合。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问题定义的方法与"一句话问题陈述"的写法；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"问题—痛点—方案—价值"逻辑链的构建；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论证AI独特价值的方法（AI能做什么、为什么非AI不可）。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问题边界清晰化，避免问题过大、过空或与技术脱节；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用证据（调研数据）论证AI独特价值，而非仅凭热情或口号。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问题定义方法讲解PPT、"一句话问题陈述"模板与正反案例；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准备路演评分表（从问题清晰度、数据支撑、AI价值、表达四个维度评分）；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提前布置各组将调研报告浓缩为3分钟路演稿，准备问题定义书初稿模板。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导入：从痛点到问题（8分钟）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对比开场：A组说"我们想解决游客体验差的问题"，B组说"我们要解决『自由行游客在陌生城市做行程决策时，因信息过载导致焦虑、平均花3小时仍难以下决』的问题"。提问："哪个更容易做出好产品？为什么？"引导学生意识到问题越具体、越聚焦，方案越容易落地。点明本课目标：把调研发现的痛点，凝练成一个清晰、聚焦、可验证的问题，并用一场路演把它讲清楚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学生对比两组问题陈述，体会"模糊问题"与"聚焦问题"的差别，明确本课"定义问题"的任务。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通过正反对照，让学生直观感受"问题定义"的价值，激发凝练问题、讲清问题的动机。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问题定义方法讲授（15分钟）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问题定义的方法：其一，用"目标用户＋场景＋痛点＋期望"四要素写"一句话问题陈述"，例如"针对（自由行游客）在（规划行程时）遇到的（信息过载、决策焦虑）问题，我们希望通过（AI个性化行程生成）帮助其（在5分钟内获得可信、可调整的行程方案）"；其二，构建"问题—痛点—方案—价值"逻辑链，确保每一步都有调研数据支撑；其三，论证AI独特价值——回答"为什么非AI不可"，即AI在"海量信息处理、个性化生成、实时交互、多语言"上的独特能力恰好匹配该问题。教师以"智能行程规划"为例完整演示一遍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学生跟随讲授理解四要素法与逻辑链，对照范例思考本组问题该如何凝练、AI价值如何论证。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提供结构化的问题定义工具，让学生从"有感而发"走向"有方法、有逻辑"地定义问题。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各组凝练问题定义书（20分钟）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基于调研报告，套用模板完成问题定义书初稿：一句话问题陈述、目标用户与场景、痛点证据（引用访谈原话与频次）、AI价值论证。教师巡回指导，重点纠正两类问题：一是问题过宽（用"缩小用户、缩小场景、缩小动作"三问收窄）；二是AI价值空洞（追问"AI具体做哪一步、不用AI会怎样"）。提醒学生可用大模型帮助润色措辞，但数据与判断必须来自真实调研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各团队协作填写问题定义书，反复打磨"一句话问题陈述"，引用调研数据支撑痛点与AI价值论证。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在真实项目上演练问题定义方法，产出核心交付物"问题定义书"，实现方法到成果的转化。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问题定义路演（25分钟）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依次进行3分钟路演，每组讲清"我们发现了什么问题、证据是什么、为什么AI适合解决它"。教师计时并在评分表上打分，同时记录可追问的关键点（如"你的用户样本只有5人，能代表吗""这个痛点高频吗"）。要求台下同学认真倾听，准备提问，营造"路演—质询"的真实氛围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各组按序路演，用3分钟清晰陈述问题定义；台下学生倾听并记录疑问，准备提出建设性质询。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通过路演训练学生的结构化表达，同时以"公开承诺＋接受质询"的方式倒逼问题定义的严谨性。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同伴互评与追问（15分钟）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同伴互评，引导台下学生围绕"问题是否清晰聚焦、证据是否充分、AI价值是否成立"提出具体问题，如"你提到用户焦虑，有没有量化数据？""这个功能用普通App也能做，AI的独特性在哪？"。教师适时补充点评，示范如何用"追问"帮助他组把问题打磨得更实，并强调"今天被问倒的地方，就是接下来要补的功课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学生围绕问题清晰度、数据支撑、AI价值三个维度互提问题，被问小组现场回应，记录需要补强的环节。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通过同伴质询形成"外部视角"，帮助学生发现自己看不到的漏洞，培养批判性思维与承受质疑的能力。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点评总结与方法回炉（8分钟）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汇总各组共性问题（问题过宽、证据不足、AI价值空洞），逐一给出改进建议，并重申"问题定义是产品的起点，问题错了，后面都白做"。强调本阶段交付标准：问题定义书必须"一句话说得清、数据撑得住、AI价值讲得明"。鼓励各组课后根据互评意见修订，锁定最终选题进入方案设计阶段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学生对照共性问题审视本组问题定义书，明确修订方向，形成下一阶段（方案设计）的共识。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通过总结回炉固化方法要点，帮助学生把互评反馈转化为问题定义书的修订行动。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7. 环节七　小结与作业布置（4分钟）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教师总结本课：好问题是好产品的起点；定义问题要"聚焦、有证据、讲得清AI价值"。布置作业：根据互评意见修订并提交最终版问题定义书，锁定选题；预习第5周"技术方案工作坊"内容，提前了解AI技术"菜单"。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学生记录作业要求与下周安排，团队确认问题定义书修订分工与提交时间。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固化阶段成果，明确第一阶段（问题发现与定义）收官，为进入方案设计与原型阶段做好准备。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一句话问题陈述（板书左侧）：目标用户＋场景＋痛点＋期望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逻辑链（板书中间）：问题 → 痛点 → 方案 → 价值（步步有数据）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AI价值论证（板书右侧）：AI擅长"海量信息/个性化/实时/多语言" → 为什么非AI不可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交付标准：一句话说得清、数据撑得住、AI价值讲得明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根据互评意见修订并提交最终版《问题定义书》，正式锁定选题；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补充问题定义书的痛点证据（引用访谈原话、频次、典型场景）；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拓展：研究1个"AI解决同类问题"的已有产品，写一段"它做得好/不好在哪"的简评。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是第一阶段收官，路演环节时间较紧，需提前控制每组时长、明确评分与追问规则。互评环节要防止流于客气，教师可用"每人必须提出一个具体问题"等规则引导真实质询。问题定义环节，学生易把"痛点"与"问题"混为一谈，或把AI价值写得空泛，教师需反复用"数据在哪、AI具体做哪步"两个追问纠偏。对明显无法成立的选题，应及时引导学生调整，避免带着错误问题进入下一阶段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第5周　技术方案工作坊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通过第4周问题定义路演锁定选题，但对"用什么技术实现方案"普遍缺乏系统认知：有的团队盲目追随"最火"的大模型，有的分不清计算机视觉、推荐系统、智能体的差别，更不会做技术选型与可行性判断。学生已具备基本AI工具使用能力，但尚未建立"问题→技术"的匹配思维。本课通过"技术菜单讲授＋选型实训"，帮助学生从"会用工具"进阶到"会设计技术方案"，产出第二阶段的首份交付物——技术方案初稿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了解AI技术"菜单"的构成：大语言模型、计算机视觉、语音技术、推荐系统、数据分析、智能体等及其典型能力；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理解各类AI技术的适用场景、能力边界与典型旅游应用案例；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掌握技术选型的基本方法与技术可行性的判断维度（数据、能力、成本、合规）。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能够根据问题定义，将问题拆解为可被技术解决的功能模块；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能够为每个功能模块匹配合适的AI技术，并说明选型理由；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能够用AI工具辅助技术调研，撰写技术方案初稿并画出架构简图。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培养"技术与需求匹配"的系统思维，破除技术崇拜、避免盲目追新；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建立务实的技术判断力，分清"能实现、难实现、不可实现"；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培养跨学科整合能力与工程化、产品化的思维方式。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结合关键核心技术攻关与科技自立自强，增强学好用好AI的责任感；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引导理解"技术服务于人、需求牵引技术"的工程伦理；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培养严谨务实、实事求是的科学态度，反对华而不实的技术堆砌。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AI技术"菜单"的分类框架与各技术的旅游场景应用案例；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技术选型方法：问题拆解→能力匹配→可行性验证；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技术方案初稿的撰写框架（功能模块＋技术组件＋架构简图＋选型理由）。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技术可行性的初步判断：数据是否可得、模型能力是否够、成本与合规是否可控；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把抽象的旅游问题拆解为清晰、可被具体技术解决的功能模块。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技术菜单讲解PPT，附各类技术在旅游场景的应用案例库（如智能客服、景区客流识别、个性化推荐、AI导游等）；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技术选型模板（问题→功能模块→所需能力→候选技术→选型理由→风险与备选方案）与优秀技术方案范例；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准备技术调研辅助工具（可联网检索的大模型、AI知识库），以及白板/便签用于功能模块拆解。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导入：技术从哪里来（8分钟）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设问开场："你们的问题定义书已经写好，接下来要把它变成产品，那『用什么技术』这个决定，靠拍脑袋还是靠方法？"举一个反面例子：某团队要做"智能行程规划"，张口就定"我们用大模型"，却不清楚行程规划其实需要"数据检索＋路线优化＋个性化推荐"多种能力配合。由此点明本课核心：AI不是只有大模型，而是一份丰富的"技术菜单"，产品经理的功夫在于"看菜下单、按需配菜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学生反思本组技术选择的随意性，意识到"技术选型"需要系统方法与依据，明确本课任务。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以反面案例点破"拍脑袋选技术"的常见误区，激发学生系统学习技术选型方法的动机。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AI技术菜单讲授（20分钟）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系统讲授AI技术"菜单"，分六大类并逐一举例：其一，大语言模型（文本理解、生成、对话，用于智能客服、行程文案、多语言翻译）；其二，计算机视觉（图像识别、OCR、目标检测，用于景区客流统计、文物识别、扫码入园）；其三，语音技术（语音识别、合成、声纹，用于语音导览、多语言讲解、无障碍服务）；其四，推荐系统（协同过滤、内容推荐，用于个性化线路、酒店餐饮推荐）；其五，数据分析与预测（客流预测、舆情分析、收益管理）；其六，智能体Agent（多步规划、工具调用，用于自动订票、行程动态调整）。每类都强调"它擅长什么、不擅长什么"，帮助学生建立能力边界意识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学生跟随讲授记录六类技术的能力与边界，对照本组选题思考"我的方案可能需要哪些技术"。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提供结构化的技术全景图，让学生对AI能力建立"货架式"认知，为技术选型储备知识。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技术选型方法讲授（12分钟）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技术选型三步法：第一步"拆"，把问题拆解为3—5个功能模块（如"智能行程规划"可拆为"需求理解、信息检索、路线生成、个性化调整"）；第二步"配"，为每个模块匹配所需能力并选择候选技术；第三步"验"，从数据可得性、模型能力、开发成本、合规风险四个维度验证可行性。以一个真实案例演示：某"多语言景区导览"项目，讲解模块如何拆、技术如何选（语音识别＋翻译＋语音合成）、为什么放弃自建翻译模型而调用成熟API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学生理解三步法，对照案例体会"拆—配—验"的完整逻辑，记录技术可行性的四个验证维度。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给出可操作的技术选型方法，让学生从"凭感觉"走向"按步骤、有依据"地做技术决策。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技术选型实训（30分钟）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套用技术选型模板，先"拆"功能模块、再"配"候选技术、最后"验"可行性。教师巡回指导，重点追问三类问题：模块是否拆得够细、技术是否匹配能力、可行性是否有证据。鼓励学生用可联网检索的大模型辅助调研"某技术在旅游场景的成熟案例、现有API、大致成本"，但强调"AI给的答案要核实，不能照单全收"。对卡在"想用一个技术解决所有问题"的团队，引导其拆解、组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各团队协作拆解功能模块，为每个模块匹配候选技术，并用AI工具检索案例与成本，完成技术选型初表。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在真实选题上演练"拆—配—验"，用AI辅助技术调研，产出技术选型初稿并培养证据意识。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技术方案初稿撰写（15分钟）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解技术方案初稿的结构：一、方案概述（解决什么问题）；二、功能模块与技术组件（每个模块用什么技术、为什么）；三、技术架构简图（用框图/流程图画出模块间数据流）；四、选型理由与风险（为什么这样选、有什么风险、备选方案）。提示学生可用AI绘图或手绘草图快速画出架构简图，重点是"讲得清、看得懂"，不追求精美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各团队按框架撰写技术方案初稿，绘制架构简图，明确每个模块的技术选择与理由。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将选型结果固化为结构化的技术方案初稿，形成第二阶段首份交付物，为原型冲刺做准备。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分享与点评（10分钟）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邀请2个小组展示技术方案初稿，重点让全班讨论"技术选择是否合理、是否有更简单的替代方案"。教师点评常见问题：技术堆砌（为了用AI而用AI）、可行性缺乏证据、忽略了数据来源。强调"好的技术方案是恰到好处，不是越复杂越好"，引导学生做减法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展示小组讲解方案，其他学生围绕技术合理性、可行性提问，共同审视方案的优劣。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通过同伴审视与教师点评，帮助学生校准技术方案，强化"简单、可行、匹配"的设计原则。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7. 环节七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技术选型要"拆、配、验"三步走，AI是一份菜单、要按需配菜；好的技术方案讲究"恰到好处"。布置作业：完成技术方案初稿（含功能模块、技术组件、架构简图、选型理由与风险），并准备下周原型冲刺。提醒：下周要"动手做原型"，请各队先想清楚方案中最核心的一个功能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学生回顾技术选型方法，明确作业要求与下周原型冲刺任务，团队分工完善技术方案。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固化技术选型方法论，通过技术方案初稿形成阶段交付物，为第6周原型冲刺奠定技术底座。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AI技术菜单（板书左侧）：大模型｜计算机视觉｜语音｜推荐｜数据分析｜智能体（各配一个旅游案例）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选型三步法（板书中间）：拆（功能模块）→ 配（候选技术）→ 验（数据/能力/成本/合规）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方案初稿结构（板书右侧）：概述 → 模块＋技术 → 架构简图 → 选型理由＋风险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设计原则：恰到好处、可行为先、证据说话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完成技术方案初稿（含功能模块、技术组件、架构简图、选型理由与风险备选）；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用AI工具做一次技术调研，附上"AI检索＋人工核实"的来源说明；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拓展：研究1个"AI＋旅游"产品背后的技术栈，写一段技术拆解笔记。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是技术思维的起点，易出现两种倾向：一是技术堆砌、盲目追新，二是面对技术选择无从下手。教师应以"拆—配—验"给出手脚架，并用"恰到好处"原则纠偏。技术可行性判断是难点，学生常凭想象下结论，需反复用"证据在哪、有没有现成API、成本多少"追问。若时间紧张，可将分享环节压缩，保证实训与方案撰写的时间。技术菜单讲授要控制深度，以"能看懂、会匹配"为度，不宜陷入算法原理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第6周　原型冲刺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完成技术方案初稿，但方案仍停留在"纸面描述"，缺乏可体验、可演示的具体载体。学生对"原型"的理解常局限于"高保真App界面"，不知低保真原型的多种形式，更不会用AI工具快速产出原型。本课以"90分钟原型冲刺"为核心，让学生体验"快速构建—快速试错"的产品思维，把技术方案转化为"外行也能看懂、能玩"的低保真原型，为第7周用户测试提供可测试的对象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理解低保真原型的概念、价值与常见形式（对话脚本、界面草图、流程图、交互演示等）；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了解"最小可行产品（MVP）"思想与"先做出再做好"的迭代逻辑；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认识用AI工具（对话生成、绘图、原型工具）辅助原型制作的路径。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能够根据技术方案，确定原型要展示的核心功能与关键流程；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能够用AI工具与手绘草图快速制作一个可演示的低保真原型；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能够用"外行视角"检验原型，让不熟悉项目的人看懂产品在做什么。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培养快速试错、迭代优化的创新精神与行动力；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克服"完美主义"，建立"先完成、再完善"的产品心态；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培养以用户可理解的方式表达产品的沟通意识。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弘扬"敢闯敢试、实干兴邦"的创新创业精神；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引导树立精益求精、精益创业的务实价值观；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培养团队协作、共担共享的集体主义精神。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低保真原型的概念、形式与制作方法；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用AI工具辅助制作原型（对话脚本、界面草图、交互流程）；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"核心功能优先"的MVP思维与原型演示技巧。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让外行能看懂"产品是做什么的"，避免陷入技术细节；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在有限时间内取舍功能，聚焦最核心的一个闭环。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原型概念讲解PPT与低保真原型范例（对话脚本、纸面草图、AI生成界面图、流程图各一份）；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准备AI辅助原型工具（大模型生成对话脚本、AI绘图生成界面草图、原型/流程图工具）；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准备白纸、彩笔、便签等手绘材料，以及"原型演示评分卡"（清晰度/核心闭环/可测试性）。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导入：让方案活起来（8分钟）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提问开场："你的技术方案写得很清楚，但用户凭什么相信你的产品有用？"点出"描述"与"演示"的差距——用户只有"看到、摸到、体验到"，才会给你真实的反馈。教师展示一个低保真原型（一张AI生成的行程规划界面草图＋一段模拟的对话脚本），请学生快速判断"这个产品在做什么"，从而引出原型的第一标准：让外行一眼看懂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学生观看原型范例，体验"一眼看懂"的感觉，理解原型对验证产品、获取反馈的价值。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用"描述vs演示"的落差，让学生认识到原型是方案落地的关键一步，激发制作原型的动力。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原型概念与形式讲授（15分钟）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低保真原型：概念（用低成本、快速度呈现产品核心功能与交互的载体）、价值（早验证、早纠错、省成本）与常见形式——对话脚本（模拟人机对话）、界面草图（纸面或AI生成的关键页面）、流程图（用户旅程与系统流程）、可点击演示（用原型工具串起来的简单交互）。强调MVP思想："只做最核心的一个功能闭环，其他都先不做"。结合本课任务，说明各组要聚焦"技术方案中最核心的那个功能"做出原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学生理解低保真原型的多种形式与MVP思想，对照本组技术方案确定"最核心功能"。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建立原型的知识框架与MVP意识，为90分钟原型冲刺提供方法与方向。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核心功能与流程确定（12分钟）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先明确"原型要展示的核心功能是什么、用户从进入到完成的关键流程是什么"，用一句话＋一张流程图把核心闭环画出来。教师巡回指导，帮助各组做减法：砍掉锦上添花的功能，只保留"用户用一次就能体会价值"的最小闭环。示例："智能行程规划"原型只做"输入需求→生成行程→一键调整"三步，其余暂不涉及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各团队讨论并确定核心功能与关键流程，用流程图/简笔画画出最小闭环，明确"做什么、不做什么"。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通过"做减法"聚焦核心闭环，避免原型贪大求全，为冲刺环节框定清晰范围。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90分钟原型冲刺（40分钟）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宣布"90分钟原型冲刺"开始（本环节与下一环节合并执行），各组用AI工具＋手绘快速制作原型：可用大模型生成对话脚本与产品文案、用AI绘图生成界面草图、用流程图工具画出交互流程，也可手绘纸面原型。教师巡回答疑，提示"先求完成、再求完善"，卡住时先用最朴素的方式呈现（哪怕纸面草图）。鼓励团队内并行分工：一人做脚本、一人画界面、一人串流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各团队分工协作，用AI工具与手绘材料快速产出对话脚本、界面草图或流程图，拼装成可演示的低保真原型。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以限时冲刺制造紧迫感，训练"快速构建、快速试错"的实战能力，把方案转化为可见载体。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原型演示与"外行检验"（20分钟）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用2分钟演示原型，并引入"外行检验"法：邀请其他组同学扮演"完全不懂的小白用户"，只用"这是干什么的？我该怎么用？"两个问题来检验，看演示者能否讲清楚。教师按"清晰度/核心闭环/可测试性"在评分卡上打分，点评时强调"原型不是给你自己看的，是给用户和评委看的，讲不明白就是失败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各组演示原型，接受"小白用户"的提问检验；其他组以用户视角提问，判断是否一眼看懂、能否体验核心闭环。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用"外行检验"倒逼原型清晰化，训练学生以用户视角表达产品，为第7周真实用户测试预演。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原型是"做出来给用户看"的载体，MVP思维要求聚焦核心闭环；制作原型时"AI是加速器、人是导演"。布置作业：完善低保真原型，使其达到"可交给真实用户测试"的程度，并准备第7周的用户测试任务设计（写清"想验证什么、让用户做什么"）。提醒下周转入用户测试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学生回顾原型制作要点，明确完善原型与设计测试任务的要求，团队分工推进。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固化MVP与原型方法，产出可测试的低保真原型，为第7周用户测试准备好对象与测试方案。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原型是什么（板书左侧）：低成本、快速度呈现核心功能的载体（早验证、早纠错）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四种形式（板书中间）：对话脚本｜界面草图｜流程图｜可点击演示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MVP原则（板书右侧）：只做最核心的一个功能闭环；先完成、再完善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检验标准：外行一眼看懂、能体验核心闭环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完善低保真原型，达到"可交给真实用户测试"的完成度；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设计用户测试方案初稿（测试目标、测试任务、观察要点、拟邀请用户）；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拓展：体验1款真实产品，用"核心闭环"视角拆解它的MVP是什么。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成败在于冲刺是否真正"动起来"。需提前明确冲刺规则与时间节点，防止学生陷入讨论而不动手；对完美主义倾向的团队要及时喊"先完成再完善"。原型演示环节，学生易用技术术语自说自话，教师应用"小白检验"逼其用大白话讲清价值。若AI工具使用不畅，手绘纸面原型同样有效，不必强求数字化。冲刺时间若不够，可适当延长并压缩讲授环节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第7周　用户测试日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完成低保真原型，但对"如何验证原型是否真的有用"缺乏方法，常满足于"身边同学说不错"的主观评价，不善于设计测试任务、不会客观观察与记录用户行为与反馈。学生普遍存在"护犊子"心态，倾向引导用户说好话。本课通过"设计测试任务＋邀请真实用户测试＋反馈整理"的完整闭环，训练学生"以用户为中心、客观求实"的验证能力，为方案迭代提供真实依据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了解用户测试的基本方法（可用性测试、任务测试、观察法）与测试流程；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理解测试任务设计的原则（具体、可观察、不引导）与观察记录的要点；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认识定量与定性反馈的区分，以及AI工具辅助反馈整理的方法。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能够设计一组具体、可观察的用户测试任务与观察要点；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能够组织真实用户完成测试，客观观察并记录行为与反馈；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能够用AI工具辅助整理反馈，提炼改进点并形成测试报告。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强化以用户为中心的价值观与求真务实、不护短的态度；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培养客观观察、耐心倾听与同理共情的职业素养；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养成用数据与事实而非主观感受做判断的习惯。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坚持"实践是检验真理的唯一标准"，尊重用户的真实声音；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培养虚心听取批评、勇于自我否定的品质与成长型心态；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树立诚信求实、对用户负责的产品伦理。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用户测试任务的设计与观察技巧；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客观记录用户行为与反馈（区分事实与感受）；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用AI工具辅助整理反馈、提炼改进点。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不引导用户、客观观察，避免"护犊子"与诱导性提问；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从零散反馈中提炼出可执行的改进点，分清"真问题"与"伪反馈"。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用户测试方法讲解PPT、测试任务设计范例（好任务vs坏任务）与观察记录表；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提前联络测试用户（校园师生、游客等，每组至少3位），或准备线上测试渠道；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准备反馈整理辅助工具（大模型摘要、录音转写）与"改进点提炼卡"。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导入：你的原型经得起考验吗（8分钟）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常见场景开场："你问同学『这个原型怎么样』，同学说『挺好的』，这个反馈有用吗？"引导学生意识到"挺好的"是无效反馈——没有具体行为、没有真实困惑。点明本课任务：把原型交给真实的、不熟悉项目的用户去用，用他们的行为与真实反馈来检验。强调"今天用户说的问题，比你自己觉得的好更重要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学生反思"挺好的"这类无效反馈，理解真实用户测试与客观反馈的价值，明确本课任务。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点破"客气式好评"的无效性，激发学生用真实测试替代主观判断的动机。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用户测试方法讲授（15分钟）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用户测试方法：第一，设计测试任务——任务要具体、可观察，如"请你用这个原型，为一位带老人的用户规划一条一天的行程"，而非笼统的"你试试这个产品"；第二，观察记录——记录用户卡在哪里、表情、口头疑问、完成时间，区分"事实"（用户做了什么、说了什么）与"感受"（测试者的猜测）；第三，不引导原则——测试中不解释、不帮腔、不辩解，只观察；第四，事后回访——用"你刚才在这里卡住了，能说说为什么吗"追问原因。展示好任务与坏任务范例，让学生辨析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学生理解测试任务设计、观察记录与不引导原则，现场辨析好/坏任务范例，掌握核心要点。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系统传授用户测试方法，重点纠正"诱导用户"的常见错误，为真实测试提供方法保障。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各组设计测试方案（12分钟）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完成测试方案：明确"想验证什么假设"（如"用户能否独立完成核心操作"），设计2—3个测试任务，确定观察要点与记录表，并分工（主持人、观察员、记录员）。教师巡回指导，帮助各组把模糊的验证目标转化为可观察的行为指标，例如把"验证用户喜不喜欢"改为"观察用户能否在2分钟内找到入口并完成首次操作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各团队设计测试任务与观察要点，明确角色分工，形成可执行的测试方案。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将测试方法转化为各组的具体方案，确保真实测试有序、有据、可记录。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真实用户测试（30分钟）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学生分组开展真实用户测试：每组邀请至少3位真实用户（可线下也可线上），按测试方案执行。教师巡视，监督"不引导"原则的执行，提醒学生"用户卡住时忍住不帮忙，这正是最宝贵的发现"；同时提醒可用录音/录屏记录，便于事后整理。对找不到用户的团队，提供备选（请其他班同学、教职工担任测试用户）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各组开展真实用户测试，主持人引导、观察员记录行为、记录员整理原话，全程克制"想帮忙"的冲动。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在真实场景中完成用户测试，获取真实行为与反馈数据，让学生体会"用户视角"与"设计者视角"的差异。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AI辅助反馈整理（15分钟）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示范用AI整理反馈：把观察记录、用户原话交给大模型，要求"按问题严重程度分类、提取用户原话、归纳共性问题、列出分歧点"，并强调AI是初筛、人要复核，防止AI把个别现象夸大为普遍问题。随后组织各组用"改进点提炼卡"归纳：现象→影响→改进方向，并按"高频、致命、易改"三个标准排序，确定优先改进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各组用AI工具辅助整理测试反馈，在提炼卡上归纳现象、影响与改进方向，排定优先改进项。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训练"AI提效＋人做判断"的协作方式，把零散反馈提炼为可执行的改进清单。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各组分享与点评（10分钟）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邀请2—3个小组分享"最出乎意料的发现"与"最重要的一个改进点"，引导全班讨论改进是否合理。教师点评：好产品是"测出来、改出来"的；反馈要区分"真问题"与"伪反馈"（如个别用户的特殊偏好），并用"频次＋影响＋成本"判断优先级。强调把负面反馈当作礼物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各组分享测试发现与改进方向，倾听他组反馈，学会理性看待负面评价并排定改进优先级。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通过分享互鉴，强化"以用户为中心、客观求实"的价值观，培养理性对待批评的心态。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7. 环节七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用户测试是"用事实检验设计"，要会设计任务、会客观观察、会提炼改进；AI是整理助手、人是判断主体。布置作业：完成用户测试反馈报告（含测试方案、观察记录、反馈归纳、改进清单），并据此形成迭代计划。预告第8周中期路演：展示原型＋用户反馈＋迭代计划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学生回顾测试方法要点，明确测试报告与中期路演准备要求，团队分工推进。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沉淀用户测试方法，形成阶段交付物"测试反馈报告"，为第8周中期路演提供核心素材。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测试三会（板书左侧）：会设计任务（具体可观察）→ 会客观观察（记事实不记猜测）→ 会提炼改进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不引导原则（板书中间）：不解释、不帮腔、不辩解，只观察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反馈整理（板书右侧）：现象 → 影响 → 改进方向；按"高频/致命/易改"排序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心态：负面反馈是礼物；AI是助手、人是判断主体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完成用户测试反馈报告（测试方案、观察记录、反馈归纳、改进清单）；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据此形成方案迭代计划，明确下一轮原型要改什么、为什么改；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拓展：阅读1篇可用性测试方法资料，提炼3条可迁移的要点。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最容易出现的偏差是"护犊子"——学生不愿接受负面反馈，甚至诱导用户说好话。教师需反复强调"不引导、不辩解"，并可用"观察员与讲解员分离"的制度设计减少干扰。测试用户来源需提前落实，避免临时抓人。反馈整理环节，学生易把AI结论当真理或把个别反馈当普遍问题，教师应用"频次＋影响＋成本"引导理性判断。若真实用户不足，可用同伴互测作为补充，但要向学生说明"同伴熟悉项目、反馈会失真"的局限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第8周　中期路演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完成技术方案、低保真原型与用户测试，第二阶段即将收官。各组成果质量参差不齐：有的原型扎实、反馈充分，有的仍停留在概念层面、缺乏真实数据；学生普遍不擅长做阶段性汇报，容易"报喜不报忧"，不敢坦诚呈现负面反馈。本课通过中期路演与教师点评，帮助学生系统梳理阶段成果、客观呈现用户反馈、明确迭代方向，为进入"方案深化与验证"阶段校准航向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理解中期汇报的结构（问题回顾→方案与原型→用户反馈→迭代计划）；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掌握客观呈现用户反馈（含负面反馈）的方法与要点；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理解"验证—迭代"的产品开发循环与阶段里程碑的意义。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能够清晰展示原型并客观汇报用户测试结果；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能够基于反馈制定有理有据的迭代计划；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能够完成中期报告，形成完整、规范的阶段交付物。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培养接受批评、持续改进的成长心态与复盘习惯；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强化坦诚求实、报喜也报忧的学术与职业诚信；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提升公开汇报、临场答辩与团队协作的综合素养。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培养实事求是的科学精神与诚信负责的职业操守；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引导树立"功成不必在我、功夫必须在我"的实干精神；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在阶段性总结中坚定创新自信，增强攻坚克难的韧性。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中期汇报的结构与逻辑（问题—方案—反馈—迭代）；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客观呈现用户反馈的方法与"报喜也报忧"的态度；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基于反馈的迭代计划制定。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客观呈现用户反馈，尤其敢于正面呈现负面反馈并分析原因；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把用户反馈转化为具体、可执行的迭代计划，而非空泛的"继续优化"。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中期汇报结构讲解PPT、中期路演评分表（从问题回顾、方案呈现、反馈客观性、迭代计划、表达五维度评分）；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提前布置各组准备中期汇报材料（原型演示＋用户反馈整理＋迭代计划）；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准备中期报告模板与优秀范例，以及评审提问要点清单。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导入：站在半程看全程（8分钟）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"登山到半山腰"作比：前8周你们完成了"问题发现与定义、方案设计与原型"两个阶段，今天是一次"回头看来路、抬头看前路"的中期检阅。强调中期路演的价值不在于"展示多漂亮"，而在于"诚实地回答——我们做到了什么、发现了什么、下一步怎么走"。提醒学生：今天敢把负面反馈讲清楚，是后面把方案做强的关键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学生理解中期路演"复盘与校准"的定位，调整心态，准备坦诚呈现阶段成果与问题。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确立中期路演"求真、复盘、校准"的基调，为后续坦诚汇报与迭代做心理铺垫。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中期汇报结构讲授（12分钟）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中期汇报的黄金结构：一是问题回顾（一句话重申要解决的问题与目标用户）；二是方案与原型（展示核心功能与技术方案，演示原型）；三是用户反馈（用数据与原话呈现，正面负面都要有）；四是迭代计划（基于反馈明确"改什么、怎么改、为什么"）。强调"反馈要客观"——用"我们测试了X位用户，其中Y位表示……，典型原话是……"的事实性表述，而非"大家都很喜欢"的笼统说法。展示一段"报喜也报忧"的范例汇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学生理解汇报结构与客观呈现反馈的方法，对照范例反思本组汇报可能存在的问题。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提供中期汇报的结构化框架，纠正"报喜不报忧"的倾向，为路演提供方法与标准。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中期路演（30分钟）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依次进行8分钟中期路演（6分钟展示＋2分钟问答），每组讲清"问题—方案与原型—用户反馈—迭代计划"。教师在评分表上打分，记录可追问的关键点（如"负面反馈你打算怎么解决""这个迭代计划优先级依据是什么"）。台下学生认真倾听并准备提问，营造"汇报—质询"的评审氛围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各组按序路演，演示原型、客观呈现用户反馈、说明迭代计划；台下学生倾听记录，准备质询。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通过正式路演训练结构化汇报与原型演示能力，用评审氛围倒逼阶段成果的真实呈现。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教师点评与追问（20分钟）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逐组点评，重点追问三件事：反馈是否客观（有没有把负面反馈藏起来）、迭代计划是否具体（有没有落到"改哪个功能、怎么改"）、方向是否清晰（下一阶段聚焦什么）。对"报喜不报忧"的团队，点出其掩盖的问题；对"反馈充分但计划空泛"的团队，引导其把反馈翻译成具体动作。强调"中期不是终点，是校准点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学生听取点评，回答教师追问，记录本组需要补强的环节与下一阶段重点。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通过针对性追问与点评，帮助学生发现"成果真实度"与"迭代清晰度"的不足，校准下一阶段方向。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阶段复盘与目标校准（12分钟）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全班做一次快速复盘：各组写下"本阶段我们做得最好的一点、最遗憾的一点、下一阶段最重要的一个目标"，贴在白板上并简述。教师汇总共性问题（如反馈不充分、方案与技术脱节），明确第三阶段（竞品对标、商业模式、伦理自查、技术深化）的任务重点，让学生带着清晰的改进方向进入下半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各团队进行阶段复盘，写下"最好一点、遗憾一点、下一目标"并分享，明确下一阶段重点。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通过结构化复盘固化经验教训，实现阶段间"目标校准"，为第三阶段提供清晰起点。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中期路演是"诚实的检阅"，要敢报喜也敢报忧；好的迭代计划"具体、有依据、可执行"。布置作业：完成中期报告（问题回顾、方案与原型、用户反馈、迭代计划），提交第二阶段全部交付物；预习第9周竞品对标，先搜一搜"市面上有没有类似产品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学生记录作业要求，明确中期报告与第二阶段交付物清单，团队分工完成。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固化阶段成果，完成第二阶段（方案设计与原型）收官，为第三阶段（方案深化与验证）做好准备。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中期汇报四段式（板书左侧）：问题回顾 → 方案＋原型 → 用户反馈 → 迭代计划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客观反馈（板书中间）：用数据与原话说（测试X位，Y位表示…），正面负面都要有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迭代计划（板书右侧）：改什么 → 怎么改 → 为什么（具体、有依据、可执行）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心态：中期是校准点而非终点；报喜也报忧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完成中期报告（问题回顾、方案与原型、用户反馈、迭代计划）并提交第二阶段交付物；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针对路演中被追问的问题，补齐证据或修订方案；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拓展：搜集3个与本组选题相关的竞品或类似产品，为第9周竞品对标准备素材。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是阶段转折点，需营造"求真"氛围，避免中期路演流于形式或互相吹捧。对"报喜不报忧"的团队，教师要用追问逼出真实反馈；对成果薄弱的团队，要给予方法支持而非一味批评，帮助其找到可改进的抓手。时间上，路演与点评是重头，复盘环节可视时间压缩。中期报告要统一模板、明确要求，防止质量参差；对明显偏离方向的项目，应及时纠偏，避免带着错误进入下半程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第9周　竞品对标工作坊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带着中期路演的反馈进入第三阶段"方案深化与验证"。多数团队对市场已有产品缺乏系统了解，容易高估自身方案的独创性，或反过来因"别人做过了"而气馁；不会用结构化方法分析竞品，更难以从竞品中提炼出差异化的生存空间。本课通过"竞品分析框架讲授＋对标实训"，帮助学生客观认识竞争格局，找到"我们比它更好的至少一个点"，为方案深化提供市场依据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掌握竞品分析的基本维度（目标用户、核心功能、技术路线、商业模式、优劣势）；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了解竞品分析的方法工具（对比矩阵、四象限、SWOT等）及其适用场景；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理解"差异化定位"的概念与"人有我优、人无我有"的竞争逻辑。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能够识别并筛选出与本组选题最接近的3个竞品；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能够从多维度完成竞品对比分析，输出对比矩阵与差异化结论；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能够用AI工具辅助竞品信息搜集与整理，并核实信息可靠性。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培养对标先进、见贤思齐又敢于超越的竞争意识；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建立客观、理性的市场判断力，既不盲目自大也不妄自菲薄；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培养尊重知识产权、诚信经营的竞争伦理。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引导理解"市场竞争中自主创新"的重要性，增强创新自信；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培养公平竞争、诚信经营的法治意识与商业道德；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在对标国内外产品中坚定文化自信，找准本土文旅创新优势。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竞品分析的维度与对比矩阵方法；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竞品的筛选与信息搜集（含AI辅助与信息核实）；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差异化机会的识别与"我们更好的一个点"的论证。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从竞品中找到"我们比它更好的至少一个点"，避免陷入"别人都做了"的消极结论；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区分"相似"与"相同"，找准真正的差异化空间而非伪差异。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竞品分析框架讲解PPT、对比矩阵模板与优秀竞品分析范例；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提前准备一批"AI＋旅游"典型产品案例（如智能行程助手、景区AR导览、AI客服等）供参考；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准备联网检索环境与AI辅助工具，以及竞品信息核实要点清单。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导入：市场上有谁在做（8分钟）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提问开场："如果现在有人告诉你，市面上已经有一款产品在做你要做的事，你的第一反应是『完了』还是『机会来了』？"请学生举手，随后点明：在成熟的互联网时代，几乎不存在完全空白的市场，"有竞品"恰恰说明需求真实存在，关键是你能不能比它做得更好。由此引出本课任务——用结构化方法摸清对手、找到自己的位置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学生表达对"已有竞品"的看法，反思自身对竞争的恐惧或忽视，理解竞品分析的积极意义。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扭转"有竞品就是坏事"的认知，把竞品分析定位为"发现机会、找准定位"的积极动作。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竞品分析框架讲授（18分钟）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竞品分析框架：第一，确定分析维度——目标用户、核心功能、技术路线、商业模式、优劣势、用户口碑；第二，筛选竞品——区分"直接竞品"（解决同一问题、服务同类用户）与"间接竞品"（部分替代），每组聚焦3个最接近的；第三，对比矩阵——把竞品与本组方案放入一张矩阵表逐项对比；第四，结论提炼——用"人有我优、人无我有、人优我追、人弱我攻"四句话概括差异化策略。结合"智能行程规划"领域的两三款产品做演示，说明如何填表、如何下结论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学生理解竞品分析的维度、筛选标准与对比矩阵方法，记录"四句话"差异化策略框架。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提供结构化的竞品分析工具，让学生从"凭感觉看竞品"走向"有框架、有证据地分析"。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竞品信息搜集与核实（12分钟）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示范如何用AI与联网检索搜集竞品信息：先用大模型问"请列举智能行程规划领域的主要产品及其功能特点"，再要求"给出信息来源"，随后逐一打开官网、应用商店、测评文章核实。强调三点：AI给的信息必须核实，产品功能以官方页面为准，用户口碑看真实评论而非宣传。提醒学生注意信息时效（AI训练数据可能滞后）与信息偏差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学生跟随示范学习竞品信息搜集与核实方法，尝试用AI工具检索本组选题相关的竞品信息。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训练"AI辅助搜集＋人工核实"的调研能力，防止被AI生成的错误信息误导。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竞品对标实训（30分钟）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开展对标实训：先筛选3个最接近的竞品，再按维度逐项搜集信息、填写对比矩阵，最后用"四句话"提炼差异化结论。教师巡回指导，重点帮助两类团队：找不到竞品的（引导扩大关键词、从"同类需求"而非"同类产品"找），以及发现竞品很强的（引导从细分场景、本地特色、用户体验等角度找突破口）。提醒学生"差异化可以很小，但要真实、有价值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各团队协作筛选竞品、搜集信息、填写对比矩阵，并尝试提炼"我们比它更好的一点"。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在真实选题上完成竞品对标，产出对比矩阵与差异化初步结论，训练市场分析能力。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差异化结论分享（10分钟）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邀请2—3组分享"你们发现最强的竞品是谁，你们打算怎么赢"。引导全班用"这个差异点是否真实、用户是否在意、你们能否做到"三个问题检验差异化是否成立。教师点评常见问题：把"我们也用AI"当差异（太虚）、把"界面更好看"当差异（难持久）、忽略竞品其实也能做（伪差异）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各组分享竞品发现与差异化策略，接受同学与教师的"三问检验"，修正不成立的差异点。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通过分享与追问，帮助学生校准差异化策略，避免"伪差异"，找到真实、可持续的竞争点。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竞品分析是"知己知彼"，要用框架分析、用证据说话、用差异化立身；"有竞品"是好事，说明需求真实。布置作业：完成竞品对标分析报告（含竞品筛选、对比矩阵、差异化结论），并据此微调本组方案的定位表述。预告第10周商业模式工作坊，请各队先想一想"谁会为你的产品买单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学生回顾竞品分析方法，明确报告要求与下周任务，团队分工完成竞品分析。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固化竞品分析方法，产出阶段交付物"竞品分析报告"，并为商业模式设计埋下伏笔。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竞品分析四步（板书左侧）：定维度 → 筛竞品 → 填矩阵 → 下结论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分析维度（板书中间）：目标用户｜核心功能｜技术路线｜商业模式｜优劣｜口碑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差异化四句话（板书右侧）：人有我优、人无我有、人优我追、人弱我攻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三问检验：差异真实吗？用户在意吗？我们做得到吗？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完成竞品对标分析报告（竞品筛选、对比矩阵、差异化结论与依据）；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据此微调本组方案的定位表述，写一段"一句话定位"；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拓展：用AI工具生成一份竞品信息简报，并注明信息核实情况。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易出现两种倾向：一是找不到竞品（其实是没有认真找），二是找到竞品后信心受挫。教师应引导学生"从同类需求而非同类产品"找竞品，并用"有竞品说明需求真实"鼓励士气。差异化提炼是难点，学生常提出"伪差异"，教师要用"真实、在意、能做到"三问严格检验。信息核实环节要反复强调AI信息须核实，防止学生采信错误信息。若时间紧张，可压缩讲授环节，保证实训与分享的时间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第10周　商业模式工作坊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完成竞品对标，对"做什么、怎么做"有了更清晰的认识，但对"怎么赚钱、谁买单、为什么持续买"普遍缺乏思考，方案多停留在"公益式的美好愿望"层面，商业可行性论证薄弱。旅游管理专业学生具备一定的市场与经营基础，但不熟悉商业模式画布这一工具。本课通过"商业模式画布讲授＋小组共创"，帮助学生把创新方案落到"可经营、可持续"的商业逻辑上，补齐产品经理的商业素养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掌握商业模式画布（九大要素）的内涵与填写方法；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理解价值主张、客户细分、收入来源、成本结构等核心要素及其相互关系；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了解旅游行业常见的商业模式类型与AI产品的典型变现方式。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能够为本组方案绘制完整的商业模式画布；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能够清晰论证"谁买单、为什么买单、如何持续付费"这一核心问题；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能够识别商业逻辑中的主要风险并提出应对思路。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培养市场意识、成本意识与可持续经营意识；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建立"创新既要创造价值、也要实现价值"的商业思维；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培养诚信经营、守法合规的商业伦理。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引导理解"满足人民美好生活需要"与商业成功的内在统一；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培养诚信为本、取之有道的义利观与企业家精神；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在商业设计中融入社会责任，兼顾经济效益与社会效益。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商业模式画布九要素的内涵与填写；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价值主张与收入来源的论证（谁买单、为什么买单）；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商业可行性分析（收入、成本与可持续性）。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商业可行性的扎实论证：用户是否愿意付费、付费意愿从何而来、成本如何覆盖；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区分"价值主张"（用户获得的价值）与"功能列表"，避免把功能当卖点。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商业模式画布讲解PPT、九要素填写模板与旅游行业商业模式案例；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准备大幅画布海报/白板与便签，供小组共创填写；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准备"AI＋旅游"产品的变现方式案例集（订阅、佣金、广告、B端服务、数据服务等）。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导入：好想法能赚钱吗（8分钟）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问题开场："你们做的方案很有创意，但如果它不赚钱、没人持续买单，它能活下来吗？"引出"创新"与"经营"的关系——好的创新既要有社会价值，也要有可持续的商业逻辑。举一个例子：某景区AI导览小程序体验很好，却一直免费、找不到收入来源，最终停运。点明本课任务：用商业模式画布，把方案的商业逻辑讲清楚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学生反思本组方案"能不能赚钱、靠什么赚钱"，意识到商业可行性是创新落地的关键一环。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点出"创新不能只有情怀、还要有商业逻辑"，激发学生学习商业模式设计的动机。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商业模式画布讲授（20分钟）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系统讲授商业模式画布九要素：客户细分（为谁创造价值）、价值主张（解决什么问题、提供什么价值）、渠道通路（如何触达用户）、客户关系（如何维系用户）、收入来源（用户如何付费）、核心资源（需要什么关键资源）、关键业务（做什么关键活动）、重要伙伴（与谁合作）、成本结构（钱花在哪里）。强调九要素之间的逻辑闭环，并以一个"AI定制旅行服务"为例完整填一遍画布，重点演示"价值主张"与"收入来源"的论证：为什么用户愿意为此付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学生理解九要素内涵与相互关系，跟随范例体会画布的完整填写与核心论证方法。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系统传授商业模式画布工具，为小组共创提供方法与范例，重点强化价值主张与收入来源论证。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价值主张打磨（15分钟）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先聚焦画布中最重要的"价值主张"一格，用一句话模板提炼："我们为（目标用户）提供（核心价值），帮助他们解决（痛点），相比竞品我们的不同在于（差异点）"。教师巡回指导，纠正两类问题：把"功能"当"价值"（如"我们提供AI推荐"应转为"帮用户在5分钟内获得可信行程"）、价值主张与用户痛点脱节。提醒学生用第4周的问题定义书与第9周的竞品结论来支撑价值主张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各团队用一句话模板打磨价值主张，确保它源于真实痛点、有差异化、可验证。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把商业模式的关键起点"价值主张"打磨扎实，为画布其余要素的填写奠定逻辑基础。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小组共创画布（30分钟）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用大幅画布海报＋便签完成九要素共创：每人先在便签上写下想法，再集体归类、讨论、填入画布。教师巡回，重点追问"收入来源"与"成本结构"两块：你的用户真的愿意付费吗？付费场景是什么？主要成本是什么、能不能覆盖？引导学生区分"免费获客、增值付费""B端买单、C端使用"等模式，帮其找到更现实的变现路径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各团队协作共创商业模式画布，围绕收入与成本展开讨论，形成完整、自洽的商业逻辑初稿。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通过协作共创完成画布，训练商业思维与团队研讨能力，让商业逻辑从"想当然"走向"想清楚"。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画布展示与互评（12分钟）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邀请2—3组展示画布，引导全班围绕"价值主张是否清晰、收入来源是否现实、成本能否覆盖"三个问题提问。教师点评常见问题：收入来源单一且不可靠、成本估计严重偏低、目标用户与付费用户混淆（用户不一定是付费者）。强调"商业逻辑要能自圆其说，经得起追问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各组展示画布，接受同学与教师的"三问"检验，识别并修正商业逻辑中的漏洞。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通过展示与互评，检验商业逻辑的自洽性，训练学生用商业语言清晰表达与辩护方案。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商业模式画布是把创新变成生意的"一张图"；核心是想清楚"为谁创造价值、谁愿意买单、成本怎么覆盖"。布置作业：完善商业模式画布，写一段200字的商业可行性说明（谁买单、为什么、如何持续）。预告第11周AI伦理研讨会，请各队提前想一想"你的产品可能带来什么负面影响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学生回顾画布要点，明确作业与下周伦理研讨任务，团队分工完善商业方案。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固化商业模式画布方法，产出阶段交付物"商业模式画布"，并为伦理自查做铺垫。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画布九要素（板书左侧）：客户细分｜价值主张｜渠道｜客户关系｜收入来源｜核心资源｜关键业务｜伙伴｜成本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价值主张模板（板书中间）：为（用户）提供（价值），解决（痛点），不同在于（差异点）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核心论证（板书右侧）：谁买单？为什么买单？如何持续付费？成本能否覆盖？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提醒：用户≠付费者；价值≠功能列表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完善商业模式画布（九要素完整填写）；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写一段约200字的商业可行性说明（谁买单、为什么、如何持续）；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拓展：研究1个"AI＋旅游"产品的变现方式，写一段商业模式简析。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的关键是让学生从"情怀"转向"经营"，但也要防止走向"唯利是图"。教师应把握价值导向：创新既要创造价值、也要实现价值，商业成功与社会责任可以统一。收入来源是学生最薄弱的环节，常出现"用户一定愿意付费"的一厢情愿，教师要用"付费场景、付费能力、替代方案"追问逼出更现实的思考。画布共创环节要鼓励人人参与、便签先行，避免少数人主导。若时间紧张，可精简案例演示，保证共创与互评时间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第11周　AI伦理研讨会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经过多周实践，已习惯于用AI高效产出，但对AI应用背后的伦理风险缺乏警觉，普遍存在"技术中立""能用就行"的朴素认知，不熟悉数据隐私、算法偏见、内容真实性与就业影响等议题，更不会对自己的方案做伦理自查。作为未来的AI＋旅游产品经理，学生亟需建立伦理意识与合规底线。本课通过"案例研讨＋伦理自查"，让学生学会识别风险、主动规避，做到负责任地设计与使用AI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认识AI应用的主要伦理风险：数据隐私、算法偏见、AI幻觉与虚假内容、就业替代、责任归属等；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了解我国AI治理的相关法规（如《生成式人工智能服务管理暂行办法》《人工智能生成合成内容标识办法》）；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理解"科技向善"理念与负责任创新的基本原则。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能够识别本组方案中可能存在的伦理与合规风险；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能够运用伦理自查清单，评估风险等级并提出具体规避措施；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能够就AI伦理议题展开有理有据的研讨与辩论。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强化数据安全、隐私保护与AI伦理意识，养成负责任使用AI的习惯；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培养批判性思维，不盲从AI输出、不轻信虚假信息；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树立"科技向善、以人为本"的价值取向与职业操守。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结合国家AI治理政策与法规，强化法治意识与守法自觉；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引导理解"发展人工智能必须坚持以人民为中心、促进共同富裕"的要求；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培养社会责任感，把科技向善融入创新创业实践。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AI伦理风险的主要类型与典型案例；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我国AI治理相关法规要点；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本组方案的伦理自查与风险规避措施。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识别本组方案中具体、隐蔽的负面影响，而非泛泛而谈"注意隐私"；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在"创新求快"与"合规求稳"之间找到平衡，提出可落地的规避措施。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AI伦理案例集（隐私泄露、算法歧视、AI造假、版权争议等）与相关法规条文摘录；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伦理自查清单模板（数据、隐私、偏见、真实、责任、就业六大维度）；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准备分组研讨的议题卡与"红队/蓝队"辩论规则说明。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导入：AI的另一面（8分钟）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真实案例开场：某AI生成的"景点攻略"包含虚假的票价与已关闭的餐厅信息，导致游客被误导；再举一个"AI换脸冒充名人带货"的案例。提问："AI这么能干，但它也可能『闯祸』，谁该负责？"引发学生对AI伦理的关注，点明本课主题：做AI产品，不仅要会"造"，更要会"守"——守住底线、守住责任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学生观看/倾听AI伦理案例，思考"AI闯祸谁负责"，意识到AI应用背后的责任与风险。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用真实负面案例打破"技术中立"的认知，唤起学生对AI伦理与责任的重视。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AI伦理风险类型讲授（15分钟）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系统讲授AI伦理风险的六大类型，逐一结合旅游场景举例：一是数据隐私（收集游客位置、偏好数据是否合规、是否超范围）；二是算法偏见（推荐系统对特定群体形成歧视或"信息茧房"）；三是AI幻觉与虚假内容（生成的攻略、价格、评价不实）；四是就业替代（智能客服替代人工带来的就业影响）；五是责任归属（AI出错由谁负责）；六是版权与内容标识（AI生成内容是否标注、是否侵权）。每讲一类都引导学生联想"你的产品有没有这类风险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学生理解六大风险类型，结合旅游案例与本组方案，初步识别自身可能面临的风险。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建立AI伦理风险的系统框架，让学生从"无感"到"有意识"，为伦理自查提供知识底座。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法规与政策要点讲授（12分钟）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简要讲授我国AI治理相关法规要点：重点介绍《生成式人工智能服务管理暂行办法》中关于内容真实、训练数据合法、用户权益保护、内容标识等要求，以及《人工智能生成合成内容标识办法》关于"AI生成内容必须标识"的规定；同时提及《个人信息保护法》《数据安全法》中与旅游产品收集用户数据相关的条款。强调"合规不是束缚，而是产品走得更远的保障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学生了解主要法规要点，认识到合规要求与本组方案直接相关，记录与本组产品最相关的条款。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把伦理意识落到具体法规上，让学生明确"红线在哪里"，为合规设计提供依据。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分组伦理研讨（25分钟）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围绕议题卡开展研讨："本组方案可能给用户、行业或社会带来什么负面影响？发生在什么场景？严重程度如何？"采用"红队/蓝队"方式：蓝队为方案辩护，红队专门找茬、提负面，再互换角色。教师巡回引导，防止研讨流于空泛，追问"具体哪个功能、哪个数据、哪个场景会出问题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各团队以红蓝队角色就本组方案的伦理风险展开研讨，红队挑刺、蓝队辩护，最终汇总风险清单。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通过角色化研讨，让学生跳出"自卖自夸"视角，主动、全面地审视自身方案的负面影响。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伦理自查与规避措施（15分钟）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用伦理自查清单（数据、隐私、偏见、真实、责任、就业六维度）逐项打分，识别高、中、低风险项，并针对每个风险提出具体规避措施，例如：数据收集遵循"最小必要"原则、AI生成内容加"AI生成"标识、对高风险输出增加人工审核、建立用户投诉与纠错机制等。教师强调"能改的改设计，改不了的加机制，实在不行就调整功能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各团队完成伦理自查清单，识别风险等级，针对高中风险项制定可落地的规避措施。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把研讨结论转化为结构化的伦理自查报告与可执行的规避方案，实现"知风险、能防控"。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AI是一把双刃剑，产品经理必须"既会造、又会守"；伦理不是口号，要落到数据、功能、机制的具体设计上。布置作业：完成AI伦理自查报告（风险清单＋规避措施），并把规避措施融入下一阶段方案。预告第12周技术深化冲刺，请各队锁定"方案中最薄弱、最需要验证的技术环节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学生回顾伦理风险框架与法规要点，明确自查报告要求，团队分工完成。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固化伦理意识与自查方法，产出阶段交付物"伦理自查报告"，为方案负责任落地提供保障。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六大风险（板书左侧）：隐私｜偏见｜幻觉/虚假｜就业替代｜责任归属｜版权/标识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法规红线（板书中间）：生成内容要标识、数据要合法、用户权益要保护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自查六维（板书右侧）：数据、隐私、偏见、真实、责任、就业（分级：高/中/低）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规避思路：能改的改设计、改不了的加机制、不行就调功能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完成AI伦理自查报告（风险清单、风险等级、规避措施）；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将伦理规避措施融入方案设计，形成"合规设计要点"一段说明；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拓展：研读《生成式人工智能服务管理暂行办法》要点，写3条与本组方案相关的合规要求。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是价值塑造的关键一课，要防止两种偏差：一是把伦理课讲成"说教课"，二是学生研讨时敷衍了事。教师应用真实案例与红蓝队对抗激发真实思考，用"具体哪个功能会出问题"追问避免空谈。伦理与创新的张力是研讨重点，应引导学生理解"合规不是束缚而是保障"。伦理自查要落到可执行措施，防止只写"注意隐私"式的空话。思政融入要自然，把法治意识、社会责任内化到学生的设计决策中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第12周　技术深化冲刺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进入第三阶段尾声，方案在问题、商业、伦理层面趋于完整，但技术环节仍可能是"纸面可行、未经验证"的最薄弱处。学生普遍不擅长"用证据判断技术可行性"，容易凭想象认定"AI一定能做到"，或对关键数据、接口、模型能力缺乏验证。本课通过"技术深化冲刺"，组织各组针对方案中最薄弱的技术环节做深入验证，用证据提升方案的技术可信度，为终期路演筑牢技术根基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理解技术验证的方法：文献/资料查证、找开源实现、用AI实测、专家咨询等；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了解"技术风险"的常见类型（数据风险、模型能力风险、集成风险、成本风险）；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掌握用证据判断技术可行性的基本逻辑与证据分级。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能够识别本组方案中最薄弱、最不确定的技术环节；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能够针对薄弱环节开展技术验证，形成有据可查的验证结论；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能够撰写技术验证报告，明确"已验证可行"与"仍有风险"的边界。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培养严谨求实、证据导向的科学精神，反对主观臆断；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养成"大胆假设、小心求证"的工程思维与风控意识；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培养迎难而上、攻克技术难关的韧劲与钻研精神。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弘扬科学家精神，倡导实事求是、严谨治学的作风；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引导理解关键核心技术自主可控的重要性，增强攻关意识；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培养诚实守信、不夸大技术能力的学术与职业诚信。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技术薄弱环节的识别与验证任务分解；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技术验证的方法（查证、实测、找实现）与证据分级；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技术验证报告的撰写与"已验证/有风险"的诚实呈现。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用证据判断技术可行性，而非主观臆断或迷信AI说法；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诚实呈现技术验证结果，敢于承认"仍有风险"而非硬撑"已解决"。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技术验证方法讲解PPT、证据分级说明与验证报告模板；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准备可实测的AI工具环境（大模型、API文档查询、开源代码检索）与联网环境；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提前布置各组梳理本组方案的"技术风险清单"，圈定最薄弱的1—2个环节。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导入：别让技术成为最大的坑（8分钟）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问题开场："你们的方案里，哪一部分是你最没把握、最怕评委追问的？"引导学生指出方案中"心里没底"的技术环节。举一个例子：某团队方案声称"用AI实时翻译多语言讲解"，却从未验证离线场景下翻译准确率是否达标。点明本课任务：用今天一节课，把最薄弱的那个技术环节用证据夯实，让方案的"技术可信度"经得起追问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学生反思本组方案的技术风险，圈定最没把握的技术环节，明确本课验证任务。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直指"技术薄弱环节"这一真实痛点，激发学生用证据补强技术可信度的紧迫感。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技术验证方法讲授（15分钟）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技术验证的方法与证据分级：第一，查证——查权威文档、论文、官方API说明，确认"这件事技术上是否有人做到过"；第二，找实现——检索开源代码、成熟产品、现成API，确认"有没有现成的、可调用的方案"；第三，实测——用AI工具或API实际跑一遍，确认"我们自己能不能跑通"；第四，咨询——向AI专家提问、向相关从业者求证。强调证据分级：官方文档与实测&gt;权威论文&gt;媒体报道&gt;AI口述，AI给出的"能做"不能作为证据，必须落到文档或实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学生理解技术验证四方法与证据分级，对照本组薄弱环节确定"该用哪种方法去验证"。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给出技术验证的方法与证据标准，让学生从"听AI说能做"转向"用证据证明能做"。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技术验证任务分解（12分钟）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把最薄弱的1—2个技术环节，分解为可验证的具体问题，例如把"多语言实时翻译"分解为"离线状态下能否实现中英日韩实时语音翻译？准确率如何？有没有现成API？成本多少？"。教师巡回指导，帮助各组把模糊的担忧转化为"可查、可测、可答"的验证问题，并确定分工：谁查文档、谁找API、谁做实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各团队分解技术验证任务，形成具体的验证问题清单与分工方案。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把抽象的"技术没底"转化为清晰可执行的验证任务，为冲刺环节框定明确目标。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技术验证冲刺（30分钟）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开展技术验证冲刺：查权威文档与API说明、检索开源实现、用AI工具实测关键功能（如让大模型生成一段行程并检查质量、调用翻译API测试多语言效果）。教师巡回答疑，强调"验证要有结论、结论要有证据"，要求记录验证过程与证据来源（网址、截图、实测结果）。对验证中碰壁的团队，引导其区分"技术本身不可行"与"我们还没找到方法"，前者要诚实调整方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各团队分工开展技术验证，查文档、找实现、做实测，记录验证过程、结论与证据来源。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以冲刺形式完成关键技术的实证验证，用真实证据替换"我觉得能做到"的主观判断。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验证结论与风险呈现（15分钟）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整理验证结论，要求如实区分三类：已验证可行（有证据）、部分可行（有条件/需降级）、仍有风险（诚实说明）。教师点评，强调"诚实地承认风险比硬撑『已解决』更有说服力，评委信任真实"。对"仍有风险"的环节，引导各组给出应对策略（备选方案、降级设计、后续计划）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各团队整理验证结论，诚实标注"已验证/部分可行/仍有风险"，并给出风险应对策略。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训练诚实呈现技术验证结果的素养，让方案的技术表述既可信又有分寸。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技术验证要"证据导向、分级可信"，AI的说法不能当证据，官方文档与实测才算数；诚实的风险呈现是专业的表现。布置作业：完成技术验证报告（验证问题、方法、过程、结论、证据、风险与应对）。预告第13周故事化表达工作坊，请各队开始思考"怎么把方案讲成一个动人的故事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学生回顾技术验证方法，明确报告要求与下周任务，团队分工完成验证报告。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固化技术验证方法，产出阶段交付物"技术验证报告"，完成第三阶段收官，为路演阶段做技术准备。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技术验证四法（板书左侧）：查证 → 找实现 → 实测 → 咨询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证据分级（板书中间）：官方文档/实测 &gt; 权威论文 &gt; 媒体 &gt; AI口述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结论三分类（板书右侧）：已验证可行（有据）｜部分可行（有条件）｜仍有风险（诚实说明）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原则：证据导向、诚实呈现；AI的说法≠证据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完成技术验证报告（验证问题、方法、过程、结论、证据来源、风险与应对策略）；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根据验证结论，更新方案中的技术表述，确保"说到做到、留有余地"；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拓展：梳理本组方案全流程的"技术风险清单"，标注每项的验证状态。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的价值在于培养"证据导向"的科学精神，防止学生把AI的"口头保证"当作技术可行。教师需反复强调证据分级，并对"AI说能做"的学生追问"证据在哪、有没有官方文档、你自己测过吗"。技术验证可能揭示方案的致命缺陷，此时要引导学生诚实面对、及时调整，而非掩盖。对技术基础薄弱的学生，应降低验证难度（如只验证关键接口是否存在、能否调用），避免因畏难而敷衍。时间上保证冲刺环节，讲授宜精练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第13周　故事化表达工作坊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即将进入终期路演阶段，方案内容已基本完整，但普遍"会做不会说"：汇报容易平铺直叙、罗列功能，把技术细节讲得晦涩，无法让评委和听众在短时间内抓住方案的价值与亮点。学生缺乏路演叙事的结构意识与讲故事的方法，也不善把技术语言转化为通俗、有感染力的表达。本课通过"故事化表达讲授＋路演脚本撰写"，帮助学生掌握把方案讲成动人故事的叙事能力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掌握路演叙事的基本结构（钩子—问题—方案—证据—愿景）与"黄金三幕"逻辑；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理解故事化表达的核心要素（人物、冲突、转折、共鸣）；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了解技术方案通俗化表达的方法与"电梯演讲"的原则。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能够用"一句话钩子"抓住听众注意力，快速讲清方案价值；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能够把技术方案改写为通俗、有画面感的故事化表达；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能够撰写结构完整、有感染力的路演脚本初稿。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培养共情表达与跨专业沟通能力，学会"让外行听懂内行"；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提升讲好故事、传递价值的表达自信与感染力；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培养受众导向的沟通思维，把"我想讲"转化为"你想听"。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结合文旅场景讲好中国故事，坚定文化自信；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引导用有温度的表达传递科技价值，弘扬真善美；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培养诚实表达、不夸大宣传的诚信品质。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路演叙事结构与"钩子—问题—方案—证据—愿景"五步法；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技术方案的通俗化、故事化表达技巧；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路演脚本的撰写与打磨。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让外行听懂技术方案的独特价值，把专业术语转化为大众语言；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在真实与感染力之间平衡，避免为了"好听"而夸大或失真。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故事化表达讲解PPT、优秀路演开场范例（好钩子vs平淡开场）；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准备1—2个"AI＋旅游"优秀路演视频片段或文案供赏析；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准备路演脚本模板（含钩子、问题、方案、证据、愿景、结尾六个部分）。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导入：会做更要会说（8分钟）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个对比开场：甲团队开场说"大家好，我们的项目是一个基于大语言模型的智能行程规划系统……"；乙团队开场说"你有没有试过，为了安排一次家庭旅行，查了三天攻略、建了五个收藏夹，最后还是不知道先去哪？"提问："如果你只给评委30秒，哪个开场更能让他记住你？"由此点明本课主题——方案要做得好，更要讲得好；讲得好，从讲一个"人话"的故事开始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学生对比两种开场，直观感受"平铺直叙"与"故事化"的差距，明确本课"会讲故事"的任务。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用开场对比制造强烈反差，让学生意识到表达力的价值，激发学习故事化表达的动机。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路演叙事结构讲授（18分钟）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路演叙事的五步结构：第一步"钩子"——用一个真实场景、一个痛点或一个反问抓住注意力；第二步"问题"——讲清目标用户与痛点，让人感同身受；第三步"方案"——用通俗语言讲清"我们怎么做"，重点讲价值而非堆功能；第四步"证据"——用用户反馈、数据、验证结论证明"它真的有用"；第五步"愿景"——描绘未来图景，发出行动号召。强调"黄金三幕"：冲突（痛点）—转折（方案）—解决（价值）。结合一个"AI定制旅行"的路演范例逐段拆解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学生理解五步结构与黄金三幕，跟随范例体会每一步的写法与作用，记录要点。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提供清晰的路演叙事框架，让学生从"想到哪说到哪"走向"有结构、有节奏"地表达。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技术方案通俗化表达（15分钟）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讲授技术通俗化表达的技巧：一是"类比法"，把复杂技术比作生活事物（如"推荐系统就像一位懂你的老朋友，越聊越懂你"）；二是"翻译法"，把"大语言模型+多轮对话"翻译成"能听懂你、还能追问你的智能助手"；三是"演示法"，用原型演示代替口头解释；四是"结果优先"，先说"用户得到什么"，再说"背后用什么技术"。提醒学生"路演的对象是评委和用户，不是程序员"，避免堆砌术语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学生练习把本组的技术表述翻译成通俗语言，尝试用类比与结果优先的方式重写核心功能描述。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解决"技术方案讲不清"的核心痛点，训练把专业内容转化为大众语言的能力。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路演脚本撰写（25分钟）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套用脚本模板撰写路演初稿，重点打磨"钩子"与"一句话价值主张"。教师巡回指导，帮助各组把开场改得更抓人、把方案讲得更通俗、把证据摆得更有力。提示学生可用大模型辅助润色语言，但要保留本组真实数据与风格，防止AI把文案写得千篇一律、失真夸张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各团队协作撰写路演脚本初稿，重点打磨钩子、价值主张与通俗化表达，并相互朗读、找语病。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把叙事方法落地为路演脚本，产出终期路演的核心文本，为后续彩排提供底稿。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脚本互评与打磨（12分钟）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交换脚本，用"30秒钩子是否抓人、方案是否听得懂、证据是否有说服力"三个标准互评打分并写修改建议。教师点评共性问题：钩子平淡、术语过多、证据空泛，并示范如何改写一段问题脚本。强调"好的路演脚本是改出来的，先完成、再打磨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各组互读脚本、提出修改建议，接收反馈后现场修改钩子与价值表述。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通过同伴互评发现脚本问题，训练受众视角的自我审视与快速打磨能力。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路演是"讲故事"，要钩子抓人、问题共情、方案通俗、证据有力、愿景动人；技术要讲成"人话"。布置作业：完成路演脚本终稿（含钩子、问题、方案、证据、愿景），并配套制作路演PPT初稿。预告第14周彩排与打磨，请各队按15分钟路演时长做好准备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学生回顾叙事结构，明确脚本终稿与PPT制作任务，团队分工推进。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固化故事化表达方法，产出路演脚本这一核心交付物，为第14周彩排做充分准备。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五步结构（板书左侧）：钩子 → 问题 → 方案 → 证据 → 愿景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黄金三幕（板书中间）：冲突（痛点）→ 转折（方案）→ 解决（价值）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通俗化三招（板书右侧）：类比、翻译、结果优先（先说用户得到什么）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原则：路演对象是评委和用户，不是程序员；真实比好听更重要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完成路演脚本终稿（钩子、问题、方案、证据、愿景六部分完整）；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配套制作路演PPT初稿（结构清晰、图文并茂、突出价值）；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拓展：观看1个优秀产品路演视频，写3条可借鉴的表达技巧。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的关键是把"技术语言"转化为"人话"，学生普遍存在术语堆砌、钩子平淡的问题。教师应用"结果优先"原则反复纠偏，并用"让外行听懂"作为检验标准。脚本撰写环节易出现用AI代写、导致文案失真或千篇一律的情况，应强调AI是润色助手、真实数据与风格要自己把关。互评环节要给出具体标准，防止流于"写得不错"的客套。若时间紧张，可压缩讲授、保证撰写与互评时间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第14周　彩排与打磨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完成路演脚本与PPT初稿，但"写在纸上"与"讲在台上"差距巨大：普遍存在超时、语速过快、背稿生硬、PPT与讲述脱节、被追问时慌乱等问题。路演是"表达＋时间＋应变"的综合能力，需要真实彩排与反复打磨才能达标。本课以"全真彩排＋同伴反馈＋针对性打磨"为核心，帮助学生在正式路演前完成从"会写"到"会讲"的最后一公里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掌握路演的时间控制、语速节奏与肢体表达的基本要领；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理解"讲得清、控得住、答得上"的路演三要素；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了解PPT与讲述配合、演示切换等实用技巧。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能够在规定时间内完整、清晰地完成路演，做到不超时、不慌张；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能够根据同伴反馈，针对性打磨内容、表达与PPT；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能够从容应对提问，做到"听清问题、抓住要点、简洁作答"。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培养精益求精、追求卓越的工匠精神与抗压能力；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强化团队协作与临场应变能力，增强登台自信；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养成虚心听取反馈、反复打磨的好习惯。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弘扬"台上一分钟、台下十年功"的勤勉实干精神；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培养诚实汇报、不夸大成果的诚信品质；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在反复打磨中砥砺意志品质，坚定"做好中国文旅创新"的信念。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路演的时间控制与表达要领（语速、节奏、肢体）；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全真彩排与同伴反馈的方法；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针对反馈的快速打磨与问题预演。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在15分钟内完整、清晰地呈现方案，控制好节奏不超时；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从容应对提问，尤其是不熟悉或尖锐的问题。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路演表达要领讲解PPT、计时器与彩排流程安排；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准备彩排评分表与同伴反馈表（内容、表达、时间、PPT、应答五维度）；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准备模拟评委提问清单（问题洞察、方案创新、用户验证、商业模式、伦理合规等方向）。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导入：台上一分钟，台下十年功（6分钟）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以一句话开场："路演脚本写得再好，讲不出来等于零。"强调今天的目标不是"再改内容"，而是"练到能上台"：把脚本讲顺、把时间控住、把提问接住。教师说明彩排规则：全真模拟、严格计时、同伴如实反馈，并强调"今天的尴尬，是为了正式路演的不尴尬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学生理解彩排的意义与规则，调整到"认真练、认真评"的状态，准备全真彩排。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确立"实战演练"的基调，让学生以正式路演的标准对待彩排，提升彩排的实效。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路演表达要领讲授（10分钟）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简要讲授路演表达要领：时间控制（用"内容分段计时"法，钩子30秒、问题2分钟、方案5分钟、证据3分钟、愿景2分钟，预留问答）；语速节奏（关键句放慢、转折处停顿）；肢体与眼神（面向评委、手势辅助、不背对观众）；PPT配合（一页一个要点、讲什么显示什么、不做"读PPT"的人）。提醒"讲得慢而清晰，比快而含糊更有力量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学生理解时间分配、语速、肢体与PPT配合的要点，对照本组脚本预演节奏。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提供路演表达的操作要领，让学生在彩排时有明确的改进方向。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全真彩排（40分钟）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依次进行15分钟全真彩排（12分钟陈述＋3分钟问答），严格计时，用计时器提醒剩余时间；教师与台下学生作为"模拟评委"，从内容、表达、时间、PPT、应答五维度打分，并记录问题。彩排中教师不过多打断，完整走完流程，让学生体验真实路演的压力与节奏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各组按正式路演标准完成彩排，体验计时压力与问答环节；台下学生担任模拟评委，认真评分记录。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通过全真模拟还原路演现场，暴露真实问题（超时、紧张、答不上），为针对性打磨提供依据。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同伴反馈与问题清单（15分钟）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先自评、再接受同伴反馈：每位评委说"一个亮点＋一个必须改的问题"，形成各组的"问题清单"。教师汇总共性问题（如超时、读PPT、价值讲不清、被问倒），点评指出"改哪里、怎么改"。强调反馈要具体，避免"挺好的"式空话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各团队记录同伴反馈，形成本组"必须改的问题清单"，明确打磨重点。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用结构化反馈把彩排暴露的问题显性化，为下一环节的针对性打磨提供明确清单。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针对性打磨（15分钟）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针对问题清单快速打磨：超时的删减次要内容、语速快的练习关键句放慢、被问倒的补充分析与数据、PPT与讲述脱节的调整页序。教师巡回，对重点团队做一对一辅导，尤其帮助其预演高频追问（如"你的差异化在哪""商业模式成立吗""数据怎么保障"）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各团队根据问题清单针对性修改内容、表达与PPT，并就高频追问做预演准备。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把反馈转化为具体的改进动作，实现"彩排—反馈—打磨"的快速闭环，提升路演成熟度。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小结与作业布置（6分钟）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：路演是练出来的，不是写出来的；要"讲得清、控得住、答得上"。布置作业：课后至少再完整彩排2次，完善路演终稿、PPT、原型演示等全套材料，为第15周终期路演做最后准备。提醒：正式路演评委更看重"真实与真诚"，不必追求完美表演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学生明确打磨重点与课后彩排任务，团队分工完善全套路演材料。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固化彩排打磨经验，推动学生课后持续练习，确保以最佳状态迎接终期路演。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路演三要素（板书左侧）：讲得清、控得住、答得上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时间分配（板书中间）：钩子30s＋问题2min＋方案5min＋证据3min＋愿景2min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表达要领（板书右侧）：关键句放慢、转折停顿、面向评委、一页一要点、不读PPT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原则：真实真诚比完美表演更重要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课后至少再完整彩排2次，记录每次的时间与问题；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完善路演终稿、PPT、原型演示等全套材料；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预演高频追问，准备"十问十答"问题清单。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重在实战，教师要把课堂真正交给学生，让彩排成为主体。需严格计时、真实评分，防止彩排流于"走过场"；对紧张怯场的学生要给予鼓励与安全感。反馈环节要防止客套，用"一个亮点＋一个必改问题"的规则逼出真实意见。打磨环节时间有限，应聚焦"最影响路演效果的一两个问题"优先解决，其余留给课后。教师可对薄弱团队提供课后加练支持，确保每位学生都能站上台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第15周　终期路演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经过14周的项目学习，已完成问题定义、方案设计、原型验证、商业与伦理深化、故事化表达与彩排打磨，成果基本成熟。终期路演是对全课程学习成果的综合检验与集中呈现，学生既期待又紧张。本课以"正式路演＋评委问答＋多元评价"为核心，让学生在真实展示中完成知识、能力与素养的集中输出，并接受来自教师与同伴的正式评价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综合运用课程所学，完整呈现AI驱动的旅游创新方案；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理解终期路演的评价维度（问题洞察、方案创新、用户验证、表达、团队、反思）；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掌握项目答辩的基本规范与应答技巧。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能够在规定时间内完成高质量的路演展示与现场答辩；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能够综合运用原型、数据与证据，有力支撑方案主张；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能够清晰回应评委提问，展现扎实的项目理解与临场应变能力。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在真实展示中坚定创新自信与团队荣誉感；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培养面对压力从容应对、接受评价的心理素质；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强化团队协作、责任担当与成果共享意识。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在成果展示中增强服务国家文旅事业、科技报国的使命担当；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培养诚实展示成果、虚心接受评价的诚信与谦逊品质；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坚定文化自信，用AI创新讲好中国旅游故事。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终期路演的完整展示（方案陈述＋原型演示＋答辩）；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多维度评价与评委问答；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学习成果的综合呈现与项目反思。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在压力下从容完成展示与答辩，清晰、准确、有说服力；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客观接受评价结果，把答辩中的问题转化为后续改进方向。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终期路演评分表（问题洞察20%、方案创新25%、用户验证20%、表达15%、团队10%、反思10%）；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准备路演场地、计时器、投影设备与各组演示材料（PPT、原型、视频等）；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邀请同行教师或行业专家（如有条件）担任评委，制定路演顺序与时间表。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开场与规则说明（8分钟）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开场致辞，回顾14周的项目历程，肯定各组的投入与成长，说明终期路演的流程与评分规则：每组15分钟（12分钟展示＋3分钟答辩），按抽签顺序进行；评分从问题洞察、方案创新、用户验证、表达呈现、团队协作、个人反思六个维度评定。强调"今天的展示是终点，更是你们成为AI＋旅游产品经理的起点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学生了解路演流程与评分规则，调整心态，做好上台展示的准备。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营造庄重而鼓励的氛围，明确规则与意义，帮助学生以最佳状态进入终期展示。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分组路演展示（50分钟）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教师组织各组依次进行12分钟路演展示，严格计时并做好记录；台下评委与同学认真观看，参照评分表打分。教师关注展示的整体质量与每组亮点，为后续点评与答辩准备针对性问题。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各组依次完成路演展示，综合运用PPT、原型、数据与故事化表达，呈现完整方案。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通过正式路演集中检验学生的学习成果，训练真实场景下的综合展示能力。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评委问答与答辩（20分钟）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与（如有）外请评委在每组展示后进行3分钟提问，围绕问题洞察（"这个痛点真实吗"）、方案创新（"创新点到底在哪"）、用户验证（"用户怎么说"）、商业模式与伦理（"能赚钱吗、合规吗"）等方向提问，考察学生对项目的理解深度与临场应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各组成员协作答辩，分工回应不同方向的问题，展现对项目的扎实理解与团队默契。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通过答辩检验项目的真实性与学生的深度思考，训练从容应对质疑的专业能力。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多元评价与总评（10分钟）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评价环节：评委综合打分、同伴互评，汇总形成各组总评。教师对整体路演做总评，肯定亮点、指出共性问题（如个别方案数据支撑不足、商业模式仍显薄弱），并强调"分数是阶段性的，成长是长期的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学生听取评价结果与总评，记录反馈，客观看待成绩与不足。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通过多元评价形成对学习成果的全面反馈，帮助学生客观认识自身水平与改进方向。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小结与作业布置（5分钟）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教师总结本次路演，布置终期提交任务：提交路演PPT/视频、方案原型、项目完整报告等全套成果。预告第16周课程收官，将进行个人反思与成果归档，请每位同学提前梳理自己的成长与收获。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学生记录提交要求与下周安排，团队整理并提交全套项目成果。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完成终期路演收官，明确成果提交与下周反思任务，为课程收官做好准备。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路演流程（板书左侧）：12分钟展示＋3分钟答辩（抽签顺序）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评分六维（板书中间）：问题洞察20%｜方案创新25%｜用户验证20%｜表达15%｜团队10%｜反思10%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答辩方向（板书右侧）：痛点真实吗？创新点在哪？用户怎么说？能赚钱吗？合规吗？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寄语：今天的终点，是成为AI＋旅游产品经理的起点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提交全套终期成果：路演PPT/视频、方案原型、项目完整报告；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整理答辩中被问到的问题与自己的回应，形成"答辩复盘"；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提前梳理个人成长收获，为第16周个人反思做准备。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是成果检验的高潮，教师应营造公平、庄重又温暖的氛围，既严格评分又保护学生的积极性。时间控制是难点，需严格执行每组15分钟的规则，必要时可提前说明超时扣分。答辩环节要防止问题流于形式，应围绕评分维度提出有深度的问题。对表现不佳的团队，总评时要肯定其过程投入，避免打击。终期路演后应及时收集、归档成果，为课程收官与教学改进提供依据。</w:t>
      </w:r>
    </w:p>
    <w:p>
      <w:r>
        <w:br w:type="page"/>
      </w:r>
    </w:p>
    <w:p>
      <w:pPr>
        <w:spacing w:line="312" w:lineRule="auto" w:before="160" w:after="80"/>
        <w:jc w:val="center"/>
      </w:pPr>
      <w:r>
        <w:rPr>
          <w:rFonts w:ascii="Times New Roman" w:hAnsi="Times New Roman" w:eastAsia="黑体"/>
          <w:b/>
          <w:sz w:val="32"/>
        </w:rPr>
        <w:t>第16周　课程收官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一、学情分析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学生已完成终期路演，16周的项目制学习接近尾声。此时学生既有成果完成的成就感，也有对AI、对旅游行业、对自身职业方向的更多思考；但多数人尚未系统复盘自己的成长轨迹，也不清楚"课程结束后如何继续精进"。本课以"回顾—反思—归档—展望"为主线，帮助学生完成学习闭环，沉淀成长、明确方向，实现知识、能力与价值观的内化，为课程画上圆满句号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二、教学目标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（一）知识目标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回顾梳理本课程的知识脉络（AI基础、生成式AI、旅游场景应用、数据与推荐、智能体、伦理治理）；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理解"AI＋旅游产品经理"所需的复合能力结构与职业发展路径；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认识终身学习与持续精进对应对技术变革的意义。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（二）能力目标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能够完成个人成长反思，客观评估自身知识、能力与素养的提升；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能够整理归档项目成果，形成可复用、可展示的作品集；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能够制定后续的学习与职业发展规划。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（三）素质目标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培养复盘反思与自我认知的习惯，实现从"做完"到"成长"的升华；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强化终身学习意识与面向未来的适应能力；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在总结中增强对旅游行业与AI融合的信心与热爱。</w:t>
      </w:r>
    </w:p>
    <w:p>
      <w:pPr>
        <w:spacing w:line="312" w:lineRule="auto" w:before="40" w:after="40"/>
      </w:pPr>
      <w:r>
        <w:rPr>
          <w:rFonts w:ascii="Times New Roman" w:hAnsi="Times New Roman" w:eastAsia="黑体"/>
          <w:b/>
          <w:sz w:val="24"/>
        </w:rPr>
        <w:t>（四）课程思政目标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引导学生树立终身学习意识与面向未来的使命担当；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在回顾中坚定"用科技服务人民美好生活"的价值追求；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激励学生把个人成长融入国家文旅事业与科技强国建设。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三、教学重点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课程知识脉络的回顾与总结；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个人成长反思的撰写与分享；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成果归档与后续学习路线图的制定。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四、教学难点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从过程中提炼真实的成长与反思，避免空话套话；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把课程收获转化为具体的、可持续的后续行动。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五、教学准备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课程回顾PPT（16周知识脉络与项目历程）、个人反思模板与引导问题；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准备成果归档清单（问题定义书、调研报告、方案、原型、商业画布、伦理报告、路演材料等）；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准备"未来路线图"模板与优质学习资源清单，供学生后续自学参考。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六、教学过程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1. 环节一　课程历程回顾（15分钟）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用一张图带学生回顾16周全程：从第1周的AI初体验、工具集市、用户调研、问题定义，到方案设计、原型冲刺、用户测试、中期路演，再到竞品对标、商业模式、伦理自查、技术深化，最后到故事化表达、彩排、终期路演。点明四个阶段的递进逻辑，并梳理课程的知识脉络（AI基础—生成式AI—旅游场景—数据与推荐—智能体—伦理治理），让学生看清"自己这16周到底学了什么、做了什么"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学生跟随回顾知识脉络与项目历程，对照自身经历梳理学习足迹与关键节点。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通过整体回顾帮助学生建立课程的完整知识地图，让零散的学习形成体系化的认知。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2. 环节二　个人成长反思（25分钟）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引导学生围绕三个问题进行个人反思写作："我最大的收获是什么""我遇到的最大困难以及如何克服""我对AI、对旅游、对自己职业方向的新认识"。提供反思模板与引导问题，强调"写真实的事、真实的感受，不要写套话"。巡视中提示学生可对照开学时的AI体验日记，看自己的认知变化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学生静心完成个人反思写作，回顾成长轨迹，写下真实收获、困难与认知变化。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通过深度反思实现学习内化，帮助学生把"做过的项目"升华为"获得的成长"。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3. 环节三　反思分享与同伴反馈（20分钟）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教师组织学生自愿或轮流分享反思片段，引导大家相互倾听、彼此回应，营造温暖收官的课堂氛围。教师对学生的分享给予肯定与升华，点出"成长比成绩更重要"，并鼓励学生把反思中的认知转化为行动。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学生分享自己的成长与感悟，倾听同伴的故事，在共鸣中深化对课程价值的理解。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通过分享与倾听，强化学习共同体的情感联结，让反思在交流中得到升华。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4. 环节四　成果归档与作品集整理（15分钟）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组织学生按归档清单整理全课程成果（问题定义书、调研报告、技术方案、原型、商业画布、伦理报告、技术验证、路演材料、反思等），形成一份完整的项目作品集，并建议学生把作品集用于求职或创业展示。教师说明归档的意义："这是你们第一份『AI＋旅游产品经理』的作品，是能力的证明。"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学生整理归档个人与团队成果，形成完整的项目作品集，明确其后续用途。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把学习成果固化为可复用、可展示的作品集，让课程价值延伸到课堂之外。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5. 环节五　未来路线图与寄语（12分钟）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引导学生制定"未来路线图"：未来3—6个月打算继续学什么AI技能、关注哪些行业动态、如何把本课项目继续做下去。教师提供后续学习资源清单（AI通识课程、文旅数字化报告、产品经理方法论等），并作结课寄语："AI会继续进化，但』以用户为中心、问题驱动、科技向善『的方法论不会过时，希望你们成为既懂旅游、又懂AI的复合型人才，用技术讲好中国故事。"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学生制定个人未来路线图，记录后续学习资源与方向，接受结课寄语。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把课程收获转化为可持续的后续行动，实现"授人以渔"，赋予课程超越课堂的长期价值。</w:t>
      </w:r>
    </w:p>
    <w:p>
      <w:pPr>
        <w:spacing w:line="312" w:lineRule="auto" w:before="80" w:after="40"/>
      </w:pPr>
      <w:r>
        <w:rPr>
          <w:rFonts w:ascii="Times New Roman" w:hAnsi="Times New Roman" w:eastAsia="黑体"/>
          <w:b/>
          <w:sz w:val="24"/>
        </w:rPr>
        <w:t>6. 环节六　课程总结与致谢（5分钟）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【教师活动】</w:t>
      </w:r>
      <w:r>
        <w:rPr>
          <w:rFonts w:ascii="Times New Roman" w:hAnsi="Times New Roman" w:eastAsia="宋体"/>
          <w:b w:val="0"/>
          <w:sz w:val="24"/>
        </w:rPr>
        <w:t>教师做课程总结，感谢全体学生的投入与协作，再次强调课程的核心价值观（问题驱动、用户中心、人机协同、科技向善），并说明后续如有需要可继续提供指导。宣布课程圆满结束。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【学生活动】</w:t>
      </w:r>
      <w:r>
        <w:rPr>
          <w:rFonts w:ascii="Times New Roman" w:hAnsi="Times New Roman" w:eastAsia="宋体"/>
          <w:b w:val="0"/>
          <w:sz w:val="24"/>
        </w:rPr>
        <w:t>学生回顾课程全程，表达感谢与感悟，在温暖的氛围中完成课程收官。</w:t>
      </w:r>
    </w:p>
    <w:p>
      <w:pPr>
        <w:spacing w:line="312" w:lineRule="auto"/>
        <w:ind w:firstLineChars="200" w:firstLine="480"/>
      </w:pPr>
      <w:r>
        <w:rPr>
          <w:rFonts w:ascii="Times New Roman" w:hAnsi="Times New Roman" w:eastAsia="黑体"/>
          <w:b/>
          <w:sz w:val="24"/>
        </w:rPr>
        <w:t>【设计意图】</w:t>
      </w:r>
      <w:r>
        <w:rPr>
          <w:rFonts w:ascii="Times New Roman" w:hAnsi="Times New Roman" w:eastAsia="宋体"/>
          <w:b w:val="0"/>
          <w:sz w:val="24"/>
        </w:rPr>
        <w:t>以仪式感为课程画上句号，强化情感联结与价值认同，留下深刻而积极的学习记忆。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七、板书设计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四阶段十六周（板书左侧）：问题发现 → 方案设计 → 方案深化 → 路演发布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知识脉络（板书中间）：AI基础 → 生成式AI → 旅游场景 → 数据与推荐 → 智能体 → 伦理治理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反思三问（板书右侧）：最大收获？最大困难与克服？新认识？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4. 核心价值：问题驱动、用户中心、人机协同、科技向善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八、作业与拓展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1. 提交个人成长反思（不少于800字）与AI协作日志；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2. 完成成果归档，形成个人项目作品集；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3. 制定"未来路线图"（3—6个月学习与行动规划），开启持续精进。</w:t>
      </w:r>
    </w:p>
    <w:p>
      <w:pPr>
        <w:spacing w:line="312" w:lineRule="auto" w:before="160" w:after="80"/>
      </w:pPr>
      <w:r>
        <w:rPr>
          <w:rFonts w:ascii="Times New Roman" w:hAnsi="Times New Roman" w:eastAsia="黑体"/>
          <w:b/>
          <w:sz w:val="26"/>
        </w:rPr>
        <w:t>九、教学反思</w:t>
      </w:r>
    </w:p>
    <w:p>
      <w:pPr>
        <w:spacing w:line="312" w:lineRule="auto" w:before="0" w:after="0"/>
        <w:ind w:firstLineChars="200" w:firstLine="480"/>
      </w:pPr>
      <w:r>
        <w:rPr>
          <w:rFonts w:ascii="Times New Roman" w:hAnsi="Times New Roman" w:eastAsia="宋体"/>
          <w:b w:val="0"/>
          <w:sz w:val="24"/>
        </w:rPr>
        <w:t>本课是课程的温情收官，要避免流于形式。教师应以"回顾—反思—归档—展望"的结构，帮助学生完成学习闭环；反思环节要引导写真实感受，防止空话套话，可结合开学初的体验日记形成前后对照，凸显成长。成果归档要落到实处，让学生切实获得"作品集"这一可迁移的成果。结课寄语要把课程价值升华到职业发展与使命担当层面，为学生留下积极而深远的印象。整堂课应营造温暖、真诚、有仪式感的氛围。</w:t>
      </w:r>
    </w:p>
    <w:p>
      <w:r>
        <w:br w:type="page"/>
      </w:r>
    </w:p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附录一：终期路演评分量表（详细）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5"/>
        <w:gridCol w:w="1455"/>
        <w:gridCol w:w="1455"/>
        <w:gridCol w:w="1455"/>
        <w:gridCol w:w="1455"/>
        <w:gridCol w:w="1455"/>
      </w:tblGrid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评分维度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权重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优秀（90—100）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良好（75—89）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合格（60—74）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不合格（&lt;60）</w:t>
            </w:r>
          </w:p>
        </w:tc>
      </w:tr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问题洞察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20%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问题真实紧迫，有充分用户调研支撑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问题较清晰，有一定调研支撑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问题一般，调研较薄弱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问题模糊，缺乏调研</w:t>
            </w:r>
          </w:p>
        </w:tc>
      </w:tr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方案创新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25%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AI使用恰当且不可替代，方案独特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AI使用较合理，有一定创新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AI使用一般，创新不足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AI使用不当或方案平庸</w:t>
            </w:r>
          </w:p>
        </w:tc>
      </w:tr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用户验证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20%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真实接触用户，反馈充分纳入迭代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接触了用户，反馈部分纳入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用户验证较浅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未进行用户验证</w:t>
            </w:r>
          </w:p>
        </w:tc>
      </w:tr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表达呈现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15%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外行能听懂，技术方案讲得清楚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表达较清晰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表达一般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表达混乱、难以理解</w:t>
            </w:r>
          </w:p>
        </w:tc>
      </w:tr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团队协作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每人有实质贡献，互评满意度高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协作较好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协作一般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协作失衡</w:t>
            </w:r>
          </w:p>
        </w:tc>
      </w:tr>
      <w:tr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个人反思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10%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反思具体深入，成长轨迹清晰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反思较具体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反思较浅</w:t>
            </w:r>
          </w:p>
        </w:tc>
        <w:tc>
          <w:tcPr>
            <w:tcW w:type="dxa" w:w="1455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缺乏反思</w:t>
            </w:r>
          </w:p>
        </w:tc>
      </w:tr>
    </w:tbl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附录二：项目四阶段关键交付物与时间节点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46"/>
        <w:gridCol w:w="1746"/>
        <w:gridCol w:w="1746"/>
        <w:gridCol w:w="1746"/>
        <w:gridCol w:w="1746"/>
      </w:tblGrid>
      <w:tr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阶段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周次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核心任务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关键交付物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关键AI Agent</w:t>
            </w:r>
          </w:p>
        </w:tc>
      </w:tr>
      <w:tr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阶段1：问题发现与定义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第1—4周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AI初体验、用户调研、问题定义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AI体验日记、用户调研报告、问题定义书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探索Agent、研究Agent</w:t>
            </w:r>
          </w:p>
        </w:tc>
      </w:tr>
      <w:tr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阶段2：方案设计与原型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第5—8周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技术选型、原型冲刺、用户测试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技术方案、方案设计画布、低保真原型、中期报告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技术Agent、创作Agent</w:t>
            </w:r>
          </w:p>
        </w:tc>
      </w:tr>
      <w:tr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阶段3：方案深化与验证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第9—12周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竞品对标、商业模式、伦理自查、技术深化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竞品分析、商业模式画布、伦理自查报告、技术验证报告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研究Agent、策略Agent、数据Agent</w:t>
            </w:r>
          </w:p>
        </w:tc>
      </w:tr>
      <w:tr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阶段4：路演与发布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第13—16周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故事化表达、彩排打磨、终期路演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路演PPT、方案原型、项目报告、个人反思</w:t>
            </w:r>
          </w:p>
        </w:tc>
        <w:tc>
          <w:tcPr>
            <w:tcW w:type="dxa" w:w="1746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创作Agent、演示Agent</w:t>
            </w:r>
          </w:p>
        </w:tc>
      </w:tr>
    </w:tbl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附录三：常用AI工具清单与提示词模板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一）常用AI工具清单：大语言模型（Kimi、文心一言、DeepSeek、豆包）；AI绘图（文心一格、即梦、Midjourney、可灵）；AI视频（可灵、即梦、剪映AI）；AI数据分析（ChatExcel、通义、Python+AI辅助）；语音技术（讯飞开放平台、腾讯云语音）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二）提示词写作公式：角色设定＋任务描述＋约束条件＋输出示例。示例："你是一名AI+旅游产品经理，请针对「安顺2日游」设计一个AI行程规划助手的功能方案，要求包含核心功能（不超过3个）、目标用户、与现有方案的最大差异，输出200字以内。"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（三）提示词进阶技巧：① 分步引导（先要框架，再要细节）；② 提供示例（few-shot）；③ 明确输出格式；④ 让AI自我检查；⑤ 追问与迭代。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附录四：学生常见问题与学习建议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问题1："我不懂编程，能做好AI创新方案吗？"——完全可以。本课程要求的是"方案设计"而非"技术实现"，你只需知道AI能做什么、不能做什么，用AI工具验证可行性即可，无需写代码。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问题2："AI会不会替代我？"——AI替代的是不会用AI的人。学会人机协同，把AI当作"技术合伙人"，是未来文旅人才的核心竞争力。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问题3："我的选题没技术含量怎么办？"——好的方案始于真实痛点，而非炫酷技术。先把问题想清楚，再思考AI是否是最优解；如果去掉AI方案依然成立，说明AI价值不够。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问题4："原型做到什么程度算合格？"——低保真即可：对话脚本、界面草图、演示视频都行，关键是"让外行能看懂你的产品是做什么的"。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问题5："小组意见不一致怎么办？"——回到用户与问题本身：用用户调研数据说话，而非争论谁对谁错；核心决策由团队共同做出，每人都有发言权。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附录五：16周AI工具与Agent使用对照表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83"/>
        <w:gridCol w:w="2183"/>
        <w:gridCol w:w="2183"/>
        <w:gridCol w:w="2183"/>
      </w:tblGrid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周次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主题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主要AI工具/Agent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使用要点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开篇任务：AI初体验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大语言模型、AI绘图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体验3种工具，记录感受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AI工具箱集市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大模型/AI绘图/AI视频/数据分析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选1个工具深入研究并申领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第3周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用户调研工作坊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语音转写、研究Agent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访谈3个真实用户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第4周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问题定义路演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用一句话定义问题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技术方案工作坊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按AI技术菜单选型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第6周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原型冲刺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创作Agent、AI绘图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90分钟低保真原型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第7周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用户测试日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3—5个用户测试原型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第8周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中期路演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演示Agent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原型+反馈+迭代计划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第9周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竞品对标工作坊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研究Agent（联网搜索）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找3个竞品分析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第10周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商业模式工作坊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填商业模式画布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第11周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AI伦理研讨会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策略Agent、检索工具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伦理自查与风险规避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第12周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技术深化冲刺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验证最薄弱技术环节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第13周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故事化表达工作坊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创作Agent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写路演脚本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第14周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彩排与打磨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演示Agent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15分钟路演排练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第15周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终期路演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全Agent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成果展示与答辩</w:t>
            </w:r>
          </w:p>
        </w:tc>
      </w:tr>
      <w:tr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第16周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课程收官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83"/>
          </w:tcPr>
          <w:p>
            <w:pPr>
              <w:spacing w:after="4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个人反思与成果归档</w:t>
            </w:r>
          </w:p>
        </w:tc>
      </w:tr>
    </w:tbl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附录六：课程学习资源与延伸阅读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一）政策法规：国家网信办等《生成式人工智能服务管理暂行办法》；国家网信办等《人工智能生成合成内容标识办法》；国务院《关于深入实施"人工智能+"行动的意见》；UNESCO《人工智能伦理问题建议书》；NIST《AI风险管理框架》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（二）学习资源：国家高等教育智慧教育平台"人工智能"系列课程；吴恩达《AI for Everyone》；周志华《机器学习》（清华大学出版社）；各主流AI工具官方文档与教程。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（三）行业案例：贵州"黄小西"AI伴游、"一码游贵州"平台、村超文旅IP、"AI+旅游"行业趋势报告等（详见课程IMA知识库）。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（四）延伸阅读：AI时代文旅人才培养、智慧旅游、文旅数字化等相关学术文献与行业报告，可结合课程知识库"拓展阅读与开放资源"栏目自主学习。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30"/>
        </w:rPr>
        <w:t>附录七：课程寄语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人工智能正在深刻重塑旅游行业的每一个环节——从行程规划、景区服务到文化传承与经营管理。本课程希望教会你的，不是某一款AI工具的具体操作，而是一种发现问题、善用技术、创造价值的思维方式和行动能力。愿你在这16周里，不仅学会与AI协作，更能找到自己与这个智能时代的连接点，成为一名既懂旅游、又懂AI的复合型文旅人才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课程虽止于此，探索永无止境。请保持对新技术的好奇，保持对真实问题的敏感，保持对用户的敬畏——这正是AI时代最珍贵的能力。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问题6："AI生成的内容能直接用吗？"——不能。AI生成内容可能出错、失实或有偏见，必须人工核验事实、润色表达，并按《人工智能生成合成内容标识办法》做好标识；AI是副驾，你是主驾。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问题7："路演紧张怎么办？"——把15分钟拆成"为什么是问题→怎么解决→验证了什么→商业可行性→团队反思"五个环节，逐段练习；路演的核心是讲清价值和证据，而非追求完美台风。</w:t>
      </w:r>
    </w:p>
    <w:p>
      <w:pPr>
        <w:spacing w:after="80" w:line="312" w:lineRule="auto"/>
      </w:pPr>
      <w:r>
        <w:rPr>
          <w:rFonts w:ascii="Times New Roman" w:hAnsi="Times New Roman" w:eastAsia="宋体"/>
          <w:b w:val="0"/>
          <w:sz w:val="24"/>
        </w:rPr>
        <w:t>问题8："这门课学完，我能做什么？"——你能独立发现一个真实痛点、设计一个AI驱动方案、做出可体验的原型并讲清商业逻辑，这些能力可直接迁移到文旅产品、运营、策划等岗位。</w:t>
      </w:r>
    </w:p>
    <w:sectPr w:rsidR="00FC693F" w:rsidRPr="0006063C" w:rsidSect="00034616">
      <w:pgSz w:w="11906" w:h="16838"/>
      <w:pgMar w:top="1440" w:right="1587" w:bottom="144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